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63658" w14:textId="474C0C9D" w:rsidR="00AE0CFD" w:rsidRPr="0078531E" w:rsidRDefault="00C3522D">
      <w:pPr>
        <w:spacing w:before="86"/>
        <w:ind w:left="11" w:right="306"/>
        <w:jc w:val="center"/>
        <w:rPr>
          <w:sz w:val="32"/>
          <w:szCs w:val="32"/>
        </w:rPr>
      </w:pPr>
      <w:r w:rsidRPr="0078531E">
        <w:rPr>
          <w:sz w:val="32"/>
          <w:szCs w:val="32"/>
        </w:rPr>
        <w:t>OM:</w:t>
      </w:r>
      <w:r w:rsidRPr="0078531E">
        <w:rPr>
          <w:spacing w:val="-1"/>
          <w:sz w:val="32"/>
          <w:szCs w:val="32"/>
        </w:rPr>
        <w:t xml:space="preserve"> </w:t>
      </w:r>
      <w:r w:rsidR="00CF16D4" w:rsidRPr="0078531E">
        <w:rPr>
          <w:spacing w:val="-2"/>
          <w:sz w:val="32"/>
          <w:szCs w:val="32"/>
        </w:rPr>
        <w:t>201904</w:t>
      </w:r>
    </w:p>
    <w:p w14:paraId="16DFB034" w14:textId="77777777" w:rsidR="00AE0CFD" w:rsidRPr="0078531E" w:rsidRDefault="00AE0CFD">
      <w:pPr>
        <w:pStyle w:val="Szvegtrzs"/>
        <w:rPr>
          <w:sz w:val="22"/>
        </w:rPr>
      </w:pPr>
    </w:p>
    <w:p w14:paraId="66EBBB3E" w14:textId="77777777" w:rsidR="00AE0CFD" w:rsidRPr="0078531E" w:rsidRDefault="00AE0CFD">
      <w:pPr>
        <w:pStyle w:val="Szvegtrzs"/>
        <w:rPr>
          <w:sz w:val="22"/>
        </w:rPr>
      </w:pPr>
    </w:p>
    <w:p w14:paraId="7C7B2139" w14:textId="77777777" w:rsidR="00AE0CFD" w:rsidRPr="0078531E" w:rsidRDefault="00AE0CFD">
      <w:pPr>
        <w:pStyle w:val="Szvegtrzs"/>
        <w:rPr>
          <w:sz w:val="22"/>
        </w:rPr>
      </w:pPr>
    </w:p>
    <w:p w14:paraId="1AB67089" w14:textId="77777777" w:rsidR="00AE0CFD" w:rsidRPr="0078531E" w:rsidRDefault="00AE0CFD">
      <w:pPr>
        <w:pStyle w:val="Szvegtrzs"/>
        <w:spacing w:before="65"/>
        <w:rPr>
          <w:sz w:val="22"/>
        </w:rPr>
      </w:pPr>
    </w:p>
    <w:p w14:paraId="43994F46" w14:textId="25A0DC32" w:rsidR="004B556A" w:rsidRPr="0078531E" w:rsidRDefault="004B556A" w:rsidP="00E5499F">
      <w:pPr>
        <w:pStyle w:val="Cmsor1"/>
      </w:pPr>
      <w:r w:rsidRPr="0078531E">
        <w:t>„Becsüld meg a természetet…!”</w:t>
      </w:r>
    </w:p>
    <w:p w14:paraId="10467E0F" w14:textId="77777777" w:rsidR="004B556A" w:rsidRPr="0078531E" w:rsidRDefault="004B556A">
      <w:pPr>
        <w:pStyle w:val="Cm"/>
        <w:rPr>
          <w:rFonts w:ascii="Times New Roman" w:hAnsi="Times New Roman" w:cs="Times New Roman"/>
          <w:b/>
          <w:bCs/>
          <w:i/>
          <w:iCs/>
          <w:sz w:val="60"/>
          <w:szCs w:val="60"/>
        </w:rPr>
      </w:pPr>
    </w:p>
    <w:p w14:paraId="6407EFBD" w14:textId="3C668216" w:rsidR="00AE0CFD" w:rsidRPr="0078531E" w:rsidRDefault="00CF16D4">
      <w:pPr>
        <w:pStyle w:val="Cm"/>
        <w:rPr>
          <w:rFonts w:ascii="Times New Roman" w:hAnsi="Times New Roman" w:cs="Times New Roman"/>
          <w:sz w:val="60"/>
          <w:szCs w:val="60"/>
        </w:rPr>
      </w:pPr>
      <w:r w:rsidRPr="0078531E">
        <w:rPr>
          <w:rFonts w:ascii="Times New Roman" w:hAnsi="Times New Roman" w:cs="Times New Roman"/>
          <w:sz w:val="60"/>
          <w:szCs w:val="60"/>
        </w:rPr>
        <w:t>Balatonvilágosi Szivárvány</w:t>
      </w:r>
      <w:r w:rsidR="00C3522D" w:rsidRPr="0078531E">
        <w:rPr>
          <w:rFonts w:ascii="Times New Roman" w:hAnsi="Times New Roman" w:cs="Times New Roman"/>
          <w:spacing w:val="-19"/>
          <w:sz w:val="60"/>
          <w:szCs w:val="60"/>
        </w:rPr>
        <w:t xml:space="preserve"> </w:t>
      </w:r>
      <w:r w:rsidR="00C3522D" w:rsidRPr="0078531E">
        <w:rPr>
          <w:rFonts w:ascii="Times New Roman" w:hAnsi="Times New Roman" w:cs="Times New Roman"/>
          <w:sz w:val="60"/>
          <w:szCs w:val="60"/>
        </w:rPr>
        <w:t>Óvoda Pedagógiai Programja</w:t>
      </w:r>
    </w:p>
    <w:p w14:paraId="1F8519CD" w14:textId="5952379F" w:rsidR="00AE0CFD" w:rsidRPr="0078531E" w:rsidRDefault="00975DBB">
      <w:pPr>
        <w:pStyle w:val="Szvegtrzs"/>
        <w:spacing w:line="20" w:lineRule="exact"/>
        <w:ind w:left="136"/>
        <w:rPr>
          <w:sz w:val="2"/>
        </w:rPr>
      </w:pPr>
      <w:r w:rsidRPr="0078531E">
        <w:rPr>
          <w:noProof/>
        </w:rPr>
        <mc:AlternateContent>
          <mc:Choice Requires="wpg">
            <w:drawing>
              <wp:inline distT="0" distB="0" distL="0" distR="0" wp14:anchorId="0DBE4238" wp14:editId="1BDF1C6D">
                <wp:extent cx="5761990" cy="6350"/>
                <wp:effectExtent l="3810" t="635" r="0" b="2540"/>
                <wp:docPr id="49193998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1990" cy="6350"/>
                          <a:chOff x="0" y="0"/>
                          <a:chExt cx="57619" cy="63"/>
                        </a:xfrm>
                      </wpg:grpSpPr>
                      <wps:wsp>
                        <wps:cNvPr id="974855009" name="Graphic 2"/>
                        <wps:cNvSpPr>
                          <a:spLocks/>
                        </wps:cNvSpPr>
                        <wps:spPr bwMode="auto">
                          <a:xfrm>
                            <a:off x="0" y="0"/>
                            <a:ext cx="57619" cy="63"/>
                          </a:xfrm>
                          <a:custGeom>
                            <a:avLst/>
                            <a:gdLst>
                              <a:gd name="T0" fmla="*/ 5761609 w 5761990"/>
                              <a:gd name="T1" fmla="*/ 0 h 6350"/>
                              <a:gd name="T2" fmla="*/ 0 w 5761990"/>
                              <a:gd name="T3" fmla="*/ 0 h 6350"/>
                              <a:gd name="T4" fmla="*/ 0 w 5761990"/>
                              <a:gd name="T5" fmla="*/ 6096 h 6350"/>
                              <a:gd name="T6" fmla="*/ 5761609 w 5761990"/>
                              <a:gd name="T7" fmla="*/ 6096 h 6350"/>
                              <a:gd name="T8" fmla="*/ 5761609 w 5761990"/>
                              <a:gd name="T9" fmla="*/ 0 h 6350"/>
                            </a:gdLst>
                            <a:ahLst/>
                            <a:cxnLst>
                              <a:cxn ang="0">
                                <a:pos x="T0" y="T1"/>
                              </a:cxn>
                              <a:cxn ang="0">
                                <a:pos x="T2" y="T3"/>
                              </a:cxn>
                              <a:cxn ang="0">
                                <a:pos x="T4" y="T5"/>
                              </a:cxn>
                              <a:cxn ang="0">
                                <a:pos x="T6" y="T7"/>
                              </a:cxn>
                              <a:cxn ang="0">
                                <a:pos x="T8" y="T9"/>
                              </a:cxn>
                            </a:cxnLst>
                            <a:rect l="0" t="0" r="r" b="b"/>
                            <a:pathLst>
                              <a:path w="5761990" h="6350">
                                <a:moveTo>
                                  <a:pt x="5761609" y="0"/>
                                </a:moveTo>
                                <a:lnTo>
                                  <a:pt x="0" y="0"/>
                                </a:lnTo>
                                <a:lnTo>
                                  <a:pt x="0" y="6096"/>
                                </a:lnTo>
                                <a:lnTo>
                                  <a:pt x="5761609" y="6096"/>
                                </a:lnTo>
                                <a:lnTo>
                                  <a:pt x="5761609"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2C2A39C" id="Group 1" o:spid="_x0000_s1026" style="width:453.7pt;height:.5pt;mso-position-horizontal-relative:char;mso-position-vertical-relative:line" coordsize="5761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">
                <v:shape id="Graphic 2" o:spid="_x0000_s1027" style="position:absolute;width:57619;height:63;visibility:visible;mso-wrap-style:square;v-text-anchor:top" coordsize="57619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" path="m5761609,l,,,6096r5761609,l5761609,xe" fillcolor="#4f81bc" stroked="f">
                  <v:path arrowok="t" o:connecttype="custom" o:connectlocs="57615,0;0,0;0,60;57615,60;57615,0" o:connectangles="0,0,0,0,0"/>
                </v:shape>
                <w10:anchorlock/>
              </v:group>
            </w:pict>
          </mc:Fallback>
        </mc:AlternateContent>
      </w:r>
    </w:p>
    <w:p w14:paraId="18EDD800" w14:textId="77777777" w:rsidR="00AE0CFD" w:rsidRPr="0078531E" w:rsidRDefault="00AE0CFD">
      <w:pPr>
        <w:pStyle w:val="Szvegtrzs"/>
        <w:rPr>
          <w:sz w:val="20"/>
        </w:rPr>
      </w:pPr>
    </w:p>
    <w:p w14:paraId="77843045" w14:textId="77777777" w:rsidR="00AE0CFD" w:rsidRPr="0078531E" w:rsidRDefault="00AE0CFD">
      <w:pPr>
        <w:pStyle w:val="Szvegtrzs"/>
        <w:rPr>
          <w:sz w:val="20"/>
        </w:rPr>
      </w:pPr>
    </w:p>
    <w:p w14:paraId="253CB0B8" w14:textId="77777777" w:rsidR="00AE0CFD" w:rsidRPr="0078531E" w:rsidRDefault="00AE0CFD" w:rsidP="00CF16D4">
      <w:pPr>
        <w:pStyle w:val="Szvegtrzs"/>
        <w:jc w:val="center"/>
        <w:rPr>
          <w:sz w:val="20"/>
        </w:rPr>
      </w:pPr>
    </w:p>
    <w:p w14:paraId="24543AD1" w14:textId="6ACA2AFF" w:rsidR="00AE0CFD" w:rsidRPr="00724C1A" w:rsidRDefault="00724C1A" w:rsidP="00724C1A">
      <w:pPr>
        <w:pStyle w:val="Szvegtrzs"/>
        <w:jc w:val="center"/>
        <w:rPr>
          <w:b/>
          <w:bCs/>
          <w:sz w:val="36"/>
          <w:szCs w:val="36"/>
        </w:rPr>
      </w:pPr>
      <w:r>
        <w:rPr>
          <w:b/>
          <w:bCs/>
          <w:sz w:val="36"/>
          <w:szCs w:val="36"/>
        </w:rPr>
        <w:t>202</w:t>
      </w:r>
      <w:r w:rsidR="00F61123">
        <w:rPr>
          <w:b/>
          <w:bCs/>
          <w:sz w:val="36"/>
          <w:szCs w:val="36"/>
        </w:rPr>
        <w:t>6</w:t>
      </w:r>
      <w:r>
        <w:rPr>
          <w:b/>
          <w:bCs/>
          <w:sz w:val="36"/>
          <w:szCs w:val="36"/>
        </w:rPr>
        <w:t>.</w:t>
      </w:r>
    </w:p>
    <w:p w14:paraId="352A466E" w14:textId="77777777" w:rsidR="00724C1A" w:rsidRDefault="00724C1A">
      <w:pPr>
        <w:pStyle w:val="Szvegtrzs"/>
        <w:rPr>
          <w:sz w:val="20"/>
        </w:rPr>
      </w:pPr>
    </w:p>
    <w:p w14:paraId="7C5EEC01" w14:textId="77777777" w:rsidR="00724C1A" w:rsidRDefault="00724C1A">
      <w:pPr>
        <w:pStyle w:val="Szvegtrzs"/>
        <w:rPr>
          <w:sz w:val="20"/>
        </w:rPr>
      </w:pPr>
    </w:p>
    <w:p w14:paraId="3161E5A6" w14:textId="77777777" w:rsidR="00724C1A" w:rsidRDefault="00724C1A">
      <w:pPr>
        <w:pStyle w:val="Szvegtrzs"/>
        <w:rPr>
          <w:sz w:val="20"/>
        </w:rPr>
      </w:pPr>
    </w:p>
    <w:p w14:paraId="75963B89" w14:textId="77777777" w:rsidR="00724C1A" w:rsidRPr="0078531E" w:rsidRDefault="00724C1A">
      <w:pPr>
        <w:pStyle w:val="Szvegtrzs"/>
        <w:rPr>
          <w:sz w:val="20"/>
        </w:rPr>
      </w:pPr>
    </w:p>
    <w:p w14:paraId="41AF48B6" w14:textId="3B11FEBE" w:rsidR="00CF16D4" w:rsidRPr="0078531E" w:rsidRDefault="004B556A">
      <w:pPr>
        <w:pStyle w:val="Szvegtrzs"/>
        <w:rPr>
          <w:sz w:val="20"/>
        </w:rPr>
      </w:pPr>
      <w:r w:rsidRPr="0078531E">
        <w:rPr>
          <w:noProof/>
          <w:sz w:val="20"/>
        </w:rPr>
        <w:drawing>
          <wp:anchor distT="0" distB="0" distL="114300" distR="114300" simplePos="0" relativeHeight="251641344" behindDoc="0" locked="0" layoutInCell="1" allowOverlap="1" wp14:anchorId="0768FBEC" wp14:editId="039C4D29">
            <wp:simplePos x="0" y="0"/>
            <wp:positionH relativeFrom="column">
              <wp:posOffset>813435</wp:posOffset>
            </wp:positionH>
            <wp:positionV relativeFrom="paragraph">
              <wp:posOffset>139700</wp:posOffset>
            </wp:positionV>
            <wp:extent cx="4047490" cy="2657475"/>
            <wp:effectExtent l="0" t="0" r="0" b="9525"/>
            <wp:wrapSquare wrapText="bothSides"/>
            <wp:docPr id="1597960258" name="Kép 3" descr="C:\Users\Balatonvilágos\Desktop\117314022_622602081964524_1450135658218646533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C:\Users\Balatonvilágos\Desktop\117314022_622602081964524_1450135658218646533_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47490" cy="2657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0D0E60" w14:textId="7DB2451A" w:rsidR="00CF16D4" w:rsidRPr="0078531E" w:rsidRDefault="00CF16D4">
      <w:pPr>
        <w:pStyle w:val="Szvegtrzs"/>
        <w:rPr>
          <w:sz w:val="20"/>
        </w:rPr>
      </w:pPr>
    </w:p>
    <w:p w14:paraId="4E2639B7" w14:textId="77777777" w:rsidR="00CF16D4" w:rsidRPr="0078531E" w:rsidRDefault="00CF16D4">
      <w:pPr>
        <w:pStyle w:val="Szvegtrzs"/>
        <w:rPr>
          <w:sz w:val="20"/>
        </w:rPr>
      </w:pPr>
    </w:p>
    <w:p w14:paraId="0F9ABA6E" w14:textId="1091F0AC" w:rsidR="00CF16D4" w:rsidRPr="0078531E" w:rsidRDefault="00CF16D4">
      <w:pPr>
        <w:pStyle w:val="Szvegtrzs"/>
        <w:rPr>
          <w:sz w:val="20"/>
        </w:rPr>
      </w:pPr>
    </w:p>
    <w:p w14:paraId="09970D59" w14:textId="47FB2D3D" w:rsidR="00CF16D4" w:rsidRPr="0078531E" w:rsidRDefault="00CF16D4">
      <w:pPr>
        <w:pStyle w:val="Szvegtrzs"/>
        <w:rPr>
          <w:sz w:val="20"/>
        </w:rPr>
      </w:pPr>
    </w:p>
    <w:p w14:paraId="11994052" w14:textId="77777777" w:rsidR="00CF16D4" w:rsidRPr="0078531E" w:rsidRDefault="00CF16D4">
      <w:pPr>
        <w:pStyle w:val="Szvegtrzs"/>
        <w:rPr>
          <w:sz w:val="20"/>
        </w:rPr>
      </w:pPr>
    </w:p>
    <w:p w14:paraId="5FAAF299" w14:textId="77777777" w:rsidR="00CF16D4" w:rsidRPr="0078531E" w:rsidRDefault="00CF16D4" w:rsidP="00CF16D4">
      <w:pPr>
        <w:pStyle w:val="Szvegtrzs"/>
        <w:jc w:val="center"/>
        <w:rPr>
          <w:sz w:val="20"/>
        </w:rPr>
      </w:pPr>
    </w:p>
    <w:p w14:paraId="2A3FC31A" w14:textId="2089466F" w:rsidR="00CF16D4" w:rsidRPr="0078531E" w:rsidRDefault="00CF16D4">
      <w:pPr>
        <w:pStyle w:val="Szvegtrzs"/>
        <w:rPr>
          <w:sz w:val="20"/>
        </w:rPr>
      </w:pPr>
    </w:p>
    <w:p w14:paraId="2549C5D4" w14:textId="77777777" w:rsidR="00CF16D4" w:rsidRPr="0078531E" w:rsidRDefault="00CF16D4">
      <w:pPr>
        <w:pStyle w:val="Szvegtrzs"/>
        <w:rPr>
          <w:sz w:val="20"/>
        </w:rPr>
      </w:pPr>
    </w:p>
    <w:p w14:paraId="4DE3E7E4" w14:textId="77777777" w:rsidR="00CF16D4" w:rsidRPr="0078531E" w:rsidRDefault="00CF16D4">
      <w:pPr>
        <w:pStyle w:val="Szvegtrzs"/>
        <w:rPr>
          <w:sz w:val="20"/>
        </w:rPr>
      </w:pPr>
    </w:p>
    <w:p w14:paraId="39ACF504" w14:textId="77777777" w:rsidR="00CF16D4" w:rsidRPr="0078531E" w:rsidRDefault="00CF16D4">
      <w:pPr>
        <w:pStyle w:val="Szvegtrzs"/>
        <w:rPr>
          <w:sz w:val="20"/>
        </w:rPr>
      </w:pPr>
    </w:p>
    <w:p w14:paraId="320DBAAE" w14:textId="77777777" w:rsidR="00CF16D4" w:rsidRPr="0078531E" w:rsidRDefault="00CF16D4">
      <w:pPr>
        <w:pStyle w:val="Szvegtrzs"/>
        <w:rPr>
          <w:sz w:val="20"/>
        </w:rPr>
      </w:pPr>
    </w:p>
    <w:p w14:paraId="71384CE5" w14:textId="77777777" w:rsidR="00CF16D4" w:rsidRPr="0078531E" w:rsidRDefault="00CF16D4">
      <w:pPr>
        <w:pStyle w:val="Szvegtrzs"/>
        <w:rPr>
          <w:sz w:val="20"/>
        </w:rPr>
      </w:pPr>
    </w:p>
    <w:p w14:paraId="601B6FB9" w14:textId="77777777" w:rsidR="00CF16D4" w:rsidRPr="0078531E" w:rsidRDefault="00CF16D4">
      <w:pPr>
        <w:pStyle w:val="Szvegtrzs"/>
        <w:rPr>
          <w:sz w:val="20"/>
        </w:rPr>
      </w:pPr>
    </w:p>
    <w:p w14:paraId="0B0BF322" w14:textId="77777777" w:rsidR="00CF16D4" w:rsidRPr="0078531E" w:rsidRDefault="00CF16D4">
      <w:pPr>
        <w:pStyle w:val="Szvegtrzs"/>
        <w:rPr>
          <w:sz w:val="20"/>
        </w:rPr>
      </w:pPr>
    </w:p>
    <w:p w14:paraId="5EF5F30D" w14:textId="77777777" w:rsidR="00CF16D4" w:rsidRPr="0078531E" w:rsidRDefault="00CF16D4">
      <w:pPr>
        <w:pStyle w:val="Szvegtrzs"/>
        <w:rPr>
          <w:sz w:val="20"/>
        </w:rPr>
      </w:pPr>
    </w:p>
    <w:p w14:paraId="13B1BCF3" w14:textId="77777777" w:rsidR="00CF16D4" w:rsidRPr="0078531E" w:rsidRDefault="00CF16D4">
      <w:pPr>
        <w:pStyle w:val="Szvegtrzs"/>
        <w:rPr>
          <w:sz w:val="20"/>
        </w:rPr>
      </w:pPr>
    </w:p>
    <w:p w14:paraId="3C7EF68E" w14:textId="77777777" w:rsidR="00CF16D4" w:rsidRPr="0078531E" w:rsidRDefault="00CF16D4">
      <w:pPr>
        <w:pStyle w:val="Szvegtrzs"/>
        <w:rPr>
          <w:sz w:val="20"/>
        </w:rPr>
      </w:pPr>
    </w:p>
    <w:p w14:paraId="4E6131B3" w14:textId="00097DFC" w:rsidR="00AE0CFD" w:rsidRPr="0078531E" w:rsidRDefault="00AE0CFD">
      <w:pPr>
        <w:pStyle w:val="Szvegtrzs"/>
        <w:rPr>
          <w:sz w:val="20"/>
        </w:rPr>
      </w:pPr>
    </w:p>
    <w:p w14:paraId="01BC8EB3" w14:textId="0E4E6764" w:rsidR="00AE0CFD" w:rsidRPr="0078531E" w:rsidRDefault="00AE0CFD">
      <w:pPr>
        <w:pStyle w:val="Szvegtrzs"/>
        <w:spacing w:before="66"/>
        <w:rPr>
          <w:sz w:val="20"/>
        </w:rPr>
      </w:pPr>
    </w:p>
    <w:p w14:paraId="39BB275E" w14:textId="77777777" w:rsidR="00AE0CFD" w:rsidRPr="0078531E" w:rsidRDefault="00AE0CFD">
      <w:pPr>
        <w:pStyle w:val="Szvegtrzs"/>
        <w:rPr>
          <w:sz w:val="28"/>
        </w:rPr>
      </w:pPr>
    </w:p>
    <w:p w14:paraId="01CB19ED" w14:textId="77777777" w:rsidR="001E4657" w:rsidRPr="0078531E" w:rsidRDefault="001E4657">
      <w:pPr>
        <w:pStyle w:val="Szvegtrzs"/>
        <w:rPr>
          <w:sz w:val="28"/>
        </w:rPr>
      </w:pPr>
    </w:p>
    <w:p w14:paraId="5BE21FC9" w14:textId="77777777" w:rsidR="00AE0CFD" w:rsidRPr="0078531E" w:rsidRDefault="00AE0CFD">
      <w:pPr>
        <w:pStyle w:val="Szvegtrzs"/>
        <w:rPr>
          <w:sz w:val="28"/>
        </w:rPr>
      </w:pPr>
    </w:p>
    <w:p w14:paraId="1E4F7482" w14:textId="77777777" w:rsidR="004B556A" w:rsidRPr="0078531E" w:rsidRDefault="004B556A" w:rsidP="00CF16D4">
      <w:pPr>
        <w:ind w:right="2979"/>
        <w:jc w:val="both"/>
        <w:rPr>
          <w:sz w:val="28"/>
        </w:rPr>
      </w:pPr>
    </w:p>
    <w:p w14:paraId="422201FB" w14:textId="77777777" w:rsidR="004B556A" w:rsidRPr="0078531E" w:rsidRDefault="004B556A" w:rsidP="00CF16D4">
      <w:pPr>
        <w:ind w:right="2979"/>
        <w:jc w:val="both"/>
        <w:rPr>
          <w:sz w:val="28"/>
        </w:rPr>
      </w:pPr>
    </w:p>
    <w:p w14:paraId="3DF03935" w14:textId="77777777" w:rsidR="004B556A" w:rsidRPr="0078531E" w:rsidRDefault="004B556A" w:rsidP="00CF16D4">
      <w:pPr>
        <w:ind w:right="2979"/>
        <w:jc w:val="both"/>
        <w:rPr>
          <w:sz w:val="28"/>
        </w:rPr>
      </w:pPr>
    </w:p>
    <w:p w14:paraId="6AA435FB" w14:textId="6761E21E" w:rsidR="00383E45" w:rsidRDefault="00C3522D" w:rsidP="004B556A">
      <w:pPr>
        <w:ind w:right="2979"/>
        <w:jc w:val="both"/>
        <w:rPr>
          <w:sz w:val="28"/>
        </w:rPr>
      </w:pPr>
      <w:r w:rsidRPr="0078531E">
        <w:rPr>
          <w:sz w:val="28"/>
        </w:rPr>
        <w:t>Készítette</w:t>
      </w:r>
      <w:r w:rsidR="00C07FA0" w:rsidRPr="0078531E">
        <w:rPr>
          <w:sz w:val="28"/>
        </w:rPr>
        <w:t>:</w:t>
      </w:r>
      <w:r w:rsidR="001B1DF3" w:rsidRPr="0078531E">
        <w:rPr>
          <w:sz w:val="28"/>
        </w:rPr>
        <w:t xml:space="preserve"> </w:t>
      </w:r>
      <w:r w:rsidR="00C07FA0" w:rsidRPr="0078531E">
        <w:rPr>
          <w:sz w:val="28"/>
        </w:rPr>
        <w:t xml:space="preserve">Szöllősi Erika </w:t>
      </w:r>
    </w:p>
    <w:p w14:paraId="1656737E" w14:textId="6A8588F6" w:rsidR="000E28C3" w:rsidRPr="0078531E" w:rsidRDefault="000E28C3" w:rsidP="004B556A">
      <w:pPr>
        <w:ind w:right="2979"/>
        <w:jc w:val="both"/>
        <w:rPr>
          <w:sz w:val="28"/>
        </w:rPr>
      </w:pPr>
      <w:r>
        <w:rPr>
          <w:sz w:val="28"/>
        </w:rPr>
        <w:t xml:space="preserve">                      igazgató</w:t>
      </w:r>
    </w:p>
    <w:p w14:paraId="21DAD968" w14:textId="77777777" w:rsidR="00FB15F1" w:rsidRPr="0078531E" w:rsidRDefault="00FB15F1" w:rsidP="004B556A">
      <w:pPr>
        <w:ind w:right="2979"/>
        <w:jc w:val="both"/>
        <w:rPr>
          <w:sz w:val="28"/>
        </w:rPr>
      </w:pPr>
    </w:p>
    <w:p w14:paraId="50E84A63" w14:textId="77777777" w:rsidR="00383E45" w:rsidRPr="0078531E" w:rsidRDefault="00383E45" w:rsidP="004B556A">
      <w:pPr>
        <w:ind w:right="2979"/>
        <w:jc w:val="both"/>
        <w:rPr>
          <w:sz w:val="28"/>
        </w:rPr>
      </w:pPr>
    </w:p>
    <w:p w14:paraId="32E9563F" w14:textId="77777777" w:rsidR="00FB15F1" w:rsidRPr="0078531E" w:rsidRDefault="00FB15F1" w:rsidP="00FB15F1">
      <w:pPr>
        <w:widowControl/>
        <w:autoSpaceDE/>
        <w:autoSpaceDN/>
        <w:spacing w:after="160" w:line="259" w:lineRule="auto"/>
        <w:rPr>
          <w:rFonts w:ascii="Calibri" w:eastAsia="Calibri" w:hAnsi="Calibri"/>
          <w:kern w:val="2"/>
          <w:sz w:val="36"/>
          <w:szCs w:val="36"/>
          <w14:ligatures w14:val="standardContextual"/>
        </w:rPr>
      </w:pPr>
      <w:bookmarkStart w:id="0" w:name="_Hlk170370474"/>
      <w:r w:rsidRPr="0078531E">
        <w:rPr>
          <w:rFonts w:ascii="Calibri" w:eastAsia="Calibri" w:hAnsi="Calibri"/>
          <w:kern w:val="2"/>
          <w:sz w:val="36"/>
          <w:szCs w:val="36"/>
          <w14:ligatures w14:val="standardContextual"/>
        </w:rPr>
        <w:lastRenderedPageBreak/>
        <w:t>TARTALOMJEGYZÉK</w:t>
      </w:r>
    </w:p>
    <w:p w14:paraId="3C9E8521" w14:textId="77777777" w:rsidR="00FB15F1" w:rsidRPr="0078531E" w:rsidRDefault="00FB15F1" w:rsidP="00FB15F1">
      <w:pPr>
        <w:widowControl/>
        <w:autoSpaceDE/>
        <w:autoSpaceDN/>
        <w:spacing w:after="160" w:line="259" w:lineRule="auto"/>
        <w:rPr>
          <w:rFonts w:ascii="Calibri" w:eastAsia="Calibri" w:hAnsi="Calibri"/>
          <w:kern w:val="2"/>
          <w:sz w:val="24"/>
          <w:szCs w:val="24"/>
          <w14:ligatures w14:val="standardContextual"/>
        </w:rPr>
      </w:pPr>
    </w:p>
    <w:p w14:paraId="28661F74" w14:textId="1E48C070" w:rsidR="00FB15F1" w:rsidRPr="0078531E" w:rsidRDefault="00FB15F1" w:rsidP="00FB15F1">
      <w:pPr>
        <w:widowControl/>
        <w:autoSpaceDE/>
        <w:autoSpaceDN/>
        <w:spacing w:after="160" w:line="259" w:lineRule="auto"/>
        <w:rPr>
          <w:rFonts w:ascii="Calibri" w:eastAsia="Calibri" w:hAnsi="Calibri"/>
          <w:kern w:val="2"/>
          <w:sz w:val="26"/>
          <w:szCs w:val="26"/>
          <w14:ligatures w14:val="standardContextual"/>
        </w:rPr>
      </w:pPr>
      <w:r w:rsidRPr="0078531E">
        <w:rPr>
          <w:rFonts w:ascii="Calibri" w:eastAsia="Calibri" w:hAnsi="Calibri"/>
          <w:kern w:val="2"/>
          <w:sz w:val="26"/>
          <w:szCs w:val="26"/>
          <w14:ligatures w14:val="standardContextual"/>
        </w:rPr>
        <w:t>A Pedagógiai Program jogszabályi háttere………………………………………………………</w:t>
      </w:r>
      <w:proofErr w:type="gramStart"/>
      <w:r w:rsidRPr="0078531E">
        <w:rPr>
          <w:rFonts w:ascii="Calibri" w:eastAsia="Calibri" w:hAnsi="Calibri"/>
          <w:kern w:val="2"/>
          <w:sz w:val="26"/>
          <w:szCs w:val="26"/>
          <w14:ligatures w14:val="standardContextual"/>
        </w:rPr>
        <w:t>…….…..</w:t>
      </w:r>
      <w:proofErr w:type="gramEnd"/>
      <w:r w:rsidR="007C4E21" w:rsidRPr="0078531E">
        <w:rPr>
          <w:rFonts w:ascii="Calibri" w:eastAsia="Calibri" w:hAnsi="Calibri"/>
          <w:kern w:val="2"/>
          <w:sz w:val="26"/>
          <w:szCs w:val="26"/>
          <w14:ligatures w14:val="standardContextual"/>
        </w:rPr>
        <w:t>3</w:t>
      </w:r>
      <w:r w:rsidRPr="0078531E">
        <w:rPr>
          <w:rFonts w:ascii="Calibri" w:eastAsia="Calibri" w:hAnsi="Calibri"/>
          <w:kern w:val="2"/>
          <w:sz w:val="26"/>
          <w:szCs w:val="26"/>
          <w14:ligatures w14:val="standardContextual"/>
        </w:rPr>
        <w:t>.</w:t>
      </w:r>
    </w:p>
    <w:p w14:paraId="70D15E29" w14:textId="54DC22B9" w:rsidR="00FB15F1" w:rsidRPr="0078531E" w:rsidRDefault="00FB15F1" w:rsidP="00FB15F1">
      <w:pPr>
        <w:widowControl/>
        <w:autoSpaceDE/>
        <w:autoSpaceDN/>
        <w:spacing w:after="160" w:line="259" w:lineRule="auto"/>
        <w:rPr>
          <w:rFonts w:ascii="Calibri" w:eastAsia="Calibri" w:hAnsi="Calibri"/>
          <w:kern w:val="2"/>
          <w:sz w:val="26"/>
          <w:szCs w:val="26"/>
          <w14:ligatures w14:val="standardContextual"/>
        </w:rPr>
      </w:pPr>
      <w:r w:rsidRPr="0078531E">
        <w:rPr>
          <w:rFonts w:ascii="Calibri" w:eastAsia="Calibri" w:hAnsi="Calibri"/>
          <w:kern w:val="2"/>
          <w:sz w:val="26"/>
          <w:szCs w:val="26"/>
          <w14:ligatures w14:val="standardContextual"/>
        </w:rPr>
        <w:t>BEVEZETŐ……………………………………………………………………………………………………………</w:t>
      </w:r>
      <w:proofErr w:type="gramStart"/>
      <w:r w:rsidRPr="0078531E">
        <w:rPr>
          <w:rFonts w:ascii="Calibri" w:eastAsia="Calibri" w:hAnsi="Calibri"/>
          <w:kern w:val="2"/>
          <w:sz w:val="26"/>
          <w:szCs w:val="26"/>
          <w14:ligatures w14:val="standardContextual"/>
        </w:rPr>
        <w:t>…….</w:t>
      </w:r>
      <w:proofErr w:type="gramEnd"/>
      <w:r w:rsidR="007C4E21" w:rsidRPr="0078531E">
        <w:rPr>
          <w:rFonts w:ascii="Calibri" w:eastAsia="Calibri" w:hAnsi="Calibri"/>
          <w:kern w:val="2"/>
          <w:sz w:val="26"/>
          <w:szCs w:val="26"/>
          <w14:ligatures w14:val="standardContextual"/>
        </w:rPr>
        <w:t>5.</w:t>
      </w:r>
    </w:p>
    <w:p w14:paraId="2B162D80" w14:textId="03215071" w:rsidR="00FB15F1" w:rsidRPr="0078531E" w:rsidRDefault="00FB15F1" w:rsidP="00FB15F1">
      <w:pPr>
        <w:widowControl/>
        <w:autoSpaceDE/>
        <w:autoSpaceDN/>
        <w:spacing w:after="160" w:line="259" w:lineRule="auto"/>
        <w:rPr>
          <w:rFonts w:ascii="Calibri" w:eastAsia="Calibri" w:hAnsi="Calibri"/>
          <w:kern w:val="2"/>
          <w:sz w:val="26"/>
          <w:szCs w:val="26"/>
          <w14:ligatures w14:val="standardContextual"/>
        </w:rPr>
      </w:pPr>
      <w:r w:rsidRPr="0078531E">
        <w:rPr>
          <w:rFonts w:ascii="Calibri" w:eastAsia="Calibri" w:hAnsi="Calibri"/>
          <w:kern w:val="2"/>
          <w:sz w:val="26"/>
          <w:szCs w:val="26"/>
          <w14:ligatures w14:val="standardContextual"/>
        </w:rPr>
        <w:t>I. Az óvoda adatai………………………………………………………………………………………………………</w:t>
      </w:r>
      <w:r w:rsidR="007C4E21" w:rsidRPr="0078531E">
        <w:rPr>
          <w:rFonts w:ascii="Calibri" w:eastAsia="Calibri" w:hAnsi="Calibri"/>
          <w:kern w:val="2"/>
          <w:sz w:val="26"/>
          <w:szCs w:val="26"/>
          <w14:ligatures w14:val="standardContextual"/>
        </w:rPr>
        <w:t>7</w:t>
      </w:r>
      <w:r w:rsidRPr="0078531E">
        <w:rPr>
          <w:rFonts w:ascii="Calibri" w:eastAsia="Calibri" w:hAnsi="Calibri"/>
          <w:kern w:val="2"/>
          <w:sz w:val="26"/>
          <w:szCs w:val="26"/>
          <w14:ligatures w14:val="standardContextual"/>
        </w:rPr>
        <w:t>.</w:t>
      </w:r>
    </w:p>
    <w:p w14:paraId="0CDC62D7" w14:textId="77777777" w:rsidR="00FB15F1" w:rsidRPr="0078531E" w:rsidRDefault="00FB15F1" w:rsidP="00FB15F1">
      <w:pPr>
        <w:widowControl/>
        <w:autoSpaceDE/>
        <w:autoSpaceDN/>
        <w:spacing w:after="160" w:line="259" w:lineRule="auto"/>
        <w:rPr>
          <w:rFonts w:ascii="Calibri" w:eastAsia="Calibri" w:hAnsi="Calibri"/>
          <w:kern w:val="2"/>
          <w:sz w:val="26"/>
          <w:szCs w:val="26"/>
          <w14:ligatures w14:val="standardContextual"/>
        </w:rPr>
      </w:pPr>
      <w:r w:rsidRPr="0078531E">
        <w:rPr>
          <w:rFonts w:ascii="Calibri" w:eastAsia="Calibri" w:hAnsi="Calibri"/>
          <w:kern w:val="2"/>
          <w:sz w:val="26"/>
          <w:szCs w:val="26"/>
          <w14:ligatures w14:val="standardContextual"/>
        </w:rPr>
        <w:t>II. Az óvoda bemutatása………………………………………………………………………………</w:t>
      </w:r>
      <w:proofErr w:type="gramStart"/>
      <w:r w:rsidRPr="0078531E">
        <w:rPr>
          <w:rFonts w:ascii="Calibri" w:eastAsia="Calibri" w:hAnsi="Calibri"/>
          <w:kern w:val="2"/>
          <w:sz w:val="26"/>
          <w:szCs w:val="26"/>
          <w14:ligatures w14:val="standardContextual"/>
        </w:rPr>
        <w:t>…….</w:t>
      </w:r>
      <w:proofErr w:type="gramEnd"/>
      <w:r w:rsidRPr="0078531E">
        <w:rPr>
          <w:rFonts w:ascii="Calibri" w:eastAsia="Calibri" w:hAnsi="Calibri"/>
          <w:kern w:val="2"/>
          <w:sz w:val="26"/>
          <w:szCs w:val="26"/>
          <w14:ligatures w14:val="standardContextual"/>
        </w:rPr>
        <w:t>.</w:t>
      </w:r>
      <w:proofErr w:type="gramStart"/>
      <w:r w:rsidRPr="0078531E">
        <w:rPr>
          <w:rFonts w:ascii="Calibri" w:eastAsia="Calibri" w:hAnsi="Calibri"/>
          <w:kern w:val="2"/>
          <w:sz w:val="26"/>
          <w:szCs w:val="26"/>
          <w14:ligatures w14:val="standardContextual"/>
        </w:rPr>
        <w:t>…….</w:t>
      </w:r>
      <w:proofErr w:type="gramEnd"/>
      <w:r w:rsidRPr="0078531E">
        <w:rPr>
          <w:rFonts w:ascii="Calibri" w:eastAsia="Calibri" w:hAnsi="Calibri"/>
          <w:kern w:val="2"/>
          <w:sz w:val="26"/>
          <w:szCs w:val="26"/>
          <w14:ligatures w14:val="standardContextual"/>
        </w:rPr>
        <w:t>9.</w:t>
      </w:r>
    </w:p>
    <w:p w14:paraId="7DC895B0" w14:textId="77777777" w:rsidR="00FB15F1" w:rsidRPr="0078531E" w:rsidRDefault="00FB15F1" w:rsidP="00FB15F1">
      <w:pPr>
        <w:widowControl/>
        <w:autoSpaceDE/>
        <w:autoSpaceDN/>
        <w:spacing w:after="160" w:line="259" w:lineRule="auto"/>
        <w:rPr>
          <w:rFonts w:ascii="Calibri" w:eastAsia="Calibri" w:hAnsi="Calibri"/>
          <w:kern w:val="2"/>
          <w:sz w:val="26"/>
          <w:szCs w:val="26"/>
          <w14:ligatures w14:val="standardContextual"/>
        </w:rPr>
      </w:pPr>
      <w:r w:rsidRPr="0078531E">
        <w:rPr>
          <w:rFonts w:ascii="Calibri" w:eastAsia="Calibri" w:hAnsi="Calibri"/>
          <w:kern w:val="2"/>
          <w:sz w:val="26"/>
          <w:szCs w:val="26"/>
          <w14:ligatures w14:val="standardContextual"/>
        </w:rPr>
        <w:t>III. Gyermekkép, óvodakép………………………………………………………………………………………14.</w:t>
      </w:r>
    </w:p>
    <w:p w14:paraId="13237B00" w14:textId="0B0205A5" w:rsidR="00FB15F1" w:rsidRPr="0078531E" w:rsidRDefault="00FB15F1" w:rsidP="00FB15F1">
      <w:pPr>
        <w:widowControl/>
        <w:autoSpaceDE/>
        <w:autoSpaceDN/>
        <w:spacing w:after="160" w:line="259" w:lineRule="auto"/>
        <w:rPr>
          <w:rFonts w:ascii="Calibri" w:eastAsia="Calibri" w:hAnsi="Calibri"/>
          <w:kern w:val="2"/>
          <w:sz w:val="26"/>
          <w:szCs w:val="26"/>
          <w14:ligatures w14:val="standardContextual"/>
        </w:rPr>
      </w:pPr>
      <w:r w:rsidRPr="0078531E">
        <w:rPr>
          <w:rFonts w:ascii="Calibri" w:eastAsia="Calibri" w:hAnsi="Calibri"/>
          <w:kern w:val="2"/>
          <w:sz w:val="26"/>
          <w:szCs w:val="26"/>
          <w14:ligatures w14:val="standardContextual"/>
        </w:rPr>
        <w:t>IV. Az óvoda helyi nevelési alapelvei, értékei, célkitűzései…………………………………</w:t>
      </w:r>
      <w:proofErr w:type="gramStart"/>
      <w:r w:rsidRPr="0078531E">
        <w:rPr>
          <w:rFonts w:ascii="Calibri" w:eastAsia="Calibri" w:hAnsi="Calibri"/>
          <w:kern w:val="2"/>
          <w:sz w:val="26"/>
          <w:szCs w:val="26"/>
          <w14:ligatures w14:val="standardContextual"/>
        </w:rPr>
        <w:t>…….</w:t>
      </w:r>
      <w:proofErr w:type="gramEnd"/>
      <w:r w:rsidRPr="0078531E">
        <w:rPr>
          <w:rFonts w:ascii="Calibri" w:eastAsia="Calibri" w:hAnsi="Calibri"/>
          <w:kern w:val="2"/>
          <w:sz w:val="26"/>
          <w:szCs w:val="26"/>
          <w14:ligatures w14:val="standardContextual"/>
        </w:rPr>
        <w:t>1</w:t>
      </w:r>
      <w:r w:rsidR="007C4E21" w:rsidRPr="0078531E">
        <w:rPr>
          <w:rFonts w:ascii="Calibri" w:eastAsia="Calibri" w:hAnsi="Calibri"/>
          <w:kern w:val="2"/>
          <w:sz w:val="26"/>
          <w:szCs w:val="26"/>
          <w14:ligatures w14:val="standardContextual"/>
        </w:rPr>
        <w:t>6</w:t>
      </w:r>
      <w:r w:rsidRPr="0078531E">
        <w:rPr>
          <w:rFonts w:ascii="Calibri" w:eastAsia="Calibri" w:hAnsi="Calibri"/>
          <w:kern w:val="2"/>
          <w:sz w:val="26"/>
          <w:szCs w:val="26"/>
          <w14:ligatures w14:val="standardContextual"/>
        </w:rPr>
        <w:t>.</w:t>
      </w:r>
    </w:p>
    <w:p w14:paraId="53325E6E" w14:textId="6169F4B7" w:rsidR="00FB15F1" w:rsidRPr="0078531E" w:rsidRDefault="00FB15F1" w:rsidP="00FB15F1">
      <w:pPr>
        <w:widowControl/>
        <w:autoSpaceDE/>
        <w:autoSpaceDN/>
        <w:spacing w:after="160" w:line="259" w:lineRule="auto"/>
        <w:rPr>
          <w:rFonts w:ascii="Calibri" w:eastAsia="Calibri" w:hAnsi="Calibri"/>
          <w:kern w:val="2"/>
          <w:sz w:val="26"/>
          <w:szCs w:val="26"/>
          <w14:ligatures w14:val="standardContextual"/>
        </w:rPr>
      </w:pPr>
      <w:r w:rsidRPr="0078531E">
        <w:rPr>
          <w:rFonts w:ascii="Calibri" w:eastAsia="Calibri" w:hAnsi="Calibri"/>
          <w:kern w:val="2"/>
          <w:sz w:val="26"/>
          <w:szCs w:val="26"/>
          <w14:ligatures w14:val="standardContextual"/>
        </w:rPr>
        <w:t>V. Pedagógiai koncepció……………………………………………………………………………………</w:t>
      </w:r>
      <w:proofErr w:type="gramStart"/>
      <w:r w:rsidRPr="0078531E">
        <w:rPr>
          <w:rFonts w:ascii="Calibri" w:eastAsia="Calibri" w:hAnsi="Calibri"/>
          <w:kern w:val="2"/>
          <w:sz w:val="26"/>
          <w:szCs w:val="26"/>
          <w14:ligatures w14:val="standardContextual"/>
        </w:rPr>
        <w:t>…….</w:t>
      </w:r>
      <w:proofErr w:type="gramEnd"/>
      <w:r w:rsidRPr="0078531E">
        <w:rPr>
          <w:rFonts w:ascii="Calibri" w:eastAsia="Calibri" w:hAnsi="Calibri"/>
          <w:kern w:val="2"/>
          <w:sz w:val="26"/>
          <w:szCs w:val="26"/>
          <w14:ligatures w14:val="standardContextual"/>
        </w:rPr>
        <w:t>1</w:t>
      </w:r>
      <w:r w:rsidR="007C4E21" w:rsidRPr="0078531E">
        <w:rPr>
          <w:rFonts w:ascii="Calibri" w:eastAsia="Calibri" w:hAnsi="Calibri"/>
          <w:kern w:val="2"/>
          <w:sz w:val="26"/>
          <w:szCs w:val="26"/>
          <w14:ligatures w14:val="standardContextual"/>
        </w:rPr>
        <w:t>9</w:t>
      </w:r>
      <w:r w:rsidRPr="0078531E">
        <w:rPr>
          <w:rFonts w:ascii="Calibri" w:eastAsia="Calibri" w:hAnsi="Calibri"/>
          <w:kern w:val="2"/>
          <w:sz w:val="26"/>
          <w:szCs w:val="26"/>
          <w14:ligatures w14:val="standardContextual"/>
        </w:rPr>
        <w:t>.</w:t>
      </w:r>
    </w:p>
    <w:p w14:paraId="4E5D7AFA" w14:textId="37088CA9" w:rsidR="00FB15F1" w:rsidRPr="0078531E" w:rsidRDefault="00FB15F1" w:rsidP="00FB15F1">
      <w:pPr>
        <w:widowControl/>
        <w:autoSpaceDE/>
        <w:autoSpaceDN/>
        <w:spacing w:after="160" w:line="259" w:lineRule="auto"/>
        <w:rPr>
          <w:rFonts w:ascii="Calibri" w:eastAsia="Calibri" w:hAnsi="Calibri"/>
          <w:kern w:val="2"/>
          <w:sz w:val="26"/>
          <w:szCs w:val="26"/>
          <w14:ligatures w14:val="standardContextual"/>
        </w:rPr>
      </w:pPr>
      <w:r w:rsidRPr="0078531E">
        <w:rPr>
          <w:rFonts w:ascii="Calibri" w:eastAsia="Calibri" w:hAnsi="Calibri"/>
          <w:kern w:val="2"/>
          <w:sz w:val="26"/>
          <w:szCs w:val="26"/>
          <w14:ligatures w14:val="standardContextual"/>
        </w:rPr>
        <w:t>VI. Az óvodai élet megszervezése…………………………………………………………………</w:t>
      </w:r>
      <w:proofErr w:type="gramStart"/>
      <w:r w:rsidRPr="0078531E">
        <w:rPr>
          <w:rFonts w:ascii="Calibri" w:eastAsia="Calibri" w:hAnsi="Calibri"/>
          <w:kern w:val="2"/>
          <w:sz w:val="26"/>
          <w:szCs w:val="26"/>
          <w14:ligatures w14:val="standardContextual"/>
        </w:rPr>
        <w:t>…….</w:t>
      </w:r>
      <w:proofErr w:type="gramEnd"/>
      <w:r w:rsidRPr="0078531E">
        <w:rPr>
          <w:rFonts w:ascii="Calibri" w:eastAsia="Calibri" w:hAnsi="Calibri"/>
          <w:kern w:val="2"/>
          <w:sz w:val="26"/>
          <w:szCs w:val="26"/>
          <w14:ligatures w14:val="standardContextual"/>
        </w:rPr>
        <w:t>……</w:t>
      </w:r>
      <w:r w:rsidR="007C4E21" w:rsidRPr="0078531E">
        <w:rPr>
          <w:rFonts w:ascii="Calibri" w:eastAsia="Calibri" w:hAnsi="Calibri"/>
          <w:kern w:val="2"/>
          <w:sz w:val="26"/>
          <w:szCs w:val="26"/>
          <w14:ligatures w14:val="standardContextual"/>
        </w:rPr>
        <w:t>20</w:t>
      </w:r>
      <w:r w:rsidRPr="0078531E">
        <w:rPr>
          <w:rFonts w:ascii="Calibri" w:eastAsia="Calibri" w:hAnsi="Calibri"/>
          <w:kern w:val="2"/>
          <w:sz w:val="26"/>
          <w:szCs w:val="26"/>
          <w14:ligatures w14:val="standardContextual"/>
        </w:rPr>
        <w:t>.</w:t>
      </w:r>
    </w:p>
    <w:p w14:paraId="73439A90" w14:textId="1935F12F" w:rsidR="00FB15F1" w:rsidRPr="0078531E" w:rsidRDefault="00FB15F1" w:rsidP="00FB15F1">
      <w:pPr>
        <w:widowControl/>
        <w:autoSpaceDE/>
        <w:autoSpaceDN/>
        <w:spacing w:after="160" w:line="259" w:lineRule="auto"/>
        <w:rPr>
          <w:rFonts w:ascii="Calibri" w:eastAsia="Calibri" w:hAnsi="Calibri"/>
          <w:kern w:val="2"/>
          <w:sz w:val="26"/>
          <w:szCs w:val="26"/>
          <w14:ligatures w14:val="standardContextual"/>
        </w:rPr>
      </w:pPr>
      <w:r w:rsidRPr="0078531E">
        <w:rPr>
          <w:rFonts w:ascii="Calibri" w:eastAsia="Calibri" w:hAnsi="Calibri"/>
          <w:kern w:val="2"/>
          <w:sz w:val="26"/>
          <w:szCs w:val="26"/>
          <w14:ligatures w14:val="standardContextual"/>
        </w:rPr>
        <w:t>VII. Nevelésünk alapjai……………………………………………………………………………………</w:t>
      </w:r>
      <w:proofErr w:type="gramStart"/>
      <w:r w:rsidRPr="0078531E">
        <w:rPr>
          <w:rFonts w:ascii="Calibri" w:eastAsia="Calibri" w:hAnsi="Calibri"/>
          <w:kern w:val="2"/>
          <w:sz w:val="26"/>
          <w:szCs w:val="26"/>
          <w14:ligatures w14:val="standardContextual"/>
        </w:rPr>
        <w:t>…….</w:t>
      </w:r>
      <w:proofErr w:type="gramEnd"/>
      <w:r w:rsidRPr="0078531E">
        <w:rPr>
          <w:rFonts w:ascii="Calibri" w:eastAsia="Calibri" w:hAnsi="Calibri"/>
          <w:kern w:val="2"/>
          <w:sz w:val="26"/>
          <w:szCs w:val="26"/>
          <w14:ligatures w14:val="standardContextual"/>
        </w:rPr>
        <w:t>…2</w:t>
      </w:r>
      <w:r w:rsidR="007C4E21" w:rsidRPr="0078531E">
        <w:rPr>
          <w:rFonts w:ascii="Calibri" w:eastAsia="Calibri" w:hAnsi="Calibri"/>
          <w:kern w:val="2"/>
          <w:sz w:val="26"/>
          <w:szCs w:val="26"/>
          <w14:ligatures w14:val="standardContextual"/>
        </w:rPr>
        <w:t>8</w:t>
      </w:r>
      <w:r w:rsidRPr="0078531E">
        <w:rPr>
          <w:rFonts w:ascii="Calibri" w:eastAsia="Calibri" w:hAnsi="Calibri"/>
          <w:kern w:val="2"/>
          <w:sz w:val="26"/>
          <w:szCs w:val="26"/>
          <w14:ligatures w14:val="standardContextual"/>
        </w:rPr>
        <w:t>.</w:t>
      </w:r>
    </w:p>
    <w:p w14:paraId="038D8D0A" w14:textId="4BD7BCC2" w:rsidR="00FB15F1" w:rsidRPr="0078531E" w:rsidRDefault="00FB15F1" w:rsidP="00FB15F1">
      <w:pPr>
        <w:widowControl/>
        <w:autoSpaceDE/>
        <w:autoSpaceDN/>
        <w:spacing w:after="160" w:line="259" w:lineRule="auto"/>
        <w:rPr>
          <w:rFonts w:ascii="Calibri" w:eastAsia="Calibri" w:hAnsi="Calibri"/>
          <w:kern w:val="2"/>
          <w:sz w:val="26"/>
          <w:szCs w:val="26"/>
          <w14:ligatures w14:val="standardContextual"/>
        </w:rPr>
      </w:pPr>
      <w:r w:rsidRPr="0078531E">
        <w:rPr>
          <w:rFonts w:ascii="Calibri" w:eastAsia="Calibri" w:hAnsi="Calibri"/>
          <w:kern w:val="2"/>
          <w:sz w:val="26"/>
          <w:szCs w:val="26"/>
          <w14:ligatures w14:val="standardContextual"/>
        </w:rPr>
        <w:t>VIII. Az óvodai élet tevékenységi formái és az óvodapedagógus feladatai………</w:t>
      </w:r>
      <w:proofErr w:type="gramStart"/>
      <w:r w:rsidRPr="0078531E">
        <w:rPr>
          <w:rFonts w:ascii="Calibri" w:eastAsia="Calibri" w:hAnsi="Calibri"/>
          <w:kern w:val="2"/>
          <w:sz w:val="26"/>
          <w:szCs w:val="26"/>
          <w14:ligatures w14:val="standardContextual"/>
        </w:rPr>
        <w:t>…….</w:t>
      </w:r>
      <w:proofErr w:type="gramEnd"/>
      <w:r w:rsidRPr="0078531E">
        <w:rPr>
          <w:rFonts w:ascii="Calibri" w:eastAsia="Calibri" w:hAnsi="Calibri"/>
          <w:kern w:val="2"/>
          <w:sz w:val="26"/>
          <w:szCs w:val="26"/>
          <w14:ligatures w14:val="standardContextual"/>
        </w:rPr>
        <w:t>….3</w:t>
      </w:r>
      <w:r w:rsidR="007C4E21" w:rsidRPr="0078531E">
        <w:rPr>
          <w:rFonts w:ascii="Calibri" w:eastAsia="Calibri" w:hAnsi="Calibri"/>
          <w:kern w:val="2"/>
          <w:sz w:val="26"/>
          <w:szCs w:val="26"/>
          <w14:ligatures w14:val="standardContextual"/>
        </w:rPr>
        <w:t>4</w:t>
      </w:r>
      <w:r w:rsidRPr="0078531E">
        <w:rPr>
          <w:rFonts w:ascii="Calibri" w:eastAsia="Calibri" w:hAnsi="Calibri"/>
          <w:kern w:val="2"/>
          <w:sz w:val="26"/>
          <w:szCs w:val="26"/>
          <w14:ligatures w14:val="standardContextual"/>
        </w:rPr>
        <w:t>.</w:t>
      </w:r>
    </w:p>
    <w:p w14:paraId="68685C85" w14:textId="7FF9364E" w:rsidR="00FB15F1" w:rsidRPr="0078531E" w:rsidRDefault="00FB15F1" w:rsidP="00FB15F1">
      <w:pPr>
        <w:widowControl/>
        <w:autoSpaceDE/>
        <w:autoSpaceDN/>
        <w:spacing w:after="160" w:line="259" w:lineRule="auto"/>
        <w:rPr>
          <w:rFonts w:ascii="Calibri" w:eastAsia="Calibri" w:hAnsi="Calibri"/>
          <w:kern w:val="2"/>
          <w:sz w:val="26"/>
          <w:szCs w:val="26"/>
          <w14:ligatures w14:val="standardContextual"/>
        </w:rPr>
      </w:pPr>
      <w:r w:rsidRPr="0078531E">
        <w:rPr>
          <w:rFonts w:ascii="Calibri" w:eastAsia="Calibri" w:hAnsi="Calibri"/>
          <w:kern w:val="2"/>
          <w:sz w:val="26"/>
          <w:szCs w:val="26"/>
          <w14:ligatures w14:val="standardContextual"/>
        </w:rPr>
        <w:t>IX. A gyermekek megismerése, fejlődésének nyomon követése, mérése, értékelése. Differenciált készség-és képességfejlesztés…………………………………………………</w:t>
      </w:r>
      <w:proofErr w:type="gramStart"/>
      <w:r w:rsidRPr="0078531E">
        <w:rPr>
          <w:rFonts w:ascii="Calibri" w:eastAsia="Calibri" w:hAnsi="Calibri"/>
          <w:kern w:val="2"/>
          <w:sz w:val="26"/>
          <w:szCs w:val="26"/>
          <w14:ligatures w14:val="standardContextual"/>
        </w:rPr>
        <w:t>…….</w:t>
      </w:r>
      <w:proofErr w:type="gramEnd"/>
      <w:r w:rsidRPr="0078531E">
        <w:rPr>
          <w:rFonts w:ascii="Calibri" w:eastAsia="Calibri" w:hAnsi="Calibri"/>
          <w:kern w:val="2"/>
          <w:sz w:val="26"/>
          <w:szCs w:val="26"/>
          <w14:ligatures w14:val="standardContextual"/>
        </w:rPr>
        <w:t>.……4</w:t>
      </w:r>
      <w:r w:rsidR="007C4E21" w:rsidRPr="0078531E">
        <w:rPr>
          <w:rFonts w:ascii="Calibri" w:eastAsia="Calibri" w:hAnsi="Calibri"/>
          <w:kern w:val="2"/>
          <w:sz w:val="26"/>
          <w:szCs w:val="26"/>
          <w14:ligatures w14:val="standardContextual"/>
        </w:rPr>
        <w:t>4</w:t>
      </w:r>
      <w:r w:rsidRPr="0078531E">
        <w:rPr>
          <w:rFonts w:ascii="Calibri" w:eastAsia="Calibri" w:hAnsi="Calibri"/>
          <w:kern w:val="2"/>
          <w:sz w:val="26"/>
          <w:szCs w:val="26"/>
          <w14:ligatures w14:val="standardContextual"/>
        </w:rPr>
        <w:t>.</w:t>
      </w:r>
    </w:p>
    <w:p w14:paraId="06B25ABF" w14:textId="7AEA962E" w:rsidR="00FB15F1" w:rsidRPr="0078531E" w:rsidRDefault="00FB15F1" w:rsidP="00FB15F1">
      <w:pPr>
        <w:widowControl/>
        <w:autoSpaceDE/>
        <w:autoSpaceDN/>
        <w:spacing w:after="160" w:line="259" w:lineRule="auto"/>
        <w:rPr>
          <w:rFonts w:ascii="Calibri" w:eastAsia="Calibri" w:hAnsi="Calibri"/>
          <w:kern w:val="2"/>
          <w:sz w:val="26"/>
          <w:szCs w:val="26"/>
          <w14:ligatures w14:val="standardContextual"/>
        </w:rPr>
      </w:pPr>
      <w:r w:rsidRPr="0078531E">
        <w:rPr>
          <w:rFonts w:ascii="Calibri" w:eastAsia="Calibri" w:hAnsi="Calibri"/>
          <w:kern w:val="2"/>
          <w:sz w:val="26"/>
          <w:szCs w:val="26"/>
          <w14:ligatures w14:val="standardContextual"/>
        </w:rPr>
        <w:t>X. Különleges bánásmódot igénylő gyermekek……………………………………………………………………………………………………</w:t>
      </w:r>
      <w:proofErr w:type="gramStart"/>
      <w:r w:rsidRPr="0078531E">
        <w:rPr>
          <w:rFonts w:ascii="Calibri" w:eastAsia="Calibri" w:hAnsi="Calibri"/>
          <w:kern w:val="2"/>
          <w:sz w:val="26"/>
          <w:szCs w:val="26"/>
          <w14:ligatures w14:val="standardContextual"/>
        </w:rPr>
        <w:t>…….…..</w:t>
      </w:r>
      <w:proofErr w:type="gramEnd"/>
      <w:r w:rsidRPr="0078531E">
        <w:rPr>
          <w:rFonts w:ascii="Calibri" w:eastAsia="Calibri" w:hAnsi="Calibri"/>
          <w:kern w:val="2"/>
          <w:sz w:val="26"/>
          <w:szCs w:val="26"/>
          <w14:ligatures w14:val="standardContextual"/>
        </w:rPr>
        <w:t>4</w:t>
      </w:r>
      <w:r w:rsidR="007C4E21" w:rsidRPr="0078531E">
        <w:rPr>
          <w:rFonts w:ascii="Calibri" w:eastAsia="Calibri" w:hAnsi="Calibri"/>
          <w:kern w:val="2"/>
          <w:sz w:val="26"/>
          <w:szCs w:val="26"/>
          <w14:ligatures w14:val="standardContextual"/>
        </w:rPr>
        <w:t>6</w:t>
      </w:r>
      <w:r w:rsidRPr="0078531E">
        <w:rPr>
          <w:rFonts w:ascii="Calibri" w:eastAsia="Calibri" w:hAnsi="Calibri"/>
          <w:kern w:val="2"/>
          <w:sz w:val="26"/>
          <w:szCs w:val="26"/>
          <w14:ligatures w14:val="standardContextual"/>
        </w:rPr>
        <w:t>.</w:t>
      </w:r>
    </w:p>
    <w:p w14:paraId="0350119B" w14:textId="0BFC2583" w:rsidR="00FB15F1" w:rsidRPr="0078531E" w:rsidRDefault="00FB15F1" w:rsidP="00FB15F1">
      <w:pPr>
        <w:widowControl/>
        <w:autoSpaceDE/>
        <w:autoSpaceDN/>
        <w:spacing w:after="160" w:line="259" w:lineRule="auto"/>
        <w:rPr>
          <w:rFonts w:ascii="Calibri" w:eastAsia="Calibri" w:hAnsi="Calibri"/>
          <w:kern w:val="2"/>
          <w:sz w:val="26"/>
          <w:szCs w:val="26"/>
          <w14:ligatures w14:val="standardContextual"/>
        </w:rPr>
      </w:pPr>
      <w:r w:rsidRPr="0078531E">
        <w:rPr>
          <w:rFonts w:ascii="Calibri" w:eastAsia="Calibri" w:hAnsi="Calibri"/>
          <w:kern w:val="2"/>
          <w:sz w:val="26"/>
          <w:szCs w:val="26"/>
          <w14:ligatures w14:val="standardContextual"/>
        </w:rPr>
        <w:t>XI. Az óvoda kapcsolatai……………………………………………………………………………………</w:t>
      </w:r>
      <w:proofErr w:type="gramStart"/>
      <w:r w:rsidRPr="0078531E">
        <w:rPr>
          <w:rFonts w:ascii="Calibri" w:eastAsia="Calibri" w:hAnsi="Calibri"/>
          <w:kern w:val="2"/>
          <w:sz w:val="26"/>
          <w:szCs w:val="26"/>
          <w14:ligatures w14:val="standardContextual"/>
        </w:rPr>
        <w:t>…….</w:t>
      </w:r>
      <w:proofErr w:type="gramEnd"/>
      <w:r w:rsidRPr="0078531E">
        <w:rPr>
          <w:rFonts w:ascii="Calibri" w:eastAsia="Calibri" w:hAnsi="Calibri"/>
          <w:kern w:val="2"/>
          <w:sz w:val="26"/>
          <w:szCs w:val="26"/>
          <w14:ligatures w14:val="standardContextual"/>
        </w:rPr>
        <w:t>4</w:t>
      </w:r>
      <w:r w:rsidR="007C4E21" w:rsidRPr="0078531E">
        <w:rPr>
          <w:rFonts w:ascii="Calibri" w:eastAsia="Calibri" w:hAnsi="Calibri"/>
          <w:kern w:val="2"/>
          <w:sz w:val="26"/>
          <w:szCs w:val="26"/>
          <w14:ligatures w14:val="standardContextual"/>
        </w:rPr>
        <w:t>8</w:t>
      </w:r>
      <w:r w:rsidRPr="0078531E">
        <w:rPr>
          <w:rFonts w:ascii="Calibri" w:eastAsia="Calibri" w:hAnsi="Calibri"/>
          <w:kern w:val="2"/>
          <w:sz w:val="26"/>
          <w:szCs w:val="26"/>
          <w14:ligatures w14:val="standardContextual"/>
        </w:rPr>
        <w:t>.</w:t>
      </w:r>
    </w:p>
    <w:p w14:paraId="31C00DF9" w14:textId="32B004F1" w:rsidR="00FB15F1" w:rsidRPr="0078531E" w:rsidRDefault="00FB15F1" w:rsidP="00FB15F1">
      <w:pPr>
        <w:widowControl/>
        <w:autoSpaceDE/>
        <w:autoSpaceDN/>
        <w:spacing w:after="160" w:line="259" w:lineRule="auto"/>
        <w:rPr>
          <w:rFonts w:ascii="Calibri" w:eastAsia="Calibri" w:hAnsi="Calibri"/>
          <w:kern w:val="2"/>
          <w:sz w:val="26"/>
          <w:szCs w:val="26"/>
          <w14:ligatures w14:val="standardContextual"/>
        </w:rPr>
      </w:pPr>
      <w:r w:rsidRPr="0078531E">
        <w:rPr>
          <w:rFonts w:ascii="Calibri" w:eastAsia="Calibri" w:hAnsi="Calibri"/>
          <w:kern w:val="2"/>
          <w:sz w:val="26"/>
          <w:szCs w:val="26"/>
          <w14:ligatures w14:val="standardContextual"/>
        </w:rPr>
        <w:t>XII. A gyermekek esélyegyenlőségét szolgáló intézkedések és a szociális hátrányok enyhítését segítő tevékenységek……………………………………………………………………</w:t>
      </w:r>
      <w:proofErr w:type="gramStart"/>
      <w:r w:rsidRPr="0078531E">
        <w:rPr>
          <w:rFonts w:ascii="Calibri" w:eastAsia="Calibri" w:hAnsi="Calibri"/>
          <w:kern w:val="2"/>
          <w:sz w:val="26"/>
          <w:szCs w:val="26"/>
          <w14:ligatures w14:val="standardContextual"/>
        </w:rPr>
        <w:t>…….</w:t>
      </w:r>
      <w:proofErr w:type="gramEnd"/>
      <w:r w:rsidRPr="0078531E">
        <w:rPr>
          <w:rFonts w:ascii="Calibri" w:eastAsia="Calibri" w:hAnsi="Calibri"/>
          <w:kern w:val="2"/>
          <w:sz w:val="26"/>
          <w:szCs w:val="26"/>
          <w14:ligatures w14:val="standardContextual"/>
        </w:rPr>
        <w:t>….</w:t>
      </w:r>
      <w:r w:rsidR="007C4E21" w:rsidRPr="0078531E">
        <w:rPr>
          <w:rFonts w:ascii="Calibri" w:eastAsia="Calibri" w:hAnsi="Calibri"/>
          <w:kern w:val="2"/>
          <w:sz w:val="26"/>
          <w:szCs w:val="26"/>
          <w14:ligatures w14:val="standardContextual"/>
        </w:rPr>
        <w:t>51</w:t>
      </w:r>
      <w:r w:rsidRPr="0078531E">
        <w:rPr>
          <w:rFonts w:ascii="Calibri" w:eastAsia="Calibri" w:hAnsi="Calibri"/>
          <w:kern w:val="2"/>
          <w:sz w:val="26"/>
          <w:szCs w:val="26"/>
          <w14:ligatures w14:val="standardContextual"/>
        </w:rPr>
        <w:t>.</w:t>
      </w:r>
    </w:p>
    <w:p w14:paraId="2FE4D8CF" w14:textId="6BBF427A" w:rsidR="00FB15F1" w:rsidRDefault="00FB15F1" w:rsidP="00FB15F1">
      <w:pPr>
        <w:widowControl/>
        <w:autoSpaceDE/>
        <w:autoSpaceDN/>
        <w:spacing w:after="160" w:line="259" w:lineRule="auto"/>
        <w:rPr>
          <w:rFonts w:ascii="Calibri" w:eastAsia="Calibri" w:hAnsi="Calibri"/>
          <w:kern w:val="2"/>
          <w:sz w:val="26"/>
          <w:szCs w:val="26"/>
          <w14:ligatures w14:val="standardContextual"/>
        </w:rPr>
      </w:pPr>
      <w:r w:rsidRPr="0078531E">
        <w:rPr>
          <w:rFonts w:ascii="Calibri" w:eastAsia="Calibri" w:hAnsi="Calibri"/>
          <w:kern w:val="2"/>
          <w:sz w:val="26"/>
          <w:szCs w:val="26"/>
          <w14:ligatures w14:val="standardContextual"/>
        </w:rPr>
        <w:t>XIII. Fejlődés jellemzői óvodáskor végére…………………………………………………………</w:t>
      </w:r>
      <w:proofErr w:type="gramStart"/>
      <w:r w:rsidRPr="0078531E">
        <w:rPr>
          <w:rFonts w:ascii="Calibri" w:eastAsia="Calibri" w:hAnsi="Calibri"/>
          <w:kern w:val="2"/>
          <w:sz w:val="26"/>
          <w:szCs w:val="26"/>
          <w14:ligatures w14:val="standardContextual"/>
        </w:rPr>
        <w:t>…….</w:t>
      </w:r>
      <w:proofErr w:type="gramEnd"/>
      <w:r w:rsidRPr="0078531E">
        <w:rPr>
          <w:rFonts w:ascii="Calibri" w:eastAsia="Calibri" w:hAnsi="Calibri"/>
          <w:kern w:val="2"/>
          <w:sz w:val="26"/>
          <w:szCs w:val="26"/>
          <w14:ligatures w14:val="standardContextual"/>
        </w:rPr>
        <w:t>.5</w:t>
      </w:r>
      <w:r w:rsidR="007C4E21" w:rsidRPr="0078531E">
        <w:rPr>
          <w:rFonts w:ascii="Calibri" w:eastAsia="Calibri" w:hAnsi="Calibri"/>
          <w:kern w:val="2"/>
          <w:sz w:val="26"/>
          <w:szCs w:val="26"/>
          <w14:ligatures w14:val="standardContextual"/>
        </w:rPr>
        <w:t>6</w:t>
      </w:r>
      <w:r w:rsidRPr="0078531E">
        <w:rPr>
          <w:rFonts w:ascii="Calibri" w:eastAsia="Calibri" w:hAnsi="Calibri"/>
          <w:kern w:val="2"/>
          <w:sz w:val="26"/>
          <w:szCs w:val="26"/>
          <w14:ligatures w14:val="standardContextual"/>
        </w:rPr>
        <w:t>.</w:t>
      </w:r>
    </w:p>
    <w:p w14:paraId="1AB754A2" w14:textId="5E45A410" w:rsidR="00F61123" w:rsidRPr="0078531E" w:rsidRDefault="00F61123" w:rsidP="00FB15F1">
      <w:pPr>
        <w:widowControl/>
        <w:autoSpaceDE/>
        <w:autoSpaceDN/>
        <w:spacing w:after="160" w:line="259" w:lineRule="auto"/>
        <w:rPr>
          <w:rFonts w:ascii="Calibri" w:eastAsia="Calibri" w:hAnsi="Calibri"/>
          <w:kern w:val="2"/>
          <w:sz w:val="26"/>
          <w:szCs w:val="26"/>
          <w14:ligatures w14:val="standardContextual"/>
        </w:rPr>
      </w:pPr>
      <w:r>
        <w:rPr>
          <w:rFonts w:ascii="Calibri" w:eastAsia="Calibri" w:hAnsi="Calibri"/>
          <w:kern w:val="2"/>
          <w:sz w:val="26"/>
          <w:szCs w:val="26"/>
          <w14:ligatures w14:val="standardContextual"/>
        </w:rPr>
        <w:t xml:space="preserve">XIV. </w:t>
      </w:r>
      <w:r w:rsidR="00F06471" w:rsidRPr="00B3363D">
        <w:rPr>
          <w:sz w:val="24"/>
          <w:szCs w:val="24"/>
        </w:rPr>
        <w:t>AZ ISKOLAI ÉLET MEGKEZDÉSÉHEZ SZÜKSÉGES FEJLETTSÉG NYOMON KÖVETÉSE, PEDAGÓGIAI MÉRÉSE ÉS ÉRTÉKELÉSE</w:t>
      </w:r>
      <w:r w:rsidR="00F06471">
        <w:rPr>
          <w:sz w:val="24"/>
          <w:szCs w:val="24"/>
        </w:rPr>
        <w:t>…………………………</w:t>
      </w:r>
      <w:proofErr w:type="gramStart"/>
      <w:r w:rsidR="00F06471">
        <w:rPr>
          <w:sz w:val="24"/>
          <w:szCs w:val="24"/>
        </w:rPr>
        <w:t>…….</w:t>
      </w:r>
      <w:proofErr w:type="gramEnd"/>
      <w:r w:rsidR="00F06471">
        <w:rPr>
          <w:sz w:val="24"/>
          <w:szCs w:val="24"/>
        </w:rPr>
        <w:t>6</w:t>
      </w:r>
      <w:r w:rsidR="00CE2507">
        <w:rPr>
          <w:sz w:val="24"/>
          <w:szCs w:val="24"/>
        </w:rPr>
        <w:t>6</w:t>
      </w:r>
      <w:r w:rsidR="00F06471">
        <w:rPr>
          <w:sz w:val="24"/>
          <w:szCs w:val="24"/>
        </w:rPr>
        <w:t>.</w:t>
      </w:r>
    </w:p>
    <w:p w14:paraId="795E5563" w14:textId="2FA4B43F" w:rsidR="00FB15F1" w:rsidRDefault="00405B43" w:rsidP="00FB15F1">
      <w:pPr>
        <w:widowControl/>
        <w:autoSpaceDE/>
        <w:autoSpaceDN/>
        <w:spacing w:after="160" w:line="259" w:lineRule="auto"/>
        <w:rPr>
          <w:rFonts w:ascii="Calibri" w:eastAsia="Calibri" w:hAnsi="Calibri"/>
          <w:kern w:val="2"/>
          <w:sz w:val="26"/>
          <w:szCs w:val="26"/>
          <w14:ligatures w14:val="standardContextual"/>
        </w:rPr>
      </w:pPr>
      <w:r>
        <w:rPr>
          <w:rFonts w:ascii="Calibri" w:eastAsia="Calibri" w:hAnsi="Calibri"/>
          <w:kern w:val="2"/>
          <w:sz w:val="26"/>
          <w:szCs w:val="26"/>
          <w14:ligatures w14:val="standardContextual"/>
        </w:rPr>
        <w:t xml:space="preserve">XV. </w:t>
      </w:r>
      <w:r w:rsidR="00FB15F1" w:rsidRPr="0078531E">
        <w:rPr>
          <w:rFonts w:ascii="Calibri" w:eastAsia="Calibri" w:hAnsi="Calibri"/>
          <w:kern w:val="2"/>
          <w:sz w:val="26"/>
          <w:szCs w:val="26"/>
          <w14:ligatures w14:val="standardContextual"/>
        </w:rPr>
        <w:t xml:space="preserve">Legitimációs </w:t>
      </w:r>
      <w:r>
        <w:rPr>
          <w:rFonts w:ascii="Calibri" w:eastAsia="Calibri" w:hAnsi="Calibri"/>
          <w:kern w:val="2"/>
          <w:sz w:val="26"/>
          <w:szCs w:val="26"/>
          <w14:ligatures w14:val="standardContextual"/>
        </w:rPr>
        <w:t>záradék</w:t>
      </w:r>
      <w:r w:rsidR="00FB15F1" w:rsidRPr="0078531E">
        <w:rPr>
          <w:rFonts w:ascii="Calibri" w:eastAsia="Calibri" w:hAnsi="Calibri"/>
          <w:kern w:val="2"/>
          <w:sz w:val="26"/>
          <w:szCs w:val="26"/>
          <w14:ligatures w14:val="standardContextual"/>
        </w:rPr>
        <w:t>…………………………………</w:t>
      </w:r>
      <w:proofErr w:type="gramStart"/>
      <w:r w:rsidR="00FB15F1" w:rsidRPr="0078531E">
        <w:rPr>
          <w:rFonts w:ascii="Calibri" w:eastAsia="Calibri" w:hAnsi="Calibri"/>
          <w:kern w:val="2"/>
          <w:sz w:val="26"/>
          <w:szCs w:val="26"/>
          <w14:ligatures w14:val="standardContextual"/>
        </w:rPr>
        <w:t>……</w:t>
      </w:r>
      <w:r>
        <w:rPr>
          <w:rFonts w:ascii="Calibri" w:eastAsia="Calibri" w:hAnsi="Calibri"/>
          <w:kern w:val="2"/>
          <w:sz w:val="26"/>
          <w:szCs w:val="26"/>
          <w14:ligatures w14:val="standardContextual"/>
        </w:rPr>
        <w:t>.</w:t>
      </w:r>
      <w:proofErr w:type="gramEnd"/>
      <w:r w:rsidR="00FB15F1" w:rsidRPr="0078531E">
        <w:rPr>
          <w:rFonts w:ascii="Calibri" w:eastAsia="Calibri" w:hAnsi="Calibri"/>
          <w:kern w:val="2"/>
          <w:sz w:val="26"/>
          <w:szCs w:val="26"/>
          <w14:ligatures w14:val="standardContextual"/>
        </w:rPr>
        <w:t>………………………………………</w:t>
      </w:r>
      <w:proofErr w:type="gramStart"/>
      <w:r w:rsidR="00FB15F1" w:rsidRPr="0078531E">
        <w:rPr>
          <w:rFonts w:ascii="Calibri" w:eastAsia="Calibri" w:hAnsi="Calibri"/>
          <w:kern w:val="2"/>
          <w:sz w:val="26"/>
          <w:szCs w:val="26"/>
          <w14:ligatures w14:val="standardContextual"/>
        </w:rPr>
        <w:t>……</w:t>
      </w:r>
      <w:r w:rsidR="00CE2507">
        <w:rPr>
          <w:rFonts w:ascii="Calibri" w:eastAsia="Calibri" w:hAnsi="Calibri"/>
          <w:kern w:val="2"/>
          <w:sz w:val="26"/>
          <w:szCs w:val="26"/>
          <w14:ligatures w14:val="standardContextual"/>
        </w:rPr>
        <w:t>.</w:t>
      </w:r>
      <w:proofErr w:type="gramEnd"/>
      <w:r w:rsidR="00CE2507">
        <w:rPr>
          <w:rFonts w:ascii="Calibri" w:eastAsia="Calibri" w:hAnsi="Calibri"/>
          <w:kern w:val="2"/>
          <w:sz w:val="26"/>
          <w:szCs w:val="26"/>
          <w14:ligatures w14:val="standardContextual"/>
        </w:rPr>
        <w:t>.</w:t>
      </w:r>
      <w:r w:rsidR="00FB15F1" w:rsidRPr="0078531E">
        <w:rPr>
          <w:rFonts w:ascii="Calibri" w:eastAsia="Calibri" w:hAnsi="Calibri"/>
          <w:kern w:val="2"/>
          <w:sz w:val="26"/>
          <w:szCs w:val="26"/>
          <w14:ligatures w14:val="standardContextual"/>
        </w:rPr>
        <w:t>…</w:t>
      </w:r>
      <w:r w:rsidR="00CE2507">
        <w:rPr>
          <w:rFonts w:ascii="Calibri" w:eastAsia="Calibri" w:hAnsi="Calibri"/>
          <w:kern w:val="2"/>
          <w:sz w:val="26"/>
          <w:szCs w:val="26"/>
          <w14:ligatures w14:val="standardContextual"/>
        </w:rPr>
        <w:t>75.</w:t>
      </w:r>
    </w:p>
    <w:p w14:paraId="6D78D96A" w14:textId="771711FD" w:rsidR="00F06471" w:rsidRPr="00F06471" w:rsidRDefault="00F06471" w:rsidP="00F06471">
      <w:pPr>
        <w:rPr>
          <w:sz w:val="24"/>
          <w:szCs w:val="24"/>
        </w:rPr>
      </w:pPr>
      <w:r>
        <w:rPr>
          <w:rFonts w:ascii="Calibri" w:eastAsia="Calibri" w:hAnsi="Calibri"/>
          <w:kern w:val="2"/>
          <w:sz w:val="26"/>
          <w:szCs w:val="26"/>
          <w14:ligatures w14:val="standardContextual"/>
        </w:rPr>
        <w:t>1.számú melléklet</w:t>
      </w:r>
      <w:r w:rsidRPr="00F06471">
        <w:rPr>
          <w:rFonts w:eastAsia="Calibri"/>
          <w:kern w:val="2"/>
          <w:sz w:val="24"/>
          <w:szCs w:val="24"/>
          <w14:ligatures w14:val="standardContextual"/>
        </w:rPr>
        <w:t xml:space="preserve">: </w:t>
      </w:r>
      <w:r w:rsidRPr="00F06471">
        <w:rPr>
          <w:sz w:val="24"/>
          <w:szCs w:val="24"/>
        </w:rPr>
        <w:t>ISKOLAI ÉLET MEGKEZDÉSÉHEZ SZÜKSÉGES FEJLETTSÉG</w:t>
      </w:r>
      <w:r w:rsidRPr="00F06471">
        <w:rPr>
          <w:sz w:val="24"/>
          <w:szCs w:val="24"/>
        </w:rPr>
        <w:br/>
        <w:t>PEDAGÓGIAI MÉRŐ- ÉS ÉRTÉKELŐLAP</w:t>
      </w:r>
      <w:r>
        <w:rPr>
          <w:sz w:val="24"/>
          <w:szCs w:val="24"/>
        </w:rPr>
        <w:t>……………………</w:t>
      </w:r>
      <w:proofErr w:type="gramStart"/>
      <w:r>
        <w:rPr>
          <w:sz w:val="24"/>
          <w:szCs w:val="24"/>
        </w:rPr>
        <w:t>…….</w:t>
      </w:r>
      <w:proofErr w:type="gramEnd"/>
      <w:r>
        <w:rPr>
          <w:sz w:val="24"/>
          <w:szCs w:val="24"/>
        </w:rPr>
        <w:t>…………………</w:t>
      </w:r>
      <w:r w:rsidR="00CE2507">
        <w:rPr>
          <w:sz w:val="24"/>
          <w:szCs w:val="24"/>
        </w:rPr>
        <w:t>…76.</w:t>
      </w:r>
    </w:p>
    <w:p w14:paraId="38F48179" w14:textId="5039983E" w:rsidR="00F06471" w:rsidRPr="0078531E" w:rsidRDefault="00F06471" w:rsidP="00FB15F1">
      <w:pPr>
        <w:widowControl/>
        <w:autoSpaceDE/>
        <w:autoSpaceDN/>
        <w:spacing w:after="160" w:line="259" w:lineRule="auto"/>
        <w:rPr>
          <w:rFonts w:ascii="Calibri" w:eastAsia="Calibri" w:hAnsi="Calibri"/>
          <w:kern w:val="2"/>
          <w:sz w:val="26"/>
          <w:szCs w:val="26"/>
          <w14:ligatures w14:val="standardContextual"/>
        </w:rPr>
      </w:pPr>
    </w:p>
    <w:p w14:paraId="7FB1E22F" w14:textId="77777777" w:rsidR="004B556A" w:rsidRPr="0078531E" w:rsidRDefault="004B556A">
      <w:pPr>
        <w:spacing w:before="1"/>
        <w:ind w:left="136"/>
        <w:rPr>
          <w:spacing w:val="-2"/>
          <w:sz w:val="32"/>
        </w:rPr>
      </w:pPr>
    </w:p>
    <w:p w14:paraId="3747C41D" w14:textId="77777777" w:rsidR="00FB15F1" w:rsidRPr="0078531E" w:rsidRDefault="00FB15F1">
      <w:pPr>
        <w:spacing w:before="1"/>
        <w:ind w:left="136"/>
        <w:rPr>
          <w:spacing w:val="-2"/>
          <w:sz w:val="32"/>
        </w:rPr>
      </w:pPr>
    </w:p>
    <w:p w14:paraId="451138CD" w14:textId="77777777" w:rsidR="00FB15F1" w:rsidRPr="0078531E" w:rsidRDefault="00FB15F1">
      <w:pPr>
        <w:spacing w:before="1"/>
        <w:ind w:left="136"/>
        <w:rPr>
          <w:spacing w:val="-2"/>
          <w:sz w:val="32"/>
        </w:rPr>
      </w:pPr>
    </w:p>
    <w:p w14:paraId="41C248B5" w14:textId="77777777" w:rsidR="00FB15F1" w:rsidRPr="0078531E" w:rsidRDefault="00FB15F1">
      <w:pPr>
        <w:spacing w:before="1"/>
        <w:ind w:left="136"/>
        <w:rPr>
          <w:spacing w:val="-2"/>
          <w:sz w:val="32"/>
        </w:rPr>
      </w:pPr>
    </w:p>
    <w:p w14:paraId="2570D556" w14:textId="77777777" w:rsidR="00FB15F1" w:rsidRPr="0078531E" w:rsidRDefault="00FB15F1" w:rsidP="000E28C3">
      <w:pPr>
        <w:spacing w:before="1"/>
        <w:rPr>
          <w:spacing w:val="-2"/>
          <w:sz w:val="32"/>
        </w:rPr>
      </w:pPr>
    </w:p>
    <w:p w14:paraId="11ED10E6" w14:textId="77777777" w:rsidR="00E10A59" w:rsidRPr="0078531E" w:rsidRDefault="00E10A59" w:rsidP="00E10A59">
      <w:pPr>
        <w:pStyle w:val="Cmsor3"/>
        <w:spacing w:before="77"/>
        <w:ind w:left="0"/>
        <w:rPr>
          <w:b/>
          <w:bCs/>
          <w:spacing w:val="-2"/>
        </w:rPr>
      </w:pPr>
      <w:bookmarkStart w:id="1" w:name="_bookmark0"/>
      <w:bookmarkEnd w:id="0"/>
      <w:bookmarkEnd w:id="1"/>
      <w:r w:rsidRPr="0078531E">
        <w:rPr>
          <w:b/>
          <w:bCs/>
        </w:rPr>
        <w:lastRenderedPageBreak/>
        <w:t>A</w:t>
      </w:r>
      <w:r w:rsidRPr="0078531E">
        <w:rPr>
          <w:b/>
          <w:bCs/>
          <w:spacing w:val="-15"/>
        </w:rPr>
        <w:t xml:space="preserve"> </w:t>
      </w:r>
      <w:r w:rsidRPr="0078531E">
        <w:rPr>
          <w:b/>
          <w:bCs/>
        </w:rPr>
        <w:t>Pedagógiai</w:t>
      </w:r>
      <w:r w:rsidRPr="0078531E">
        <w:rPr>
          <w:b/>
          <w:bCs/>
          <w:spacing w:val="-12"/>
        </w:rPr>
        <w:t xml:space="preserve"> </w:t>
      </w:r>
      <w:r w:rsidRPr="0078531E">
        <w:rPr>
          <w:b/>
          <w:bCs/>
        </w:rPr>
        <w:t>program</w:t>
      </w:r>
      <w:r w:rsidRPr="0078531E">
        <w:rPr>
          <w:b/>
          <w:bCs/>
          <w:spacing w:val="-14"/>
        </w:rPr>
        <w:t xml:space="preserve"> </w:t>
      </w:r>
      <w:r w:rsidRPr="0078531E">
        <w:rPr>
          <w:b/>
          <w:bCs/>
        </w:rPr>
        <w:t>jogszabályi</w:t>
      </w:r>
      <w:r w:rsidRPr="0078531E">
        <w:rPr>
          <w:b/>
          <w:bCs/>
          <w:spacing w:val="-13"/>
        </w:rPr>
        <w:t xml:space="preserve"> </w:t>
      </w:r>
      <w:r w:rsidRPr="0078531E">
        <w:rPr>
          <w:b/>
          <w:bCs/>
          <w:spacing w:val="-2"/>
        </w:rPr>
        <w:t>háttere</w:t>
      </w:r>
    </w:p>
    <w:p w14:paraId="1E06E09A" w14:textId="77777777" w:rsidR="00D20577" w:rsidRPr="000E28C3" w:rsidRDefault="00D20577" w:rsidP="000E28C3">
      <w:pPr>
        <w:pStyle w:val="Listaszerbekezds"/>
        <w:numPr>
          <w:ilvl w:val="0"/>
          <w:numId w:val="25"/>
        </w:numPr>
        <w:tabs>
          <w:tab w:val="left" w:pos="486"/>
        </w:tabs>
        <w:spacing w:before="172" w:line="360" w:lineRule="auto"/>
        <w:ind w:left="486" w:hanging="350"/>
        <w:rPr>
          <w:sz w:val="24"/>
          <w:szCs w:val="24"/>
        </w:rPr>
      </w:pPr>
      <w:r w:rsidRPr="000E28C3">
        <w:rPr>
          <w:sz w:val="24"/>
          <w:szCs w:val="24"/>
        </w:rPr>
        <w:t>2011. évi CXC. törvény a nemzeti köznevelésről (Nkt.)</w:t>
      </w:r>
    </w:p>
    <w:p w14:paraId="00CE5B1E" w14:textId="77777777" w:rsidR="00D20577" w:rsidRPr="000E28C3" w:rsidRDefault="00D20577" w:rsidP="000E28C3">
      <w:pPr>
        <w:pStyle w:val="Listaszerbekezds"/>
        <w:widowControl/>
        <w:numPr>
          <w:ilvl w:val="0"/>
          <w:numId w:val="25"/>
        </w:numPr>
        <w:tabs>
          <w:tab w:val="left" w:pos="426"/>
        </w:tabs>
        <w:autoSpaceDE/>
        <w:autoSpaceDN/>
        <w:spacing w:line="360" w:lineRule="auto"/>
        <w:ind w:firstLine="6"/>
        <w:contextualSpacing/>
        <w:rPr>
          <w:sz w:val="24"/>
          <w:szCs w:val="24"/>
        </w:rPr>
      </w:pPr>
      <w:r w:rsidRPr="000E28C3">
        <w:rPr>
          <w:sz w:val="24"/>
          <w:szCs w:val="24"/>
        </w:rPr>
        <w:t>2023. évi LII. törvény a pedagógusok új életpályájáról (Púétv.)</w:t>
      </w:r>
    </w:p>
    <w:p w14:paraId="3ADD2531" w14:textId="1AE29081" w:rsidR="00E10A59" w:rsidRPr="000E28C3" w:rsidRDefault="00E10A59" w:rsidP="000E28C3">
      <w:pPr>
        <w:pStyle w:val="Listaszerbekezds"/>
        <w:widowControl/>
        <w:numPr>
          <w:ilvl w:val="0"/>
          <w:numId w:val="25"/>
        </w:numPr>
        <w:tabs>
          <w:tab w:val="left" w:pos="426"/>
        </w:tabs>
        <w:autoSpaceDE/>
        <w:autoSpaceDN/>
        <w:spacing w:line="360" w:lineRule="auto"/>
        <w:ind w:firstLine="6"/>
        <w:contextualSpacing/>
        <w:rPr>
          <w:sz w:val="24"/>
          <w:szCs w:val="24"/>
        </w:rPr>
      </w:pPr>
      <w:r w:rsidRPr="000E28C3">
        <w:rPr>
          <w:sz w:val="24"/>
          <w:szCs w:val="24"/>
        </w:rPr>
        <w:t>363/2012. (XII.17.) Korm.rendelet az Óvodai nevelés országos alapprogramjáról</w:t>
      </w:r>
    </w:p>
    <w:p w14:paraId="50E890A8" w14:textId="77777777" w:rsidR="00E10A59" w:rsidRPr="000E28C3" w:rsidRDefault="00E10A59" w:rsidP="000E28C3">
      <w:pPr>
        <w:widowControl/>
        <w:numPr>
          <w:ilvl w:val="0"/>
          <w:numId w:val="25"/>
        </w:numPr>
        <w:tabs>
          <w:tab w:val="left" w:pos="426"/>
        </w:tabs>
        <w:autoSpaceDE/>
        <w:autoSpaceDN/>
        <w:spacing w:line="360" w:lineRule="auto"/>
        <w:ind w:firstLine="6"/>
        <w:rPr>
          <w:sz w:val="24"/>
          <w:szCs w:val="24"/>
        </w:rPr>
      </w:pPr>
      <w:r w:rsidRPr="000E28C3">
        <w:rPr>
          <w:sz w:val="24"/>
          <w:szCs w:val="24"/>
        </w:rPr>
        <w:t>401/2023. (VIII.30.) Kormányrendelet a pedagógusok új életpályájáról szóló 2023. évi LII. törvény végrehajtásáról</w:t>
      </w:r>
    </w:p>
    <w:p w14:paraId="4F310E4D" w14:textId="77777777" w:rsidR="000E28C3" w:rsidRPr="000E28C3" w:rsidRDefault="000E28C3" w:rsidP="000E28C3">
      <w:pPr>
        <w:pStyle w:val="Listaszerbekezds"/>
        <w:numPr>
          <w:ilvl w:val="0"/>
          <w:numId w:val="25"/>
        </w:numPr>
        <w:tabs>
          <w:tab w:val="left" w:pos="486"/>
        </w:tabs>
        <w:spacing w:line="360" w:lineRule="auto"/>
        <w:ind w:right="794" w:firstLine="0"/>
        <w:rPr>
          <w:sz w:val="24"/>
          <w:szCs w:val="24"/>
        </w:rPr>
      </w:pPr>
      <w:r w:rsidRPr="000E28C3">
        <w:rPr>
          <w:sz w:val="24"/>
          <w:szCs w:val="24"/>
        </w:rPr>
        <w:t>229/2012. (VIII. 28.) Korm. rendelet a nemzeti köznevelésről szóló törvény végrehajtásáról</w:t>
      </w:r>
    </w:p>
    <w:p w14:paraId="46E80DE1" w14:textId="7FC54D3D" w:rsidR="00E10A59" w:rsidRPr="000E28C3" w:rsidRDefault="00E10A59" w:rsidP="000E28C3">
      <w:pPr>
        <w:pStyle w:val="Listaszerbekezds"/>
        <w:numPr>
          <w:ilvl w:val="0"/>
          <w:numId w:val="25"/>
        </w:numPr>
        <w:tabs>
          <w:tab w:val="left" w:pos="486"/>
        </w:tabs>
        <w:spacing w:line="360" w:lineRule="auto"/>
        <w:ind w:right="794" w:firstLine="0"/>
        <w:rPr>
          <w:sz w:val="24"/>
          <w:szCs w:val="24"/>
        </w:rPr>
      </w:pPr>
      <w:r w:rsidRPr="000E28C3">
        <w:rPr>
          <w:sz w:val="24"/>
          <w:szCs w:val="24"/>
        </w:rPr>
        <w:t>20/2012.</w:t>
      </w:r>
      <w:r w:rsidRPr="000E28C3">
        <w:rPr>
          <w:spacing w:val="-3"/>
          <w:sz w:val="24"/>
          <w:szCs w:val="24"/>
        </w:rPr>
        <w:t xml:space="preserve"> </w:t>
      </w:r>
      <w:r w:rsidRPr="000E28C3">
        <w:rPr>
          <w:sz w:val="24"/>
          <w:szCs w:val="24"/>
        </w:rPr>
        <w:t>(VIII.</w:t>
      </w:r>
      <w:r w:rsidRPr="000E28C3">
        <w:rPr>
          <w:spacing w:val="-3"/>
          <w:sz w:val="24"/>
          <w:szCs w:val="24"/>
        </w:rPr>
        <w:t xml:space="preserve"> </w:t>
      </w:r>
      <w:r w:rsidRPr="000E28C3">
        <w:rPr>
          <w:sz w:val="24"/>
          <w:szCs w:val="24"/>
        </w:rPr>
        <w:t>31.)</w:t>
      </w:r>
      <w:r w:rsidRPr="000E28C3">
        <w:rPr>
          <w:spacing w:val="-4"/>
          <w:sz w:val="24"/>
          <w:szCs w:val="24"/>
        </w:rPr>
        <w:t xml:space="preserve"> </w:t>
      </w:r>
      <w:r w:rsidRPr="000E28C3">
        <w:rPr>
          <w:sz w:val="24"/>
          <w:szCs w:val="24"/>
        </w:rPr>
        <w:t>EMMI</w:t>
      </w:r>
      <w:r w:rsidRPr="000E28C3">
        <w:rPr>
          <w:spacing w:val="-9"/>
          <w:sz w:val="24"/>
          <w:szCs w:val="24"/>
        </w:rPr>
        <w:t xml:space="preserve"> </w:t>
      </w:r>
      <w:r w:rsidRPr="000E28C3">
        <w:rPr>
          <w:sz w:val="24"/>
          <w:szCs w:val="24"/>
        </w:rPr>
        <w:t>rendelet</w:t>
      </w:r>
      <w:r w:rsidRPr="000E28C3">
        <w:rPr>
          <w:spacing w:val="-3"/>
          <w:sz w:val="24"/>
          <w:szCs w:val="24"/>
        </w:rPr>
        <w:t xml:space="preserve"> </w:t>
      </w:r>
      <w:r w:rsidRPr="000E28C3">
        <w:rPr>
          <w:sz w:val="24"/>
          <w:szCs w:val="24"/>
        </w:rPr>
        <w:t>A</w:t>
      </w:r>
      <w:r w:rsidRPr="000E28C3">
        <w:rPr>
          <w:spacing w:val="-4"/>
          <w:sz w:val="24"/>
          <w:szCs w:val="24"/>
        </w:rPr>
        <w:t xml:space="preserve"> </w:t>
      </w:r>
      <w:r w:rsidRPr="000E28C3">
        <w:rPr>
          <w:sz w:val="24"/>
          <w:szCs w:val="24"/>
        </w:rPr>
        <w:t>nevelési-oktatási</w:t>
      </w:r>
      <w:r w:rsidRPr="000E28C3">
        <w:rPr>
          <w:spacing w:val="-3"/>
          <w:sz w:val="24"/>
          <w:szCs w:val="24"/>
        </w:rPr>
        <w:t xml:space="preserve"> </w:t>
      </w:r>
      <w:r w:rsidRPr="000E28C3">
        <w:rPr>
          <w:sz w:val="24"/>
          <w:szCs w:val="24"/>
        </w:rPr>
        <w:t>intézmények</w:t>
      </w:r>
      <w:r w:rsidRPr="000E28C3">
        <w:rPr>
          <w:spacing w:val="-3"/>
          <w:sz w:val="24"/>
          <w:szCs w:val="24"/>
        </w:rPr>
        <w:t xml:space="preserve"> </w:t>
      </w:r>
      <w:r w:rsidRPr="000E28C3">
        <w:rPr>
          <w:sz w:val="24"/>
          <w:szCs w:val="24"/>
        </w:rPr>
        <w:t>működéséről</w:t>
      </w:r>
      <w:r w:rsidRPr="000E28C3">
        <w:rPr>
          <w:spacing w:val="-3"/>
          <w:sz w:val="24"/>
          <w:szCs w:val="24"/>
        </w:rPr>
        <w:t xml:space="preserve"> </w:t>
      </w:r>
      <w:r w:rsidRPr="000E28C3">
        <w:rPr>
          <w:sz w:val="24"/>
          <w:szCs w:val="24"/>
        </w:rPr>
        <w:t>és</w:t>
      </w:r>
      <w:r w:rsidRPr="000E28C3">
        <w:rPr>
          <w:spacing w:val="-1"/>
          <w:sz w:val="24"/>
          <w:szCs w:val="24"/>
        </w:rPr>
        <w:t xml:space="preserve"> </w:t>
      </w:r>
      <w:r w:rsidRPr="000E28C3">
        <w:rPr>
          <w:sz w:val="24"/>
          <w:szCs w:val="24"/>
        </w:rPr>
        <w:t>a köznevelési intézmények névhasználatáról</w:t>
      </w:r>
    </w:p>
    <w:p w14:paraId="3F91EF58" w14:textId="77777777" w:rsidR="000E28C3" w:rsidRPr="000E28C3" w:rsidRDefault="000E28C3" w:rsidP="000E28C3">
      <w:pPr>
        <w:widowControl/>
        <w:numPr>
          <w:ilvl w:val="0"/>
          <w:numId w:val="25"/>
        </w:numPr>
        <w:tabs>
          <w:tab w:val="left" w:pos="567"/>
        </w:tabs>
        <w:autoSpaceDE/>
        <w:autoSpaceDN/>
        <w:spacing w:line="360" w:lineRule="auto"/>
        <w:ind w:firstLine="6"/>
        <w:rPr>
          <w:sz w:val="24"/>
          <w:szCs w:val="24"/>
        </w:rPr>
      </w:pPr>
      <w:r w:rsidRPr="000E28C3">
        <w:rPr>
          <w:sz w:val="24"/>
          <w:szCs w:val="24"/>
        </w:rPr>
        <w:t>32/2012. (X. 8.) EMMI rendelet a Sajátos nevelési igényű gyermekek óvodai nevelésének irányelve és a Sajátos nevelési igényű tanulók iskolai oktatásának irányelve kiadásáról</w:t>
      </w:r>
    </w:p>
    <w:p w14:paraId="7E840363" w14:textId="1BB310A3" w:rsidR="00E10A59" w:rsidRPr="000E28C3" w:rsidRDefault="00E10A59" w:rsidP="000E28C3">
      <w:pPr>
        <w:widowControl/>
        <w:numPr>
          <w:ilvl w:val="0"/>
          <w:numId w:val="25"/>
        </w:numPr>
        <w:tabs>
          <w:tab w:val="left" w:pos="567"/>
        </w:tabs>
        <w:autoSpaceDE/>
        <w:autoSpaceDN/>
        <w:spacing w:line="360" w:lineRule="auto"/>
        <w:ind w:firstLine="6"/>
        <w:rPr>
          <w:sz w:val="24"/>
          <w:szCs w:val="24"/>
        </w:rPr>
      </w:pPr>
      <w:r w:rsidRPr="000E28C3">
        <w:rPr>
          <w:sz w:val="24"/>
          <w:szCs w:val="24"/>
        </w:rPr>
        <w:t>48/2012. (XII.12.) EMMI rendelet a pedagógiai-szakmai szolgáltatásokról, a pedagógiai-szakmai szolgáltatásokat ellátó intézményekről és a pedagógiai-szakmai szolgáltatásokban való közreműködés feltételeiről</w:t>
      </w:r>
    </w:p>
    <w:p w14:paraId="141B84C4" w14:textId="3C1D9D07" w:rsidR="000E28C3" w:rsidRPr="000E28C3" w:rsidRDefault="000E28C3" w:rsidP="000E28C3">
      <w:pPr>
        <w:widowControl/>
        <w:numPr>
          <w:ilvl w:val="0"/>
          <w:numId w:val="25"/>
        </w:numPr>
        <w:tabs>
          <w:tab w:val="left" w:pos="567"/>
        </w:tabs>
        <w:autoSpaceDE/>
        <w:autoSpaceDN/>
        <w:spacing w:line="360" w:lineRule="auto"/>
        <w:ind w:firstLine="6"/>
        <w:rPr>
          <w:sz w:val="24"/>
          <w:szCs w:val="24"/>
        </w:rPr>
      </w:pPr>
      <w:r w:rsidRPr="000E28C3">
        <w:rPr>
          <w:sz w:val="24"/>
          <w:szCs w:val="24"/>
        </w:rPr>
        <w:t>2011. évi CXII. törvény az információs önrendelkezési jogról és az információszabadságról (</w:t>
      </w:r>
      <w:proofErr w:type="spellStart"/>
      <w:r w:rsidRPr="000E28C3">
        <w:rPr>
          <w:sz w:val="24"/>
          <w:szCs w:val="24"/>
        </w:rPr>
        <w:t>Infotv</w:t>
      </w:r>
      <w:proofErr w:type="spellEnd"/>
      <w:r w:rsidRPr="000E28C3">
        <w:rPr>
          <w:sz w:val="24"/>
          <w:szCs w:val="24"/>
        </w:rPr>
        <w:t>.)</w:t>
      </w:r>
    </w:p>
    <w:p w14:paraId="6EF88AD4" w14:textId="77777777" w:rsidR="00E10A59" w:rsidRPr="000E28C3" w:rsidRDefault="00E10A59" w:rsidP="000E28C3">
      <w:pPr>
        <w:pStyle w:val="Szvegtrzs"/>
        <w:numPr>
          <w:ilvl w:val="0"/>
          <w:numId w:val="45"/>
        </w:numPr>
        <w:spacing w:before="137" w:line="360" w:lineRule="auto"/>
        <w:rPr>
          <w:spacing w:val="-2"/>
        </w:rPr>
      </w:pPr>
      <w:r w:rsidRPr="000E28C3">
        <w:rPr>
          <w:spacing w:val="-2"/>
        </w:rPr>
        <w:t>Az egészségügyről szóló 1997. évi CLIV. törvény (</w:t>
      </w:r>
      <w:proofErr w:type="spellStart"/>
      <w:r w:rsidRPr="000E28C3">
        <w:rPr>
          <w:spacing w:val="-2"/>
        </w:rPr>
        <w:t>Eütv</w:t>
      </w:r>
      <w:proofErr w:type="spellEnd"/>
      <w:r w:rsidRPr="000E28C3">
        <w:rPr>
          <w:spacing w:val="-2"/>
        </w:rPr>
        <w:t>.)</w:t>
      </w:r>
    </w:p>
    <w:p w14:paraId="7A5E9409" w14:textId="77777777" w:rsidR="00A30C16" w:rsidRPr="000E28C3" w:rsidRDefault="00A30C16" w:rsidP="000E28C3">
      <w:pPr>
        <w:pStyle w:val="Listaszerbekezds"/>
        <w:numPr>
          <w:ilvl w:val="0"/>
          <w:numId w:val="25"/>
        </w:numPr>
        <w:tabs>
          <w:tab w:val="left" w:pos="496"/>
        </w:tabs>
        <w:spacing w:line="360" w:lineRule="auto"/>
        <w:ind w:left="496" w:hanging="360"/>
        <w:rPr>
          <w:sz w:val="24"/>
          <w:szCs w:val="24"/>
        </w:rPr>
      </w:pPr>
      <w:r w:rsidRPr="000E28C3">
        <w:rPr>
          <w:sz w:val="24"/>
          <w:szCs w:val="24"/>
        </w:rPr>
        <w:t>419/2024. (XII. 23.) Korm. rendelet a pedagógus-továbbképzés rendszeréről</w:t>
      </w:r>
    </w:p>
    <w:p w14:paraId="5F0CA6DD" w14:textId="49DB3A76" w:rsidR="00A30C16" w:rsidRPr="000E28C3" w:rsidRDefault="00A30C16" w:rsidP="000E28C3">
      <w:pPr>
        <w:pStyle w:val="Listaszerbekezds"/>
        <w:numPr>
          <w:ilvl w:val="0"/>
          <w:numId w:val="25"/>
        </w:numPr>
        <w:tabs>
          <w:tab w:val="left" w:pos="496"/>
        </w:tabs>
        <w:spacing w:line="360" w:lineRule="auto"/>
        <w:ind w:left="496" w:hanging="360"/>
        <w:rPr>
          <w:sz w:val="24"/>
          <w:szCs w:val="24"/>
        </w:rPr>
      </w:pPr>
      <w:r w:rsidRPr="000E28C3">
        <w:rPr>
          <w:sz w:val="24"/>
          <w:szCs w:val="24"/>
        </w:rPr>
        <w:t>1991. évi LXIV. törvény a Gyermek jogairól szóló, New Yorkban, 1989. november 20-án kelt Egyezmény kihirdetéséről</w:t>
      </w:r>
    </w:p>
    <w:p w14:paraId="1F3C17C0" w14:textId="0C7218CD" w:rsidR="00E10A59" w:rsidRPr="000E28C3" w:rsidRDefault="00E10A59" w:rsidP="000E28C3">
      <w:pPr>
        <w:pStyle w:val="Listaszerbekezds"/>
        <w:numPr>
          <w:ilvl w:val="0"/>
          <w:numId w:val="25"/>
        </w:numPr>
        <w:tabs>
          <w:tab w:val="left" w:pos="496"/>
        </w:tabs>
        <w:spacing w:line="360" w:lineRule="auto"/>
        <w:ind w:left="496" w:hanging="360"/>
        <w:rPr>
          <w:sz w:val="24"/>
          <w:szCs w:val="24"/>
        </w:rPr>
      </w:pPr>
      <w:r w:rsidRPr="000E28C3">
        <w:rPr>
          <w:sz w:val="24"/>
          <w:szCs w:val="24"/>
        </w:rPr>
        <w:t>1997.</w:t>
      </w:r>
      <w:r w:rsidRPr="000E28C3">
        <w:rPr>
          <w:spacing w:val="-2"/>
          <w:sz w:val="24"/>
          <w:szCs w:val="24"/>
        </w:rPr>
        <w:t xml:space="preserve"> </w:t>
      </w:r>
      <w:r w:rsidRPr="000E28C3">
        <w:rPr>
          <w:sz w:val="24"/>
          <w:szCs w:val="24"/>
        </w:rPr>
        <w:t>évi</w:t>
      </w:r>
      <w:r w:rsidRPr="000E28C3">
        <w:rPr>
          <w:spacing w:val="-2"/>
          <w:sz w:val="24"/>
          <w:szCs w:val="24"/>
        </w:rPr>
        <w:t xml:space="preserve"> </w:t>
      </w:r>
      <w:r w:rsidRPr="000E28C3">
        <w:rPr>
          <w:sz w:val="24"/>
          <w:szCs w:val="24"/>
        </w:rPr>
        <w:t>XXXI.</w:t>
      </w:r>
      <w:r w:rsidRPr="000E28C3">
        <w:rPr>
          <w:spacing w:val="-1"/>
          <w:sz w:val="24"/>
          <w:szCs w:val="24"/>
        </w:rPr>
        <w:t xml:space="preserve"> </w:t>
      </w:r>
      <w:r w:rsidRPr="000E28C3">
        <w:rPr>
          <w:sz w:val="24"/>
          <w:szCs w:val="24"/>
        </w:rPr>
        <w:t>törvény</w:t>
      </w:r>
      <w:r w:rsidRPr="000E28C3">
        <w:rPr>
          <w:spacing w:val="-5"/>
          <w:sz w:val="24"/>
          <w:szCs w:val="24"/>
        </w:rPr>
        <w:t xml:space="preserve"> </w:t>
      </w:r>
      <w:r w:rsidRPr="000E28C3">
        <w:rPr>
          <w:sz w:val="24"/>
          <w:szCs w:val="24"/>
        </w:rPr>
        <w:t>a</w:t>
      </w:r>
      <w:r w:rsidRPr="000E28C3">
        <w:rPr>
          <w:spacing w:val="-1"/>
          <w:sz w:val="24"/>
          <w:szCs w:val="24"/>
        </w:rPr>
        <w:t xml:space="preserve"> </w:t>
      </w:r>
      <w:r w:rsidRPr="000E28C3">
        <w:rPr>
          <w:sz w:val="24"/>
          <w:szCs w:val="24"/>
        </w:rPr>
        <w:t>gyermekek</w:t>
      </w:r>
      <w:r w:rsidRPr="000E28C3">
        <w:rPr>
          <w:spacing w:val="-1"/>
          <w:sz w:val="24"/>
          <w:szCs w:val="24"/>
        </w:rPr>
        <w:t xml:space="preserve"> </w:t>
      </w:r>
      <w:r w:rsidRPr="000E28C3">
        <w:rPr>
          <w:sz w:val="24"/>
          <w:szCs w:val="24"/>
        </w:rPr>
        <w:t>védelméről</w:t>
      </w:r>
      <w:r w:rsidRPr="000E28C3">
        <w:rPr>
          <w:spacing w:val="-2"/>
          <w:sz w:val="24"/>
          <w:szCs w:val="24"/>
        </w:rPr>
        <w:t xml:space="preserve"> </w:t>
      </w:r>
      <w:r w:rsidRPr="000E28C3">
        <w:rPr>
          <w:sz w:val="24"/>
          <w:szCs w:val="24"/>
        </w:rPr>
        <w:t>és</w:t>
      </w:r>
      <w:r w:rsidR="00AB50BC" w:rsidRPr="000E28C3">
        <w:rPr>
          <w:sz w:val="24"/>
          <w:szCs w:val="24"/>
        </w:rPr>
        <w:t xml:space="preserve"> a</w:t>
      </w:r>
      <w:r w:rsidRPr="000E28C3">
        <w:rPr>
          <w:sz w:val="24"/>
          <w:szCs w:val="24"/>
        </w:rPr>
        <w:t xml:space="preserve"> gyámügyi</w:t>
      </w:r>
      <w:r w:rsidRPr="000E28C3">
        <w:rPr>
          <w:spacing w:val="-1"/>
          <w:sz w:val="24"/>
          <w:szCs w:val="24"/>
        </w:rPr>
        <w:t xml:space="preserve"> </w:t>
      </w:r>
      <w:r w:rsidRPr="000E28C3">
        <w:rPr>
          <w:spacing w:val="-2"/>
          <w:sz w:val="24"/>
          <w:szCs w:val="24"/>
        </w:rPr>
        <w:t>igazgatásról</w:t>
      </w:r>
    </w:p>
    <w:p w14:paraId="2D11C912" w14:textId="06CE0817" w:rsidR="00E10A59" w:rsidRPr="000E28C3" w:rsidRDefault="00E10A59" w:rsidP="000E28C3">
      <w:pPr>
        <w:pStyle w:val="Listaszerbekezds"/>
        <w:numPr>
          <w:ilvl w:val="0"/>
          <w:numId w:val="25"/>
        </w:numPr>
        <w:tabs>
          <w:tab w:val="left" w:pos="496"/>
          <w:tab w:val="left" w:pos="556"/>
        </w:tabs>
        <w:spacing w:before="137" w:line="360" w:lineRule="auto"/>
        <w:ind w:left="496" w:right="897" w:hanging="360"/>
        <w:rPr>
          <w:sz w:val="24"/>
          <w:szCs w:val="24"/>
        </w:rPr>
      </w:pPr>
      <w:r w:rsidRPr="000E28C3">
        <w:rPr>
          <w:sz w:val="24"/>
          <w:szCs w:val="24"/>
        </w:rPr>
        <w:tab/>
      </w:r>
      <w:r w:rsidR="000E28C3" w:rsidRPr="000E28C3">
        <w:rPr>
          <w:sz w:val="24"/>
          <w:szCs w:val="24"/>
        </w:rPr>
        <w:t>1998. évi XXVI. törvény a fogyatékos személyek jogairól és esélyegyenlőségük biztosításáról</w:t>
      </w:r>
    </w:p>
    <w:p w14:paraId="1E5B8E62" w14:textId="77777777" w:rsidR="00E10A59" w:rsidRPr="000E28C3" w:rsidRDefault="00E10A59" w:rsidP="000E28C3">
      <w:pPr>
        <w:pStyle w:val="Listaszerbekezds"/>
        <w:numPr>
          <w:ilvl w:val="0"/>
          <w:numId w:val="25"/>
        </w:numPr>
        <w:tabs>
          <w:tab w:val="left" w:pos="496"/>
          <w:tab w:val="left" w:pos="556"/>
        </w:tabs>
        <w:spacing w:before="137" w:line="360" w:lineRule="auto"/>
        <w:ind w:left="496" w:right="897" w:hanging="360"/>
        <w:rPr>
          <w:sz w:val="24"/>
          <w:szCs w:val="24"/>
        </w:rPr>
      </w:pPr>
      <w:r w:rsidRPr="000E28C3">
        <w:rPr>
          <w:iCs/>
          <w:sz w:val="24"/>
          <w:szCs w:val="24"/>
        </w:rPr>
        <w:t>Az Európai Parlament és a Tanács (</w:t>
      </w:r>
      <w:proofErr w:type="spellStart"/>
      <w:r w:rsidRPr="000E28C3">
        <w:rPr>
          <w:iCs/>
          <w:sz w:val="24"/>
          <w:szCs w:val="24"/>
        </w:rPr>
        <w:t>Eu</w:t>
      </w:r>
      <w:proofErr w:type="spellEnd"/>
      <w:r w:rsidRPr="000E28C3">
        <w:rPr>
          <w:iCs/>
          <w:sz w:val="24"/>
          <w:szCs w:val="24"/>
        </w:rPr>
        <w:t>) 2016/679 Rendelete (2016. április 27.) a természetes személyeknek a személyes adatok kezelése tekintetében történő védelméről és az ilyen adatok szabad áramlásáról, valamint a 95/46/EK rendelet hatályon kívül helyezéséről (általános adatvédelmi rendelet, a továbbiakban: GDPR)</w:t>
      </w:r>
    </w:p>
    <w:p w14:paraId="39720D15" w14:textId="0ABB63C1" w:rsidR="00E10A59" w:rsidRPr="000E28C3" w:rsidRDefault="00E10A59" w:rsidP="000E28C3">
      <w:pPr>
        <w:widowControl/>
        <w:numPr>
          <w:ilvl w:val="0"/>
          <w:numId w:val="25"/>
        </w:numPr>
        <w:autoSpaceDE/>
        <w:autoSpaceDN/>
        <w:spacing w:line="360" w:lineRule="auto"/>
        <w:contextualSpacing/>
        <w:rPr>
          <w:iCs/>
          <w:sz w:val="24"/>
          <w:szCs w:val="24"/>
        </w:rPr>
      </w:pPr>
      <w:r w:rsidRPr="000E28C3">
        <w:rPr>
          <w:iCs/>
          <w:sz w:val="24"/>
          <w:szCs w:val="24"/>
        </w:rPr>
        <w:t>2011.évi CC</w:t>
      </w:r>
      <w:r w:rsidR="00AB50BC" w:rsidRPr="000E28C3">
        <w:rPr>
          <w:iCs/>
          <w:sz w:val="24"/>
          <w:szCs w:val="24"/>
        </w:rPr>
        <w:t>XI</w:t>
      </w:r>
      <w:r w:rsidRPr="000E28C3">
        <w:rPr>
          <w:iCs/>
          <w:sz w:val="24"/>
          <w:szCs w:val="24"/>
        </w:rPr>
        <w:t>. törvény a családok védelméről</w:t>
      </w:r>
    </w:p>
    <w:p w14:paraId="676CC368" w14:textId="77777777" w:rsidR="00E10A59" w:rsidRPr="000E28C3" w:rsidRDefault="00E10A59" w:rsidP="000E28C3">
      <w:pPr>
        <w:widowControl/>
        <w:numPr>
          <w:ilvl w:val="0"/>
          <w:numId w:val="25"/>
        </w:numPr>
        <w:autoSpaceDE/>
        <w:autoSpaceDN/>
        <w:spacing w:line="360" w:lineRule="auto"/>
        <w:rPr>
          <w:sz w:val="24"/>
          <w:szCs w:val="24"/>
        </w:rPr>
      </w:pPr>
      <w:bookmarkStart w:id="2" w:name="_Hlk86307683"/>
      <w:r w:rsidRPr="000E28C3">
        <w:rPr>
          <w:sz w:val="24"/>
          <w:szCs w:val="24"/>
        </w:rPr>
        <w:t>Magyarország Alaptörvénye</w:t>
      </w:r>
    </w:p>
    <w:p w14:paraId="57D8538C" w14:textId="4C1F0479" w:rsidR="00E10A59" w:rsidRPr="000E28C3" w:rsidRDefault="00E10A59" w:rsidP="000E28C3">
      <w:pPr>
        <w:widowControl/>
        <w:numPr>
          <w:ilvl w:val="0"/>
          <w:numId w:val="25"/>
        </w:numPr>
        <w:autoSpaceDE/>
        <w:autoSpaceDN/>
        <w:spacing w:line="360" w:lineRule="auto"/>
        <w:rPr>
          <w:sz w:val="24"/>
          <w:szCs w:val="24"/>
        </w:rPr>
      </w:pPr>
      <w:r w:rsidRPr="000E28C3">
        <w:rPr>
          <w:sz w:val="24"/>
          <w:szCs w:val="24"/>
        </w:rPr>
        <w:t xml:space="preserve">2011. évi CLXXIX. </w:t>
      </w:r>
      <w:r w:rsidR="00AB50BC" w:rsidRPr="000E28C3">
        <w:rPr>
          <w:sz w:val="24"/>
          <w:szCs w:val="24"/>
        </w:rPr>
        <w:t>t</w:t>
      </w:r>
      <w:r w:rsidRPr="000E28C3">
        <w:rPr>
          <w:sz w:val="24"/>
          <w:szCs w:val="24"/>
        </w:rPr>
        <w:t>örvény a nemzetiségek jogairól</w:t>
      </w:r>
    </w:p>
    <w:p w14:paraId="185D0471" w14:textId="77777777" w:rsidR="00E10A59" w:rsidRPr="000E28C3" w:rsidRDefault="00E10A59" w:rsidP="000E28C3">
      <w:pPr>
        <w:widowControl/>
        <w:numPr>
          <w:ilvl w:val="0"/>
          <w:numId w:val="25"/>
        </w:numPr>
        <w:autoSpaceDE/>
        <w:autoSpaceDN/>
        <w:spacing w:line="360" w:lineRule="auto"/>
        <w:textDirection w:val="btLr"/>
        <w:rPr>
          <w:sz w:val="24"/>
          <w:szCs w:val="24"/>
        </w:rPr>
      </w:pPr>
      <w:bookmarkStart w:id="3" w:name="_Hlk95563028"/>
      <w:bookmarkStart w:id="4" w:name="_Hlk99211944"/>
      <w:r w:rsidRPr="000E28C3">
        <w:rPr>
          <w:sz w:val="24"/>
          <w:szCs w:val="24"/>
        </w:rPr>
        <w:lastRenderedPageBreak/>
        <w:t xml:space="preserve">37/2014. (IV. 30.) EMMI rendelet a közétkeztetésre vonatkozó táplálkozás-egészségügyi előírásokról </w:t>
      </w:r>
      <w:bookmarkEnd w:id="2"/>
      <w:bookmarkEnd w:id="3"/>
      <w:bookmarkEnd w:id="4"/>
    </w:p>
    <w:p w14:paraId="25B8F606" w14:textId="77777777" w:rsidR="00E10A59" w:rsidRPr="000E28C3" w:rsidRDefault="00E10A59" w:rsidP="000E28C3">
      <w:pPr>
        <w:widowControl/>
        <w:numPr>
          <w:ilvl w:val="0"/>
          <w:numId w:val="25"/>
        </w:numPr>
        <w:autoSpaceDE/>
        <w:autoSpaceDN/>
        <w:spacing w:line="360" w:lineRule="auto"/>
        <w:textDirection w:val="btLr"/>
        <w:rPr>
          <w:sz w:val="24"/>
          <w:szCs w:val="24"/>
        </w:rPr>
      </w:pPr>
      <w:r w:rsidRPr="000E28C3">
        <w:rPr>
          <w:sz w:val="24"/>
          <w:szCs w:val="24"/>
        </w:rPr>
        <w:t>A Balatonvilágosi Szivárvány Óvoda hatályos Alapító</w:t>
      </w:r>
      <w:r w:rsidRPr="000E28C3">
        <w:rPr>
          <w:spacing w:val="-1"/>
          <w:sz w:val="24"/>
          <w:szCs w:val="24"/>
        </w:rPr>
        <w:t xml:space="preserve"> </w:t>
      </w:r>
      <w:r w:rsidRPr="000E28C3">
        <w:rPr>
          <w:spacing w:val="-2"/>
          <w:sz w:val="24"/>
          <w:szCs w:val="24"/>
        </w:rPr>
        <w:t>Okirata</w:t>
      </w:r>
    </w:p>
    <w:p w14:paraId="2E3E44AE" w14:textId="1647F3F8" w:rsidR="00E10A59" w:rsidRPr="000E28C3" w:rsidRDefault="000E28C3" w:rsidP="000E28C3">
      <w:pPr>
        <w:widowControl/>
        <w:numPr>
          <w:ilvl w:val="0"/>
          <w:numId w:val="25"/>
        </w:numPr>
        <w:autoSpaceDE/>
        <w:autoSpaceDN/>
        <w:spacing w:line="360" w:lineRule="auto"/>
        <w:textDirection w:val="btLr"/>
        <w:rPr>
          <w:sz w:val="24"/>
          <w:szCs w:val="24"/>
        </w:rPr>
      </w:pPr>
      <w:r w:rsidRPr="000E28C3">
        <w:rPr>
          <w:sz w:val="24"/>
          <w:szCs w:val="24"/>
        </w:rPr>
        <w:t>A Balatonvilágosi Szivárvány Óvoda hatályos intézményi alapdokumentumai</w:t>
      </w:r>
    </w:p>
    <w:p w14:paraId="058E698C" w14:textId="77777777" w:rsidR="00AE0CFD" w:rsidRPr="0078531E" w:rsidRDefault="00AE0CFD">
      <w:pPr>
        <w:rPr>
          <w:sz w:val="24"/>
        </w:rPr>
        <w:sectPr w:rsidR="00AE0CFD" w:rsidRPr="0078531E" w:rsidSect="00E5499F">
          <w:footerReference w:type="default" r:id="rId9"/>
          <w:pgSz w:w="11910" w:h="16840"/>
          <w:pgMar w:top="1320" w:right="1562" w:bottom="1200" w:left="1280" w:header="0" w:footer="1003" w:gutter="0"/>
          <w:cols w:space="708"/>
        </w:sectPr>
      </w:pPr>
    </w:p>
    <w:p w14:paraId="4373CED7" w14:textId="77777777" w:rsidR="00AE0CFD" w:rsidRPr="0078531E" w:rsidRDefault="00C3522D">
      <w:pPr>
        <w:pStyle w:val="Cmsor1"/>
        <w:spacing w:before="77"/>
        <w:rPr>
          <w:rFonts w:ascii="Times New Roman" w:hAnsi="Times New Roman" w:cs="Times New Roman"/>
        </w:rPr>
      </w:pPr>
      <w:bookmarkStart w:id="5" w:name="_bookmark1"/>
      <w:bookmarkEnd w:id="5"/>
      <w:r w:rsidRPr="0078531E">
        <w:rPr>
          <w:rFonts w:ascii="Times New Roman" w:hAnsi="Times New Roman" w:cs="Times New Roman"/>
          <w:spacing w:val="-2"/>
        </w:rPr>
        <w:lastRenderedPageBreak/>
        <w:t>BEVEZETŐ</w:t>
      </w:r>
    </w:p>
    <w:p w14:paraId="4CD2E3AC" w14:textId="77777777" w:rsidR="00AE0CFD" w:rsidRPr="0078531E" w:rsidRDefault="00C3522D">
      <w:pPr>
        <w:pStyle w:val="Cmsor4"/>
        <w:spacing w:before="177"/>
        <w:rPr>
          <w:sz w:val="28"/>
          <w:szCs w:val="28"/>
        </w:rPr>
      </w:pPr>
      <w:r w:rsidRPr="0078531E">
        <w:rPr>
          <w:spacing w:val="-2"/>
          <w:sz w:val="28"/>
          <w:szCs w:val="28"/>
        </w:rPr>
        <w:t>Ajánlás</w:t>
      </w:r>
    </w:p>
    <w:p w14:paraId="168AC01E" w14:textId="77777777" w:rsidR="00AE0CFD" w:rsidRPr="0078531E" w:rsidRDefault="00AE0CFD">
      <w:pPr>
        <w:pStyle w:val="Szvegtrzs"/>
        <w:spacing w:before="194"/>
        <w:rPr>
          <w:b/>
        </w:rPr>
      </w:pPr>
    </w:p>
    <w:p w14:paraId="63F8F7C4" w14:textId="55B4A776" w:rsidR="00AE0CFD" w:rsidRPr="0078531E" w:rsidRDefault="00C3522D">
      <w:pPr>
        <w:pStyle w:val="Szvegtrzs"/>
        <w:spacing w:line="360" w:lineRule="auto"/>
        <w:ind w:left="136" w:right="436"/>
        <w:jc w:val="both"/>
      </w:pPr>
      <w:r w:rsidRPr="0078531E">
        <w:t>Az Óvodai nevelés országos alapprogramja tartalmazza az óvodai nevelés és az óvodapedagógusok munkáját meghatározó</w:t>
      </w:r>
      <w:r w:rsidRPr="0078531E">
        <w:rPr>
          <w:spacing w:val="40"/>
        </w:rPr>
        <w:t xml:space="preserve"> </w:t>
      </w:r>
      <w:r w:rsidRPr="0078531E">
        <w:t>alapelveket. Lehetőséget biztosít arra, hogy „az óvodai nevelésben a</w:t>
      </w:r>
      <w:r w:rsidRPr="0078531E">
        <w:rPr>
          <w:spacing w:val="-1"/>
        </w:rPr>
        <w:t xml:space="preserve"> </w:t>
      </w:r>
      <w:r w:rsidRPr="0078531E">
        <w:t>különböző pedagógiai törekvések megjelenhetnek”</w:t>
      </w:r>
      <w:r w:rsidRPr="0078531E">
        <w:rPr>
          <w:vertAlign w:val="superscript"/>
        </w:rPr>
        <w:t>1</w:t>
      </w:r>
      <w:r w:rsidRPr="0078531E">
        <w:t xml:space="preserve"> a</w:t>
      </w:r>
      <w:r w:rsidRPr="0078531E">
        <w:rPr>
          <w:spacing w:val="-1"/>
        </w:rPr>
        <w:t xml:space="preserve"> </w:t>
      </w:r>
      <w:r w:rsidRPr="0078531E">
        <w:t>helyi körülmények és</w:t>
      </w:r>
      <w:r w:rsidRPr="0078531E">
        <w:rPr>
          <w:spacing w:val="72"/>
        </w:rPr>
        <w:t xml:space="preserve"> </w:t>
      </w:r>
      <w:r w:rsidRPr="0078531E">
        <w:t>sajátosságok</w:t>
      </w:r>
      <w:r w:rsidR="00BC2470" w:rsidRPr="0078531E">
        <w:rPr>
          <w:spacing w:val="72"/>
        </w:rPr>
        <w:t xml:space="preserve"> </w:t>
      </w:r>
      <w:r w:rsidRPr="0078531E">
        <w:t>figyelembevételével.</w:t>
      </w:r>
      <w:r w:rsidR="00BC2470" w:rsidRPr="0078531E">
        <w:rPr>
          <w:spacing w:val="72"/>
        </w:rPr>
        <w:t xml:space="preserve"> </w:t>
      </w:r>
      <w:r w:rsidRPr="0078531E">
        <w:t>Ugyanakkor</w:t>
      </w:r>
      <w:r w:rsidRPr="0078531E">
        <w:rPr>
          <w:spacing w:val="72"/>
        </w:rPr>
        <w:t xml:space="preserve"> </w:t>
      </w:r>
      <w:r w:rsidRPr="0078531E">
        <w:t>azt</w:t>
      </w:r>
      <w:r w:rsidRPr="0078531E">
        <w:rPr>
          <w:spacing w:val="72"/>
        </w:rPr>
        <w:t xml:space="preserve"> </w:t>
      </w:r>
      <w:r w:rsidRPr="0078531E">
        <w:t>is</w:t>
      </w:r>
      <w:r w:rsidRPr="0078531E">
        <w:rPr>
          <w:spacing w:val="73"/>
        </w:rPr>
        <w:t xml:space="preserve"> </w:t>
      </w:r>
      <w:r w:rsidRPr="0078531E">
        <w:t>biztosítja,</w:t>
      </w:r>
      <w:r w:rsidRPr="0078531E">
        <w:rPr>
          <w:spacing w:val="72"/>
        </w:rPr>
        <w:t xml:space="preserve"> </w:t>
      </w:r>
      <w:r w:rsidRPr="0078531E">
        <w:t>hogy</w:t>
      </w:r>
      <w:r w:rsidRPr="0078531E">
        <w:rPr>
          <w:spacing w:val="71"/>
        </w:rPr>
        <w:t xml:space="preserve"> </w:t>
      </w:r>
      <w:r w:rsidRPr="0078531E">
        <w:rPr>
          <w:spacing w:val="-5"/>
        </w:rPr>
        <w:t>az</w:t>
      </w:r>
    </w:p>
    <w:p w14:paraId="6146153C" w14:textId="0E8937AE" w:rsidR="00AE0CFD" w:rsidRPr="0078531E" w:rsidRDefault="00C3522D">
      <w:pPr>
        <w:pStyle w:val="Szvegtrzs"/>
        <w:spacing w:line="360" w:lineRule="auto"/>
        <w:ind w:left="136" w:right="437"/>
        <w:jc w:val="both"/>
      </w:pPr>
      <w:r w:rsidRPr="0078531E">
        <w:t>„óvodapedagógusok pedagógiai nézeteiket, értékrendjüket,</w:t>
      </w:r>
      <w:r w:rsidRPr="0078531E">
        <w:rPr>
          <w:spacing w:val="40"/>
        </w:rPr>
        <w:t xml:space="preserve"> </w:t>
      </w:r>
      <w:r w:rsidRPr="0078531E">
        <w:t>módszertani szabadságukat érvényesítsék”</w:t>
      </w:r>
      <w:r w:rsidRPr="0078531E">
        <w:rPr>
          <w:vertAlign w:val="superscript"/>
        </w:rPr>
        <w:t>2</w:t>
      </w:r>
      <w:r w:rsidRPr="0078531E">
        <w:t xml:space="preserve"> a helyi pedagógiai program alapján.</w:t>
      </w:r>
    </w:p>
    <w:p w14:paraId="58A98260" w14:textId="77777777" w:rsidR="00AE0CFD" w:rsidRPr="0078531E" w:rsidRDefault="00AE0CFD">
      <w:pPr>
        <w:pStyle w:val="Szvegtrzs"/>
        <w:spacing w:before="138"/>
      </w:pPr>
    </w:p>
    <w:p w14:paraId="79FB8612" w14:textId="3934E6B8" w:rsidR="00AE0CFD" w:rsidRPr="0078531E" w:rsidRDefault="00C3522D">
      <w:pPr>
        <w:pStyle w:val="Szvegtrzs"/>
        <w:spacing w:line="360" w:lineRule="auto"/>
        <w:ind w:left="136" w:right="625"/>
        <w:jc w:val="both"/>
        <w:rPr>
          <w:b/>
        </w:rPr>
      </w:pPr>
      <w:r w:rsidRPr="0078531E">
        <w:t>A</w:t>
      </w:r>
      <w:r w:rsidR="00CF16D4" w:rsidRPr="0078531E">
        <w:t xml:space="preserve"> Balatonvilágosi Szivárvány </w:t>
      </w:r>
      <w:r w:rsidRPr="0078531E">
        <w:t>Óvoda</w:t>
      </w:r>
      <w:r w:rsidRPr="0078531E">
        <w:rPr>
          <w:spacing w:val="-4"/>
        </w:rPr>
        <w:t xml:space="preserve"> </w:t>
      </w:r>
      <w:r w:rsidRPr="0078531E">
        <w:t>nevelőtestülete</w:t>
      </w:r>
      <w:r w:rsidRPr="0078531E">
        <w:rPr>
          <w:spacing w:val="-2"/>
        </w:rPr>
        <w:t xml:space="preserve"> </w:t>
      </w:r>
      <w:r w:rsidRPr="0078531E">
        <w:t>a</w:t>
      </w:r>
      <w:r w:rsidRPr="0078531E">
        <w:rPr>
          <w:spacing w:val="-4"/>
        </w:rPr>
        <w:t xml:space="preserve"> </w:t>
      </w:r>
      <w:r w:rsidRPr="0078531E">
        <w:t>külső</w:t>
      </w:r>
      <w:r w:rsidRPr="0078531E">
        <w:rPr>
          <w:spacing w:val="-3"/>
        </w:rPr>
        <w:t xml:space="preserve"> </w:t>
      </w:r>
      <w:r w:rsidRPr="0078531E">
        <w:t>világ</w:t>
      </w:r>
      <w:r w:rsidRPr="0078531E">
        <w:rPr>
          <w:spacing w:val="-6"/>
        </w:rPr>
        <w:t xml:space="preserve"> </w:t>
      </w:r>
      <w:r w:rsidRPr="0078531E">
        <w:t>tevékeny</w:t>
      </w:r>
      <w:r w:rsidRPr="0078531E">
        <w:rPr>
          <w:spacing w:val="-8"/>
        </w:rPr>
        <w:t xml:space="preserve"> </w:t>
      </w:r>
      <w:r w:rsidRPr="0078531E">
        <w:t>megismerését</w:t>
      </w:r>
      <w:r w:rsidRPr="0078531E">
        <w:rPr>
          <w:spacing w:val="-3"/>
        </w:rPr>
        <w:t xml:space="preserve"> </w:t>
      </w:r>
      <w:r w:rsidRPr="0078531E">
        <w:t>választotta helyi pedagógiai</w:t>
      </w:r>
      <w:r w:rsidRPr="0078531E">
        <w:rPr>
          <w:spacing w:val="40"/>
        </w:rPr>
        <w:t xml:space="preserve"> </w:t>
      </w:r>
      <w:r w:rsidRPr="0078531E">
        <w:t>programjának alapjául</w:t>
      </w:r>
      <w:r w:rsidRPr="0078531E">
        <w:rPr>
          <w:b/>
        </w:rPr>
        <w:t>.</w:t>
      </w:r>
    </w:p>
    <w:p w14:paraId="415361A4" w14:textId="77777777" w:rsidR="00AE0CFD" w:rsidRPr="0078531E" w:rsidRDefault="00C3522D">
      <w:pPr>
        <w:pStyle w:val="Szvegtrzs"/>
        <w:spacing w:before="120" w:line="352" w:lineRule="auto"/>
        <w:ind w:left="136" w:right="738"/>
        <w:jc w:val="both"/>
      </w:pPr>
      <w:r w:rsidRPr="0078531E">
        <w:t>Fontos, hogy a gyermek számára kialakítsuk a természeti és társadalmi környezethez való pozitív</w:t>
      </w:r>
      <w:r w:rsidRPr="0078531E">
        <w:rPr>
          <w:spacing w:val="-15"/>
        </w:rPr>
        <w:t xml:space="preserve"> </w:t>
      </w:r>
      <w:r w:rsidRPr="0078531E">
        <w:t>érzelmi</w:t>
      </w:r>
      <w:r w:rsidRPr="0078531E">
        <w:rPr>
          <w:spacing w:val="-15"/>
        </w:rPr>
        <w:t xml:space="preserve"> </w:t>
      </w:r>
      <w:r w:rsidRPr="0078531E">
        <w:t>viszonyt,</w:t>
      </w:r>
      <w:r w:rsidRPr="0078531E">
        <w:rPr>
          <w:spacing w:val="-15"/>
        </w:rPr>
        <w:t xml:space="preserve"> </w:t>
      </w:r>
      <w:r w:rsidRPr="0078531E">
        <w:t>pozitív</w:t>
      </w:r>
      <w:r w:rsidRPr="0078531E">
        <w:rPr>
          <w:spacing w:val="-15"/>
        </w:rPr>
        <w:t xml:space="preserve"> </w:t>
      </w:r>
      <w:r w:rsidRPr="0078531E">
        <w:t>viselkedési</w:t>
      </w:r>
      <w:r w:rsidRPr="0078531E">
        <w:rPr>
          <w:spacing w:val="-15"/>
        </w:rPr>
        <w:t xml:space="preserve"> </w:t>
      </w:r>
      <w:r w:rsidRPr="0078531E">
        <w:t>formákat</w:t>
      </w:r>
      <w:r w:rsidRPr="0078531E">
        <w:rPr>
          <w:spacing w:val="-15"/>
        </w:rPr>
        <w:t xml:space="preserve"> </w:t>
      </w:r>
      <w:r w:rsidRPr="0078531E">
        <w:t>és</w:t>
      </w:r>
      <w:r w:rsidRPr="0078531E">
        <w:rPr>
          <w:spacing w:val="-15"/>
        </w:rPr>
        <w:t xml:space="preserve"> </w:t>
      </w:r>
      <w:r w:rsidRPr="0078531E">
        <w:t>magatartásmódokat,</w:t>
      </w:r>
      <w:r w:rsidRPr="0078531E">
        <w:rPr>
          <w:spacing w:val="-15"/>
        </w:rPr>
        <w:t xml:space="preserve"> </w:t>
      </w:r>
      <w:r w:rsidRPr="0078531E">
        <w:t>megalapozzuk a környezeti kultúra iránti igényt.</w:t>
      </w:r>
    </w:p>
    <w:p w14:paraId="36D5A938" w14:textId="77777777" w:rsidR="00AE0CFD" w:rsidRPr="0078531E" w:rsidRDefault="00C3522D">
      <w:pPr>
        <w:pStyle w:val="Szvegtrzs"/>
        <w:spacing w:before="7" w:line="360" w:lineRule="auto"/>
        <w:ind w:left="136" w:right="715"/>
        <w:jc w:val="both"/>
      </w:pPr>
      <w:r w:rsidRPr="0078531E">
        <w:rPr>
          <w:spacing w:val="-14"/>
        </w:rPr>
        <w:t>A</w:t>
      </w:r>
      <w:r w:rsidRPr="0078531E">
        <w:rPr>
          <w:spacing w:val="-1"/>
        </w:rPr>
        <w:t xml:space="preserve"> </w:t>
      </w:r>
      <w:r w:rsidRPr="0078531E">
        <w:rPr>
          <w:spacing w:val="-14"/>
        </w:rPr>
        <w:t>gyermek</w:t>
      </w:r>
      <w:r w:rsidRPr="0078531E">
        <w:rPr>
          <w:spacing w:val="-1"/>
        </w:rPr>
        <w:t xml:space="preserve"> </w:t>
      </w:r>
      <w:r w:rsidRPr="0078531E">
        <w:rPr>
          <w:spacing w:val="-14"/>
        </w:rPr>
        <w:t>közvetlen</w:t>
      </w:r>
      <w:r w:rsidRPr="0078531E">
        <w:rPr>
          <w:spacing w:val="-1"/>
        </w:rPr>
        <w:t xml:space="preserve"> </w:t>
      </w:r>
      <w:r w:rsidRPr="0078531E">
        <w:rPr>
          <w:spacing w:val="-14"/>
        </w:rPr>
        <w:t>környezetében</w:t>
      </w:r>
      <w:r w:rsidRPr="0078531E">
        <w:rPr>
          <w:spacing w:val="-1"/>
        </w:rPr>
        <w:t xml:space="preserve"> </w:t>
      </w:r>
      <w:r w:rsidRPr="0078531E">
        <w:rPr>
          <w:spacing w:val="-14"/>
        </w:rPr>
        <w:t>lévő</w:t>
      </w:r>
      <w:r w:rsidRPr="0078531E">
        <w:rPr>
          <w:spacing w:val="-1"/>
        </w:rPr>
        <w:t xml:space="preserve"> </w:t>
      </w:r>
      <w:r w:rsidRPr="0078531E">
        <w:rPr>
          <w:spacing w:val="-14"/>
        </w:rPr>
        <w:t>élővilág</w:t>
      </w:r>
      <w:r w:rsidRPr="0078531E">
        <w:rPr>
          <w:spacing w:val="-1"/>
        </w:rPr>
        <w:t xml:space="preserve"> </w:t>
      </w:r>
      <w:r w:rsidRPr="0078531E">
        <w:rPr>
          <w:spacing w:val="-14"/>
        </w:rPr>
        <w:t>megismertetése</w:t>
      </w:r>
      <w:r w:rsidRPr="0078531E">
        <w:rPr>
          <w:spacing w:val="-1"/>
        </w:rPr>
        <w:t xml:space="preserve"> </w:t>
      </w:r>
      <w:r w:rsidRPr="0078531E">
        <w:rPr>
          <w:spacing w:val="-14"/>
        </w:rPr>
        <w:t>és</w:t>
      </w:r>
      <w:r w:rsidRPr="0078531E">
        <w:rPr>
          <w:spacing w:val="-1"/>
        </w:rPr>
        <w:t xml:space="preserve"> </w:t>
      </w:r>
      <w:r w:rsidRPr="0078531E">
        <w:rPr>
          <w:spacing w:val="-14"/>
        </w:rPr>
        <w:t>megszerettetése,</w:t>
      </w:r>
      <w:r w:rsidRPr="0078531E">
        <w:rPr>
          <w:spacing w:val="-1"/>
        </w:rPr>
        <w:t xml:space="preserve"> </w:t>
      </w:r>
      <w:r w:rsidRPr="0078531E">
        <w:rPr>
          <w:spacing w:val="-14"/>
        </w:rPr>
        <w:t>az</w:t>
      </w:r>
      <w:r w:rsidRPr="0078531E">
        <w:rPr>
          <w:spacing w:val="-1"/>
        </w:rPr>
        <w:t xml:space="preserve"> </w:t>
      </w:r>
      <w:r w:rsidRPr="0078531E">
        <w:rPr>
          <w:spacing w:val="-14"/>
        </w:rPr>
        <w:t>élő</w:t>
      </w:r>
      <w:r w:rsidRPr="0078531E">
        <w:rPr>
          <w:spacing w:val="-1"/>
        </w:rPr>
        <w:t xml:space="preserve"> </w:t>
      </w:r>
      <w:r w:rsidRPr="0078531E">
        <w:rPr>
          <w:spacing w:val="-14"/>
        </w:rPr>
        <w:t>és</w:t>
      </w:r>
      <w:r w:rsidRPr="0078531E">
        <w:rPr>
          <w:spacing w:val="-1"/>
        </w:rPr>
        <w:t xml:space="preserve"> </w:t>
      </w:r>
      <w:r w:rsidRPr="0078531E">
        <w:rPr>
          <w:spacing w:val="-14"/>
        </w:rPr>
        <w:t xml:space="preserve">élettelen </w:t>
      </w:r>
      <w:r w:rsidRPr="0078531E">
        <w:rPr>
          <w:spacing w:val="-4"/>
        </w:rPr>
        <w:t xml:space="preserve">környezeti tényezők közötti leglényegesebb összefüggések megláttatása − a mennyiségi, alaki, </w:t>
      </w:r>
      <w:proofErr w:type="spellStart"/>
      <w:r w:rsidRPr="0078531E">
        <w:rPr>
          <w:spacing w:val="-12"/>
        </w:rPr>
        <w:t>nagyságbeli</w:t>
      </w:r>
      <w:proofErr w:type="spellEnd"/>
      <w:r w:rsidRPr="0078531E">
        <w:rPr>
          <w:spacing w:val="-12"/>
        </w:rPr>
        <w:t>,</w:t>
      </w:r>
      <w:r w:rsidRPr="0078531E">
        <w:rPr>
          <w:spacing w:val="-5"/>
        </w:rPr>
        <w:t xml:space="preserve"> </w:t>
      </w:r>
      <w:r w:rsidRPr="0078531E">
        <w:rPr>
          <w:spacing w:val="-12"/>
        </w:rPr>
        <w:t>tér-</w:t>
      </w:r>
      <w:r w:rsidRPr="0078531E">
        <w:rPr>
          <w:spacing w:val="-3"/>
        </w:rPr>
        <w:t xml:space="preserve"> </w:t>
      </w:r>
      <w:r w:rsidRPr="0078531E">
        <w:rPr>
          <w:spacing w:val="-12"/>
        </w:rPr>
        <w:t>és</w:t>
      </w:r>
      <w:r w:rsidRPr="0078531E">
        <w:rPr>
          <w:spacing w:val="-3"/>
        </w:rPr>
        <w:t xml:space="preserve"> </w:t>
      </w:r>
      <w:r w:rsidRPr="0078531E">
        <w:rPr>
          <w:spacing w:val="-12"/>
        </w:rPr>
        <w:t>síkbeli</w:t>
      </w:r>
      <w:r w:rsidRPr="0078531E">
        <w:rPr>
          <w:spacing w:val="-3"/>
        </w:rPr>
        <w:t xml:space="preserve"> </w:t>
      </w:r>
      <w:r w:rsidRPr="0078531E">
        <w:rPr>
          <w:spacing w:val="-12"/>
        </w:rPr>
        <w:t>szemléletének</w:t>
      </w:r>
      <w:r w:rsidRPr="0078531E">
        <w:rPr>
          <w:spacing w:val="-3"/>
        </w:rPr>
        <w:t xml:space="preserve"> </w:t>
      </w:r>
      <w:r w:rsidRPr="0078531E">
        <w:rPr>
          <w:spacing w:val="-12"/>
        </w:rPr>
        <w:t>alakításával</w:t>
      </w:r>
      <w:r w:rsidRPr="0078531E">
        <w:rPr>
          <w:spacing w:val="-3"/>
        </w:rPr>
        <w:t xml:space="preserve"> </w:t>
      </w:r>
      <w:r w:rsidRPr="0078531E">
        <w:rPr>
          <w:spacing w:val="-12"/>
        </w:rPr>
        <w:t>–</w:t>
      </w:r>
      <w:r w:rsidRPr="0078531E">
        <w:rPr>
          <w:spacing w:val="-3"/>
        </w:rPr>
        <w:t xml:space="preserve"> </w:t>
      </w:r>
      <w:r w:rsidRPr="0078531E">
        <w:rPr>
          <w:spacing w:val="-12"/>
        </w:rPr>
        <w:t>elengedhetetlen</w:t>
      </w:r>
      <w:r w:rsidRPr="0078531E">
        <w:rPr>
          <w:spacing w:val="-3"/>
        </w:rPr>
        <w:t xml:space="preserve"> </w:t>
      </w:r>
      <w:r w:rsidRPr="0078531E">
        <w:rPr>
          <w:spacing w:val="-12"/>
        </w:rPr>
        <w:t>a</w:t>
      </w:r>
      <w:r w:rsidRPr="0078531E">
        <w:rPr>
          <w:spacing w:val="-3"/>
        </w:rPr>
        <w:t xml:space="preserve"> </w:t>
      </w:r>
      <w:r w:rsidRPr="0078531E">
        <w:rPr>
          <w:spacing w:val="-12"/>
        </w:rPr>
        <w:t>környezeti</w:t>
      </w:r>
      <w:r w:rsidRPr="0078531E">
        <w:rPr>
          <w:spacing w:val="-3"/>
        </w:rPr>
        <w:t xml:space="preserve"> </w:t>
      </w:r>
      <w:r w:rsidRPr="0078531E">
        <w:rPr>
          <w:spacing w:val="-12"/>
        </w:rPr>
        <w:t>kultúra</w:t>
      </w:r>
      <w:r w:rsidRPr="0078531E">
        <w:rPr>
          <w:spacing w:val="-3"/>
        </w:rPr>
        <w:t xml:space="preserve"> </w:t>
      </w:r>
      <w:r w:rsidRPr="0078531E">
        <w:rPr>
          <w:spacing w:val="-12"/>
        </w:rPr>
        <w:t xml:space="preserve">alapjainak </w:t>
      </w:r>
      <w:r w:rsidRPr="0078531E">
        <w:rPr>
          <w:spacing w:val="-8"/>
        </w:rPr>
        <w:t>megteremtéséhez.</w:t>
      </w:r>
    </w:p>
    <w:p w14:paraId="3DC99E9D" w14:textId="77777777" w:rsidR="00AE0CFD" w:rsidRPr="0078531E" w:rsidRDefault="00C3522D">
      <w:pPr>
        <w:pStyle w:val="Szvegtrzs"/>
        <w:spacing w:line="360" w:lineRule="auto"/>
        <w:ind w:left="136"/>
      </w:pPr>
      <w:r w:rsidRPr="0078531E">
        <w:t>A környezeti nevelés, a gyermekek fenntartható fejlődéssel való megismertetése alapvető a fenntartható</w:t>
      </w:r>
      <w:r w:rsidRPr="0078531E">
        <w:rPr>
          <w:spacing w:val="-2"/>
        </w:rPr>
        <w:t xml:space="preserve"> </w:t>
      </w:r>
      <w:r w:rsidRPr="0078531E">
        <w:t>életkörülmények</w:t>
      </w:r>
      <w:r w:rsidRPr="0078531E">
        <w:rPr>
          <w:spacing w:val="-2"/>
        </w:rPr>
        <w:t xml:space="preserve"> </w:t>
      </w:r>
      <w:r w:rsidRPr="0078531E">
        <w:t>és</w:t>
      </w:r>
      <w:r w:rsidRPr="0078531E">
        <w:rPr>
          <w:spacing w:val="-5"/>
        </w:rPr>
        <w:t xml:space="preserve"> </w:t>
      </w:r>
      <w:r w:rsidRPr="0078531E">
        <w:t>fejlődés</w:t>
      </w:r>
      <w:r w:rsidRPr="0078531E">
        <w:rPr>
          <w:spacing w:val="-5"/>
        </w:rPr>
        <w:t xml:space="preserve"> </w:t>
      </w:r>
      <w:r w:rsidRPr="0078531E">
        <w:t>szempontjából.</w:t>
      </w:r>
      <w:r w:rsidRPr="0078531E">
        <w:rPr>
          <w:spacing w:val="-4"/>
        </w:rPr>
        <w:t xml:space="preserve"> </w:t>
      </w:r>
      <w:r w:rsidRPr="0078531E">
        <w:t>A</w:t>
      </w:r>
      <w:r w:rsidRPr="0078531E">
        <w:rPr>
          <w:spacing w:val="-5"/>
        </w:rPr>
        <w:t xml:space="preserve"> </w:t>
      </w:r>
      <w:r w:rsidRPr="0078531E">
        <w:t>gyermekek</w:t>
      </w:r>
      <w:r w:rsidRPr="0078531E">
        <w:rPr>
          <w:spacing w:val="-2"/>
        </w:rPr>
        <w:t xml:space="preserve"> </w:t>
      </w:r>
      <w:r w:rsidRPr="0078531E">
        <w:t>a</w:t>
      </w:r>
      <w:r w:rsidRPr="0078531E">
        <w:rPr>
          <w:spacing w:val="-5"/>
        </w:rPr>
        <w:t xml:space="preserve"> </w:t>
      </w:r>
      <w:r w:rsidRPr="0078531E">
        <w:t>jövő</w:t>
      </w:r>
      <w:r w:rsidRPr="0078531E">
        <w:rPr>
          <w:spacing w:val="-4"/>
        </w:rPr>
        <w:t xml:space="preserve"> </w:t>
      </w:r>
      <w:r w:rsidRPr="0078531E">
        <w:t>meghatározói, döntéseikkel</w:t>
      </w:r>
      <w:r w:rsidRPr="0078531E">
        <w:rPr>
          <w:spacing w:val="-2"/>
        </w:rPr>
        <w:t xml:space="preserve"> </w:t>
      </w:r>
      <w:r w:rsidRPr="0078531E">
        <w:t>nemcsak</w:t>
      </w:r>
      <w:r w:rsidRPr="0078531E">
        <w:rPr>
          <w:spacing w:val="-1"/>
        </w:rPr>
        <w:t xml:space="preserve"> </w:t>
      </w:r>
      <w:r w:rsidRPr="0078531E">
        <w:t>saját</w:t>
      </w:r>
      <w:r w:rsidRPr="0078531E">
        <w:rPr>
          <w:spacing w:val="-1"/>
        </w:rPr>
        <w:t xml:space="preserve"> </w:t>
      </w:r>
      <w:r w:rsidRPr="0078531E">
        <w:t>életüket,</w:t>
      </w:r>
      <w:r w:rsidRPr="0078531E">
        <w:rPr>
          <w:spacing w:val="-2"/>
        </w:rPr>
        <w:t xml:space="preserve"> </w:t>
      </w:r>
      <w:r w:rsidRPr="0078531E">
        <w:t>de Földünk</w:t>
      </w:r>
      <w:r w:rsidRPr="0078531E">
        <w:rPr>
          <w:spacing w:val="-1"/>
        </w:rPr>
        <w:t xml:space="preserve"> </w:t>
      </w:r>
      <w:r w:rsidRPr="0078531E">
        <w:t>sorsát</w:t>
      </w:r>
      <w:r w:rsidRPr="0078531E">
        <w:rPr>
          <w:spacing w:val="-2"/>
        </w:rPr>
        <w:t xml:space="preserve"> </w:t>
      </w:r>
      <w:r w:rsidRPr="0078531E">
        <w:t>is</w:t>
      </w:r>
      <w:r w:rsidRPr="0078531E">
        <w:rPr>
          <w:spacing w:val="-2"/>
        </w:rPr>
        <w:t xml:space="preserve"> </w:t>
      </w:r>
      <w:r w:rsidRPr="0078531E">
        <w:t>meghatározhatják,</w:t>
      </w:r>
      <w:r w:rsidRPr="0078531E">
        <w:rPr>
          <w:spacing w:val="-1"/>
        </w:rPr>
        <w:t xml:space="preserve"> </w:t>
      </w:r>
      <w:r w:rsidRPr="0078531E">
        <w:t>ezért</w:t>
      </w:r>
      <w:r w:rsidRPr="0078531E">
        <w:rPr>
          <w:spacing w:val="-1"/>
        </w:rPr>
        <w:t xml:space="preserve"> </w:t>
      </w:r>
      <w:r w:rsidRPr="0078531E">
        <w:rPr>
          <w:spacing w:val="-2"/>
        </w:rPr>
        <w:t>rendkívüli</w:t>
      </w:r>
    </w:p>
    <w:p w14:paraId="7AD6BBA2" w14:textId="77777777" w:rsidR="00AE0CFD" w:rsidRPr="0078531E" w:rsidRDefault="00C3522D">
      <w:pPr>
        <w:pStyle w:val="Szvegtrzs"/>
        <w:spacing w:before="2" w:line="360" w:lineRule="auto"/>
        <w:ind w:left="136"/>
      </w:pPr>
      <w:r w:rsidRPr="0078531E">
        <w:t>jelentőséggel</w:t>
      </w:r>
      <w:r w:rsidRPr="0078531E">
        <w:rPr>
          <w:spacing w:val="-4"/>
        </w:rPr>
        <w:t xml:space="preserve"> </w:t>
      </w:r>
      <w:r w:rsidRPr="0078531E">
        <w:t>bír</w:t>
      </w:r>
      <w:r w:rsidRPr="0078531E">
        <w:rPr>
          <w:spacing w:val="-4"/>
        </w:rPr>
        <w:t xml:space="preserve"> </w:t>
      </w:r>
      <w:r w:rsidRPr="0078531E">
        <w:t>a</w:t>
      </w:r>
      <w:r w:rsidRPr="0078531E">
        <w:rPr>
          <w:spacing w:val="-6"/>
        </w:rPr>
        <w:t xml:space="preserve"> </w:t>
      </w:r>
      <w:r w:rsidRPr="0078531E">
        <w:t>megfelelő</w:t>
      </w:r>
      <w:r w:rsidRPr="0078531E">
        <w:rPr>
          <w:spacing w:val="-4"/>
        </w:rPr>
        <w:t xml:space="preserve"> </w:t>
      </w:r>
      <w:r w:rsidRPr="0078531E">
        <w:t>tájékoztatásuk,</w:t>
      </w:r>
      <w:r w:rsidRPr="0078531E">
        <w:rPr>
          <w:spacing w:val="-4"/>
        </w:rPr>
        <w:t xml:space="preserve"> </w:t>
      </w:r>
      <w:r w:rsidRPr="0078531E">
        <w:t>tájékozódásuk</w:t>
      </w:r>
      <w:r w:rsidRPr="0078531E">
        <w:rPr>
          <w:spacing w:val="-4"/>
        </w:rPr>
        <w:t xml:space="preserve"> </w:t>
      </w:r>
      <w:r w:rsidRPr="0078531E">
        <w:t>már</w:t>
      </w:r>
      <w:r w:rsidRPr="0078531E">
        <w:rPr>
          <w:spacing w:val="-4"/>
        </w:rPr>
        <w:t xml:space="preserve"> </w:t>
      </w:r>
      <w:r w:rsidRPr="0078531E">
        <w:t>a</w:t>
      </w:r>
      <w:r w:rsidRPr="0078531E">
        <w:rPr>
          <w:spacing w:val="-6"/>
        </w:rPr>
        <w:t xml:space="preserve"> </w:t>
      </w:r>
      <w:r w:rsidRPr="0078531E">
        <w:t>kisgyermekkori</w:t>
      </w:r>
      <w:r w:rsidRPr="0078531E">
        <w:rPr>
          <w:spacing w:val="-4"/>
        </w:rPr>
        <w:t xml:space="preserve"> </w:t>
      </w:r>
      <w:r w:rsidRPr="0078531E">
        <w:t>gondozás- nevelés során.</w:t>
      </w:r>
    </w:p>
    <w:p w14:paraId="1AE92473" w14:textId="77777777" w:rsidR="00AE0CFD" w:rsidRPr="0078531E" w:rsidRDefault="00C3522D">
      <w:pPr>
        <w:pStyle w:val="Szvegtrzs"/>
        <w:spacing w:line="360" w:lineRule="auto"/>
        <w:ind w:left="136" w:right="434" w:firstLine="60"/>
      </w:pPr>
      <w:r w:rsidRPr="0078531E">
        <w:t>Programunkban</w:t>
      </w:r>
      <w:r w:rsidRPr="0078531E">
        <w:rPr>
          <w:spacing w:val="-4"/>
        </w:rPr>
        <w:t xml:space="preserve"> </w:t>
      </w:r>
      <w:r w:rsidRPr="0078531E">
        <w:t>a</w:t>
      </w:r>
      <w:r w:rsidRPr="0078531E">
        <w:rPr>
          <w:spacing w:val="-6"/>
        </w:rPr>
        <w:t xml:space="preserve"> </w:t>
      </w:r>
      <w:r w:rsidRPr="0078531E">
        <w:t>természeti</w:t>
      </w:r>
      <w:r w:rsidRPr="0078531E">
        <w:rPr>
          <w:spacing w:val="-4"/>
        </w:rPr>
        <w:t xml:space="preserve"> </w:t>
      </w:r>
      <w:r w:rsidRPr="0078531E">
        <w:t>és</w:t>
      </w:r>
      <w:r w:rsidRPr="0078531E">
        <w:rPr>
          <w:spacing w:val="-5"/>
        </w:rPr>
        <w:t xml:space="preserve"> </w:t>
      </w:r>
      <w:r w:rsidRPr="0078531E">
        <w:t>társadalmi</w:t>
      </w:r>
      <w:r w:rsidRPr="0078531E">
        <w:rPr>
          <w:spacing w:val="-4"/>
        </w:rPr>
        <w:t xml:space="preserve"> </w:t>
      </w:r>
      <w:r w:rsidRPr="0078531E">
        <w:t>értékek</w:t>
      </w:r>
      <w:r w:rsidRPr="0078531E">
        <w:rPr>
          <w:spacing w:val="-4"/>
        </w:rPr>
        <w:t xml:space="preserve"> </w:t>
      </w:r>
      <w:r w:rsidRPr="0078531E">
        <w:t>felismerését</w:t>
      </w:r>
      <w:r w:rsidRPr="0078531E">
        <w:rPr>
          <w:spacing w:val="-2"/>
        </w:rPr>
        <w:t xml:space="preserve"> </w:t>
      </w:r>
      <w:r w:rsidRPr="0078531E">
        <w:t>és</w:t>
      </w:r>
      <w:r w:rsidRPr="0078531E">
        <w:rPr>
          <w:spacing w:val="-5"/>
        </w:rPr>
        <w:t xml:space="preserve"> </w:t>
      </w:r>
      <w:r w:rsidRPr="0078531E">
        <w:t>óvását</w:t>
      </w:r>
      <w:r w:rsidRPr="0078531E">
        <w:rPr>
          <w:spacing w:val="-4"/>
        </w:rPr>
        <w:t xml:space="preserve"> </w:t>
      </w:r>
      <w:r w:rsidRPr="0078531E">
        <w:t>segítő</w:t>
      </w:r>
      <w:r w:rsidRPr="0078531E">
        <w:rPr>
          <w:spacing w:val="-4"/>
        </w:rPr>
        <w:t xml:space="preserve"> </w:t>
      </w:r>
      <w:r w:rsidRPr="0078531E">
        <w:t>szemlélet</w:t>
      </w:r>
      <w:r w:rsidRPr="0078531E">
        <w:rPr>
          <w:spacing w:val="-4"/>
        </w:rPr>
        <w:t xml:space="preserve"> </w:t>
      </w:r>
      <w:r w:rsidRPr="0078531E">
        <w:t>és magatartás</w:t>
      </w:r>
      <w:r w:rsidRPr="0078531E">
        <w:rPr>
          <w:spacing w:val="40"/>
        </w:rPr>
        <w:t xml:space="preserve"> </w:t>
      </w:r>
      <w:r w:rsidRPr="0078531E">
        <w:t>kialakítását szeretnénk</w:t>
      </w:r>
      <w:r w:rsidRPr="0078531E">
        <w:rPr>
          <w:spacing w:val="40"/>
        </w:rPr>
        <w:t xml:space="preserve"> </w:t>
      </w:r>
      <w:r w:rsidRPr="0078531E">
        <w:t>megalapozni és hangsúlyozni.</w:t>
      </w:r>
    </w:p>
    <w:p w14:paraId="7D280725" w14:textId="77777777" w:rsidR="00AE0CFD" w:rsidRPr="0078531E" w:rsidRDefault="00C3522D">
      <w:pPr>
        <w:pStyle w:val="Szvegtrzs"/>
        <w:spacing w:line="362" w:lineRule="auto"/>
        <w:ind w:left="136" w:right="469"/>
      </w:pPr>
      <w:r w:rsidRPr="0078531E">
        <w:t>Erre</w:t>
      </w:r>
      <w:r w:rsidRPr="0078531E">
        <w:rPr>
          <w:spacing w:val="-6"/>
        </w:rPr>
        <w:t xml:space="preserve"> </w:t>
      </w:r>
      <w:r w:rsidRPr="0078531E">
        <w:t>az</w:t>
      </w:r>
      <w:r w:rsidRPr="0078531E">
        <w:rPr>
          <w:spacing w:val="-3"/>
        </w:rPr>
        <w:t xml:space="preserve"> </w:t>
      </w:r>
      <w:r w:rsidRPr="0078531E">
        <w:t>a</w:t>
      </w:r>
      <w:r w:rsidRPr="0078531E">
        <w:rPr>
          <w:spacing w:val="-3"/>
        </w:rPr>
        <w:t xml:space="preserve"> </w:t>
      </w:r>
      <w:r w:rsidRPr="0078531E">
        <w:t>felismerés</w:t>
      </w:r>
      <w:r w:rsidRPr="0078531E">
        <w:rPr>
          <w:spacing w:val="-5"/>
        </w:rPr>
        <w:t xml:space="preserve"> </w:t>
      </w:r>
      <w:r w:rsidRPr="0078531E">
        <w:t>döbbentette</w:t>
      </w:r>
      <w:r w:rsidRPr="0078531E">
        <w:rPr>
          <w:spacing w:val="-4"/>
        </w:rPr>
        <w:t xml:space="preserve"> </w:t>
      </w:r>
      <w:r w:rsidRPr="0078531E">
        <w:t>rá</w:t>
      </w:r>
      <w:r w:rsidRPr="0078531E">
        <w:rPr>
          <w:spacing w:val="-5"/>
        </w:rPr>
        <w:t xml:space="preserve"> </w:t>
      </w:r>
      <w:r w:rsidRPr="0078531E">
        <w:t>óvodapedagógusainkat,</w:t>
      </w:r>
      <w:r w:rsidRPr="0078531E">
        <w:rPr>
          <w:spacing w:val="-4"/>
        </w:rPr>
        <w:t xml:space="preserve"> </w:t>
      </w:r>
      <w:r w:rsidRPr="0078531E">
        <w:t>hogy</w:t>
      </w:r>
      <w:r w:rsidRPr="0078531E">
        <w:rPr>
          <w:spacing w:val="-7"/>
        </w:rPr>
        <w:t xml:space="preserve"> </w:t>
      </w:r>
      <w:r w:rsidRPr="0078531E">
        <w:t>az</w:t>
      </w:r>
      <w:r w:rsidRPr="0078531E">
        <w:rPr>
          <w:spacing w:val="-3"/>
        </w:rPr>
        <w:t xml:space="preserve"> </w:t>
      </w:r>
      <w:r w:rsidRPr="0078531E">
        <w:t>urbanizáció</w:t>
      </w:r>
      <w:r w:rsidRPr="0078531E">
        <w:rPr>
          <w:spacing w:val="-4"/>
        </w:rPr>
        <w:t xml:space="preserve"> </w:t>
      </w:r>
      <w:r w:rsidRPr="0078531E">
        <w:t>előretörésével a legtöbb gyermek már nem a természeti környezet közelében nő fel, figyelve a természet</w:t>
      </w:r>
    </w:p>
    <w:p w14:paraId="03A71F90" w14:textId="77777777" w:rsidR="00AE0CFD" w:rsidRPr="0078531E" w:rsidRDefault="00C3522D">
      <w:pPr>
        <w:pStyle w:val="Szvegtrzs"/>
        <w:spacing w:line="360" w:lineRule="auto"/>
        <w:ind w:left="136" w:right="434"/>
      </w:pPr>
      <w:r w:rsidRPr="0078531E">
        <w:t>változásait,</w:t>
      </w:r>
      <w:r w:rsidRPr="0078531E">
        <w:rPr>
          <w:spacing w:val="-3"/>
        </w:rPr>
        <w:t xml:space="preserve"> </w:t>
      </w:r>
      <w:r w:rsidRPr="0078531E">
        <w:t>apró</w:t>
      </w:r>
      <w:r w:rsidRPr="0078531E">
        <w:rPr>
          <w:spacing w:val="-3"/>
        </w:rPr>
        <w:t xml:space="preserve"> </w:t>
      </w:r>
      <w:r w:rsidRPr="0078531E">
        <w:t>rezdüléseit.</w:t>
      </w:r>
      <w:r w:rsidRPr="0078531E">
        <w:rPr>
          <w:spacing w:val="-3"/>
        </w:rPr>
        <w:t xml:space="preserve"> </w:t>
      </w:r>
      <w:r w:rsidRPr="0078531E">
        <w:t>Felelősséggel</w:t>
      </w:r>
      <w:r w:rsidRPr="0078531E">
        <w:rPr>
          <w:spacing w:val="-3"/>
        </w:rPr>
        <w:t xml:space="preserve"> </w:t>
      </w:r>
      <w:r w:rsidRPr="0078531E">
        <w:t>tartozunk</w:t>
      </w:r>
      <w:r w:rsidRPr="0078531E">
        <w:rPr>
          <w:spacing w:val="-3"/>
        </w:rPr>
        <w:t xml:space="preserve"> </w:t>
      </w:r>
      <w:r w:rsidRPr="0078531E">
        <w:t>gyermekeinkért,</w:t>
      </w:r>
      <w:r w:rsidRPr="0078531E">
        <w:rPr>
          <w:spacing w:val="-3"/>
        </w:rPr>
        <w:t xml:space="preserve"> </w:t>
      </w:r>
      <w:r w:rsidRPr="0078531E">
        <w:t>a</w:t>
      </w:r>
      <w:r w:rsidRPr="0078531E">
        <w:rPr>
          <w:spacing w:val="-5"/>
        </w:rPr>
        <w:t xml:space="preserve"> </w:t>
      </w:r>
      <w:r w:rsidRPr="0078531E">
        <w:t>jövőért,</w:t>
      </w:r>
      <w:r w:rsidRPr="0078531E">
        <w:rPr>
          <w:spacing w:val="-3"/>
        </w:rPr>
        <w:t xml:space="preserve"> </w:t>
      </w:r>
      <w:r w:rsidRPr="0078531E">
        <w:t>a</w:t>
      </w:r>
      <w:r w:rsidRPr="0078531E">
        <w:rPr>
          <w:spacing w:val="-5"/>
        </w:rPr>
        <w:t xml:space="preserve"> </w:t>
      </w:r>
      <w:r w:rsidRPr="0078531E">
        <w:t>természet</w:t>
      </w:r>
      <w:r w:rsidRPr="0078531E">
        <w:rPr>
          <w:spacing w:val="-3"/>
        </w:rPr>
        <w:t xml:space="preserve"> </w:t>
      </w:r>
      <w:r w:rsidRPr="0078531E">
        <w:t>és társadalom valódi értékeinek felismertetéséért és megszerettetéséért, ápolásáért és</w:t>
      </w:r>
    </w:p>
    <w:p w14:paraId="3D729A60" w14:textId="77777777" w:rsidR="00AE0CFD" w:rsidRPr="0078531E" w:rsidRDefault="00AE0CFD">
      <w:pPr>
        <w:pStyle w:val="Szvegtrzs"/>
        <w:rPr>
          <w:sz w:val="20"/>
        </w:rPr>
      </w:pPr>
    </w:p>
    <w:p w14:paraId="70991E27" w14:textId="04C2D4A4" w:rsidR="00AE0CFD" w:rsidRPr="0078531E" w:rsidRDefault="00975DBB">
      <w:pPr>
        <w:pStyle w:val="Szvegtrzs"/>
        <w:spacing w:before="64"/>
        <w:rPr>
          <w:sz w:val="20"/>
        </w:rPr>
      </w:pPr>
      <w:r w:rsidRPr="0078531E">
        <w:rPr>
          <w:noProof/>
        </w:rPr>
        <mc:AlternateContent>
          <mc:Choice Requires="wps">
            <w:drawing>
              <wp:anchor distT="0" distB="0" distL="0" distR="0" simplePos="0" relativeHeight="251652608" behindDoc="1" locked="0" layoutInCell="1" allowOverlap="1" wp14:anchorId="01F309B3" wp14:editId="7A4D5BAC">
                <wp:simplePos x="0" y="0"/>
                <wp:positionH relativeFrom="page">
                  <wp:posOffset>899160</wp:posOffset>
                </wp:positionH>
                <wp:positionV relativeFrom="paragraph">
                  <wp:posOffset>201930</wp:posOffset>
                </wp:positionV>
                <wp:extent cx="1829435" cy="9525"/>
                <wp:effectExtent l="3810" t="3175" r="0" b="0"/>
                <wp:wrapTopAndBottom/>
                <wp:docPr id="1269389328"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9525"/>
                        </a:xfrm>
                        <a:custGeom>
                          <a:avLst/>
                          <a:gdLst>
                            <a:gd name="T0" fmla="*/ 1829053 w 1829435"/>
                            <a:gd name="T1" fmla="*/ 0 h 9525"/>
                            <a:gd name="T2" fmla="*/ 0 w 1829435"/>
                            <a:gd name="T3" fmla="*/ 0 h 9525"/>
                            <a:gd name="T4" fmla="*/ 0 w 1829435"/>
                            <a:gd name="T5" fmla="*/ 9143 h 9525"/>
                            <a:gd name="T6" fmla="*/ 1829053 w 1829435"/>
                            <a:gd name="T7" fmla="*/ 9143 h 9525"/>
                            <a:gd name="T8" fmla="*/ 1829053 w 1829435"/>
                            <a:gd name="T9" fmla="*/ 0 h 9525"/>
                          </a:gdLst>
                          <a:ahLst/>
                          <a:cxnLst>
                            <a:cxn ang="0">
                              <a:pos x="T0" y="T1"/>
                            </a:cxn>
                            <a:cxn ang="0">
                              <a:pos x="T2" y="T3"/>
                            </a:cxn>
                            <a:cxn ang="0">
                              <a:pos x="T4" y="T5"/>
                            </a:cxn>
                            <a:cxn ang="0">
                              <a:pos x="T6" y="T7"/>
                            </a:cxn>
                            <a:cxn ang="0">
                              <a:pos x="T8" y="T9"/>
                            </a:cxn>
                          </a:cxnLst>
                          <a:rect l="0" t="0" r="r" b="b"/>
                          <a:pathLst>
                            <a:path w="1829435" h="9525">
                              <a:moveTo>
                                <a:pt x="1829053" y="0"/>
                              </a:moveTo>
                              <a:lnTo>
                                <a:pt x="0" y="0"/>
                              </a:lnTo>
                              <a:lnTo>
                                <a:pt x="0" y="9143"/>
                              </a:lnTo>
                              <a:lnTo>
                                <a:pt x="1829053" y="9143"/>
                              </a:lnTo>
                              <a:lnTo>
                                <a:pt x="18290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813FF" id="Graphic 5" o:spid="_x0000_s1026" style="position:absolute;margin-left:70.8pt;margin-top:15.9pt;width:144.05pt;height:.75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" path="m1829053,l,,,9143r1829053,l1829053,xe" fillcolor="black" stroked="f">
                <v:path arrowok="t" o:connecttype="custom" o:connectlocs="1829053,0;0,0;0,9143;1829053,9143;1829053,0" o:connectangles="0,0,0,0,0"/>
                <w10:wrap type="topAndBottom" anchorx="page"/>
              </v:shape>
            </w:pict>
          </mc:Fallback>
        </mc:AlternateContent>
      </w:r>
    </w:p>
    <w:p w14:paraId="3D26B0BC" w14:textId="4EFBDB30" w:rsidR="00AE0CFD" w:rsidRPr="0078531E" w:rsidRDefault="00C3522D">
      <w:pPr>
        <w:spacing w:before="102"/>
        <w:ind w:left="136"/>
        <w:rPr>
          <w:sz w:val="20"/>
        </w:rPr>
      </w:pPr>
      <w:r w:rsidRPr="0078531E">
        <w:rPr>
          <w:sz w:val="20"/>
        </w:rPr>
        <w:t>1</w:t>
      </w:r>
      <w:r w:rsidR="002D105C" w:rsidRPr="0078531E">
        <w:rPr>
          <w:sz w:val="20"/>
        </w:rPr>
        <w:t xml:space="preserve"> </w:t>
      </w:r>
      <w:r w:rsidRPr="0078531E">
        <w:rPr>
          <w:sz w:val="20"/>
        </w:rPr>
        <w:t>363/2012.</w:t>
      </w:r>
      <w:r w:rsidRPr="0078531E">
        <w:rPr>
          <w:spacing w:val="-6"/>
          <w:sz w:val="20"/>
        </w:rPr>
        <w:t xml:space="preserve"> </w:t>
      </w:r>
      <w:r w:rsidRPr="0078531E">
        <w:rPr>
          <w:sz w:val="20"/>
        </w:rPr>
        <w:t>(XII.</w:t>
      </w:r>
      <w:r w:rsidRPr="0078531E">
        <w:rPr>
          <w:spacing w:val="-6"/>
          <w:sz w:val="20"/>
        </w:rPr>
        <w:t xml:space="preserve"> </w:t>
      </w:r>
      <w:r w:rsidRPr="0078531E">
        <w:rPr>
          <w:sz w:val="20"/>
        </w:rPr>
        <w:t>17.)</w:t>
      </w:r>
      <w:r w:rsidRPr="0078531E">
        <w:rPr>
          <w:spacing w:val="-4"/>
          <w:sz w:val="20"/>
        </w:rPr>
        <w:t xml:space="preserve"> </w:t>
      </w:r>
      <w:r w:rsidRPr="0078531E">
        <w:rPr>
          <w:sz w:val="20"/>
        </w:rPr>
        <w:t xml:space="preserve">Korm. </w:t>
      </w:r>
      <w:r w:rsidRPr="0078531E">
        <w:rPr>
          <w:spacing w:val="-2"/>
          <w:sz w:val="20"/>
        </w:rPr>
        <w:t>rendelet</w:t>
      </w:r>
    </w:p>
    <w:p w14:paraId="1056EBCD" w14:textId="77777777" w:rsidR="00AE0CFD" w:rsidRPr="0078531E" w:rsidRDefault="00C3522D">
      <w:pPr>
        <w:spacing w:before="1"/>
        <w:ind w:left="136"/>
        <w:rPr>
          <w:sz w:val="20"/>
        </w:rPr>
      </w:pPr>
      <w:r w:rsidRPr="0078531E">
        <w:rPr>
          <w:sz w:val="20"/>
        </w:rPr>
        <w:t>2</w:t>
      </w:r>
      <w:r w:rsidRPr="0078531E">
        <w:rPr>
          <w:spacing w:val="-4"/>
          <w:sz w:val="20"/>
        </w:rPr>
        <w:t xml:space="preserve"> </w:t>
      </w:r>
      <w:r w:rsidRPr="0078531E">
        <w:rPr>
          <w:sz w:val="20"/>
        </w:rPr>
        <w:t>363/2012.</w:t>
      </w:r>
      <w:r w:rsidRPr="0078531E">
        <w:rPr>
          <w:spacing w:val="-6"/>
          <w:sz w:val="20"/>
        </w:rPr>
        <w:t xml:space="preserve"> </w:t>
      </w:r>
      <w:r w:rsidRPr="0078531E">
        <w:rPr>
          <w:sz w:val="20"/>
        </w:rPr>
        <w:t>(XII.</w:t>
      </w:r>
      <w:r w:rsidRPr="0078531E">
        <w:rPr>
          <w:spacing w:val="-6"/>
          <w:sz w:val="20"/>
        </w:rPr>
        <w:t xml:space="preserve"> </w:t>
      </w:r>
      <w:r w:rsidRPr="0078531E">
        <w:rPr>
          <w:sz w:val="20"/>
        </w:rPr>
        <w:t>17.)</w:t>
      </w:r>
      <w:r w:rsidRPr="0078531E">
        <w:rPr>
          <w:spacing w:val="-5"/>
          <w:sz w:val="20"/>
        </w:rPr>
        <w:t xml:space="preserve"> </w:t>
      </w:r>
      <w:r w:rsidRPr="0078531E">
        <w:rPr>
          <w:sz w:val="20"/>
        </w:rPr>
        <w:t>Korm.</w:t>
      </w:r>
      <w:r w:rsidRPr="0078531E">
        <w:rPr>
          <w:spacing w:val="-4"/>
          <w:sz w:val="20"/>
        </w:rPr>
        <w:t xml:space="preserve"> </w:t>
      </w:r>
      <w:r w:rsidRPr="0078531E">
        <w:rPr>
          <w:spacing w:val="-2"/>
          <w:sz w:val="20"/>
        </w:rPr>
        <w:t>rendelet</w:t>
      </w:r>
    </w:p>
    <w:p w14:paraId="71A0C03B" w14:textId="77777777" w:rsidR="00AE0CFD" w:rsidRPr="0078531E" w:rsidRDefault="00AE0CFD">
      <w:pPr>
        <w:rPr>
          <w:sz w:val="20"/>
        </w:rPr>
        <w:sectPr w:rsidR="00AE0CFD" w:rsidRPr="0078531E" w:rsidSect="00A42104">
          <w:pgSz w:w="11910" w:h="16840"/>
          <w:pgMar w:top="1320" w:right="980" w:bottom="1200" w:left="1280" w:header="0" w:footer="1003" w:gutter="0"/>
          <w:cols w:space="708"/>
        </w:sectPr>
      </w:pPr>
    </w:p>
    <w:p w14:paraId="3EFB9071" w14:textId="77777777" w:rsidR="00AE0CFD" w:rsidRPr="0078531E" w:rsidRDefault="00C3522D">
      <w:pPr>
        <w:pStyle w:val="Szvegtrzs"/>
        <w:spacing w:before="72" w:line="360" w:lineRule="auto"/>
        <w:ind w:left="136"/>
      </w:pPr>
      <w:r w:rsidRPr="0078531E">
        <w:lastRenderedPageBreak/>
        <w:t>megőrzéséért,</w:t>
      </w:r>
      <w:r w:rsidRPr="0078531E">
        <w:rPr>
          <w:spacing w:val="-4"/>
        </w:rPr>
        <w:t xml:space="preserve"> </w:t>
      </w:r>
      <w:r w:rsidRPr="0078531E">
        <w:t>aminek</w:t>
      </w:r>
      <w:r w:rsidRPr="0078531E">
        <w:rPr>
          <w:spacing w:val="-4"/>
        </w:rPr>
        <w:t xml:space="preserve"> </w:t>
      </w:r>
      <w:r w:rsidRPr="0078531E">
        <w:t>tudatosítását</w:t>
      </w:r>
      <w:r w:rsidRPr="0078531E">
        <w:rPr>
          <w:spacing w:val="-4"/>
        </w:rPr>
        <w:t xml:space="preserve"> </w:t>
      </w:r>
      <w:r w:rsidRPr="0078531E">
        <w:t>már</w:t>
      </w:r>
      <w:r w:rsidRPr="0078531E">
        <w:rPr>
          <w:spacing w:val="-4"/>
        </w:rPr>
        <w:t xml:space="preserve"> </w:t>
      </w:r>
      <w:r w:rsidRPr="0078531E">
        <w:t>kisgyermek</w:t>
      </w:r>
      <w:r w:rsidRPr="0078531E">
        <w:rPr>
          <w:spacing w:val="-4"/>
        </w:rPr>
        <w:t xml:space="preserve"> </w:t>
      </w:r>
      <w:r w:rsidRPr="0078531E">
        <w:t>korban</w:t>
      </w:r>
      <w:r w:rsidRPr="0078531E">
        <w:rPr>
          <w:spacing w:val="-4"/>
        </w:rPr>
        <w:t xml:space="preserve"> </w:t>
      </w:r>
      <w:r w:rsidRPr="0078531E">
        <w:t>el</w:t>
      </w:r>
      <w:r w:rsidRPr="0078531E">
        <w:rPr>
          <w:spacing w:val="-4"/>
        </w:rPr>
        <w:t xml:space="preserve"> </w:t>
      </w:r>
      <w:r w:rsidRPr="0078531E">
        <w:t>kell</w:t>
      </w:r>
      <w:r w:rsidRPr="0078531E">
        <w:rPr>
          <w:spacing w:val="-4"/>
        </w:rPr>
        <w:t xml:space="preserve"> </w:t>
      </w:r>
      <w:proofErr w:type="spellStart"/>
      <w:r w:rsidRPr="0078531E">
        <w:t>kezdenünk</w:t>
      </w:r>
      <w:proofErr w:type="spellEnd"/>
      <w:r w:rsidRPr="0078531E">
        <w:t>. Továbbá,</w:t>
      </w:r>
      <w:r w:rsidRPr="0078531E">
        <w:rPr>
          <w:spacing w:val="-4"/>
        </w:rPr>
        <w:t xml:space="preserve"> </w:t>
      </w:r>
      <w:r w:rsidRPr="0078531E">
        <w:t>hogy természetes környezetünk az emberi gondatlanság miatt egyre csak pusztul</w:t>
      </w:r>
      <w:r w:rsidRPr="0078531E">
        <w:rPr>
          <w:i/>
        </w:rPr>
        <w:t xml:space="preserve">. </w:t>
      </w:r>
      <w:r w:rsidRPr="0078531E">
        <w:t xml:space="preserve">Arra, hogy a környezetet védeni, szeretni kell, meg kell tanítani a </w:t>
      </w:r>
      <w:proofErr w:type="spellStart"/>
      <w:r w:rsidRPr="0078531E">
        <w:t>felnövekvő</w:t>
      </w:r>
      <w:proofErr w:type="spellEnd"/>
      <w:r w:rsidRPr="0078531E">
        <w:t xml:space="preserve"> nemzedéket.</w:t>
      </w:r>
    </w:p>
    <w:p w14:paraId="53E12660" w14:textId="0C100FFE" w:rsidR="00AE0CFD" w:rsidRPr="0078531E" w:rsidRDefault="00C3522D">
      <w:pPr>
        <w:pStyle w:val="Szvegtrzs"/>
        <w:spacing w:before="1" w:line="360" w:lineRule="auto"/>
        <w:ind w:left="136" w:right="531" w:firstLine="60"/>
      </w:pPr>
      <w:r w:rsidRPr="0078531E">
        <w:t>Ezt</w:t>
      </w:r>
      <w:r w:rsidRPr="0078531E">
        <w:rPr>
          <w:spacing w:val="-2"/>
        </w:rPr>
        <w:t xml:space="preserve"> </w:t>
      </w:r>
      <w:r w:rsidRPr="0078531E">
        <w:t>a</w:t>
      </w:r>
      <w:r w:rsidRPr="0078531E">
        <w:rPr>
          <w:spacing w:val="-2"/>
        </w:rPr>
        <w:t xml:space="preserve"> </w:t>
      </w:r>
      <w:r w:rsidRPr="0078531E">
        <w:t>szerepet,</w:t>
      </w:r>
      <w:r w:rsidRPr="0078531E">
        <w:rPr>
          <w:spacing w:val="-2"/>
        </w:rPr>
        <w:t xml:space="preserve"> </w:t>
      </w:r>
      <w:r w:rsidRPr="0078531E">
        <w:t>egymást kiegészítve</w:t>
      </w:r>
      <w:r w:rsidRPr="0078531E">
        <w:rPr>
          <w:spacing w:val="-3"/>
        </w:rPr>
        <w:t xml:space="preserve"> </w:t>
      </w:r>
      <w:r w:rsidRPr="0078531E">
        <w:t>az</w:t>
      </w:r>
      <w:r w:rsidRPr="0078531E">
        <w:rPr>
          <w:spacing w:val="-1"/>
        </w:rPr>
        <w:t xml:space="preserve"> </w:t>
      </w:r>
      <w:r w:rsidRPr="0078531E">
        <w:t>óvoda</w:t>
      </w:r>
      <w:r w:rsidRPr="0078531E">
        <w:rPr>
          <w:spacing w:val="-3"/>
        </w:rPr>
        <w:t xml:space="preserve"> </w:t>
      </w:r>
      <w:r w:rsidRPr="0078531E">
        <w:t>/</w:t>
      </w:r>
      <w:r w:rsidRPr="0078531E">
        <w:rPr>
          <w:spacing w:val="-2"/>
        </w:rPr>
        <w:t xml:space="preserve"> </w:t>
      </w:r>
      <w:r w:rsidRPr="0078531E">
        <w:t>iskola</w:t>
      </w:r>
      <w:r w:rsidRPr="0078531E">
        <w:rPr>
          <w:spacing w:val="-3"/>
        </w:rPr>
        <w:t xml:space="preserve"> </w:t>
      </w:r>
      <w:r w:rsidRPr="0078531E">
        <w:t>/</w:t>
      </w:r>
      <w:r w:rsidRPr="0078531E">
        <w:rPr>
          <w:spacing w:val="-2"/>
        </w:rPr>
        <w:t xml:space="preserve"> </w:t>
      </w:r>
      <w:r w:rsidRPr="0078531E">
        <w:t>és</w:t>
      </w:r>
      <w:r w:rsidRPr="0078531E">
        <w:rPr>
          <w:spacing w:val="-3"/>
        </w:rPr>
        <w:t xml:space="preserve"> </w:t>
      </w:r>
      <w:r w:rsidRPr="0078531E">
        <w:t>a</w:t>
      </w:r>
      <w:r w:rsidRPr="0078531E">
        <w:rPr>
          <w:spacing w:val="-4"/>
        </w:rPr>
        <w:t xml:space="preserve"> </w:t>
      </w:r>
      <w:r w:rsidRPr="0078531E">
        <w:t>család</w:t>
      </w:r>
      <w:r w:rsidRPr="0078531E">
        <w:rPr>
          <w:spacing w:val="-2"/>
        </w:rPr>
        <w:t xml:space="preserve"> </w:t>
      </w:r>
      <w:r w:rsidRPr="0078531E">
        <w:t>tölti</w:t>
      </w:r>
      <w:r w:rsidRPr="0078531E">
        <w:rPr>
          <w:spacing w:val="-2"/>
        </w:rPr>
        <w:t xml:space="preserve"> </w:t>
      </w:r>
      <w:r w:rsidRPr="0078531E">
        <w:t>be.</w:t>
      </w:r>
      <w:r w:rsidRPr="0078531E">
        <w:rPr>
          <w:spacing w:val="-2"/>
        </w:rPr>
        <w:t xml:space="preserve"> </w:t>
      </w:r>
      <w:r w:rsidRPr="0078531E">
        <w:t>Ez</w:t>
      </w:r>
      <w:r w:rsidRPr="0078531E">
        <w:rPr>
          <w:spacing w:val="-1"/>
        </w:rPr>
        <w:t xml:space="preserve"> </w:t>
      </w:r>
      <w:r w:rsidRPr="0078531E">
        <w:t>a</w:t>
      </w:r>
      <w:r w:rsidRPr="0078531E">
        <w:rPr>
          <w:spacing w:val="-3"/>
        </w:rPr>
        <w:t xml:space="preserve"> </w:t>
      </w:r>
      <w:r w:rsidRPr="0078531E">
        <w:t>szerep egyben az ezredforduló komoly pedagógiai kihívása is.</w:t>
      </w:r>
    </w:p>
    <w:p w14:paraId="5BA58C68" w14:textId="77777777" w:rsidR="00AE0CFD" w:rsidRPr="0078531E" w:rsidRDefault="00AE0CFD">
      <w:pPr>
        <w:pStyle w:val="Szvegtrzs"/>
        <w:spacing w:before="154"/>
      </w:pPr>
    </w:p>
    <w:p w14:paraId="790851E9" w14:textId="77777777" w:rsidR="00AE0CFD" w:rsidRPr="0078531E" w:rsidRDefault="00C3522D">
      <w:pPr>
        <w:pStyle w:val="Cmsor4"/>
      </w:pPr>
      <w:r w:rsidRPr="0078531E">
        <w:t>Kinek</w:t>
      </w:r>
      <w:r w:rsidRPr="0078531E">
        <w:rPr>
          <w:spacing w:val="-3"/>
        </w:rPr>
        <w:t xml:space="preserve"> </w:t>
      </w:r>
      <w:r w:rsidRPr="0078531E">
        <w:rPr>
          <w:spacing w:val="-2"/>
        </w:rPr>
        <w:t>ajánljuk?</w:t>
      </w:r>
    </w:p>
    <w:p w14:paraId="4F3B5992" w14:textId="77777777" w:rsidR="00AE0CFD" w:rsidRPr="0078531E" w:rsidRDefault="00AE0CFD" w:rsidP="00ED635D">
      <w:pPr>
        <w:pStyle w:val="Szvegtrzs"/>
        <w:spacing w:before="271"/>
        <w:jc w:val="both"/>
        <w:rPr>
          <w:b/>
        </w:rPr>
      </w:pPr>
    </w:p>
    <w:p w14:paraId="32E80EAE" w14:textId="77777777" w:rsidR="00AE0CFD" w:rsidRPr="0078531E" w:rsidRDefault="00C3522D" w:rsidP="00ED635D">
      <w:pPr>
        <w:pStyle w:val="Szvegtrzs"/>
        <w:spacing w:line="360" w:lineRule="auto"/>
        <w:ind w:left="136" w:right="469"/>
        <w:jc w:val="both"/>
      </w:pPr>
      <w:r w:rsidRPr="0078531E">
        <w:t>Minden</w:t>
      </w:r>
      <w:r w:rsidRPr="0078531E">
        <w:rPr>
          <w:spacing w:val="-4"/>
        </w:rPr>
        <w:t xml:space="preserve"> </w:t>
      </w:r>
      <w:r w:rsidRPr="0078531E">
        <w:t>óvodapedagógusnak,</w:t>
      </w:r>
      <w:r w:rsidRPr="0078531E">
        <w:rPr>
          <w:spacing w:val="-4"/>
        </w:rPr>
        <w:t xml:space="preserve"> </w:t>
      </w:r>
      <w:r w:rsidRPr="0078531E">
        <w:t>aki</w:t>
      </w:r>
      <w:r w:rsidRPr="0078531E">
        <w:rPr>
          <w:spacing w:val="-4"/>
        </w:rPr>
        <w:t xml:space="preserve"> </w:t>
      </w:r>
      <w:r w:rsidRPr="0078531E">
        <w:t>nemcsak</w:t>
      </w:r>
      <w:r w:rsidRPr="0078531E">
        <w:rPr>
          <w:spacing w:val="-4"/>
        </w:rPr>
        <w:t xml:space="preserve"> </w:t>
      </w:r>
      <w:r w:rsidRPr="0078531E">
        <w:t>szereti,</w:t>
      </w:r>
      <w:r w:rsidRPr="0078531E">
        <w:rPr>
          <w:spacing w:val="-4"/>
        </w:rPr>
        <w:t xml:space="preserve"> </w:t>
      </w:r>
      <w:r w:rsidRPr="0078531E">
        <w:t>de</w:t>
      </w:r>
      <w:r w:rsidRPr="0078531E">
        <w:rPr>
          <w:spacing w:val="-5"/>
        </w:rPr>
        <w:t xml:space="preserve"> </w:t>
      </w:r>
      <w:r w:rsidRPr="0078531E">
        <w:t>feltétel</w:t>
      </w:r>
      <w:r w:rsidRPr="0078531E">
        <w:rPr>
          <w:spacing w:val="-4"/>
        </w:rPr>
        <w:t xml:space="preserve"> </w:t>
      </w:r>
      <w:r w:rsidRPr="0078531E">
        <w:t>nélkül</w:t>
      </w:r>
      <w:r w:rsidRPr="0078531E">
        <w:rPr>
          <w:spacing w:val="-4"/>
        </w:rPr>
        <w:t xml:space="preserve"> </w:t>
      </w:r>
      <w:r w:rsidRPr="0078531E">
        <w:t>elfogadja</w:t>
      </w:r>
      <w:r w:rsidRPr="0078531E">
        <w:rPr>
          <w:spacing w:val="-4"/>
        </w:rPr>
        <w:t xml:space="preserve"> </w:t>
      </w:r>
      <w:r w:rsidRPr="0078531E">
        <w:t>a</w:t>
      </w:r>
      <w:r w:rsidRPr="0078531E">
        <w:rPr>
          <w:spacing w:val="-4"/>
        </w:rPr>
        <w:t xml:space="preserve"> </w:t>
      </w:r>
      <w:r w:rsidRPr="0078531E">
        <w:t>gyermekek</w:t>
      </w:r>
      <w:r w:rsidRPr="0078531E">
        <w:rPr>
          <w:spacing w:val="-4"/>
        </w:rPr>
        <w:t xml:space="preserve"> </w:t>
      </w:r>
      <w:r w:rsidRPr="0078531E">
        <w:t>és a</w:t>
      </w:r>
      <w:r w:rsidRPr="0078531E">
        <w:rPr>
          <w:spacing w:val="40"/>
        </w:rPr>
        <w:t xml:space="preserve"> </w:t>
      </w:r>
      <w:r w:rsidRPr="0078531E">
        <w:t>gyermeki személyiség sokszínűségét. Azonosulni tud programunk szellemével, vallja a természet értékeinek megismerésének és védelmének</w:t>
      </w:r>
      <w:r w:rsidRPr="0078531E">
        <w:rPr>
          <w:spacing w:val="40"/>
        </w:rPr>
        <w:t xml:space="preserve"> </w:t>
      </w:r>
      <w:r w:rsidRPr="0078531E">
        <w:t>fontosságát, s hogy a jövő</w:t>
      </w:r>
    </w:p>
    <w:p w14:paraId="0B87FE7C" w14:textId="77777777" w:rsidR="00AE0CFD" w:rsidRPr="0078531E" w:rsidRDefault="00C3522D" w:rsidP="00ED635D">
      <w:pPr>
        <w:pStyle w:val="Szvegtrzs"/>
        <w:spacing w:line="275" w:lineRule="exact"/>
        <w:ind w:left="136"/>
        <w:jc w:val="both"/>
      </w:pPr>
      <w:r w:rsidRPr="0078531E">
        <w:t>megalapozása</w:t>
      </w:r>
      <w:r w:rsidRPr="0078531E">
        <w:rPr>
          <w:spacing w:val="-5"/>
        </w:rPr>
        <w:t xml:space="preserve"> </w:t>
      </w:r>
      <w:r w:rsidRPr="0078531E">
        <w:t>a</w:t>
      </w:r>
      <w:r w:rsidRPr="0078531E">
        <w:rPr>
          <w:spacing w:val="-2"/>
        </w:rPr>
        <w:t xml:space="preserve"> </w:t>
      </w:r>
      <w:r w:rsidRPr="0078531E">
        <w:t>jelenben</w:t>
      </w:r>
      <w:r w:rsidRPr="0078531E">
        <w:rPr>
          <w:spacing w:val="1"/>
        </w:rPr>
        <w:t xml:space="preserve"> </w:t>
      </w:r>
      <w:r w:rsidRPr="0078531E">
        <w:rPr>
          <w:spacing w:val="-2"/>
        </w:rPr>
        <w:t>történik.</w:t>
      </w:r>
    </w:p>
    <w:p w14:paraId="7B3A8348" w14:textId="77777777" w:rsidR="00AE0CFD" w:rsidRPr="0078531E" w:rsidRDefault="00C3522D" w:rsidP="00ED635D">
      <w:pPr>
        <w:pStyle w:val="Szvegtrzs"/>
        <w:spacing w:before="140" w:line="360" w:lineRule="auto"/>
        <w:ind w:left="136" w:right="469"/>
        <w:jc w:val="both"/>
      </w:pPr>
      <w:r w:rsidRPr="0078531E">
        <w:t>Azoknak</w:t>
      </w:r>
      <w:r w:rsidRPr="0078531E">
        <w:rPr>
          <w:spacing w:val="-4"/>
        </w:rPr>
        <w:t xml:space="preserve"> </w:t>
      </w:r>
      <w:r w:rsidRPr="0078531E">
        <w:t>a</w:t>
      </w:r>
      <w:r w:rsidRPr="0078531E">
        <w:rPr>
          <w:spacing w:val="-5"/>
        </w:rPr>
        <w:t xml:space="preserve"> </w:t>
      </w:r>
      <w:r w:rsidRPr="0078531E">
        <w:t>szülőknek</w:t>
      </w:r>
      <w:r w:rsidRPr="0078531E">
        <w:rPr>
          <w:spacing w:val="-4"/>
        </w:rPr>
        <w:t xml:space="preserve"> </w:t>
      </w:r>
      <w:r w:rsidRPr="0078531E">
        <w:t>ajánljuk,</w:t>
      </w:r>
      <w:r w:rsidRPr="0078531E">
        <w:rPr>
          <w:spacing w:val="-4"/>
        </w:rPr>
        <w:t xml:space="preserve"> </w:t>
      </w:r>
      <w:r w:rsidRPr="0078531E">
        <w:t>akik</w:t>
      </w:r>
      <w:r w:rsidRPr="0078531E">
        <w:rPr>
          <w:spacing w:val="-4"/>
        </w:rPr>
        <w:t xml:space="preserve"> </w:t>
      </w:r>
      <w:r w:rsidRPr="0078531E">
        <w:t>gazdag,</w:t>
      </w:r>
      <w:r w:rsidRPr="0078531E">
        <w:rPr>
          <w:spacing w:val="-4"/>
        </w:rPr>
        <w:t xml:space="preserve"> </w:t>
      </w:r>
      <w:r w:rsidRPr="0078531E">
        <w:t>élményekre</w:t>
      </w:r>
      <w:r w:rsidRPr="0078531E">
        <w:rPr>
          <w:spacing w:val="-6"/>
        </w:rPr>
        <w:t xml:space="preserve"> </w:t>
      </w:r>
      <w:r w:rsidRPr="0078531E">
        <w:t>épülő</w:t>
      </w:r>
      <w:r w:rsidRPr="0078531E">
        <w:rPr>
          <w:spacing w:val="-4"/>
        </w:rPr>
        <w:t xml:space="preserve"> </w:t>
      </w:r>
      <w:r w:rsidRPr="0078531E">
        <w:t>óvodai</w:t>
      </w:r>
      <w:r w:rsidRPr="0078531E">
        <w:rPr>
          <w:spacing w:val="-4"/>
        </w:rPr>
        <w:t xml:space="preserve"> </w:t>
      </w:r>
      <w:r w:rsidRPr="0078531E">
        <w:t>programot</w:t>
      </w:r>
      <w:r w:rsidRPr="0078531E">
        <w:rPr>
          <w:spacing w:val="-4"/>
        </w:rPr>
        <w:t xml:space="preserve"> </w:t>
      </w:r>
      <w:r w:rsidRPr="0078531E">
        <w:t>remélnek, mely által gyermekük önkifejezése, önmegvalósítása tág teret kap.</w:t>
      </w:r>
      <w:r w:rsidRPr="0078531E">
        <w:rPr>
          <w:spacing w:val="40"/>
        </w:rPr>
        <w:t xml:space="preserve"> </w:t>
      </w:r>
      <w:r w:rsidRPr="0078531E">
        <w:t>Azoknak, akik</w:t>
      </w:r>
    </w:p>
    <w:p w14:paraId="0ECB4FC1" w14:textId="5F423267" w:rsidR="00AE0CFD" w:rsidRPr="0078531E" w:rsidRDefault="00C3522D" w:rsidP="00ED635D">
      <w:pPr>
        <w:pStyle w:val="Szvegtrzs"/>
        <w:spacing w:line="360" w:lineRule="auto"/>
        <w:ind w:left="136"/>
        <w:jc w:val="both"/>
      </w:pPr>
      <w:r w:rsidRPr="0078531E">
        <w:t>befogadóak és akár</w:t>
      </w:r>
      <w:r w:rsidRPr="0078531E">
        <w:rPr>
          <w:spacing w:val="40"/>
        </w:rPr>
        <w:t xml:space="preserve"> </w:t>
      </w:r>
      <w:r w:rsidRPr="0078531E">
        <w:t>készek is részt vállalni ebben a folyamatban. Ajánljuk minden gyermeknek, hisz óvodánk mottója is a következő:</w:t>
      </w:r>
    </w:p>
    <w:p w14:paraId="28BF567D" w14:textId="77777777" w:rsidR="00AE0CFD" w:rsidRPr="0078531E" w:rsidRDefault="00AE0CFD">
      <w:pPr>
        <w:pStyle w:val="Szvegtrzs"/>
        <w:spacing w:before="143"/>
      </w:pPr>
    </w:p>
    <w:p w14:paraId="18A07677" w14:textId="0996D686" w:rsidR="003D2DC5" w:rsidRPr="0078531E" w:rsidRDefault="003D2DC5" w:rsidP="003D2DC5">
      <w:pPr>
        <w:pStyle w:val="NormlWeb"/>
        <w:spacing w:before="0" w:beforeAutospacing="0" w:after="0" w:afterAutospacing="0" w:line="360" w:lineRule="atLeast"/>
        <w:jc w:val="center"/>
        <w:textAlignment w:val="baseline"/>
        <w:rPr>
          <w:b/>
          <w:bCs/>
          <w:i/>
          <w:iCs/>
          <w:sz w:val="28"/>
          <w:szCs w:val="28"/>
        </w:rPr>
      </w:pPr>
      <w:r w:rsidRPr="0078531E">
        <w:rPr>
          <w:b/>
          <w:bCs/>
          <w:i/>
          <w:iCs/>
          <w:sz w:val="28"/>
          <w:szCs w:val="28"/>
        </w:rPr>
        <w:t>„Becsüld meg a természetet, mert te is a része vagy és függsz tőle!”</w:t>
      </w:r>
    </w:p>
    <w:p w14:paraId="5EED6462" w14:textId="0BD1DA4B" w:rsidR="003D2DC5" w:rsidRPr="0078531E" w:rsidRDefault="003D2DC5" w:rsidP="003D2DC5">
      <w:pPr>
        <w:pStyle w:val="auth"/>
        <w:spacing w:before="0" w:beforeAutospacing="0" w:after="0" w:afterAutospacing="0" w:line="360" w:lineRule="atLeast"/>
        <w:jc w:val="center"/>
        <w:textAlignment w:val="baseline"/>
        <w:rPr>
          <w:b/>
          <w:bCs/>
          <w:i/>
          <w:iCs/>
          <w:sz w:val="28"/>
          <w:szCs w:val="28"/>
        </w:rPr>
      </w:pPr>
      <w:r w:rsidRPr="0078531E">
        <w:rPr>
          <w:b/>
          <w:bCs/>
          <w:i/>
          <w:iCs/>
          <w:sz w:val="28"/>
          <w:szCs w:val="28"/>
        </w:rPr>
        <w:t>(</w:t>
      </w:r>
      <w:hyperlink r:id="rId10" w:history="1">
        <w:r w:rsidRPr="0078531E">
          <w:rPr>
            <w:rStyle w:val="Hiperhivatkozs"/>
            <w:b/>
            <w:bCs/>
            <w:i/>
            <w:iCs/>
            <w:color w:val="auto"/>
            <w:sz w:val="28"/>
            <w:szCs w:val="28"/>
            <w:u w:val="none"/>
            <w:bdr w:val="none" w:sz="0" w:space="0" w:color="auto" w:frame="1"/>
          </w:rPr>
          <w:t xml:space="preserve">David </w:t>
        </w:r>
        <w:proofErr w:type="spellStart"/>
        <w:r w:rsidRPr="0078531E">
          <w:rPr>
            <w:rStyle w:val="Hiperhivatkozs"/>
            <w:b/>
            <w:bCs/>
            <w:i/>
            <w:iCs/>
            <w:color w:val="auto"/>
            <w:sz w:val="28"/>
            <w:szCs w:val="28"/>
            <w:u w:val="none"/>
            <w:bdr w:val="none" w:sz="0" w:space="0" w:color="auto" w:frame="1"/>
          </w:rPr>
          <w:t>Attenborough</w:t>
        </w:r>
        <w:proofErr w:type="spellEnd"/>
      </w:hyperlink>
      <w:r w:rsidRPr="0078531E">
        <w:rPr>
          <w:b/>
          <w:bCs/>
          <w:i/>
          <w:iCs/>
          <w:sz w:val="28"/>
          <w:szCs w:val="28"/>
        </w:rPr>
        <w:t>)</w:t>
      </w:r>
    </w:p>
    <w:p w14:paraId="6C651B17" w14:textId="77777777" w:rsidR="00AE0CFD" w:rsidRPr="0078531E" w:rsidRDefault="00AE0CFD">
      <w:pPr>
        <w:spacing w:line="360" w:lineRule="auto"/>
        <w:jc w:val="center"/>
        <w:sectPr w:rsidR="00AE0CFD" w:rsidRPr="0078531E" w:rsidSect="00A42104">
          <w:pgSz w:w="11910" w:h="16840"/>
          <w:pgMar w:top="1320" w:right="980" w:bottom="1200" w:left="1280" w:header="0" w:footer="1003" w:gutter="0"/>
          <w:cols w:space="708"/>
        </w:sectPr>
      </w:pPr>
    </w:p>
    <w:p w14:paraId="7DCD3C29" w14:textId="77777777" w:rsidR="00AE0CFD" w:rsidRPr="0078531E" w:rsidRDefault="00C3522D">
      <w:pPr>
        <w:pStyle w:val="Cmsor2"/>
        <w:numPr>
          <w:ilvl w:val="0"/>
          <w:numId w:val="24"/>
        </w:numPr>
        <w:tabs>
          <w:tab w:val="left" w:pos="490"/>
        </w:tabs>
        <w:spacing w:before="77"/>
        <w:ind w:left="490" w:hanging="265"/>
        <w:jc w:val="left"/>
        <w:rPr>
          <w:rFonts w:ascii="Times New Roman" w:hAnsi="Times New Roman" w:cs="Times New Roman"/>
        </w:rPr>
      </w:pPr>
      <w:bookmarkStart w:id="6" w:name="_bookmark2"/>
      <w:bookmarkEnd w:id="6"/>
      <w:r w:rsidRPr="0078531E">
        <w:rPr>
          <w:rFonts w:ascii="Times New Roman" w:hAnsi="Times New Roman" w:cs="Times New Roman"/>
        </w:rPr>
        <w:lastRenderedPageBreak/>
        <w:t>Az</w:t>
      </w:r>
      <w:r w:rsidRPr="0078531E">
        <w:rPr>
          <w:rFonts w:ascii="Times New Roman" w:hAnsi="Times New Roman" w:cs="Times New Roman"/>
          <w:spacing w:val="-7"/>
        </w:rPr>
        <w:t xml:space="preserve"> </w:t>
      </w:r>
      <w:r w:rsidRPr="0078531E">
        <w:rPr>
          <w:rFonts w:ascii="Times New Roman" w:hAnsi="Times New Roman" w:cs="Times New Roman"/>
        </w:rPr>
        <w:t>óvoda</w:t>
      </w:r>
      <w:r w:rsidRPr="0078531E">
        <w:rPr>
          <w:rFonts w:ascii="Times New Roman" w:hAnsi="Times New Roman" w:cs="Times New Roman"/>
          <w:spacing w:val="-8"/>
        </w:rPr>
        <w:t xml:space="preserve"> </w:t>
      </w:r>
      <w:r w:rsidRPr="0078531E">
        <w:rPr>
          <w:rFonts w:ascii="Times New Roman" w:hAnsi="Times New Roman" w:cs="Times New Roman"/>
          <w:spacing w:val="-2"/>
        </w:rPr>
        <w:t>adatai</w:t>
      </w:r>
    </w:p>
    <w:p w14:paraId="72AFCCD6" w14:textId="77777777" w:rsidR="00396584" w:rsidRPr="0078531E" w:rsidRDefault="00396584" w:rsidP="00396584">
      <w:pPr>
        <w:pStyle w:val="Cmsor2"/>
        <w:tabs>
          <w:tab w:val="left" w:pos="490"/>
        </w:tabs>
        <w:spacing w:before="77"/>
        <w:ind w:left="490"/>
        <w:jc w:val="right"/>
        <w:rPr>
          <w:rFonts w:ascii="Times New Roman" w:hAnsi="Times New Roman" w:cs="Times New Roman"/>
          <w:sz w:val="28"/>
          <w:szCs w:val="28"/>
        </w:rPr>
      </w:pPr>
    </w:p>
    <w:p w14:paraId="4589E602" w14:textId="3E48B084" w:rsidR="00AE0CFD" w:rsidRPr="0078531E" w:rsidRDefault="00F443B6" w:rsidP="00B52E88">
      <w:pPr>
        <w:rPr>
          <w:spacing w:val="-2"/>
          <w:sz w:val="24"/>
          <w:szCs w:val="24"/>
        </w:rPr>
      </w:pPr>
      <w:r w:rsidRPr="0078531E">
        <w:rPr>
          <w:b/>
          <w:sz w:val="24"/>
          <w:szCs w:val="24"/>
        </w:rPr>
        <w:t xml:space="preserve">   </w:t>
      </w:r>
      <w:r w:rsidR="00C3522D" w:rsidRPr="0078531E">
        <w:rPr>
          <w:b/>
          <w:sz w:val="24"/>
          <w:szCs w:val="24"/>
        </w:rPr>
        <w:t>Az</w:t>
      </w:r>
      <w:r w:rsidR="00C3522D" w:rsidRPr="0078531E">
        <w:rPr>
          <w:b/>
          <w:spacing w:val="-6"/>
          <w:sz w:val="24"/>
          <w:szCs w:val="24"/>
        </w:rPr>
        <w:t xml:space="preserve"> </w:t>
      </w:r>
      <w:r w:rsidR="00C3522D" w:rsidRPr="0078531E">
        <w:rPr>
          <w:b/>
          <w:sz w:val="24"/>
          <w:szCs w:val="24"/>
        </w:rPr>
        <w:t>intézmény</w:t>
      </w:r>
      <w:r w:rsidR="00C3522D" w:rsidRPr="0078531E">
        <w:rPr>
          <w:b/>
          <w:spacing w:val="-2"/>
          <w:sz w:val="24"/>
          <w:szCs w:val="24"/>
        </w:rPr>
        <w:t xml:space="preserve"> </w:t>
      </w:r>
      <w:r w:rsidR="00C3522D" w:rsidRPr="0078531E">
        <w:rPr>
          <w:b/>
          <w:sz w:val="24"/>
          <w:szCs w:val="24"/>
        </w:rPr>
        <w:t>neve:</w:t>
      </w:r>
      <w:r w:rsidR="00C3522D" w:rsidRPr="0078531E">
        <w:rPr>
          <w:b/>
          <w:spacing w:val="-2"/>
          <w:sz w:val="24"/>
          <w:szCs w:val="24"/>
        </w:rPr>
        <w:t xml:space="preserve"> </w:t>
      </w:r>
      <w:r w:rsidRPr="0078531E">
        <w:rPr>
          <w:sz w:val="24"/>
          <w:szCs w:val="24"/>
        </w:rPr>
        <w:t>Balatonvilágosi Szivárvány</w:t>
      </w:r>
      <w:r w:rsidR="00C3522D" w:rsidRPr="0078531E">
        <w:rPr>
          <w:spacing w:val="-2"/>
          <w:sz w:val="24"/>
          <w:szCs w:val="24"/>
        </w:rPr>
        <w:t xml:space="preserve"> Óvoda</w:t>
      </w:r>
      <w:r w:rsidRPr="0078531E">
        <w:rPr>
          <w:spacing w:val="-2"/>
          <w:sz w:val="24"/>
          <w:szCs w:val="24"/>
        </w:rPr>
        <w:t xml:space="preserve"> </w:t>
      </w:r>
    </w:p>
    <w:p w14:paraId="70FEC75F" w14:textId="77777777" w:rsidR="00B52E88" w:rsidRPr="0078531E" w:rsidRDefault="00B52E88" w:rsidP="00B52E88">
      <w:pPr>
        <w:rPr>
          <w:sz w:val="24"/>
          <w:szCs w:val="24"/>
        </w:rPr>
      </w:pPr>
    </w:p>
    <w:p w14:paraId="5649B0F8" w14:textId="211F067D" w:rsidR="00AE0CFD" w:rsidRPr="0078531E" w:rsidRDefault="00C3522D" w:rsidP="00B52E88">
      <w:pPr>
        <w:ind w:left="136"/>
        <w:rPr>
          <w:sz w:val="24"/>
          <w:szCs w:val="24"/>
        </w:rPr>
      </w:pPr>
      <w:r w:rsidRPr="0078531E">
        <w:rPr>
          <w:b/>
          <w:sz w:val="24"/>
          <w:szCs w:val="24"/>
        </w:rPr>
        <w:t>Az</w:t>
      </w:r>
      <w:r w:rsidRPr="0078531E">
        <w:rPr>
          <w:b/>
          <w:spacing w:val="-4"/>
          <w:sz w:val="24"/>
          <w:szCs w:val="24"/>
        </w:rPr>
        <w:t xml:space="preserve"> </w:t>
      </w:r>
      <w:r w:rsidRPr="0078531E">
        <w:rPr>
          <w:b/>
          <w:sz w:val="24"/>
          <w:szCs w:val="24"/>
        </w:rPr>
        <w:t>intézmény</w:t>
      </w:r>
      <w:r w:rsidRPr="0078531E">
        <w:rPr>
          <w:b/>
          <w:spacing w:val="-2"/>
          <w:sz w:val="24"/>
          <w:szCs w:val="24"/>
        </w:rPr>
        <w:t xml:space="preserve"> </w:t>
      </w:r>
      <w:r w:rsidRPr="0078531E">
        <w:rPr>
          <w:b/>
          <w:sz w:val="24"/>
          <w:szCs w:val="24"/>
        </w:rPr>
        <w:t>székhelye:</w:t>
      </w:r>
      <w:r w:rsidRPr="0078531E">
        <w:rPr>
          <w:b/>
          <w:spacing w:val="-1"/>
          <w:sz w:val="24"/>
          <w:szCs w:val="24"/>
        </w:rPr>
        <w:t xml:space="preserve"> </w:t>
      </w:r>
      <w:r w:rsidR="00F443B6" w:rsidRPr="0078531E">
        <w:rPr>
          <w:sz w:val="24"/>
          <w:szCs w:val="24"/>
        </w:rPr>
        <w:t xml:space="preserve">8171 Balatonvilágos, Iskola utca 2. </w:t>
      </w:r>
    </w:p>
    <w:p w14:paraId="48CD8A85" w14:textId="77777777" w:rsidR="00B52E88" w:rsidRPr="0078531E" w:rsidRDefault="00B52E88" w:rsidP="00B52E88">
      <w:pPr>
        <w:ind w:left="136"/>
        <w:rPr>
          <w:sz w:val="24"/>
          <w:szCs w:val="24"/>
        </w:rPr>
      </w:pPr>
    </w:p>
    <w:p w14:paraId="5FFD84F8" w14:textId="23AF785E" w:rsidR="00AE0CFD" w:rsidRPr="0078531E" w:rsidRDefault="00C3522D" w:rsidP="00B52E88">
      <w:pPr>
        <w:ind w:left="136"/>
        <w:rPr>
          <w:spacing w:val="-2"/>
          <w:sz w:val="24"/>
          <w:szCs w:val="24"/>
        </w:rPr>
      </w:pPr>
      <w:r w:rsidRPr="0078531E">
        <w:rPr>
          <w:b/>
          <w:sz w:val="24"/>
          <w:szCs w:val="24"/>
        </w:rPr>
        <w:t>Az</w:t>
      </w:r>
      <w:r w:rsidRPr="0078531E">
        <w:rPr>
          <w:b/>
          <w:spacing w:val="-3"/>
          <w:sz w:val="24"/>
          <w:szCs w:val="24"/>
        </w:rPr>
        <w:t xml:space="preserve"> </w:t>
      </w:r>
      <w:r w:rsidRPr="0078531E">
        <w:rPr>
          <w:b/>
          <w:sz w:val="24"/>
          <w:szCs w:val="24"/>
        </w:rPr>
        <w:t>intézmény</w:t>
      </w:r>
      <w:r w:rsidRPr="0078531E">
        <w:rPr>
          <w:b/>
          <w:spacing w:val="-1"/>
          <w:sz w:val="24"/>
          <w:szCs w:val="24"/>
        </w:rPr>
        <w:t xml:space="preserve"> </w:t>
      </w:r>
      <w:r w:rsidRPr="0078531E">
        <w:rPr>
          <w:b/>
          <w:sz w:val="24"/>
          <w:szCs w:val="24"/>
        </w:rPr>
        <w:t>OM</w:t>
      </w:r>
      <w:r w:rsidRPr="0078531E">
        <w:rPr>
          <w:b/>
          <w:spacing w:val="-1"/>
          <w:sz w:val="24"/>
          <w:szCs w:val="24"/>
        </w:rPr>
        <w:t xml:space="preserve"> </w:t>
      </w:r>
      <w:r w:rsidRPr="0078531E">
        <w:rPr>
          <w:b/>
          <w:sz w:val="24"/>
          <w:szCs w:val="24"/>
        </w:rPr>
        <w:t>azonosítója</w:t>
      </w:r>
      <w:r w:rsidRPr="0078531E">
        <w:rPr>
          <w:sz w:val="24"/>
          <w:szCs w:val="24"/>
        </w:rPr>
        <w:t xml:space="preserve">: </w:t>
      </w:r>
      <w:r w:rsidR="00F443B6" w:rsidRPr="0078531E">
        <w:rPr>
          <w:spacing w:val="-2"/>
          <w:sz w:val="24"/>
          <w:szCs w:val="24"/>
        </w:rPr>
        <w:t>201904</w:t>
      </w:r>
    </w:p>
    <w:p w14:paraId="0646C679" w14:textId="77777777" w:rsidR="00B52E88" w:rsidRPr="0078531E" w:rsidRDefault="00B52E88" w:rsidP="00B52E88">
      <w:pPr>
        <w:ind w:left="136"/>
        <w:rPr>
          <w:sz w:val="24"/>
          <w:szCs w:val="24"/>
        </w:rPr>
      </w:pPr>
    </w:p>
    <w:p w14:paraId="6E9EAE5D" w14:textId="77777777" w:rsidR="00AE0CFD" w:rsidRPr="0078531E" w:rsidRDefault="00C3522D" w:rsidP="00B52E88">
      <w:pPr>
        <w:ind w:left="136"/>
        <w:rPr>
          <w:spacing w:val="-2"/>
          <w:sz w:val="24"/>
          <w:szCs w:val="24"/>
        </w:rPr>
      </w:pPr>
      <w:r w:rsidRPr="0078531E">
        <w:rPr>
          <w:b/>
          <w:sz w:val="24"/>
          <w:szCs w:val="24"/>
        </w:rPr>
        <w:t>Az</w:t>
      </w:r>
      <w:r w:rsidRPr="0078531E">
        <w:rPr>
          <w:b/>
          <w:spacing w:val="-4"/>
          <w:sz w:val="24"/>
          <w:szCs w:val="24"/>
        </w:rPr>
        <w:t xml:space="preserve"> </w:t>
      </w:r>
      <w:r w:rsidRPr="0078531E">
        <w:rPr>
          <w:b/>
          <w:sz w:val="24"/>
          <w:szCs w:val="24"/>
        </w:rPr>
        <w:t>intézmény</w:t>
      </w:r>
      <w:r w:rsidRPr="0078531E">
        <w:rPr>
          <w:b/>
          <w:spacing w:val="-2"/>
          <w:sz w:val="24"/>
          <w:szCs w:val="24"/>
        </w:rPr>
        <w:t xml:space="preserve"> </w:t>
      </w:r>
      <w:r w:rsidRPr="0078531E">
        <w:rPr>
          <w:b/>
          <w:sz w:val="24"/>
          <w:szCs w:val="24"/>
        </w:rPr>
        <w:t>típusa:</w:t>
      </w:r>
      <w:r w:rsidRPr="0078531E">
        <w:rPr>
          <w:b/>
          <w:spacing w:val="-2"/>
          <w:sz w:val="24"/>
          <w:szCs w:val="24"/>
        </w:rPr>
        <w:t xml:space="preserve"> </w:t>
      </w:r>
      <w:r w:rsidRPr="0078531E">
        <w:rPr>
          <w:sz w:val="24"/>
          <w:szCs w:val="24"/>
        </w:rPr>
        <w:t>köznevelési</w:t>
      </w:r>
      <w:r w:rsidRPr="0078531E">
        <w:rPr>
          <w:spacing w:val="-2"/>
          <w:sz w:val="24"/>
          <w:szCs w:val="24"/>
        </w:rPr>
        <w:t xml:space="preserve"> </w:t>
      </w:r>
      <w:r w:rsidRPr="0078531E">
        <w:rPr>
          <w:sz w:val="24"/>
          <w:szCs w:val="24"/>
        </w:rPr>
        <w:t>intézmény,</w:t>
      </w:r>
      <w:r w:rsidRPr="0078531E">
        <w:rPr>
          <w:spacing w:val="-1"/>
          <w:sz w:val="24"/>
          <w:szCs w:val="24"/>
        </w:rPr>
        <w:t xml:space="preserve"> </w:t>
      </w:r>
      <w:r w:rsidRPr="0078531E">
        <w:rPr>
          <w:spacing w:val="-2"/>
          <w:sz w:val="24"/>
          <w:szCs w:val="24"/>
        </w:rPr>
        <w:t>óvoda</w:t>
      </w:r>
    </w:p>
    <w:p w14:paraId="65FAAA09" w14:textId="77777777" w:rsidR="00B52E88" w:rsidRPr="0078531E" w:rsidRDefault="00B52E88" w:rsidP="00B52E88">
      <w:pPr>
        <w:ind w:left="136"/>
        <w:rPr>
          <w:sz w:val="24"/>
          <w:szCs w:val="24"/>
        </w:rPr>
      </w:pPr>
    </w:p>
    <w:p w14:paraId="58940FBC" w14:textId="0E7B3628" w:rsidR="00AE0CFD" w:rsidRPr="0078531E" w:rsidRDefault="00C3522D" w:rsidP="00B52E88">
      <w:pPr>
        <w:pStyle w:val="Cmsor4"/>
      </w:pPr>
      <w:r w:rsidRPr="0078531E">
        <w:t>Az</w:t>
      </w:r>
      <w:r w:rsidRPr="0078531E">
        <w:rPr>
          <w:spacing w:val="-7"/>
        </w:rPr>
        <w:t xml:space="preserve"> </w:t>
      </w:r>
      <w:r w:rsidRPr="0078531E">
        <w:t>intézmény</w:t>
      </w:r>
      <w:r w:rsidRPr="0078531E">
        <w:rPr>
          <w:spacing w:val="-2"/>
        </w:rPr>
        <w:t xml:space="preserve"> </w:t>
      </w:r>
      <w:r w:rsidRPr="0078531E">
        <w:t>alapító</w:t>
      </w:r>
      <w:r w:rsidRPr="0078531E">
        <w:rPr>
          <w:spacing w:val="-2"/>
        </w:rPr>
        <w:t xml:space="preserve"> </w:t>
      </w:r>
      <w:r w:rsidRPr="0078531E">
        <w:t>okiratának</w:t>
      </w:r>
      <w:r w:rsidRPr="0078531E">
        <w:rPr>
          <w:spacing w:val="-2"/>
        </w:rPr>
        <w:t xml:space="preserve"> </w:t>
      </w:r>
      <w:r w:rsidRPr="0078531E">
        <w:t>száma,</w:t>
      </w:r>
      <w:r w:rsidRPr="0078531E">
        <w:rPr>
          <w:spacing w:val="-2"/>
        </w:rPr>
        <w:t xml:space="preserve"> </w:t>
      </w:r>
      <w:r w:rsidRPr="0078531E">
        <w:t>kelte:</w:t>
      </w:r>
      <w:r w:rsidRPr="0078531E">
        <w:rPr>
          <w:spacing w:val="-1"/>
        </w:rPr>
        <w:t xml:space="preserve"> </w:t>
      </w:r>
    </w:p>
    <w:p w14:paraId="58AEE110" w14:textId="1F03C241" w:rsidR="00AE0CFD" w:rsidRPr="0078531E" w:rsidRDefault="00B52E88">
      <w:pPr>
        <w:pStyle w:val="Szvegtrzs"/>
        <w:spacing w:before="81" w:line="360" w:lineRule="auto"/>
        <w:ind w:left="136" w:right="469"/>
      </w:pPr>
      <w:r w:rsidRPr="0078531E">
        <w:t>A Balatonvilágosi Szivárvány</w:t>
      </w:r>
      <w:r w:rsidR="00C3522D" w:rsidRPr="0078531E">
        <w:rPr>
          <w:spacing w:val="-4"/>
        </w:rPr>
        <w:t xml:space="preserve"> </w:t>
      </w:r>
      <w:r w:rsidR="00C3522D" w:rsidRPr="0078531E">
        <w:t>Óvoda</w:t>
      </w:r>
      <w:r w:rsidR="00C3522D" w:rsidRPr="0078531E">
        <w:rPr>
          <w:spacing w:val="-3"/>
        </w:rPr>
        <w:t xml:space="preserve"> </w:t>
      </w:r>
      <w:r w:rsidRPr="0078531E">
        <w:t>3</w:t>
      </w:r>
      <w:r w:rsidR="00ED635D" w:rsidRPr="0078531E">
        <w:t xml:space="preserve"> homogén</w:t>
      </w:r>
      <w:r w:rsidR="00C3522D" w:rsidRPr="0078531E">
        <w:rPr>
          <w:spacing w:val="-4"/>
        </w:rPr>
        <w:t xml:space="preserve"> </w:t>
      </w:r>
      <w:r w:rsidR="00C3522D" w:rsidRPr="0078531E">
        <w:t>csoporttal</w:t>
      </w:r>
      <w:r w:rsidR="00C3522D" w:rsidRPr="0078531E">
        <w:rPr>
          <w:spacing w:val="-4"/>
        </w:rPr>
        <w:t xml:space="preserve"> </w:t>
      </w:r>
      <w:r w:rsidR="00C3522D" w:rsidRPr="0078531E">
        <w:t>működő,</w:t>
      </w:r>
      <w:r w:rsidR="00C3522D" w:rsidRPr="0078531E">
        <w:rPr>
          <w:spacing w:val="40"/>
        </w:rPr>
        <w:t xml:space="preserve"> </w:t>
      </w:r>
      <w:r w:rsidR="00C3522D" w:rsidRPr="0078531E">
        <w:t>tálalókonyhával</w:t>
      </w:r>
      <w:r w:rsidR="00C3522D" w:rsidRPr="0078531E">
        <w:rPr>
          <w:spacing w:val="-4"/>
        </w:rPr>
        <w:t xml:space="preserve"> </w:t>
      </w:r>
      <w:r w:rsidR="00C3522D" w:rsidRPr="0078531E">
        <w:t>rendelkező</w:t>
      </w:r>
      <w:r w:rsidR="00C3522D" w:rsidRPr="0078531E">
        <w:rPr>
          <w:spacing w:val="-4"/>
        </w:rPr>
        <w:t xml:space="preserve"> </w:t>
      </w:r>
      <w:r w:rsidR="00C3522D" w:rsidRPr="0078531E">
        <w:t>óvoda. Szakmailag önálló nevelési intézmény. Önálló jogi személy.</w:t>
      </w:r>
    </w:p>
    <w:p w14:paraId="3DBCB89B" w14:textId="6A3D3E0A" w:rsidR="00AE0CFD" w:rsidRPr="0078531E" w:rsidRDefault="00913162" w:rsidP="00913162">
      <w:pPr>
        <w:pStyle w:val="Szvegtrzs"/>
        <w:spacing w:before="62" w:line="360" w:lineRule="auto"/>
      </w:pPr>
      <w:r>
        <w:t>Az óvodai nevelés a nevelőtestület által elfogadott és az igazgató által jóváhagyott Pedagógiai Program alapján, vallási és világnézeti kérdésekben semleges környezetben folyik.</w:t>
      </w:r>
    </w:p>
    <w:p w14:paraId="0C02DCDE" w14:textId="565EE4CA" w:rsidR="00AE0CFD" w:rsidRPr="0078531E" w:rsidRDefault="00C3522D">
      <w:pPr>
        <w:spacing w:line="360" w:lineRule="auto"/>
        <w:ind w:left="136" w:right="531" w:firstLine="60"/>
        <w:rPr>
          <w:sz w:val="24"/>
        </w:rPr>
      </w:pPr>
      <w:r w:rsidRPr="0078531E">
        <w:rPr>
          <w:b/>
          <w:sz w:val="24"/>
        </w:rPr>
        <w:t>Az</w:t>
      </w:r>
      <w:r w:rsidRPr="0078531E">
        <w:rPr>
          <w:b/>
          <w:spacing w:val="-6"/>
          <w:sz w:val="24"/>
        </w:rPr>
        <w:t xml:space="preserve"> </w:t>
      </w:r>
      <w:r w:rsidRPr="0078531E">
        <w:rPr>
          <w:b/>
          <w:sz w:val="24"/>
        </w:rPr>
        <w:t>intézmény</w:t>
      </w:r>
      <w:r w:rsidRPr="0078531E">
        <w:rPr>
          <w:b/>
          <w:spacing w:val="-5"/>
          <w:sz w:val="24"/>
        </w:rPr>
        <w:t xml:space="preserve"> </w:t>
      </w:r>
      <w:r w:rsidRPr="0078531E">
        <w:rPr>
          <w:b/>
          <w:sz w:val="24"/>
        </w:rPr>
        <w:t>alaptevékenysége:</w:t>
      </w:r>
      <w:r w:rsidRPr="0078531E">
        <w:rPr>
          <w:b/>
          <w:spacing w:val="-4"/>
          <w:sz w:val="24"/>
        </w:rPr>
        <w:t xml:space="preserve"> </w:t>
      </w:r>
      <w:r w:rsidRPr="0078531E">
        <w:rPr>
          <w:sz w:val="24"/>
        </w:rPr>
        <w:t>A</w:t>
      </w:r>
      <w:r w:rsidRPr="0078531E">
        <w:rPr>
          <w:spacing w:val="-4"/>
          <w:sz w:val="24"/>
        </w:rPr>
        <w:t xml:space="preserve"> </w:t>
      </w:r>
      <w:r w:rsidRPr="0078531E">
        <w:rPr>
          <w:sz w:val="24"/>
        </w:rPr>
        <w:t>gyermekek</w:t>
      </w:r>
      <w:r w:rsidRPr="0078531E">
        <w:rPr>
          <w:spacing w:val="-3"/>
          <w:sz w:val="24"/>
        </w:rPr>
        <w:t xml:space="preserve"> </w:t>
      </w:r>
      <w:r w:rsidRPr="0078531E">
        <w:rPr>
          <w:sz w:val="24"/>
        </w:rPr>
        <w:t>nevelése</w:t>
      </w:r>
      <w:r w:rsidRPr="0078531E">
        <w:rPr>
          <w:spacing w:val="-6"/>
          <w:sz w:val="24"/>
        </w:rPr>
        <w:t xml:space="preserve"> </w:t>
      </w:r>
      <w:r w:rsidR="008D5514" w:rsidRPr="0078531E">
        <w:rPr>
          <w:sz w:val="24"/>
        </w:rPr>
        <w:t>két és fél éves</w:t>
      </w:r>
      <w:r w:rsidRPr="0078531E">
        <w:rPr>
          <w:spacing w:val="-5"/>
          <w:sz w:val="24"/>
        </w:rPr>
        <w:t xml:space="preserve"> </w:t>
      </w:r>
      <w:r w:rsidRPr="0078531E">
        <w:rPr>
          <w:sz w:val="24"/>
        </w:rPr>
        <w:t>kortól</w:t>
      </w:r>
      <w:r w:rsidRPr="0078531E">
        <w:rPr>
          <w:spacing w:val="-5"/>
          <w:sz w:val="24"/>
        </w:rPr>
        <w:t xml:space="preserve"> </w:t>
      </w:r>
      <w:r w:rsidRPr="0078531E">
        <w:rPr>
          <w:sz w:val="24"/>
        </w:rPr>
        <w:t>a tankötelezettség kezdetéig.</w:t>
      </w:r>
    </w:p>
    <w:p w14:paraId="64DFD9DB" w14:textId="77777777" w:rsidR="00AE0CFD" w:rsidRPr="0078531E" w:rsidRDefault="00C3522D">
      <w:pPr>
        <w:pStyle w:val="Cmsor4"/>
        <w:spacing w:before="205"/>
      </w:pPr>
      <w:r w:rsidRPr="0078531E">
        <w:t>Az</w:t>
      </w:r>
      <w:r w:rsidRPr="0078531E">
        <w:rPr>
          <w:spacing w:val="-4"/>
        </w:rPr>
        <w:t xml:space="preserve"> </w:t>
      </w:r>
      <w:r w:rsidRPr="0078531E">
        <w:t>intézmény</w:t>
      </w:r>
      <w:r w:rsidRPr="0078531E">
        <w:rPr>
          <w:spacing w:val="-1"/>
        </w:rPr>
        <w:t xml:space="preserve"> </w:t>
      </w:r>
      <w:r w:rsidRPr="0078531E">
        <w:t>szakágazati</w:t>
      </w:r>
      <w:r w:rsidRPr="0078531E">
        <w:rPr>
          <w:spacing w:val="-2"/>
        </w:rPr>
        <w:t xml:space="preserve"> </w:t>
      </w:r>
      <w:r w:rsidRPr="0078531E">
        <w:t xml:space="preserve">besorolása, </w:t>
      </w:r>
      <w:r w:rsidRPr="0078531E">
        <w:rPr>
          <w:spacing w:val="-2"/>
        </w:rPr>
        <w:t>szakfeladatai:</w:t>
      </w:r>
    </w:p>
    <w:p w14:paraId="7AB5A303" w14:textId="77777777" w:rsidR="00AE0CFD" w:rsidRPr="0078531E" w:rsidRDefault="00AE0CFD">
      <w:pPr>
        <w:pStyle w:val="Szvegtrzs"/>
        <w:spacing w:before="109"/>
        <w:rPr>
          <w:b/>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2"/>
        <w:gridCol w:w="1558"/>
        <w:gridCol w:w="5703"/>
      </w:tblGrid>
      <w:tr w:rsidR="0078531E" w:rsidRPr="0078531E" w14:paraId="1B2FD89A" w14:textId="77777777" w:rsidTr="00FF4D70">
        <w:trPr>
          <w:trHeight w:val="614"/>
        </w:trPr>
        <w:tc>
          <w:tcPr>
            <w:tcW w:w="2102" w:type="dxa"/>
          </w:tcPr>
          <w:p w14:paraId="253B9EFB" w14:textId="77777777" w:rsidR="00AE0CFD" w:rsidRPr="0078531E" w:rsidRDefault="00AE0CFD">
            <w:pPr>
              <w:pStyle w:val="TableParagraph"/>
              <w:rPr>
                <w:sz w:val="24"/>
              </w:rPr>
            </w:pPr>
          </w:p>
        </w:tc>
        <w:tc>
          <w:tcPr>
            <w:tcW w:w="1558" w:type="dxa"/>
          </w:tcPr>
          <w:p w14:paraId="7B4EC471" w14:textId="77777777" w:rsidR="00AE0CFD" w:rsidRPr="0078531E" w:rsidRDefault="00C3522D">
            <w:pPr>
              <w:pStyle w:val="TableParagraph"/>
              <w:spacing w:line="275" w:lineRule="exact"/>
              <w:ind w:left="439"/>
              <w:rPr>
                <w:b/>
                <w:sz w:val="24"/>
              </w:rPr>
            </w:pPr>
            <w:r w:rsidRPr="0078531E">
              <w:rPr>
                <w:b/>
                <w:spacing w:val="-2"/>
                <w:sz w:val="24"/>
              </w:rPr>
              <w:t>Száma</w:t>
            </w:r>
          </w:p>
        </w:tc>
        <w:tc>
          <w:tcPr>
            <w:tcW w:w="5703" w:type="dxa"/>
          </w:tcPr>
          <w:p w14:paraId="17D32B46" w14:textId="77777777" w:rsidR="00AE0CFD" w:rsidRPr="0078531E" w:rsidRDefault="00C3522D">
            <w:pPr>
              <w:pStyle w:val="TableParagraph"/>
              <w:spacing w:line="275" w:lineRule="exact"/>
              <w:ind w:left="1517"/>
              <w:rPr>
                <w:b/>
                <w:sz w:val="24"/>
              </w:rPr>
            </w:pPr>
            <w:r w:rsidRPr="0078531E">
              <w:rPr>
                <w:b/>
                <w:sz w:val="24"/>
              </w:rPr>
              <w:t>Tevékenység</w:t>
            </w:r>
            <w:r w:rsidRPr="0078531E">
              <w:rPr>
                <w:b/>
                <w:spacing w:val="-2"/>
                <w:sz w:val="24"/>
              </w:rPr>
              <w:t xml:space="preserve"> megnevezése</w:t>
            </w:r>
          </w:p>
        </w:tc>
      </w:tr>
      <w:tr w:rsidR="0078531E" w:rsidRPr="0078531E" w14:paraId="40E4F9E8" w14:textId="77777777" w:rsidTr="00FF4D70">
        <w:trPr>
          <w:trHeight w:val="1026"/>
        </w:trPr>
        <w:tc>
          <w:tcPr>
            <w:tcW w:w="2102" w:type="dxa"/>
          </w:tcPr>
          <w:p w14:paraId="159539F4" w14:textId="77777777" w:rsidR="00AE0CFD" w:rsidRPr="0078531E" w:rsidRDefault="00C3522D">
            <w:pPr>
              <w:pStyle w:val="TableParagraph"/>
              <w:spacing w:line="360" w:lineRule="auto"/>
              <w:ind w:left="107"/>
              <w:rPr>
                <w:sz w:val="24"/>
              </w:rPr>
            </w:pPr>
            <w:r w:rsidRPr="0078531E">
              <w:rPr>
                <w:spacing w:val="-2"/>
                <w:sz w:val="24"/>
              </w:rPr>
              <w:t>Szakágazati besorolás</w:t>
            </w:r>
          </w:p>
        </w:tc>
        <w:tc>
          <w:tcPr>
            <w:tcW w:w="1558" w:type="dxa"/>
          </w:tcPr>
          <w:p w14:paraId="18DD0D5A" w14:textId="77777777" w:rsidR="00AE0CFD" w:rsidRPr="0078531E" w:rsidRDefault="00C3522D">
            <w:pPr>
              <w:pStyle w:val="TableParagraph"/>
              <w:spacing w:line="270" w:lineRule="exact"/>
              <w:ind w:left="107"/>
              <w:rPr>
                <w:sz w:val="24"/>
              </w:rPr>
            </w:pPr>
            <w:r w:rsidRPr="0078531E">
              <w:rPr>
                <w:spacing w:val="-2"/>
                <w:sz w:val="24"/>
              </w:rPr>
              <w:t>851020</w:t>
            </w:r>
          </w:p>
        </w:tc>
        <w:tc>
          <w:tcPr>
            <w:tcW w:w="5703" w:type="dxa"/>
          </w:tcPr>
          <w:p w14:paraId="7355E2A6" w14:textId="77777777" w:rsidR="00AE0CFD" w:rsidRPr="0078531E" w:rsidRDefault="00C3522D">
            <w:pPr>
              <w:pStyle w:val="TableParagraph"/>
              <w:spacing w:line="270" w:lineRule="exact"/>
              <w:ind w:left="110"/>
              <w:rPr>
                <w:sz w:val="24"/>
              </w:rPr>
            </w:pPr>
            <w:r w:rsidRPr="0078531E">
              <w:rPr>
                <w:sz w:val="24"/>
              </w:rPr>
              <w:t>Óvodai</w:t>
            </w:r>
            <w:r w:rsidRPr="0078531E">
              <w:rPr>
                <w:spacing w:val="-4"/>
                <w:sz w:val="24"/>
              </w:rPr>
              <w:t xml:space="preserve"> </w:t>
            </w:r>
            <w:r w:rsidRPr="0078531E">
              <w:rPr>
                <w:spacing w:val="-2"/>
                <w:sz w:val="24"/>
              </w:rPr>
              <w:t>nevelés</w:t>
            </w:r>
          </w:p>
        </w:tc>
      </w:tr>
      <w:tr w:rsidR="0078531E" w:rsidRPr="0078531E" w14:paraId="231A177A" w14:textId="77777777" w:rsidTr="00FF4D70">
        <w:trPr>
          <w:trHeight w:val="1442"/>
        </w:trPr>
        <w:tc>
          <w:tcPr>
            <w:tcW w:w="2102" w:type="dxa"/>
          </w:tcPr>
          <w:p w14:paraId="2B542002" w14:textId="77777777" w:rsidR="00AE0CFD" w:rsidRPr="0078531E" w:rsidRDefault="00C3522D">
            <w:pPr>
              <w:pStyle w:val="TableParagraph"/>
              <w:spacing w:line="270" w:lineRule="exact"/>
              <w:ind w:left="107"/>
              <w:rPr>
                <w:sz w:val="24"/>
              </w:rPr>
            </w:pPr>
            <w:r w:rsidRPr="0078531E">
              <w:rPr>
                <w:spacing w:val="-2"/>
                <w:sz w:val="24"/>
              </w:rPr>
              <w:t>Kormányzati</w:t>
            </w:r>
          </w:p>
          <w:p w14:paraId="555CC7B0" w14:textId="77777777" w:rsidR="00AE0CFD" w:rsidRPr="0078531E" w:rsidRDefault="00C3522D">
            <w:pPr>
              <w:pStyle w:val="TableParagraph"/>
              <w:spacing w:before="140" w:line="360" w:lineRule="auto"/>
              <w:ind w:left="107" w:right="221"/>
              <w:rPr>
                <w:sz w:val="24"/>
              </w:rPr>
            </w:pPr>
            <w:r w:rsidRPr="0078531E">
              <w:rPr>
                <w:sz w:val="24"/>
              </w:rPr>
              <w:t>funkció</w:t>
            </w:r>
            <w:r w:rsidRPr="0078531E">
              <w:rPr>
                <w:spacing w:val="-15"/>
                <w:sz w:val="24"/>
              </w:rPr>
              <w:t xml:space="preserve"> </w:t>
            </w:r>
            <w:r w:rsidRPr="0078531E">
              <w:rPr>
                <w:sz w:val="24"/>
              </w:rPr>
              <w:t xml:space="preserve">szerinti </w:t>
            </w:r>
            <w:r w:rsidRPr="0078531E">
              <w:rPr>
                <w:spacing w:val="-2"/>
                <w:sz w:val="24"/>
              </w:rPr>
              <w:t>megjelölés</w:t>
            </w:r>
          </w:p>
        </w:tc>
        <w:tc>
          <w:tcPr>
            <w:tcW w:w="1558" w:type="dxa"/>
          </w:tcPr>
          <w:p w14:paraId="63659868" w14:textId="77777777" w:rsidR="00AE0CFD" w:rsidRPr="0078531E" w:rsidRDefault="00C3522D">
            <w:pPr>
              <w:pStyle w:val="TableParagraph"/>
              <w:spacing w:line="270" w:lineRule="exact"/>
              <w:ind w:left="107"/>
              <w:rPr>
                <w:sz w:val="24"/>
              </w:rPr>
            </w:pPr>
            <w:r w:rsidRPr="0078531E">
              <w:rPr>
                <w:spacing w:val="-2"/>
                <w:sz w:val="24"/>
              </w:rPr>
              <w:t>091120</w:t>
            </w:r>
          </w:p>
        </w:tc>
        <w:tc>
          <w:tcPr>
            <w:tcW w:w="5703" w:type="dxa"/>
          </w:tcPr>
          <w:p w14:paraId="4B94B615" w14:textId="77777777" w:rsidR="00AE0CFD" w:rsidRPr="0078531E" w:rsidRDefault="00C3522D">
            <w:pPr>
              <w:pStyle w:val="TableParagraph"/>
              <w:spacing w:line="362" w:lineRule="auto"/>
              <w:ind w:left="110"/>
              <w:rPr>
                <w:sz w:val="24"/>
              </w:rPr>
            </w:pPr>
            <w:r w:rsidRPr="0078531E">
              <w:rPr>
                <w:sz w:val="24"/>
              </w:rPr>
              <w:t>Sajátos</w:t>
            </w:r>
            <w:r w:rsidRPr="0078531E">
              <w:rPr>
                <w:spacing w:val="-10"/>
                <w:sz w:val="24"/>
              </w:rPr>
              <w:t xml:space="preserve"> </w:t>
            </w:r>
            <w:r w:rsidRPr="0078531E">
              <w:rPr>
                <w:sz w:val="24"/>
              </w:rPr>
              <w:t>nevelési</w:t>
            </w:r>
            <w:r w:rsidRPr="0078531E">
              <w:rPr>
                <w:spacing w:val="-9"/>
                <w:sz w:val="24"/>
              </w:rPr>
              <w:t xml:space="preserve"> </w:t>
            </w:r>
            <w:r w:rsidRPr="0078531E">
              <w:rPr>
                <w:sz w:val="24"/>
              </w:rPr>
              <w:t>igényű</w:t>
            </w:r>
            <w:r w:rsidRPr="0078531E">
              <w:rPr>
                <w:spacing w:val="-7"/>
                <w:sz w:val="24"/>
              </w:rPr>
              <w:t xml:space="preserve"> </w:t>
            </w:r>
            <w:r w:rsidRPr="0078531E">
              <w:rPr>
                <w:sz w:val="24"/>
              </w:rPr>
              <w:t>gyermekek</w:t>
            </w:r>
            <w:r w:rsidRPr="0078531E">
              <w:rPr>
                <w:spacing w:val="-9"/>
                <w:sz w:val="24"/>
              </w:rPr>
              <w:t xml:space="preserve"> </w:t>
            </w:r>
            <w:r w:rsidRPr="0078531E">
              <w:rPr>
                <w:sz w:val="24"/>
              </w:rPr>
              <w:t>óvodai</w:t>
            </w:r>
            <w:r w:rsidRPr="0078531E">
              <w:rPr>
                <w:spacing w:val="-9"/>
                <w:sz w:val="24"/>
              </w:rPr>
              <w:t xml:space="preserve"> </w:t>
            </w:r>
            <w:r w:rsidRPr="0078531E">
              <w:rPr>
                <w:sz w:val="24"/>
              </w:rPr>
              <w:t>nevelésének, ellátásának szakmai feladatai;</w:t>
            </w:r>
          </w:p>
        </w:tc>
      </w:tr>
      <w:tr w:rsidR="0078531E" w:rsidRPr="0078531E" w14:paraId="00E842CD" w14:textId="77777777" w:rsidTr="00FF4D70">
        <w:trPr>
          <w:trHeight w:val="1442"/>
        </w:trPr>
        <w:tc>
          <w:tcPr>
            <w:tcW w:w="2102" w:type="dxa"/>
          </w:tcPr>
          <w:p w14:paraId="5A5AE1B2" w14:textId="77777777" w:rsidR="00FF4D70" w:rsidRPr="0078531E" w:rsidRDefault="00FF4D70" w:rsidP="00AF7D50">
            <w:pPr>
              <w:pStyle w:val="TableParagraph"/>
              <w:spacing w:line="273" w:lineRule="exact"/>
              <w:ind w:left="107"/>
              <w:rPr>
                <w:sz w:val="24"/>
              </w:rPr>
            </w:pPr>
            <w:r w:rsidRPr="0078531E">
              <w:rPr>
                <w:spacing w:val="-2"/>
                <w:sz w:val="24"/>
              </w:rPr>
              <w:t>Kormányzati</w:t>
            </w:r>
          </w:p>
          <w:p w14:paraId="6B914E84" w14:textId="77777777" w:rsidR="00FF4D70" w:rsidRPr="0078531E" w:rsidRDefault="00FF4D70" w:rsidP="00AF7D50">
            <w:pPr>
              <w:pStyle w:val="TableParagraph"/>
              <w:spacing w:before="137" w:line="360" w:lineRule="auto"/>
              <w:ind w:left="107" w:right="221"/>
              <w:rPr>
                <w:sz w:val="24"/>
              </w:rPr>
            </w:pPr>
            <w:r w:rsidRPr="0078531E">
              <w:rPr>
                <w:sz w:val="24"/>
              </w:rPr>
              <w:t>funkció</w:t>
            </w:r>
            <w:r w:rsidRPr="0078531E">
              <w:rPr>
                <w:spacing w:val="-15"/>
                <w:sz w:val="24"/>
              </w:rPr>
              <w:t xml:space="preserve"> </w:t>
            </w:r>
            <w:r w:rsidRPr="0078531E">
              <w:rPr>
                <w:sz w:val="24"/>
              </w:rPr>
              <w:t xml:space="preserve">szerinti </w:t>
            </w:r>
            <w:r w:rsidRPr="0078531E">
              <w:rPr>
                <w:spacing w:val="-2"/>
                <w:sz w:val="24"/>
              </w:rPr>
              <w:t>megjelölés</w:t>
            </w:r>
          </w:p>
        </w:tc>
        <w:tc>
          <w:tcPr>
            <w:tcW w:w="1558" w:type="dxa"/>
          </w:tcPr>
          <w:p w14:paraId="407E0A86" w14:textId="77777777" w:rsidR="00FF4D70" w:rsidRPr="0078531E" w:rsidRDefault="00FF4D70" w:rsidP="00AF7D50">
            <w:pPr>
              <w:pStyle w:val="TableParagraph"/>
              <w:spacing w:line="273" w:lineRule="exact"/>
              <w:ind w:left="107"/>
              <w:rPr>
                <w:sz w:val="24"/>
              </w:rPr>
            </w:pPr>
            <w:r w:rsidRPr="0078531E">
              <w:rPr>
                <w:spacing w:val="-2"/>
                <w:sz w:val="24"/>
              </w:rPr>
              <w:t>091110</w:t>
            </w:r>
          </w:p>
        </w:tc>
        <w:tc>
          <w:tcPr>
            <w:tcW w:w="5703" w:type="dxa"/>
          </w:tcPr>
          <w:p w14:paraId="3E669829" w14:textId="77777777" w:rsidR="00FF4D70" w:rsidRPr="0078531E" w:rsidRDefault="00FF4D70" w:rsidP="00AF7D50">
            <w:pPr>
              <w:pStyle w:val="TableParagraph"/>
              <w:spacing w:line="273" w:lineRule="exact"/>
              <w:ind w:left="110"/>
              <w:rPr>
                <w:sz w:val="24"/>
              </w:rPr>
            </w:pPr>
            <w:r w:rsidRPr="0078531E">
              <w:rPr>
                <w:sz w:val="24"/>
              </w:rPr>
              <w:t>Óvodai</w:t>
            </w:r>
            <w:r w:rsidRPr="0078531E">
              <w:rPr>
                <w:spacing w:val="-2"/>
                <w:sz w:val="24"/>
              </w:rPr>
              <w:t xml:space="preserve"> </w:t>
            </w:r>
            <w:r w:rsidRPr="0078531E">
              <w:rPr>
                <w:sz w:val="24"/>
              </w:rPr>
              <w:t>nevelés,</w:t>
            </w:r>
            <w:r w:rsidRPr="0078531E">
              <w:rPr>
                <w:spacing w:val="-1"/>
                <w:sz w:val="24"/>
              </w:rPr>
              <w:t xml:space="preserve"> </w:t>
            </w:r>
            <w:r w:rsidRPr="0078531E">
              <w:rPr>
                <w:sz w:val="24"/>
              </w:rPr>
              <w:t>ellátás</w:t>
            </w:r>
            <w:r w:rsidRPr="0078531E">
              <w:rPr>
                <w:spacing w:val="-2"/>
                <w:sz w:val="24"/>
              </w:rPr>
              <w:t xml:space="preserve"> </w:t>
            </w:r>
            <w:r w:rsidRPr="0078531E">
              <w:rPr>
                <w:sz w:val="24"/>
              </w:rPr>
              <w:t>szakmai</w:t>
            </w:r>
            <w:r w:rsidRPr="0078531E">
              <w:rPr>
                <w:spacing w:val="-1"/>
                <w:sz w:val="24"/>
              </w:rPr>
              <w:t xml:space="preserve"> </w:t>
            </w:r>
            <w:r w:rsidRPr="0078531E">
              <w:rPr>
                <w:spacing w:val="-2"/>
                <w:sz w:val="24"/>
              </w:rPr>
              <w:t>feladatai</w:t>
            </w:r>
          </w:p>
        </w:tc>
      </w:tr>
      <w:tr w:rsidR="0078531E" w:rsidRPr="0078531E" w14:paraId="1CB60E43" w14:textId="77777777" w:rsidTr="00FF4D70">
        <w:trPr>
          <w:trHeight w:val="1442"/>
        </w:trPr>
        <w:tc>
          <w:tcPr>
            <w:tcW w:w="2102" w:type="dxa"/>
          </w:tcPr>
          <w:p w14:paraId="69576725" w14:textId="77777777" w:rsidR="00FF4D70" w:rsidRPr="0078531E" w:rsidRDefault="00FF4D70" w:rsidP="00AF7D50">
            <w:pPr>
              <w:pStyle w:val="TableParagraph"/>
              <w:spacing w:line="273" w:lineRule="exact"/>
              <w:ind w:left="107"/>
              <w:rPr>
                <w:sz w:val="24"/>
              </w:rPr>
            </w:pPr>
            <w:r w:rsidRPr="0078531E">
              <w:rPr>
                <w:spacing w:val="-2"/>
                <w:sz w:val="24"/>
              </w:rPr>
              <w:t>Kormányzati</w:t>
            </w:r>
          </w:p>
          <w:p w14:paraId="591CEAE1" w14:textId="77777777" w:rsidR="00FF4D70" w:rsidRPr="0078531E" w:rsidRDefault="00FF4D70" w:rsidP="00AF7D50">
            <w:pPr>
              <w:pStyle w:val="TableParagraph"/>
              <w:spacing w:before="137" w:line="360" w:lineRule="auto"/>
              <w:ind w:left="107" w:right="221"/>
              <w:rPr>
                <w:sz w:val="24"/>
              </w:rPr>
            </w:pPr>
            <w:r w:rsidRPr="0078531E">
              <w:rPr>
                <w:sz w:val="24"/>
              </w:rPr>
              <w:t>funkció</w:t>
            </w:r>
            <w:r w:rsidRPr="0078531E">
              <w:rPr>
                <w:spacing w:val="-15"/>
                <w:sz w:val="24"/>
              </w:rPr>
              <w:t xml:space="preserve"> </w:t>
            </w:r>
            <w:r w:rsidRPr="0078531E">
              <w:rPr>
                <w:sz w:val="24"/>
              </w:rPr>
              <w:t xml:space="preserve">szerinti </w:t>
            </w:r>
            <w:r w:rsidRPr="0078531E">
              <w:rPr>
                <w:spacing w:val="-2"/>
                <w:sz w:val="24"/>
              </w:rPr>
              <w:t>megjelölés</w:t>
            </w:r>
          </w:p>
        </w:tc>
        <w:tc>
          <w:tcPr>
            <w:tcW w:w="1558" w:type="dxa"/>
          </w:tcPr>
          <w:p w14:paraId="456BA962" w14:textId="77777777" w:rsidR="00FF4D70" w:rsidRPr="0078531E" w:rsidRDefault="00FF4D70" w:rsidP="00AF7D50">
            <w:pPr>
              <w:pStyle w:val="TableParagraph"/>
              <w:spacing w:line="273" w:lineRule="exact"/>
              <w:ind w:left="107"/>
              <w:rPr>
                <w:sz w:val="24"/>
              </w:rPr>
            </w:pPr>
            <w:r w:rsidRPr="0078531E">
              <w:rPr>
                <w:spacing w:val="-2"/>
                <w:sz w:val="24"/>
              </w:rPr>
              <w:t>091140</w:t>
            </w:r>
          </w:p>
        </w:tc>
        <w:tc>
          <w:tcPr>
            <w:tcW w:w="5703" w:type="dxa"/>
          </w:tcPr>
          <w:p w14:paraId="4E4DE0CE" w14:textId="77777777" w:rsidR="00FF4D70" w:rsidRPr="0078531E" w:rsidRDefault="00FF4D70" w:rsidP="00AF7D50">
            <w:pPr>
              <w:pStyle w:val="TableParagraph"/>
              <w:spacing w:line="273" w:lineRule="exact"/>
              <w:ind w:left="110"/>
              <w:rPr>
                <w:sz w:val="24"/>
              </w:rPr>
            </w:pPr>
            <w:r w:rsidRPr="0078531E">
              <w:rPr>
                <w:sz w:val="24"/>
              </w:rPr>
              <w:t>Óvodai</w:t>
            </w:r>
            <w:r w:rsidRPr="0078531E">
              <w:rPr>
                <w:spacing w:val="-3"/>
                <w:sz w:val="24"/>
              </w:rPr>
              <w:t xml:space="preserve"> </w:t>
            </w:r>
            <w:r w:rsidRPr="0078531E">
              <w:rPr>
                <w:sz w:val="24"/>
              </w:rPr>
              <w:t>nevelés, ellátás</w:t>
            </w:r>
            <w:r w:rsidRPr="0078531E">
              <w:rPr>
                <w:spacing w:val="-2"/>
                <w:sz w:val="24"/>
              </w:rPr>
              <w:t xml:space="preserve"> </w:t>
            </w:r>
            <w:r w:rsidRPr="0078531E">
              <w:rPr>
                <w:sz w:val="24"/>
              </w:rPr>
              <w:t>működtetési</w:t>
            </w:r>
            <w:r w:rsidRPr="0078531E">
              <w:rPr>
                <w:spacing w:val="-2"/>
                <w:sz w:val="24"/>
              </w:rPr>
              <w:t xml:space="preserve"> feladatai</w:t>
            </w:r>
          </w:p>
        </w:tc>
      </w:tr>
      <w:tr w:rsidR="0078531E" w:rsidRPr="0078531E" w14:paraId="44F3E6B7" w14:textId="77777777" w:rsidTr="00FF4D70">
        <w:trPr>
          <w:trHeight w:val="1442"/>
        </w:trPr>
        <w:tc>
          <w:tcPr>
            <w:tcW w:w="2102" w:type="dxa"/>
          </w:tcPr>
          <w:p w14:paraId="4EBE38F1" w14:textId="77777777" w:rsidR="007D7CA5" w:rsidRPr="0078531E" w:rsidRDefault="007D7CA5" w:rsidP="007D7CA5">
            <w:pPr>
              <w:pStyle w:val="TableParagraph"/>
              <w:spacing w:line="273" w:lineRule="exact"/>
              <w:ind w:left="107"/>
              <w:rPr>
                <w:sz w:val="24"/>
              </w:rPr>
            </w:pPr>
            <w:r w:rsidRPr="0078531E">
              <w:rPr>
                <w:spacing w:val="-2"/>
                <w:sz w:val="24"/>
              </w:rPr>
              <w:lastRenderedPageBreak/>
              <w:t>Kormányzati</w:t>
            </w:r>
          </w:p>
          <w:p w14:paraId="78A59136" w14:textId="729B41D3" w:rsidR="007D7CA5" w:rsidRPr="0078531E" w:rsidRDefault="007D7CA5" w:rsidP="007D7CA5">
            <w:pPr>
              <w:pStyle w:val="TableParagraph"/>
              <w:spacing w:line="273" w:lineRule="exact"/>
              <w:ind w:left="107"/>
              <w:rPr>
                <w:spacing w:val="-2"/>
                <w:sz w:val="24"/>
              </w:rPr>
            </w:pPr>
            <w:r w:rsidRPr="0078531E">
              <w:rPr>
                <w:sz w:val="24"/>
              </w:rPr>
              <w:t>funkció</w:t>
            </w:r>
            <w:r w:rsidRPr="0078531E">
              <w:rPr>
                <w:spacing w:val="-15"/>
                <w:sz w:val="24"/>
              </w:rPr>
              <w:t xml:space="preserve"> </w:t>
            </w:r>
            <w:r w:rsidRPr="0078531E">
              <w:rPr>
                <w:sz w:val="24"/>
              </w:rPr>
              <w:t xml:space="preserve">szerinti </w:t>
            </w:r>
            <w:r w:rsidRPr="0078531E">
              <w:rPr>
                <w:spacing w:val="-2"/>
                <w:sz w:val="24"/>
              </w:rPr>
              <w:t>megjelölés</w:t>
            </w:r>
          </w:p>
        </w:tc>
        <w:tc>
          <w:tcPr>
            <w:tcW w:w="1558" w:type="dxa"/>
          </w:tcPr>
          <w:p w14:paraId="02C0CC64" w14:textId="7D680492" w:rsidR="007D7CA5" w:rsidRPr="0078531E" w:rsidRDefault="007D7CA5" w:rsidP="00AF7D50">
            <w:pPr>
              <w:pStyle w:val="TableParagraph"/>
              <w:spacing w:line="273" w:lineRule="exact"/>
              <w:ind w:left="107"/>
              <w:rPr>
                <w:spacing w:val="-2"/>
                <w:sz w:val="24"/>
              </w:rPr>
            </w:pPr>
            <w:r w:rsidRPr="0078531E">
              <w:rPr>
                <w:spacing w:val="-2"/>
                <w:sz w:val="24"/>
              </w:rPr>
              <w:t>096015</w:t>
            </w:r>
          </w:p>
        </w:tc>
        <w:tc>
          <w:tcPr>
            <w:tcW w:w="5703" w:type="dxa"/>
          </w:tcPr>
          <w:p w14:paraId="396DD0E6" w14:textId="409D0728" w:rsidR="007D7CA5" w:rsidRPr="0078531E" w:rsidRDefault="007D7CA5" w:rsidP="00AF7D50">
            <w:pPr>
              <w:pStyle w:val="TableParagraph"/>
              <w:spacing w:line="273" w:lineRule="exact"/>
              <w:ind w:left="110"/>
              <w:rPr>
                <w:sz w:val="24"/>
              </w:rPr>
            </w:pPr>
            <w:r w:rsidRPr="0078531E">
              <w:rPr>
                <w:sz w:val="24"/>
              </w:rPr>
              <w:t>Gyermekétkeztetés köznevelési intézményben</w:t>
            </w:r>
          </w:p>
        </w:tc>
      </w:tr>
      <w:tr w:rsidR="0078531E" w:rsidRPr="0078531E" w14:paraId="3EF30A63" w14:textId="77777777" w:rsidTr="00FF4D70">
        <w:trPr>
          <w:trHeight w:val="1442"/>
        </w:trPr>
        <w:tc>
          <w:tcPr>
            <w:tcW w:w="2102" w:type="dxa"/>
          </w:tcPr>
          <w:p w14:paraId="0C75C63A" w14:textId="77777777" w:rsidR="007D7CA5" w:rsidRPr="0078531E" w:rsidRDefault="007D7CA5" w:rsidP="007D7CA5">
            <w:pPr>
              <w:pStyle w:val="TableParagraph"/>
              <w:spacing w:line="273" w:lineRule="exact"/>
              <w:ind w:left="107"/>
              <w:rPr>
                <w:sz w:val="24"/>
              </w:rPr>
            </w:pPr>
            <w:r w:rsidRPr="0078531E">
              <w:rPr>
                <w:spacing w:val="-2"/>
                <w:sz w:val="24"/>
              </w:rPr>
              <w:t>Kormányzati</w:t>
            </w:r>
          </w:p>
          <w:p w14:paraId="560527A5" w14:textId="1D425DDD" w:rsidR="007D7CA5" w:rsidRPr="0078531E" w:rsidRDefault="007D7CA5" w:rsidP="007D7CA5">
            <w:pPr>
              <w:pStyle w:val="TableParagraph"/>
              <w:spacing w:line="273" w:lineRule="exact"/>
              <w:ind w:left="107"/>
              <w:rPr>
                <w:spacing w:val="-2"/>
                <w:sz w:val="24"/>
              </w:rPr>
            </w:pPr>
            <w:r w:rsidRPr="0078531E">
              <w:rPr>
                <w:sz w:val="24"/>
              </w:rPr>
              <w:t>funkció</w:t>
            </w:r>
            <w:r w:rsidRPr="0078531E">
              <w:rPr>
                <w:spacing w:val="-15"/>
                <w:sz w:val="24"/>
              </w:rPr>
              <w:t xml:space="preserve"> </w:t>
            </w:r>
            <w:r w:rsidRPr="0078531E">
              <w:rPr>
                <w:sz w:val="24"/>
              </w:rPr>
              <w:t xml:space="preserve">szerinti </w:t>
            </w:r>
            <w:r w:rsidRPr="0078531E">
              <w:rPr>
                <w:spacing w:val="-2"/>
                <w:sz w:val="24"/>
              </w:rPr>
              <w:t>megjelölés</w:t>
            </w:r>
          </w:p>
        </w:tc>
        <w:tc>
          <w:tcPr>
            <w:tcW w:w="1558" w:type="dxa"/>
          </w:tcPr>
          <w:p w14:paraId="1ECEBBB6" w14:textId="76582F3D" w:rsidR="007D7CA5" w:rsidRPr="0078531E" w:rsidRDefault="007D7CA5" w:rsidP="00AF7D50">
            <w:pPr>
              <w:pStyle w:val="TableParagraph"/>
              <w:spacing w:line="273" w:lineRule="exact"/>
              <w:ind w:left="107"/>
              <w:rPr>
                <w:spacing w:val="-2"/>
                <w:sz w:val="24"/>
              </w:rPr>
            </w:pPr>
            <w:r w:rsidRPr="0078531E">
              <w:rPr>
                <w:spacing w:val="-2"/>
                <w:sz w:val="24"/>
              </w:rPr>
              <w:t>096025</w:t>
            </w:r>
          </w:p>
        </w:tc>
        <w:tc>
          <w:tcPr>
            <w:tcW w:w="5703" w:type="dxa"/>
          </w:tcPr>
          <w:p w14:paraId="7C03F5A1" w14:textId="23895807" w:rsidR="007D7CA5" w:rsidRPr="0078531E" w:rsidRDefault="007D7CA5" w:rsidP="00AF7D50">
            <w:pPr>
              <w:pStyle w:val="TableParagraph"/>
              <w:spacing w:line="273" w:lineRule="exact"/>
              <w:ind w:left="110"/>
              <w:rPr>
                <w:sz w:val="24"/>
              </w:rPr>
            </w:pPr>
            <w:r w:rsidRPr="0078531E">
              <w:rPr>
                <w:sz w:val="24"/>
              </w:rPr>
              <w:t>Munkahelyi étkeztetés köznevelési intézményben</w:t>
            </w:r>
          </w:p>
        </w:tc>
      </w:tr>
    </w:tbl>
    <w:p w14:paraId="3B03609D" w14:textId="77777777" w:rsidR="00AE0CFD" w:rsidRPr="0078531E" w:rsidRDefault="00AE0CFD">
      <w:pPr>
        <w:spacing w:line="362" w:lineRule="auto"/>
        <w:rPr>
          <w:sz w:val="24"/>
        </w:rPr>
        <w:sectPr w:rsidR="00AE0CFD" w:rsidRPr="0078531E" w:rsidSect="00A42104">
          <w:pgSz w:w="11910" w:h="16840"/>
          <w:pgMar w:top="1320" w:right="980" w:bottom="1961" w:left="1280" w:header="0" w:footer="1003" w:gutter="0"/>
          <w:cols w:space="708"/>
        </w:sectPr>
      </w:pPr>
    </w:p>
    <w:p w14:paraId="6A7E0647" w14:textId="106F626A" w:rsidR="00AE0CFD" w:rsidRPr="0078531E" w:rsidRDefault="003265CE" w:rsidP="007D7CA5">
      <w:pPr>
        <w:spacing w:line="360" w:lineRule="auto"/>
        <w:jc w:val="both"/>
        <w:rPr>
          <w:sz w:val="24"/>
        </w:rPr>
      </w:pPr>
      <w:r w:rsidRPr="0078531E">
        <w:rPr>
          <w:b/>
          <w:sz w:val="24"/>
        </w:rPr>
        <w:lastRenderedPageBreak/>
        <w:t xml:space="preserve">  </w:t>
      </w:r>
      <w:r w:rsidR="007D7CA5" w:rsidRPr="0078531E">
        <w:rPr>
          <w:b/>
          <w:sz w:val="24"/>
        </w:rPr>
        <w:t>A költségvetési szerv illetékessége,</w:t>
      </w:r>
      <w:r w:rsidR="00C3522D" w:rsidRPr="0078531E">
        <w:rPr>
          <w:b/>
          <w:spacing w:val="-1"/>
          <w:sz w:val="24"/>
        </w:rPr>
        <w:t xml:space="preserve"> </w:t>
      </w:r>
      <w:r w:rsidR="00C3522D" w:rsidRPr="0078531E">
        <w:rPr>
          <w:b/>
          <w:sz w:val="24"/>
        </w:rPr>
        <w:t>működési</w:t>
      </w:r>
      <w:r w:rsidR="00C3522D" w:rsidRPr="0078531E">
        <w:rPr>
          <w:b/>
          <w:spacing w:val="-2"/>
          <w:sz w:val="24"/>
        </w:rPr>
        <w:t xml:space="preserve"> </w:t>
      </w:r>
      <w:r w:rsidR="00C3522D" w:rsidRPr="0078531E">
        <w:rPr>
          <w:b/>
          <w:sz w:val="24"/>
        </w:rPr>
        <w:t>köre:</w:t>
      </w:r>
      <w:r w:rsidR="00C3522D" w:rsidRPr="0078531E">
        <w:rPr>
          <w:b/>
          <w:spacing w:val="-2"/>
          <w:sz w:val="24"/>
        </w:rPr>
        <w:t xml:space="preserve"> </w:t>
      </w:r>
      <w:r w:rsidR="008D5514" w:rsidRPr="0078531E">
        <w:rPr>
          <w:sz w:val="24"/>
        </w:rPr>
        <w:t>Balatonvilágos község</w:t>
      </w:r>
      <w:r w:rsidR="00C3522D" w:rsidRPr="0078531E">
        <w:rPr>
          <w:spacing w:val="-2"/>
          <w:sz w:val="24"/>
        </w:rPr>
        <w:t xml:space="preserve"> </w:t>
      </w:r>
      <w:r w:rsidR="00C3522D" w:rsidRPr="0078531E">
        <w:rPr>
          <w:sz w:val="24"/>
        </w:rPr>
        <w:t>közigazgatási</w:t>
      </w:r>
      <w:r w:rsidR="00C3522D" w:rsidRPr="0078531E">
        <w:rPr>
          <w:spacing w:val="-2"/>
          <w:sz w:val="24"/>
        </w:rPr>
        <w:t xml:space="preserve"> területe.</w:t>
      </w:r>
      <w:r w:rsidR="007D7CA5" w:rsidRPr="0078531E">
        <w:rPr>
          <w:spacing w:val="-2"/>
          <w:sz w:val="24"/>
        </w:rPr>
        <w:t xml:space="preserve"> Amennyiben Balatonvilágos közigazgatási területéről jelentkezők száma nem éri el a felvehető maximális gyermek létszámot, abban az esetben a felvétel történhet más településről is.</w:t>
      </w:r>
    </w:p>
    <w:p w14:paraId="65A56238" w14:textId="25B543D5" w:rsidR="00AE0CFD" w:rsidRPr="0078531E" w:rsidRDefault="00C3522D">
      <w:pPr>
        <w:pStyle w:val="Cmsor4"/>
        <w:spacing w:line="274" w:lineRule="exact"/>
        <w:rPr>
          <w:b w:val="0"/>
          <w:spacing w:val="-5"/>
        </w:rPr>
      </w:pPr>
      <w:r w:rsidRPr="0078531E">
        <w:t>Az</w:t>
      </w:r>
      <w:r w:rsidRPr="0078531E">
        <w:rPr>
          <w:spacing w:val="-6"/>
        </w:rPr>
        <w:t xml:space="preserve"> </w:t>
      </w:r>
      <w:r w:rsidRPr="0078531E">
        <w:t>intézménybe</w:t>
      </w:r>
      <w:r w:rsidRPr="0078531E">
        <w:rPr>
          <w:spacing w:val="-4"/>
        </w:rPr>
        <w:t xml:space="preserve"> </w:t>
      </w:r>
      <w:r w:rsidRPr="0078531E">
        <w:t>felvehető</w:t>
      </w:r>
      <w:r w:rsidRPr="0078531E">
        <w:rPr>
          <w:spacing w:val="-1"/>
        </w:rPr>
        <w:t xml:space="preserve"> </w:t>
      </w:r>
      <w:r w:rsidRPr="0078531E">
        <w:t>maximális</w:t>
      </w:r>
      <w:r w:rsidRPr="0078531E">
        <w:rPr>
          <w:spacing w:val="-4"/>
        </w:rPr>
        <w:t xml:space="preserve"> </w:t>
      </w:r>
      <w:r w:rsidRPr="0078531E">
        <w:t>gyermeklétszám:</w:t>
      </w:r>
      <w:r w:rsidRPr="0078531E">
        <w:rPr>
          <w:spacing w:val="-1"/>
        </w:rPr>
        <w:t xml:space="preserve"> </w:t>
      </w:r>
      <w:r w:rsidR="00DA1CAA" w:rsidRPr="0078531E">
        <w:rPr>
          <w:b w:val="0"/>
        </w:rPr>
        <w:t>75</w:t>
      </w:r>
      <w:r w:rsidRPr="0078531E">
        <w:rPr>
          <w:b w:val="0"/>
          <w:spacing w:val="-1"/>
        </w:rPr>
        <w:t xml:space="preserve"> </w:t>
      </w:r>
      <w:r w:rsidRPr="0078531E">
        <w:rPr>
          <w:b w:val="0"/>
          <w:spacing w:val="-5"/>
        </w:rPr>
        <w:t>fő</w:t>
      </w:r>
    </w:p>
    <w:p w14:paraId="14B5F27C" w14:textId="77777777" w:rsidR="00AE0CFD" w:rsidRPr="0078531E" w:rsidRDefault="00AE0CFD">
      <w:pPr>
        <w:pStyle w:val="Szvegtrzs"/>
        <w:spacing w:before="68"/>
      </w:pPr>
    </w:p>
    <w:p w14:paraId="2324475B" w14:textId="46321956" w:rsidR="00AE0CFD" w:rsidRPr="0078531E" w:rsidRDefault="00D31B0F">
      <w:pPr>
        <w:pStyle w:val="Cmsor2"/>
        <w:numPr>
          <w:ilvl w:val="0"/>
          <w:numId w:val="24"/>
        </w:numPr>
        <w:tabs>
          <w:tab w:val="left" w:pos="402"/>
        </w:tabs>
        <w:ind w:left="402" w:hanging="266"/>
        <w:jc w:val="left"/>
        <w:rPr>
          <w:rFonts w:ascii="Times New Roman" w:hAnsi="Times New Roman" w:cs="Times New Roman"/>
        </w:rPr>
      </w:pPr>
      <w:bookmarkStart w:id="7" w:name="_bookmark3"/>
      <w:bookmarkEnd w:id="7"/>
      <w:r w:rsidRPr="0078531E">
        <w:rPr>
          <w:rFonts w:ascii="Times New Roman" w:hAnsi="Times New Roman" w:cs="Times New Roman"/>
        </w:rPr>
        <w:t xml:space="preserve"> </w:t>
      </w:r>
      <w:r w:rsidR="00C3522D" w:rsidRPr="0078531E">
        <w:rPr>
          <w:rFonts w:ascii="Times New Roman" w:hAnsi="Times New Roman" w:cs="Times New Roman"/>
        </w:rPr>
        <w:t>Az</w:t>
      </w:r>
      <w:r w:rsidR="00C3522D" w:rsidRPr="0078531E">
        <w:rPr>
          <w:rFonts w:ascii="Times New Roman" w:hAnsi="Times New Roman" w:cs="Times New Roman"/>
          <w:spacing w:val="-7"/>
        </w:rPr>
        <w:t xml:space="preserve"> </w:t>
      </w:r>
      <w:r w:rsidR="00C3522D" w:rsidRPr="0078531E">
        <w:rPr>
          <w:rFonts w:ascii="Times New Roman" w:hAnsi="Times New Roman" w:cs="Times New Roman"/>
        </w:rPr>
        <w:t>óvoda</w:t>
      </w:r>
      <w:r w:rsidR="00C3522D" w:rsidRPr="0078531E">
        <w:rPr>
          <w:rFonts w:ascii="Times New Roman" w:hAnsi="Times New Roman" w:cs="Times New Roman"/>
          <w:spacing w:val="-8"/>
        </w:rPr>
        <w:t xml:space="preserve"> </w:t>
      </w:r>
      <w:r w:rsidR="00C3522D" w:rsidRPr="0078531E">
        <w:rPr>
          <w:rFonts w:ascii="Times New Roman" w:hAnsi="Times New Roman" w:cs="Times New Roman"/>
          <w:spacing w:val="-2"/>
        </w:rPr>
        <w:t>bemutatása</w:t>
      </w:r>
    </w:p>
    <w:p w14:paraId="504019FF" w14:textId="77777777" w:rsidR="00D31B0F" w:rsidRPr="0078531E" w:rsidRDefault="00D31B0F" w:rsidP="00D31B0F">
      <w:pPr>
        <w:pStyle w:val="Cmsor2"/>
        <w:tabs>
          <w:tab w:val="left" w:pos="402"/>
        </w:tabs>
        <w:ind w:left="402"/>
        <w:jc w:val="right"/>
        <w:rPr>
          <w:rFonts w:ascii="Times New Roman" w:hAnsi="Times New Roman" w:cs="Times New Roman"/>
          <w:sz w:val="28"/>
          <w:szCs w:val="28"/>
        </w:rPr>
      </w:pPr>
    </w:p>
    <w:p w14:paraId="41D22C66" w14:textId="77777777" w:rsidR="00AE0CFD" w:rsidRPr="0078531E" w:rsidRDefault="00C3522D" w:rsidP="00D31B0F">
      <w:pPr>
        <w:pStyle w:val="Cmsor4"/>
        <w:tabs>
          <w:tab w:val="left" w:pos="778"/>
        </w:tabs>
        <w:spacing w:before="176"/>
        <w:rPr>
          <w:u w:val="single"/>
        </w:rPr>
      </w:pPr>
      <w:r w:rsidRPr="0078531E">
        <w:rPr>
          <w:u w:val="single"/>
        </w:rPr>
        <w:t>Óvoda</w:t>
      </w:r>
      <w:r w:rsidRPr="0078531E">
        <w:rPr>
          <w:spacing w:val="-3"/>
          <w:u w:val="single"/>
        </w:rPr>
        <w:t xml:space="preserve"> </w:t>
      </w:r>
      <w:r w:rsidRPr="0078531E">
        <w:rPr>
          <w:u w:val="single"/>
        </w:rPr>
        <w:t>rövid</w:t>
      </w:r>
      <w:r w:rsidRPr="0078531E">
        <w:rPr>
          <w:spacing w:val="-2"/>
          <w:u w:val="single"/>
        </w:rPr>
        <w:t xml:space="preserve"> története</w:t>
      </w:r>
    </w:p>
    <w:p w14:paraId="36FE23B1" w14:textId="3C9E605C" w:rsidR="00AE0CFD" w:rsidRPr="0078531E" w:rsidRDefault="007F3373" w:rsidP="002A0CED">
      <w:pPr>
        <w:pStyle w:val="Szvegtrzs"/>
        <w:spacing w:before="271" w:line="360" w:lineRule="auto"/>
        <w:ind w:firstLine="720"/>
        <w:jc w:val="both"/>
        <w:rPr>
          <w:b/>
        </w:rPr>
      </w:pPr>
      <w:r w:rsidRPr="0078531E">
        <w:rPr>
          <w:shd w:val="clear" w:color="auto" w:fill="FFFFFF"/>
        </w:rPr>
        <w:t>Óvodánk csodálatos természeti környezetben, az úgynevezett magas parton helyezkedik el. Központi fekvésének köszönhetően az óvoda mellett található a helyi általános iskola, a községi könyvtár, a kultúrház, a rendezvénypark. Az óvoda épülete az 1980-as években előre gyártott elemekből készült. Azóta több funkciót is betöltött, volt már vendéglő nagyüzemi konyha. Ezek nyomai a mai napig fellelhetők az épületen belül. Nagy változás következett be életünkben 2015-ben. A Pro-</w:t>
      </w:r>
      <w:proofErr w:type="spellStart"/>
      <w:r w:rsidRPr="0078531E">
        <w:rPr>
          <w:shd w:val="clear" w:color="auto" w:fill="FFFFFF"/>
        </w:rPr>
        <w:t>Mot</w:t>
      </w:r>
      <w:proofErr w:type="spellEnd"/>
      <w:r w:rsidRPr="0078531E">
        <w:rPr>
          <w:shd w:val="clear" w:color="auto" w:fill="FFFFFF"/>
        </w:rPr>
        <w:t xml:space="preserve"> Hungária Zrt. jóvoltából óvodánk új óvodarésszel, immáron 3 csoportossá bővült, s egyben új nevet is kapott. Balatonvilágosi Szivárvány Óvoda. A tágas gyermeköltöző, a napfényes csoportszobák, a fejlesztő szoba, a felnőtt öltöző, az elkülönítő, a tornaszer raktár, a mosókonyha az árnyékolóval ellátott terasz nemcsak a gyerekek mindennapjait teszik komfortossá, hanem az itt dolgozók munkakörülményeit is javítják. A régi és az új épület falai is szigetelést kaptak, így energetikai szempontból is gazdaságosabban tudjuk működtetni óvodánkat. Az autóval érkező családok részére parkolóhelyek kerültek kialakításra. Udvarunkon rögzített és mobil játszóeszközök, homokozók, hinták, közlekedési pálya segítik a gyermekek mozgásfejlődését és közlekedési ismereteik gyarapodását. </w:t>
      </w:r>
    </w:p>
    <w:p w14:paraId="12AE5CB4" w14:textId="630BC396" w:rsidR="002A0CED" w:rsidRPr="0078531E" w:rsidRDefault="00C3522D" w:rsidP="00F6480D">
      <w:pPr>
        <w:pStyle w:val="Cmsor4"/>
        <w:tabs>
          <w:tab w:val="left" w:pos="509"/>
        </w:tabs>
        <w:spacing w:before="164"/>
        <w:rPr>
          <w:spacing w:val="-2"/>
          <w:u w:val="single"/>
        </w:rPr>
      </w:pPr>
      <w:r w:rsidRPr="0078531E">
        <w:rPr>
          <w:u w:val="single"/>
        </w:rPr>
        <w:t>Az</w:t>
      </w:r>
      <w:r w:rsidRPr="0078531E">
        <w:rPr>
          <w:spacing w:val="-5"/>
          <w:u w:val="single"/>
        </w:rPr>
        <w:t xml:space="preserve"> </w:t>
      </w:r>
      <w:r w:rsidRPr="0078531E">
        <w:rPr>
          <w:u w:val="single"/>
        </w:rPr>
        <w:t>óvoda</w:t>
      </w:r>
      <w:r w:rsidRPr="0078531E">
        <w:rPr>
          <w:spacing w:val="-3"/>
          <w:u w:val="single"/>
        </w:rPr>
        <w:t xml:space="preserve"> </w:t>
      </w:r>
      <w:r w:rsidRPr="0078531E">
        <w:rPr>
          <w:u w:val="single"/>
        </w:rPr>
        <w:t>személyi</w:t>
      </w:r>
      <w:r w:rsidRPr="0078531E">
        <w:rPr>
          <w:spacing w:val="-2"/>
          <w:u w:val="single"/>
        </w:rPr>
        <w:t xml:space="preserve"> feltételei</w:t>
      </w:r>
    </w:p>
    <w:p w14:paraId="26C2403B" w14:textId="77777777" w:rsidR="00F6480D" w:rsidRPr="0078531E" w:rsidRDefault="00F6480D" w:rsidP="00F6480D">
      <w:pPr>
        <w:pStyle w:val="Cmsor4"/>
        <w:tabs>
          <w:tab w:val="left" w:pos="509"/>
        </w:tabs>
        <w:spacing w:before="164"/>
        <w:rPr>
          <w:u w:val="single"/>
        </w:rPr>
      </w:pPr>
    </w:p>
    <w:p w14:paraId="6BAC9E3F" w14:textId="1370D6EA" w:rsidR="00FF4D70" w:rsidRPr="0078531E" w:rsidRDefault="00C3522D" w:rsidP="00B36DC2">
      <w:pPr>
        <w:pStyle w:val="Szvegtrzs"/>
        <w:spacing w:before="132" w:line="360" w:lineRule="auto"/>
        <w:ind w:right="432"/>
        <w:jc w:val="both"/>
      </w:pPr>
      <w:r w:rsidRPr="0078531E">
        <w:t xml:space="preserve">Az óvodában a nevelőmunka középpontjában a gyermek áll.” Az </w:t>
      </w:r>
      <w:r w:rsidR="001929BD" w:rsidRPr="0078531E">
        <w:t xml:space="preserve">óvodai nevelés </w:t>
      </w:r>
      <w:r w:rsidRPr="0078531E">
        <w:t>kulcsszereplője az óvodapedagógus, akinek személyisége meghatározó a gyermekek számára. Jelenléte, a nevelés egész időtartalmában fontos feltétele az óvodai nevelésnek.”</w:t>
      </w:r>
      <w:r w:rsidR="0073598A" w:rsidRPr="0078531E">
        <w:rPr>
          <w:vertAlign w:val="superscript"/>
        </w:rPr>
        <w:t>3</w:t>
      </w:r>
      <w:r w:rsidRPr="0078531E">
        <w:t xml:space="preserve"> Minden </w:t>
      </w:r>
    </w:p>
    <w:p w14:paraId="1847BFEC" w14:textId="1C1F3083" w:rsidR="0063052C" w:rsidRPr="0078531E" w:rsidRDefault="00C3522D" w:rsidP="00B36DC2">
      <w:pPr>
        <w:pStyle w:val="Szvegtrzs"/>
        <w:spacing w:before="132" w:line="360" w:lineRule="auto"/>
        <w:ind w:right="432"/>
        <w:jc w:val="both"/>
        <w:rPr>
          <w:spacing w:val="-2"/>
        </w:rPr>
      </w:pPr>
      <w:r w:rsidRPr="0078531E">
        <w:t>óvodapedagógus rendelkezik főiskolai óvodapedagógusi végzettséggel. Hetes váltásban dolgoznak,</w:t>
      </w:r>
      <w:r w:rsidRPr="0078531E">
        <w:rPr>
          <w:spacing w:val="-11"/>
        </w:rPr>
        <w:t xml:space="preserve"> </w:t>
      </w:r>
      <w:r w:rsidRPr="0078531E">
        <w:t>hasonló</w:t>
      </w:r>
      <w:r w:rsidRPr="0078531E">
        <w:rPr>
          <w:spacing w:val="-11"/>
        </w:rPr>
        <w:t xml:space="preserve"> </w:t>
      </w:r>
      <w:r w:rsidRPr="0078531E">
        <w:t>személyiségű</w:t>
      </w:r>
      <w:r w:rsidRPr="0078531E">
        <w:rPr>
          <w:spacing w:val="-8"/>
        </w:rPr>
        <w:t xml:space="preserve"> </w:t>
      </w:r>
      <w:r w:rsidRPr="0078531E">
        <w:t>és</w:t>
      </w:r>
      <w:r w:rsidRPr="0078531E">
        <w:rPr>
          <w:spacing w:val="-10"/>
        </w:rPr>
        <w:t xml:space="preserve"> </w:t>
      </w:r>
      <w:r w:rsidRPr="0078531E">
        <w:t>mentalitású</w:t>
      </w:r>
      <w:r w:rsidRPr="0078531E">
        <w:rPr>
          <w:spacing w:val="-11"/>
        </w:rPr>
        <w:t xml:space="preserve"> </w:t>
      </w:r>
      <w:r w:rsidRPr="0078531E">
        <w:t>óvónői</w:t>
      </w:r>
      <w:r w:rsidRPr="0078531E">
        <w:rPr>
          <w:spacing w:val="-10"/>
        </w:rPr>
        <w:t xml:space="preserve"> </w:t>
      </w:r>
      <w:r w:rsidRPr="0078531E">
        <w:t>párokban.</w:t>
      </w:r>
      <w:r w:rsidRPr="0078531E">
        <w:rPr>
          <w:spacing w:val="-11"/>
        </w:rPr>
        <w:t xml:space="preserve"> </w:t>
      </w:r>
      <w:r w:rsidRPr="0078531E">
        <w:t>Együtt</w:t>
      </w:r>
      <w:r w:rsidRPr="0078531E">
        <w:rPr>
          <w:spacing w:val="-10"/>
        </w:rPr>
        <w:t xml:space="preserve"> </w:t>
      </w:r>
      <w:r w:rsidRPr="0078531E">
        <w:t>állítják</w:t>
      </w:r>
      <w:r w:rsidRPr="0078531E">
        <w:rPr>
          <w:spacing w:val="-11"/>
        </w:rPr>
        <w:t xml:space="preserve"> </w:t>
      </w:r>
      <w:r w:rsidRPr="0078531E">
        <w:t>össze</w:t>
      </w:r>
      <w:r w:rsidRPr="0078531E">
        <w:rPr>
          <w:spacing w:val="-12"/>
        </w:rPr>
        <w:t xml:space="preserve"> </w:t>
      </w:r>
      <w:r w:rsidRPr="0078531E">
        <w:t>az</w:t>
      </w:r>
      <w:r w:rsidRPr="0078531E">
        <w:rPr>
          <w:spacing w:val="-9"/>
        </w:rPr>
        <w:t xml:space="preserve"> </w:t>
      </w:r>
      <w:r w:rsidRPr="0078531E">
        <w:t xml:space="preserve">éves nevelési és foglalkoztatási terveket, közösen értékelnek, szakmailag egyenlő felelősséggel </w:t>
      </w:r>
      <w:r w:rsidRPr="0078531E">
        <w:rPr>
          <w:spacing w:val="-2"/>
        </w:rPr>
        <w:t>dolgoznak.</w:t>
      </w:r>
    </w:p>
    <w:p w14:paraId="0C8E4B2A" w14:textId="77777777" w:rsidR="0063052C" w:rsidRPr="0078531E" w:rsidRDefault="0063052C" w:rsidP="0063052C">
      <w:pPr>
        <w:pStyle w:val="Szvegtrzs"/>
        <w:rPr>
          <w:sz w:val="20"/>
        </w:rPr>
      </w:pPr>
    </w:p>
    <w:p w14:paraId="49E634AB" w14:textId="77777777" w:rsidR="0063052C" w:rsidRPr="0078531E" w:rsidRDefault="0063052C" w:rsidP="0063052C">
      <w:pPr>
        <w:pStyle w:val="Szvegtrzs"/>
        <w:rPr>
          <w:sz w:val="20"/>
        </w:rPr>
      </w:pPr>
      <w:r w:rsidRPr="0078531E">
        <w:rPr>
          <w:noProof/>
        </w:rPr>
        <mc:AlternateContent>
          <mc:Choice Requires="wps">
            <w:drawing>
              <wp:anchor distT="0" distB="0" distL="0" distR="0" simplePos="0" relativeHeight="251676672" behindDoc="1" locked="0" layoutInCell="1" allowOverlap="1" wp14:anchorId="4AC967BD" wp14:editId="2B9D8D9C">
                <wp:simplePos x="0" y="0"/>
                <wp:positionH relativeFrom="page">
                  <wp:posOffset>899160</wp:posOffset>
                </wp:positionH>
                <wp:positionV relativeFrom="paragraph">
                  <wp:posOffset>182245</wp:posOffset>
                </wp:positionV>
                <wp:extent cx="1829435" cy="9525"/>
                <wp:effectExtent l="3810" t="0" r="0" b="2540"/>
                <wp:wrapTopAndBottom/>
                <wp:docPr id="206490820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9525"/>
                        </a:xfrm>
                        <a:custGeom>
                          <a:avLst/>
                          <a:gdLst>
                            <a:gd name="T0" fmla="*/ 1829053 w 1829435"/>
                            <a:gd name="T1" fmla="*/ 0 h 9525"/>
                            <a:gd name="T2" fmla="*/ 0 w 1829435"/>
                            <a:gd name="T3" fmla="*/ 0 h 9525"/>
                            <a:gd name="T4" fmla="*/ 0 w 1829435"/>
                            <a:gd name="T5" fmla="*/ 9144 h 9525"/>
                            <a:gd name="T6" fmla="*/ 1829053 w 1829435"/>
                            <a:gd name="T7" fmla="*/ 9144 h 9525"/>
                            <a:gd name="T8" fmla="*/ 1829053 w 1829435"/>
                            <a:gd name="T9" fmla="*/ 0 h 9525"/>
                          </a:gdLst>
                          <a:ahLst/>
                          <a:cxnLst>
                            <a:cxn ang="0">
                              <a:pos x="T0" y="T1"/>
                            </a:cxn>
                            <a:cxn ang="0">
                              <a:pos x="T2" y="T3"/>
                            </a:cxn>
                            <a:cxn ang="0">
                              <a:pos x="T4" y="T5"/>
                            </a:cxn>
                            <a:cxn ang="0">
                              <a:pos x="T6" y="T7"/>
                            </a:cxn>
                            <a:cxn ang="0">
                              <a:pos x="T8" y="T9"/>
                            </a:cxn>
                          </a:cxnLst>
                          <a:rect l="0" t="0" r="r" b="b"/>
                          <a:pathLst>
                            <a:path w="1829435" h="9525">
                              <a:moveTo>
                                <a:pt x="1829053" y="0"/>
                              </a:moveTo>
                              <a:lnTo>
                                <a:pt x="0" y="0"/>
                              </a:lnTo>
                              <a:lnTo>
                                <a:pt x="0" y="9144"/>
                              </a:lnTo>
                              <a:lnTo>
                                <a:pt x="1829053" y="9144"/>
                              </a:lnTo>
                              <a:lnTo>
                                <a:pt x="18290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1C8EC" id="Graphic 8" o:spid="_x0000_s1026" style="position:absolute;margin-left:70.8pt;margin-top:14.35pt;width:144.05pt;height:.7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" path="m1829053,l,,,9144r1829053,l1829053,xe" fillcolor="black" stroked="f">
                <v:path arrowok="t" o:connecttype="custom" o:connectlocs="1829053,0;0,0;0,9144;1829053,9144;1829053,0" o:connectangles="0,0,0,0,0"/>
                <w10:wrap type="topAndBottom" anchorx="page"/>
              </v:shape>
            </w:pict>
          </mc:Fallback>
        </mc:AlternateContent>
      </w:r>
    </w:p>
    <w:p w14:paraId="732AC4B6" w14:textId="7399A2DD" w:rsidR="0063052C" w:rsidRPr="0078531E" w:rsidRDefault="002E5508" w:rsidP="002E5508">
      <w:pPr>
        <w:tabs>
          <w:tab w:val="left" w:pos="282"/>
        </w:tabs>
        <w:rPr>
          <w:sz w:val="20"/>
        </w:rPr>
      </w:pPr>
      <w:r w:rsidRPr="0078531E">
        <w:rPr>
          <w:sz w:val="20"/>
        </w:rPr>
        <w:t xml:space="preserve">3 </w:t>
      </w:r>
      <w:r w:rsidR="0063052C" w:rsidRPr="0078531E">
        <w:rPr>
          <w:sz w:val="20"/>
        </w:rPr>
        <w:t>363/2012.</w:t>
      </w:r>
      <w:r w:rsidR="0063052C" w:rsidRPr="0078531E">
        <w:rPr>
          <w:spacing w:val="-7"/>
          <w:sz w:val="20"/>
        </w:rPr>
        <w:t xml:space="preserve"> </w:t>
      </w:r>
      <w:r w:rsidR="0063052C" w:rsidRPr="0078531E">
        <w:rPr>
          <w:sz w:val="20"/>
        </w:rPr>
        <w:t>(XII.</w:t>
      </w:r>
      <w:r w:rsidR="0063052C" w:rsidRPr="0078531E">
        <w:rPr>
          <w:spacing w:val="-7"/>
          <w:sz w:val="20"/>
        </w:rPr>
        <w:t xml:space="preserve"> </w:t>
      </w:r>
      <w:r w:rsidR="0063052C" w:rsidRPr="0078531E">
        <w:rPr>
          <w:sz w:val="20"/>
        </w:rPr>
        <w:t>17.)</w:t>
      </w:r>
      <w:r w:rsidR="0063052C" w:rsidRPr="0078531E">
        <w:rPr>
          <w:spacing w:val="-5"/>
          <w:sz w:val="20"/>
        </w:rPr>
        <w:t xml:space="preserve"> </w:t>
      </w:r>
      <w:r w:rsidR="0063052C" w:rsidRPr="0078531E">
        <w:rPr>
          <w:sz w:val="20"/>
        </w:rPr>
        <w:t xml:space="preserve">Korm. </w:t>
      </w:r>
      <w:r w:rsidR="0063052C" w:rsidRPr="0078531E">
        <w:rPr>
          <w:spacing w:val="-2"/>
          <w:sz w:val="20"/>
        </w:rPr>
        <w:t>rendelet</w:t>
      </w:r>
    </w:p>
    <w:p w14:paraId="29C1D243" w14:textId="77777777" w:rsidR="0063052C" w:rsidRPr="0078531E" w:rsidRDefault="0063052C" w:rsidP="00B36DC2">
      <w:pPr>
        <w:pStyle w:val="Szvegtrzs"/>
        <w:spacing w:before="132" w:line="360" w:lineRule="auto"/>
        <w:ind w:right="432"/>
        <w:jc w:val="both"/>
        <w:rPr>
          <w:spacing w:val="-2"/>
        </w:rPr>
      </w:pPr>
    </w:p>
    <w:p w14:paraId="64CB2B08" w14:textId="77777777" w:rsidR="0063052C" w:rsidRPr="0078531E" w:rsidRDefault="0063052C" w:rsidP="00B36DC2">
      <w:pPr>
        <w:pStyle w:val="Szvegtrzs"/>
        <w:spacing w:before="132" w:line="360" w:lineRule="auto"/>
        <w:ind w:right="432"/>
        <w:jc w:val="both"/>
      </w:pPr>
    </w:p>
    <w:p w14:paraId="01102DB6" w14:textId="5DD4E2C4" w:rsidR="00AE0CFD" w:rsidRPr="0078531E" w:rsidRDefault="00C3522D">
      <w:pPr>
        <w:pStyle w:val="Szvegtrzs"/>
        <w:spacing w:line="360" w:lineRule="auto"/>
        <w:ind w:left="136" w:right="437"/>
        <w:jc w:val="both"/>
      </w:pPr>
      <w:r w:rsidRPr="0078531E">
        <w:t>Lehetőséget biztosítunk arra, hogy</w:t>
      </w:r>
      <w:r w:rsidRPr="0078531E">
        <w:rPr>
          <w:spacing w:val="-4"/>
        </w:rPr>
        <w:t xml:space="preserve"> </w:t>
      </w:r>
      <w:r w:rsidRPr="0078531E">
        <w:t>a csoportban dolgozó óvodapedagógus párok éljenek azzal a lehetőséggel, hogy a heti váltást rugalmasan kezeljék. Amennyiben az óvodapedagógus oktató-nevelő munkájának tervezésekor</w:t>
      </w:r>
      <w:r w:rsidRPr="0078531E">
        <w:rPr>
          <w:spacing w:val="-1"/>
        </w:rPr>
        <w:t xml:space="preserve"> </w:t>
      </w:r>
      <w:r w:rsidRPr="0078531E">
        <w:t>a feldolgozandó téma</w:t>
      </w:r>
      <w:r w:rsidRPr="0078531E">
        <w:rPr>
          <w:spacing w:val="40"/>
        </w:rPr>
        <w:t xml:space="preserve"> </w:t>
      </w:r>
      <w:r w:rsidRPr="0078531E">
        <w:t>indokolja,</w:t>
      </w:r>
      <w:r w:rsidRPr="0078531E">
        <w:rPr>
          <w:spacing w:val="40"/>
        </w:rPr>
        <w:t xml:space="preserve"> </w:t>
      </w:r>
      <w:r w:rsidRPr="0078531E">
        <w:t>kéthetes</w:t>
      </w:r>
      <w:r w:rsidRPr="0078531E">
        <w:rPr>
          <w:spacing w:val="-1"/>
        </w:rPr>
        <w:t xml:space="preserve"> </w:t>
      </w:r>
      <w:r w:rsidRPr="0078531E">
        <w:t>időkeretre is tervezhet, és valósíthatja meg tervezését.</w:t>
      </w:r>
    </w:p>
    <w:p w14:paraId="64B65849" w14:textId="77777777" w:rsidR="00AE0CFD" w:rsidRPr="0078531E" w:rsidRDefault="00C3522D">
      <w:pPr>
        <w:pStyle w:val="Szvegtrzs"/>
        <w:spacing w:line="360" w:lineRule="auto"/>
        <w:ind w:left="136" w:right="438"/>
        <w:jc w:val="both"/>
        <w:rPr>
          <w:spacing w:val="-2"/>
        </w:rPr>
      </w:pPr>
      <w:r w:rsidRPr="0078531E">
        <w:t xml:space="preserve">Az óvodapedagógusi tevékenységnek és az óvoda működését segítő nem pedagógus alkalmazottak összehangolt munkájának hozzá kell járulnia az óvodai nevelés </w:t>
      </w:r>
      <w:r w:rsidRPr="0078531E">
        <w:rPr>
          <w:spacing w:val="-2"/>
        </w:rPr>
        <w:t>eredményességéhez.</w:t>
      </w:r>
    </w:p>
    <w:p w14:paraId="4EBFF9DD" w14:textId="471FB2A3" w:rsidR="001929BD" w:rsidRPr="0078531E" w:rsidRDefault="001929BD">
      <w:pPr>
        <w:pStyle w:val="Szvegtrzs"/>
        <w:spacing w:line="360" w:lineRule="auto"/>
        <w:ind w:left="136" w:right="438"/>
        <w:jc w:val="both"/>
      </w:pPr>
      <w:r w:rsidRPr="0078531E">
        <w:t>A hazájukat elhagyni kényszerülő családok gyermekeit is nevelő óvodában dolgozóknak feladatuk lehetőséget teremteni ahhoz, hogy a gyermekek megismerhessék egymás kultúráját,</w:t>
      </w:r>
    </w:p>
    <w:p w14:paraId="4265D910" w14:textId="77777777" w:rsidR="00AE0CFD" w:rsidRPr="0078531E" w:rsidRDefault="00C3522D">
      <w:pPr>
        <w:pStyle w:val="Szvegtrzs"/>
        <w:spacing w:before="1" w:line="360" w:lineRule="auto"/>
        <w:ind w:left="136" w:right="440" w:firstLine="60"/>
        <w:jc w:val="both"/>
      </w:pPr>
      <w:r w:rsidRPr="0078531E">
        <w:t xml:space="preserve">Minden dajka és pedagógiai asszisztens rendelkezik a munkakörének megfelelő OKJ </w:t>
      </w:r>
      <w:r w:rsidRPr="0078531E">
        <w:rPr>
          <w:spacing w:val="-2"/>
        </w:rPr>
        <w:t>végzettséggel.</w:t>
      </w:r>
    </w:p>
    <w:p w14:paraId="5845195F" w14:textId="20D17176" w:rsidR="00AE0CFD" w:rsidRPr="0078531E" w:rsidRDefault="00C3522D">
      <w:pPr>
        <w:pStyle w:val="Szvegtrzs"/>
        <w:spacing w:line="360" w:lineRule="auto"/>
        <w:ind w:left="136" w:right="440"/>
        <w:jc w:val="both"/>
      </w:pPr>
      <w:r w:rsidRPr="0078531E">
        <w:t>Az</w:t>
      </w:r>
      <w:r w:rsidRPr="0078531E">
        <w:rPr>
          <w:spacing w:val="-9"/>
        </w:rPr>
        <w:t xml:space="preserve"> </w:t>
      </w:r>
      <w:r w:rsidRPr="0078531E">
        <w:t>óvodai</w:t>
      </w:r>
      <w:r w:rsidRPr="0078531E">
        <w:rPr>
          <w:spacing w:val="-9"/>
        </w:rPr>
        <w:t xml:space="preserve"> </w:t>
      </w:r>
      <w:r w:rsidRPr="0078531E">
        <w:t>dolgozók</w:t>
      </w:r>
      <w:r w:rsidRPr="0078531E">
        <w:rPr>
          <w:spacing w:val="-9"/>
        </w:rPr>
        <w:t xml:space="preserve"> </w:t>
      </w:r>
      <w:r w:rsidRPr="0078531E">
        <w:t>mindegyikében</w:t>
      </w:r>
      <w:r w:rsidRPr="0078531E">
        <w:rPr>
          <w:spacing w:val="-7"/>
        </w:rPr>
        <w:t xml:space="preserve"> </w:t>
      </w:r>
      <w:r w:rsidRPr="0078531E">
        <w:t>felfedezhető</w:t>
      </w:r>
      <w:r w:rsidRPr="0078531E">
        <w:rPr>
          <w:spacing w:val="-6"/>
        </w:rPr>
        <w:t xml:space="preserve"> </w:t>
      </w:r>
      <w:r w:rsidRPr="0078531E">
        <w:t>valamilyen</w:t>
      </w:r>
      <w:r w:rsidRPr="0078531E">
        <w:rPr>
          <w:spacing w:val="-7"/>
        </w:rPr>
        <w:t xml:space="preserve"> </w:t>
      </w:r>
      <w:r w:rsidRPr="0078531E">
        <w:t>formában</w:t>
      </w:r>
      <w:r w:rsidRPr="0078531E">
        <w:rPr>
          <w:spacing w:val="-7"/>
        </w:rPr>
        <w:t xml:space="preserve"> </w:t>
      </w:r>
      <w:r w:rsidRPr="0078531E">
        <w:t>a</w:t>
      </w:r>
      <w:r w:rsidRPr="0078531E">
        <w:rPr>
          <w:spacing w:val="-10"/>
        </w:rPr>
        <w:t xml:space="preserve"> </w:t>
      </w:r>
      <w:r w:rsidRPr="0078531E">
        <w:t>természet</w:t>
      </w:r>
      <w:r w:rsidRPr="0078531E">
        <w:rPr>
          <w:spacing w:val="-9"/>
        </w:rPr>
        <w:t xml:space="preserve"> </w:t>
      </w:r>
      <w:r w:rsidRPr="0078531E">
        <w:t>szeretete,</w:t>
      </w:r>
      <w:r w:rsidRPr="0078531E">
        <w:rPr>
          <w:spacing w:val="-7"/>
        </w:rPr>
        <w:t xml:space="preserve"> </w:t>
      </w:r>
      <w:r w:rsidRPr="0078531E">
        <w:t xml:space="preserve">a szép, tiszta környezethez való vonzódás: pl. kirándulások szervezése, élővilág ismerete, kisállattartás, </w:t>
      </w:r>
      <w:proofErr w:type="spellStart"/>
      <w:r w:rsidRPr="0078531E">
        <w:t>gyógynövényezés</w:t>
      </w:r>
      <w:proofErr w:type="spellEnd"/>
      <w:r w:rsidRPr="0078531E">
        <w:t xml:space="preserve">, palántázás, hulladékszelektálás stb. </w:t>
      </w:r>
    </w:p>
    <w:p w14:paraId="6DEB3431" w14:textId="77777777" w:rsidR="00AE0CFD" w:rsidRPr="0078531E" w:rsidRDefault="00AE0CFD">
      <w:pPr>
        <w:pStyle w:val="Szvegtrzs"/>
        <w:rPr>
          <w:sz w:val="20"/>
        </w:rPr>
      </w:pPr>
    </w:p>
    <w:p w14:paraId="733E1E1B" w14:textId="77777777" w:rsidR="00AE0CFD" w:rsidRPr="0078531E" w:rsidRDefault="00AE0CFD">
      <w:pPr>
        <w:pStyle w:val="Szvegtrzs"/>
        <w:rPr>
          <w:sz w:val="20"/>
        </w:rPr>
      </w:pPr>
    </w:p>
    <w:p w14:paraId="0AAF9E71" w14:textId="67019BF4" w:rsidR="00AE0CFD" w:rsidRPr="0078531E" w:rsidRDefault="00C3522D" w:rsidP="001E0B18">
      <w:pPr>
        <w:spacing w:before="72" w:line="362" w:lineRule="auto"/>
        <w:ind w:right="434"/>
        <w:rPr>
          <w:sz w:val="19"/>
        </w:rPr>
      </w:pPr>
      <w:r w:rsidRPr="0078531E">
        <w:rPr>
          <w:sz w:val="24"/>
        </w:rPr>
        <w:t>A</w:t>
      </w:r>
      <w:r w:rsidRPr="0078531E">
        <w:rPr>
          <w:spacing w:val="40"/>
          <w:sz w:val="24"/>
        </w:rPr>
        <w:t xml:space="preserve"> </w:t>
      </w:r>
      <w:r w:rsidRPr="0078531E">
        <w:rPr>
          <w:sz w:val="24"/>
        </w:rPr>
        <w:t>sajátos</w:t>
      </w:r>
      <w:r w:rsidRPr="0078531E">
        <w:rPr>
          <w:spacing w:val="40"/>
          <w:sz w:val="24"/>
        </w:rPr>
        <w:t xml:space="preserve"> </w:t>
      </w:r>
      <w:r w:rsidRPr="0078531E">
        <w:rPr>
          <w:sz w:val="24"/>
        </w:rPr>
        <w:t>nevelésű</w:t>
      </w:r>
      <w:r w:rsidRPr="0078531E">
        <w:rPr>
          <w:spacing w:val="40"/>
          <w:sz w:val="24"/>
        </w:rPr>
        <w:t xml:space="preserve"> </w:t>
      </w:r>
      <w:r w:rsidRPr="0078531E">
        <w:rPr>
          <w:sz w:val="24"/>
        </w:rPr>
        <w:t>gyermekek</w:t>
      </w:r>
      <w:r w:rsidRPr="0078531E">
        <w:rPr>
          <w:spacing w:val="40"/>
          <w:sz w:val="24"/>
        </w:rPr>
        <w:t xml:space="preserve"> </w:t>
      </w:r>
      <w:r w:rsidRPr="0078531E">
        <w:rPr>
          <w:sz w:val="24"/>
        </w:rPr>
        <w:t>fejlesztése</w:t>
      </w:r>
      <w:r w:rsidRPr="0078531E">
        <w:rPr>
          <w:spacing w:val="40"/>
          <w:sz w:val="24"/>
        </w:rPr>
        <w:t xml:space="preserve"> </w:t>
      </w:r>
      <w:r w:rsidRPr="0078531E">
        <w:rPr>
          <w:sz w:val="24"/>
        </w:rPr>
        <w:t>speciálisan</w:t>
      </w:r>
      <w:r w:rsidRPr="0078531E">
        <w:rPr>
          <w:spacing w:val="40"/>
          <w:sz w:val="24"/>
        </w:rPr>
        <w:t xml:space="preserve"> </w:t>
      </w:r>
      <w:r w:rsidRPr="0078531E">
        <w:rPr>
          <w:sz w:val="24"/>
        </w:rPr>
        <w:t>képzett</w:t>
      </w:r>
      <w:r w:rsidRPr="0078531E">
        <w:rPr>
          <w:spacing w:val="40"/>
          <w:sz w:val="24"/>
        </w:rPr>
        <w:t xml:space="preserve"> </w:t>
      </w:r>
      <w:r w:rsidRPr="0078531E">
        <w:rPr>
          <w:sz w:val="24"/>
        </w:rPr>
        <w:t>szakember</w:t>
      </w:r>
      <w:r w:rsidRPr="0078531E">
        <w:rPr>
          <w:spacing w:val="40"/>
          <w:sz w:val="24"/>
        </w:rPr>
        <w:t xml:space="preserve"> </w:t>
      </w:r>
      <w:r w:rsidRPr="0078531E">
        <w:rPr>
          <w:sz w:val="24"/>
        </w:rPr>
        <w:t>közreműködését igényli,</w:t>
      </w:r>
      <w:r w:rsidRPr="0078531E">
        <w:rPr>
          <w:spacing w:val="3"/>
          <w:sz w:val="24"/>
        </w:rPr>
        <w:t xml:space="preserve"> </w:t>
      </w:r>
      <w:r w:rsidRPr="0078531E">
        <w:rPr>
          <w:sz w:val="24"/>
        </w:rPr>
        <w:t>melyet</w:t>
      </w:r>
      <w:r w:rsidRPr="0078531E">
        <w:rPr>
          <w:spacing w:val="7"/>
          <w:sz w:val="24"/>
        </w:rPr>
        <w:t xml:space="preserve"> </w:t>
      </w:r>
      <w:r w:rsidRPr="0078531E">
        <w:rPr>
          <w:sz w:val="24"/>
        </w:rPr>
        <w:t>a</w:t>
      </w:r>
      <w:r w:rsidRPr="0078531E">
        <w:rPr>
          <w:spacing w:val="9"/>
          <w:sz w:val="24"/>
        </w:rPr>
        <w:t xml:space="preserve"> </w:t>
      </w:r>
      <w:r w:rsidR="008D5514" w:rsidRPr="0078531E">
        <w:rPr>
          <w:sz w:val="19"/>
        </w:rPr>
        <w:t>SOMOGY VÁR</w:t>
      </w:r>
      <w:r w:rsidRPr="0078531E">
        <w:rPr>
          <w:sz w:val="19"/>
        </w:rPr>
        <w:t>MEGYEI</w:t>
      </w:r>
      <w:r w:rsidRPr="0078531E">
        <w:rPr>
          <w:spacing w:val="4"/>
          <w:sz w:val="19"/>
        </w:rPr>
        <w:t xml:space="preserve"> </w:t>
      </w:r>
      <w:r w:rsidRPr="0078531E">
        <w:rPr>
          <w:sz w:val="19"/>
        </w:rPr>
        <w:t>PEDAGÓGIAI SZAKSZOLGÁLAT</w:t>
      </w:r>
      <w:r w:rsidRPr="0078531E">
        <w:rPr>
          <w:spacing w:val="55"/>
          <w:sz w:val="19"/>
        </w:rPr>
        <w:t xml:space="preserve"> </w:t>
      </w:r>
      <w:r w:rsidR="008D5514" w:rsidRPr="0078531E">
        <w:rPr>
          <w:spacing w:val="-2"/>
          <w:sz w:val="19"/>
        </w:rPr>
        <w:t>SIÓFOKI</w:t>
      </w:r>
      <w:r w:rsidR="001E0B18" w:rsidRPr="0078531E">
        <w:rPr>
          <w:sz w:val="19"/>
        </w:rPr>
        <w:t xml:space="preserve"> </w:t>
      </w:r>
      <w:r w:rsidRPr="0078531E">
        <w:rPr>
          <w:sz w:val="19"/>
        </w:rPr>
        <w:t>TAGINTÉZMÉNYE</w:t>
      </w:r>
      <w:r w:rsidRPr="0078531E">
        <w:rPr>
          <w:spacing w:val="2"/>
          <w:sz w:val="19"/>
        </w:rPr>
        <w:t xml:space="preserve"> </w:t>
      </w:r>
      <w:r w:rsidRPr="0078531E">
        <w:rPr>
          <w:sz w:val="24"/>
        </w:rPr>
        <w:t>biztosít</w:t>
      </w:r>
      <w:r w:rsidRPr="0078531E">
        <w:rPr>
          <w:spacing w:val="-11"/>
          <w:sz w:val="24"/>
        </w:rPr>
        <w:t xml:space="preserve"> </w:t>
      </w:r>
      <w:r w:rsidRPr="0078531E">
        <w:rPr>
          <w:spacing w:val="-2"/>
          <w:sz w:val="24"/>
        </w:rPr>
        <w:t>számunkra.</w:t>
      </w:r>
    </w:p>
    <w:p w14:paraId="0E5E168B" w14:textId="77777777" w:rsidR="00AE0CFD" w:rsidRPr="0078531E" w:rsidRDefault="00AE0CFD">
      <w:pPr>
        <w:pStyle w:val="Szvegtrzs"/>
      </w:pPr>
    </w:p>
    <w:p w14:paraId="4A937C88" w14:textId="77777777" w:rsidR="00AE0CFD" w:rsidRPr="0078531E" w:rsidRDefault="00AE0CFD">
      <w:pPr>
        <w:pStyle w:val="Szvegtrzs"/>
        <w:spacing w:before="4"/>
      </w:pPr>
    </w:p>
    <w:p w14:paraId="171D436D" w14:textId="253C0FD3" w:rsidR="00AE0CFD" w:rsidRPr="0078531E" w:rsidRDefault="00C3522D" w:rsidP="00B83A43">
      <w:pPr>
        <w:pStyle w:val="Cmsor4"/>
        <w:tabs>
          <w:tab w:val="left" w:pos="749"/>
        </w:tabs>
        <w:spacing w:before="1"/>
        <w:ind w:left="749" w:hanging="749"/>
        <w:rPr>
          <w:spacing w:val="-5"/>
          <w:u w:val="single"/>
        </w:rPr>
      </w:pPr>
      <w:r w:rsidRPr="0078531E">
        <w:rPr>
          <w:u w:val="single"/>
        </w:rPr>
        <w:t>Óvodaped</w:t>
      </w:r>
      <w:r w:rsidR="008D5514" w:rsidRPr="0078531E">
        <w:rPr>
          <w:u w:val="single"/>
        </w:rPr>
        <w:t>a</w:t>
      </w:r>
      <w:r w:rsidRPr="0078531E">
        <w:rPr>
          <w:u w:val="single"/>
        </w:rPr>
        <w:t>gógus</w:t>
      </w:r>
      <w:r w:rsidRPr="0078531E">
        <w:rPr>
          <w:spacing w:val="-8"/>
          <w:u w:val="single"/>
        </w:rPr>
        <w:t xml:space="preserve"> </w:t>
      </w:r>
      <w:r w:rsidRPr="0078531E">
        <w:rPr>
          <w:spacing w:val="-5"/>
          <w:u w:val="single"/>
        </w:rPr>
        <w:t>kép</w:t>
      </w:r>
    </w:p>
    <w:p w14:paraId="3A763247" w14:textId="77777777" w:rsidR="0069795E" w:rsidRPr="0078531E" w:rsidRDefault="0069795E" w:rsidP="00B83A43">
      <w:pPr>
        <w:pStyle w:val="Cmsor4"/>
        <w:tabs>
          <w:tab w:val="left" w:pos="749"/>
        </w:tabs>
        <w:spacing w:before="1"/>
        <w:ind w:left="749" w:hanging="749"/>
        <w:rPr>
          <w:u w:val="single"/>
        </w:rPr>
      </w:pPr>
    </w:p>
    <w:p w14:paraId="7464E8B0" w14:textId="77777777" w:rsidR="00881896" w:rsidRPr="0078531E" w:rsidRDefault="00881896" w:rsidP="00881896">
      <w:pPr>
        <w:pStyle w:val="Cmsor4"/>
        <w:tabs>
          <w:tab w:val="left" w:pos="749"/>
        </w:tabs>
        <w:spacing w:before="1"/>
        <w:ind w:left="749"/>
        <w:jc w:val="right"/>
      </w:pPr>
    </w:p>
    <w:p w14:paraId="0464E7EB" w14:textId="61630B48" w:rsidR="00AE0CFD" w:rsidRPr="0078531E" w:rsidRDefault="00881896" w:rsidP="00881896">
      <w:pPr>
        <w:pStyle w:val="Szvegtrzs"/>
        <w:jc w:val="center"/>
        <w:rPr>
          <w:rStyle w:val="Kiemels"/>
          <w:b/>
          <w:bCs/>
        </w:rPr>
      </w:pPr>
      <w:r w:rsidRPr="0078531E">
        <w:rPr>
          <w:rStyle w:val="Kiemels"/>
          <w:b/>
          <w:bCs/>
        </w:rPr>
        <w:t>„Engem ne emeljen a magasba senki,</w:t>
      </w:r>
      <w:r w:rsidRPr="0078531E">
        <w:rPr>
          <w:b/>
          <w:bCs/>
        </w:rPr>
        <w:br/>
      </w:r>
      <w:r w:rsidRPr="0078531E">
        <w:rPr>
          <w:rStyle w:val="Kiemels"/>
          <w:b/>
          <w:bCs/>
        </w:rPr>
        <w:t xml:space="preserve">ha nem tud addig tartani, míg </w:t>
      </w:r>
      <w:proofErr w:type="spellStart"/>
      <w:r w:rsidRPr="0078531E">
        <w:rPr>
          <w:rStyle w:val="Kiemels"/>
          <w:b/>
          <w:bCs/>
        </w:rPr>
        <w:t>megnövök</w:t>
      </w:r>
      <w:proofErr w:type="spellEnd"/>
      <w:r w:rsidRPr="0078531E">
        <w:rPr>
          <w:rStyle w:val="Kiemels"/>
          <w:b/>
          <w:bCs/>
        </w:rPr>
        <w:t>.</w:t>
      </w:r>
      <w:r w:rsidRPr="0078531E">
        <w:rPr>
          <w:b/>
          <w:bCs/>
        </w:rPr>
        <w:br/>
      </w:r>
      <w:r w:rsidRPr="0078531E">
        <w:rPr>
          <w:rStyle w:val="Kiemels"/>
          <w:b/>
          <w:bCs/>
        </w:rPr>
        <w:t>Guggoljon ide mellém,</w:t>
      </w:r>
      <w:r w:rsidRPr="0078531E">
        <w:rPr>
          <w:b/>
          <w:bCs/>
        </w:rPr>
        <w:br/>
      </w:r>
      <w:r w:rsidRPr="0078531E">
        <w:rPr>
          <w:rStyle w:val="Kiemels"/>
          <w:b/>
          <w:bCs/>
        </w:rPr>
        <w:t>ha nem csak hallani, de érteni akar,</w:t>
      </w:r>
      <w:r w:rsidRPr="0078531E">
        <w:rPr>
          <w:b/>
          <w:bCs/>
        </w:rPr>
        <w:br/>
      </w:r>
      <w:r w:rsidRPr="0078531E">
        <w:rPr>
          <w:rStyle w:val="Kiemels"/>
          <w:b/>
          <w:bCs/>
        </w:rPr>
        <w:t>hogy közel legyen a szívdobogásunk.”</w:t>
      </w:r>
    </w:p>
    <w:p w14:paraId="48539F28" w14:textId="4B84499F" w:rsidR="00881896" w:rsidRPr="0078531E" w:rsidRDefault="00881896" w:rsidP="00881896">
      <w:pPr>
        <w:pStyle w:val="Szvegtrzs"/>
        <w:jc w:val="center"/>
        <w:rPr>
          <w:rStyle w:val="Kiemels"/>
          <w:b/>
          <w:bCs/>
        </w:rPr>
      </w:pPr>
      <w:r w:rsidRPr="0078531E">
        <w:rPr>
          <w:rStyle w:val="Kiemels"/>
          <w:b/>
          <w:bCs/>
        </w:rPr>
        <w:t>(</w:t>
      </w:r>
      <w:proofErr w:type="spellStart"/>
      <w:r w:rsidRPr="0078531E">
        <w:rPr>
          <w:rStyle w:val="Kiemels"/>
          <w:b/>
          <w:bCs/>
        </w:rPr>
        <w:t>Birtalan</w:t>
      </w:r>
      <w:proofErr w:type="spellEnd"/>
      <w:r w:rsidRPr="0078531E">
        <w:rPr>
          <w:rStyle w:val="Kiemels"/>
          <w:b/>
          <w:bCs/>
        </w:rPr>
        <w:t xml:space="preserve"> Ferenc)</w:t>
      </w:r>
    </w:p>
    <w:p w14:paraId="531284B2" w14:textId="77777777" w:rsidR="00881896" w:rsidRPr="0078531E" w:rsidRDefault="00881896" w:rsidP="00881896">
      <w:pPr>
        <w:pStyle w:val="Szvegtrzs"/>
        <w:jc w:val="center"/>
        <w:rPr>
          <w:b/>
          <w:bCs/>
        </w:rPr>
      </w:pPr>
    </w:p>
    <w:p w14:paraId="67BBFA78" w14:textId="77777777" w:rsidR="0069795E" w:rsidRPr="0078531E" w:rsidRDefault="0069795E" w:rsidP="00881896">
      <w:pPr>
        <w:pStyle w:val="Szvegtrzs"/>
        <w:jc w:val="center"/>
        <w:rPr>
          <w:b/>
          <w:bCs/>
        </w:rPr>
      </w:pPr>
    </w:p>
    <w:p w14:paraId="433BDA1A" w14:textId="7C71344F" w:rsidR="00AE0CFD" w:rsidRPr="0078531E" w:rsidRDefault="00C3522D" w:rsidP="0069795E">
      <w:pPr>
        <w:pStyle w:val="Szvegtrzs"/>
        <w:spacing w:line="360" w:lineRule="auto"/>
        <w:ind w:right="469"/>
        <w:jc w:val="both"/>
      </w:pPr>
      <w:r w:rsidRPr="0078531E">
        <w:t>Az óvodapedagógus elfogadó, segítő, támogató attitűdje modellt, mintát jelent a gyermekek</w:t>
      </w:r>
      <w:r w:rsidRPr="0078531E">
        <w:rPr>
          <w:spacing w:val="-5"/>
        </w:rPr>
        <w:t xml:space="preserve"> </w:t>
      </w:r>
      <w:r w:rsidRPr="0078531E">
        <w:t>számára</w:t>
      </w:r>
      <w:r w:rsidRPr="0078531E">
        <w:rPr>
          <w:b/>
        </w:rPr>
        <w:t>.</w:t>
      </w:r>
      <w:r w:rsidRPr="0078531E">
        <w:rPr>
          <w:b/>
          <w:spacing w:val="-5"/>
        </w:rPr>
        <w:t xml:space="preserve"> </w:t>
      </w:r>
      <w:r w:rsidRPr="0078531E">
        <w:t>Az</w:t>
      </w:r>
      <w:r w:rsidRPr="0078531E">
        <w:rPr>
          <w:spacing w:val="-5"/>
        </w:rPr>
        <w:t xml:space="preserve"> </w:t>
      </w:r>
      <w:r w:rsidRPr="0078531E">
        <w:t>óvodánkban</w:t>
      </w:r>
      <w:r w:rsidRPr="0078531E">
        <w:rPr>
          <w:spacing w:val="-5"/>
        </w:rPr>
        <w:t xml:space="preserve"> </w:t>
      </w:r>
      <w:r w:rsidRPr="0078531E">
        <w:t>dolgozó</w:t>
      </w:r>
      <w:r w:rsidRPr="0078531E">
        <w:rPr>
          <w:spacing w:val="-5"/>
        </w:rPr>
        <w:t xml:space="preserve"> </w:t>
      </w:r>
      <w:r w:rsidRPr="0078531E">
        <w:t>pedagógusainkat</w:t>
      </w:r>
      <w:r w:rsidRPr="0078531E">
        <w:rPr>
          <w:spacing w:val="-5"/>
        </w:rPr>
        <w:t xml:space="preserve"> </w:t>
      </w:r>
      <w:r w:rsidRPr="0078531E">
        <w:t>a</w:t>
      </w:r>
      <w:r w:rsidRPr="0078531E">
        <w:rPr>
          <w:spacing w:val="-6"/>
        </w:rPr>
        <w:t xml:space="preserve"> </w:t>
      </w:r>
      <w:r w:rsidRPr="0078531E">
        <w:t>szakma</w:t>
      </w:r>
      <w:r w:rsidRPr="0078531E">
        <w:rPr>
          <w:spacing w:val="-5"/>
        </w:rPr>
        <w:t xml:space="preserve"> </w:t>
      </w:r>
      <w:r w:rsidRPr="0078531E">
        <w:t>hivatásként értelmezése, a feltétlen és elfogadó gyermekszeretet jellemezze. Nyílt, barátságos,</w:t>
      </w:r>
      <w:r w:rsidR="0069795E" w:rsidRPr="0078531E">
        <w:t xml:space="preserve"> </w:t>
      </w:r>
      <w:r w:rsidRPr="0078531E">
        <w:t>mosolygós</w:t>
      </w:r>
      <w:r w:rsidRPr="0078531E">
        <w:rPr>
          <w:spacing w:val="40"/>
        </w:rPr>
        <w:t xml:space="preserve"> </w:t>
      </w:r>
      <w:r w:rsidRPr="0078531E">
        <w:t>személyiségével</w:t>
      </w:r>
      <w:r w:rsidRPr="0078531E">
        <w:rPr>
          <w:spacing w:val="-4"/>
        </w:rPr>
        <w:t xml:space="preserve"> </w:t>
      </w:r>
      <w:r w:rsidRPr="0078531E">
        <w:t>első</w:t>
      </w:r>
      <w:r w:rsidRPr="0078531E">
        <w:rPr>
          <w:spacing w:val="-4"/>
        </w:rPr>
        <w:t xml:space="preserve"> </w:t>
      </w:r>
      <w:r w:rsidRPr="0078531E">
        <w:t>pillanattól</w:t>
      </w:r>
      <w:r w:rsidRPr="0078531E">
        <w:rPr>
          <w:spacing w:val="-4"/>
        </w:rPr>
        <w:t xml:space="preserve"> </w:t>
      </w:r>
      <w:r w:rsidRPr="0078531E">
        <w:t>sugározza</w:t>
      </w:r>
      <w:r w:rsidRPr="0078531E">
        <w:rPr>
          <w:spacing w:val="-5"/>
        </w:rPr>
        <w:t xml:space="preserve"> </w:t>
      </w:r>
      <w:r w:rsidRPr="0078531E">
        <w:t>azt,</w:t>
      </w:r>
      <w:r w:rsidRPr="0078531E">
        <w:rPr>
          <w:spacing w:val="-4"/>
        </w:rPr>
        <w:t xml:space="preserve"> </w:t>
      </w:r>
      <w:r w:rsidRPr="0078531E">
        <w:t>hogy</w:t>
      </w:r>
      <w:r w:rsidRPr="0078531E">
        <w:rPr>
          <w:spacing w:val="-9"/>
        </w:rPr>
        <w:t xml:space="preserve"> </w:t>
      </w:r>
      <w:r w:rsidRPr="0078531E">
        <w:t>számára</w:t>
      </w:r>
      <w:r w:rsidRPr="0078531E">
        <w:rPr>
          <w:spacing w:val="-3"/>
        </w:rPr>
        <w:t xml:space="preserve"> </w:t>
      </w:r>
      <w:r w:rsidRPr="0078531E">
        <w:t>a</w:t>
      </w:r>
      <w:r w:rsidRPr="0078531E">
        <w:rPr>
          <w:spacing w:val="-3"/>
        </w:rPr>
        <w:t xml:space="preserve"> </w:t>
      </w:r>
      <w:r w:rsidRPr="0078531E">
        <w:t xml:space="preserve">gyermekekkel kialakított szeretetteljes bizalmi viszony </w:t>
      </w:r>
      <w:r w:rsidRPr="0078531E">
        <w:rPr>
          <w:b/>
        </w:rPr>
        <w:t>evidens</w:t>
      </w:r>
      <w:r w:rsidRPr="0078531E">
        <w:t>. Kommunikációját minden szülővel és egyéb partnerrel a kölcsönös megbecsülés, együttműködésre való törekvés, más</w:t>
      </w:r>
      <w:r w:rsidR="0069795E" w:rsidRPr="0078531E">
        <w:t xml:space="preserve"> v</w:t>
      </w:r>
      <w:r w:rsidRPr="0078531E">
        <w:t>éleményének</w:t>
      </w:r>
      <w:r w:rsidRPr="0078531E">
        <w:rPr>
          <w:spacing w:val="-2"/>
        </w:rPr>
        <w:t xml:space="preserve"> </w:t>
      </w:r>
      <w:r w:rsidRPr="0078531E">
        <w:t>tiszteletben</w:t>
      </w:r>
      <w:r w:rsidRPr="0078531E">
        <w:rPr>
          <w:spacing w:val="-2"/>
        </w:rPr>
        <w:t xml:space="preserve"> </w:t>
      </w:r>
      <w:r w:rsidRPr="0078531E">
        <w:t>tartása</w:t>
      </w:r>
      <w:r w:rsidRPr="0078531E">
        <w:rPr>
          <w:spacing w:val="-3"/>
        </w:rPr>
        <w:t xml:space="preserve"> </w:t>
      </w:r>
      <w:r w:rsidRPr="0078531E">
        <w:t>jellemzi,</w:t>
      </w:r>
      <w:r w:rsidRPr="0078531E">
        <w:rPr>
          <w:spacing w:val="-2"/>
        </w:rPr>
        <w:t xml:space="preserve"> </w:t>
      </w:r>
      <w:r w:rsidRPr="0078531E">
        <w:t>valamint</w:t>
      </w:r>
      <w:r w:rsidRPr="0078531E">
        <w:rPr>
          <w:spacing w:val="-2"/>
        </w:rPr>
        <w:t xml:space="preserve"> </w:t>
      </w:r>
      <w:r w:rsidRPr="0078531E">
        <w:lastRenderedPageBreak/>
        <w:t>kulturált,</w:t>
      </w:r>
      <w:r w:rsidRPr="0078531E">
        <w:rPr>
          <w:spacing w:val="-2"/>
        </w:rPr>
        <w:t xml:space="preserve"> </w:t>
      </w:r>
      <w:r w:rsidRPr="0078531E">
        <w:t>pedagógiai</w:t>
      </w:r>
      <w:r w:rsidRPr="0078531E">
        <w:rPr>
          <w:spacing w:val="-1"/>
        </w:rPr>
        <w:t xml:space="preserve"> </w:t>
      </w:r>
      <w:r w:rsidRPr="0078531E">
        <w:rPr>
          <w:spacing w:val="-2"/>
        </w:rPr>
        <w:t>hozzáértést</w:t>
      </w:r>
    </w:p>
    <w:p w14:paraId="6A2AE585" w14:textId="77777777" w:rsidR="00AE0CFD" w:rsidRPr="0078531E" w:rsidRDefault="00C3522D" w:rsidP="00B83A43">
      <w:pPr>
        <w:pStyle w:val="Szvegtrzs"/>
        <w:spacing w:before="137" w:line="360" w:lineRule="auto"/>
        <w:ind w:right="536"/>
        <w:jc w:val="both"/>
      </w:pPr>
      <w:r w:rsidRPr="0078531E">
        <w:t>tükröz.</w:t>
      </w:r>
      <w:r w:rsidRPr="0078531E">
        <w:rPr>
          <w:spacing w:val="-6"/>
        </w:rPr>
        <w:t xml:space="preserve"> </w:t>
      </w:r>
      <w:r w:rsidRPr="0078531E">
        <w:t>Nyitott</w:t>
      </w:r>
      <w:r w:rsidRPr="0078531E">
        <w:rPr>
          <w:spacing w:val="-6"/>
        </w:rPr>
        <w:t xml:space="preserve"> </w:t>
      </w:r>
      <w:r w:rsidRPr="0078531E">
        <w:t>a</w:t>
      </w:r>
      <w:r w:rsidRPr="0078531E">
        <w:rPr>
          <w:spacing w:val="-7"/>
        </w:rPr>
        <w:t xml:space="preserve"> </w:t>
      </w:r>
      <w:r w:rsidRPr="0078531E">
        <w:t>szülő,</w:t>
      </w:r>
      <w:r w:rsidRPr="0078531E">
        <w:rPr>
          <w:spacing w:val="-6"/>
        </w:rPr>
        <w:t xml:space="preserve"> </w:t>
      </w:r>
      <w:r w:rsidRPr="0078531E">
        <w:t>intézményvezető,</w:t>
      </w:r>
      <w:r w:rsidRPr="0078531E">
        <w:rPr>
          <w:spacing w:val="-6"/>
        </w:rPr>
        <w:t xml:space="preserve"> </w:t>
      </w:r>
      <w:r w:rsidRPr="0078531E">
        <w:t>kollégák,</w:t>
      </w:r>
      <w:r w:rsidRPr="0078531E">
        <w:rPr>
          <w:spacing w:val="-4"/>
        </w:rPr>
        <w:t xml:space="preserve"> </w:t>
      </w:r>
      <w:r w:rsidRPr="0078531E">
        <w:t>szaktanácsadó</w:t>
      </w:r>
      <w:r w:rsidRPr="0078531E">
        <w:rPr>
          <w:spacing w:val="-6"/>
        </w:rPr>
        <w:t xml:space="preserve"> </w:t>
      </w:r>
      <w:r w:rsidRPr="0078531E">
        <w:t>visszajelzéseire,</w:t>
      </w:r>
      <w:r w:rsidRPr="0078531E">
        <w:rPr>
          <w:spacing w:val="-4"/>
        </w:rPr>
        <w:t xml:space="preserve"> </w:t>
      </w:r>
      <w:r w:rsidRPr="0078531E">
        <w:t>ezeket önkritikusan elemzi, értékeli és felhasználja őket szakmai fejlődése érdekében. Tisztában van a különböző pedagógusszerepek elvárásaival és törekszik ezeknek megfelelni.</w:t>
      </w:r>
    </w:p>
    <w:p w14:paraId="0AB40380" w14:textId="4C3A1150" w:rsidR="00AE0CFD" w:rsidRPr="0078531E" w:rsidRDefault="00C3522D" w:rsidP="00B83A43">
      <w:pPr>
        <w:pStyle w:val="Szvegtrzs"/>
        <w:spacing w:before="1" w:line="360" w:lineRule="auto"/>
        <w:ind w:right="531"/>
        <w:jc w:val="both"/>
      </w:pPr>
      <w:r w:rsidRPr="0078531E">
        <w:t>Kihasználja a szakmai fejlődését biztosító továbbképzési lehetőségeket. Innovatív. Aktívan</w:t>
      </w:r>
      <w:r w:rsidRPr="0078531E">
        <w:rPr>
          <w:spacing w:val="-4"/>
        </w:rPr>
        <w:t xml:space="preserve"> </w:t>
      </w:r>
      <w:r w:rsidRPr="0078531E">
        <w:t>szerepet</w:t>
      </w:r>
      <w:r w:rsidRPr="0078531E">
        <w:rPr>
          <w:spacing w:val="-4"/>
        </w:rPr>
        <w:t xml:space="preserve"> </w:t>
      </w:r>
      <w:r w:rsidRPr="0078531E">
        <w:t>váll</w:t>
      </w:r>
      <w:r w:rsidR="0096562E">
        <w:t>al</w:t>
      </w:r>
      <w:r w:rsidRPr="0078531E">
        <w:rPr>
          <w:spacing w:val="-4"/>
        </w:rPr>
        <w:t xml:space="preserve"> </w:t>
      </w:r>
      <w:r w:rsidRPr="0078531E">
        <w:t>óvodán</w:t>
      </w:r>
      <w:r w:rsidRPr="0078531E">
        <w:rPr>
          <w:spacing w:val="-4"/>
        </w:rPr>
        <w:t xml:space="preserve"> </w:t>
      </w:r>
      <w:r w:rsidRPr="0078531E">
        <w:t>belüli</w:t>
      </w:r>
      <w:r w:rsidRPr="0078531E">
        <w:rPr>
          <w:spacing w:val="-4"/>
        </w:rPr>
        <w:t xml:space="preserve"> </w:t>
      </w:r>
      <w:r w:rsidRPr="0078531E">
        <w:t>és</w:t>
      </w:r>
      <w:r w:rsidRPr="0078531E">
        <w:rPr>
          <w:spacing w:val="-5"/>
        </w:rPr>
        <w:t xml:space="preserve"> </w:t>
      </w:r>
      <w:r w:rsidRPr="0078531E">
        <w:t>kívüli</w:t>
      </w:r>
      <w:r w:rsidRPr="0078531E">
        <w:rPr>
          <w:spacing w:val="-4"/>
        </w:rPr>
        <w:t xml:space="preserve"> </w:t>
      </w:r>
      <w:r w:rsidRPr="0078531E">
        <w:t>események</w:t>
      </w:r>
      <w:r w:rsidRPr="0078531E">
        <w:rPr>
          <w:spacing w:val="-2"/>
        </w:rPr>
        <w:t xml:space="preserve"> </w:t>
      </w:r>
      <w:r w:rsidRPr="0078531E">
        <w:t>lebonyolításában.</w:t>
      </w:r>
      <w:r w:rsidRPr="0078531E">
        <w:rPr>
          <w:spacing w:val="-4"/>
        </w:rPr>
        <w:t xml:space="preserve"> </w:t>
      </w:r>
      <w:r w:rsidRPr="0078531E">
        <w:t>Óvodánk</w:t>
      </w:r>
      <w:r w:rsidRPr="0078531E">
        <w:rPr>
          <w:spacing w:val="-4"/>
        </w:rPr>
        <w:t xml:space="preserve"> </w:t>
      </w:r>
      <w:r w:rsidRPr="0078531E">
        <w:t xml:space="preserve">jó hírét erősíti. Élmény és kapcsolatorientált. </w:t>
      </w:r>
    </w:p>
    <w:p w14:paraId="36F6F35B" w14:textId="77777777" w:rsidR="00AE0CFD" w:rsidRPr="0078531E" w:rsidRDefault="00AE0CFD">
      <w:pPr>
        <w:pStyle w:val="Szvegtrzs"/>
        <w:spacing w:before="143"/>
        <w:rPr>
          <w:u w:val="single"/>
        </w:rPr>
      </w:pPr>
    </w:p>
    <w:p w14:paraId="3AE2CA31" w14:textId="77777777" w:rsidR="00AE0CFD" w:rsidRPr="0078531E" w:rsidRDefault="00C3522D" w:rsidP="008F3EE6">
      <w:pPr>
        <w:pStyle w:val="Cmsor4"/>
        <w:tabs>
          <w:tab w:val="left" w:pos="689"/>
        </w:tabs>
        <w:rPr>
          <w:u w:val="single"/>
        </w:rPr>
      </w:pPr>
      <w:r w:rsidRPr="0078531E">
        <w:rPr>
          <w:u w:val="single"/>
        </w:rPr>
        <w:t>Dajka</w:t>
      </w:r>
      <w:r w:rsidRPr="0078531E">
        <w:rPr>
          <w:spacing w:val="-4"/>
          <w:u w:val="single"/>
        </w:rPr>
        <w:t xml:space="preserve"> </w:t>
      </w:r>
      <w:r w:rsidRPr="0078531E">
        <w:rPr>
          <w:u w:val="single"/>
        </w:rPr>
        <w:t>és</w:t>
      </w:r>
      <w:r w:rsidRPr="0078531E">
        <w:rPr>
          <w:spacing w:val="-3"/>
          <w:u w:val="single"/>
        </w:rPr>
        <w:t xml:space="preserve"> </w:t>
      </w:r>
      <w:r w:rsidRPr="0078531E">
        <w:rPr>
          <w:u w:val="single"/>
        </w:rPr>
        <w:t>pedagógiai</w:t>
      </w:r>
      <w:r w:rsidRPr="0078531E">
        <w:rPr>
          <w:spacing w:val="-2"/>
          <w:u w:val="single"/>
        </w:rPr>
        <w:t xml:space="preserve"> </w:t>
      </w:r>
      <w:r w:rsidRPr="0078531E">
        <w:rPr>
          <w:u w:val="single"/>
        </w:rPr>
        <w:t>asszisztens</w:t>
      </w:r>
      <w:r w:rsidRPr="0078531E">
        <w:rPr>
          <w:spacing w:val="-2"/>
          <w:u w:val="single"/>
        </w:rPr>
        <w:t xml:space="preserve"> </w:t>
      </w:r>
      <w:r w:rsidRPr="0078531E">
        <w:rPr>
          <w:spacing w:val="-5"/>
          <w:u w:val="single"/>
        </w:rPr>
        <w:t>kép</w:t>
      </w:r>
    </w:p>
    <w:p w14:paraId="554A8548" w14:textId="77777777" w:rsidR="00DC673D" w:rsidRPr="0078531E" w:rsidRDefault="00DC673D" w:rsidP="00DC673D">
      <w:pPr>
        <w:pStyle w:val="Cmsor4"/>
        <w:tabs>
          <w:tab w:val="left" w:pos="689"/>
        </w:tabs>
        <w:ind w:left="689"/>
        <w:jc w:val="right"/>
      </w:pPr>
    </w:p>
    <w:p w14:paraId="2973955D" w14:textId="77777777" w:rsidR="00AE0CFD" w:rsidRPr="0078531E" w:rsidRDefault="00C3522D" w:rsidP="0094192F">
      <w:pPr>
        <w:pStyle w:val="Szvegtrzs"/>
        <w:spacing w:before="132"/>
        <w:ind w:left="136" w:firstLine="553"/>
        <w:jc w:val="both"/>
        <w:rPr>
          <w:i/>
        </w:rPr>
      </w:pPr>
      <w:r w:rsidRPr="0078531E">
        <w:t>Az</w:t>
      </w:r>
      <w:r w:rsidRPr="0078531E">
        <w:rPr>
          <w:spacing w:val="-2"/>
        </w:rPr>
        <w:t xml:space="preserve"> </w:t>
      </w:r>
      <w:r w:rsidRPr="0078531E">
        <w:t>óvodánkban</w:t>
      </w:r>
      <w:r w:rsidRPr="0078531E">
        <w:rPr>
          <w:spacing w:val="-1"/>
        </w:rPr>
        <w:t xml:space="preserve"> </w:t>
      </w:r>
      <w:r w:rsidRPr="0078531E">
        <w:t>dolgozó dajkákat</w:t>
      </w:r>
      <w:r w:rsidRPr="0078531E">
        <w:rPr>
          <w:spacing w:val="-1"/>
        </w:rPr>
        <w:t xml:space="preserve"> </w:t>
      </w:r>
      <w:r w:rsidRPr="0078531E">
        <w:t>és</w:t>
      </w:r>
      <w:r w:rsidRPr="0078531E">
        <w:rPr>
          <w:spacing w:val="-3"/>
        </w:rPr>
        <w:t xml:space="preserve"> </w:t>
      </w:r>
      <w:r w:rsidRPr="0078531E">
        <w:t>pedagógiai</w:t>
      </w:r>
      <w:r w:rsidRPr="0078531E">
        <w:rPr>
          <w:spacing w:val="-1"/>
        </w:rPr>
        <w:t xml:space="preserve"> </w:t>
      </w:r>
      <w:r w:rsidRPr="0078531E">
        <w:t>asszisztenseket</w:t>
      </w:r>
      <w:r w:rsidRPr="0078531E">
        <w:rPr>
          <w:spacing w:val="-2"/>
        </w:rPr>
        <w:t xml:space="preserve"> </w:t>
      </w:r>
      <w:r w:rsidRPr="0078531E">
        <w:t>a</w:t>
      </w:r>
      <w:r w:rsidRPr="0078531E">
        <w:rPr>
          <w:spacing w:val="-1"/>
        </w:rPr>
        <w:t xml:space="preserve"> </w:t>
      </w:r>
      <w:r w:rsidRPr="0078531E">
        <w:t>szakma</w:t>
      </w:r>
      <w:r w:rsidRPr="0078531E">
        <w:rPr>
          <w:spacing w:val="1"/>
        </w:rPr>
        <w:t xml:space="preserve"> </w:t>
      </w:r>
      <w:r w:rsidRPr="0078531E">
        <w:rPr>
          <w:i/>
          <w:spacing w:val="-2"/>
        </w:rPr>
        <w:t>hivatásként</w:t>
      </w:r>
    </w:p>
    <w:p w14:paraId="370A2D27" w14:textId="27A919DE" w:rsidR="00AE0CFD" w:rsidRPr="0078531E" w:rsidRDefault="00C3522D" w:rsidP="0069795E">
      <w:pPr>
        <w:pStyle w:val="Szvegtrzs"/>
        <w:spacing w:before="140" w:line="360" w:lineRule="auto"/>
        <w:ind w:left="136"/>
        <w:jc w:val="both"/>
        <w:sectPr w:rsidR="00AE0CFD" w:rsidRPr="0078531E" w:rsidSect="00A42104">
          <w:pgSz w:w="11910" w:h="16840"/>
          <w:pgMar w:top="1320" w:right="980" w:bottom="1200" w:left="1280" w:header="0" w:footer="1003" w:gutter="0"/>
          <w:cols w:space="708"/>
        </w:sectPr>
      </w:pPr>
      <w:r w:rsidRPr="0078531E">
        <w:t>értelmezése,</w:t>
      </w:r>
      <w:r w:rsidRPr="0078531E">
        <w:rPr>
          <w:spacing w:val="-5"/>
        </w:rPr>
        <w:t xml:space="preserve"> </w:t>
      </w:r>
      <w:r w:rsidRPr="0078531E">
        <w:t>a</w:t>
      </w:r>
      <w:r w:rsidRPr="0078531E">
        <w:rPr>
          <w:spacing w:val="-4"/>
        </w:rPr>
        <w:t xml:space="preserve"> </w:t>
      </w:r>
      <w:r w:rsidRPr="0078531E">
        <w:t>feltétlen</w:t>
      </w:r>
      <w:r w:rsidRPr="0078531E">
        <w:rPr>
          <w:spacing w:val="-5"/>
        </w:rPr>
        <w:t xml:space="preserve"> </w:t>
      </w:r>
      <w:r w:rsidRPr="0078531E">
        <w:t>és</w:t>
      </w:r>
      <w:r w:rsidRPr="0078531E">
        <w:rPr>
          <w:spacing w:val="-3"/>
        </w:rPr>
        <w:t xml:space="preserve"> </w:t>
      </w:r>
      <w:r w:rsidRPr="0078531E">
        <w:t>elfogadó</w:t>
      </w:r>
      <w:r w:rsidRPr="0078531E">
        <w:rPr>
          <w:spacing w:val="-3"/>
        </w:rPr>
        <w:t xml:space="preserve"> </w:t>
      </w:r>
      <w:r w:rsidRPr="0078531E">
        <w:t>gyermekszeretet</w:t>
      </w:r>
      <w:r w:rsidRPr="0078531E">
        <w:rPr>
          <w:spacing w:val="-5"/>
        </w:rPr>
        <w:t xml:space="preserve"> </w:t>
      </w:r>
      <w:r w:rsidRPr="0078531E">
        <w:t>jellemezze.</w:t>
      </w:r>
      <w:r w:rsidRPr="0078531E">
        <w:rPr>
          <w:spacing w:val="-5"/>
        </w:rPr>
        <w:t xml:space="preserve"> </w:t>
      </w:r>
      <w:r w:rsidRPr="0078531E">
        <w:t>Nyílt,</w:t>
      </w:r>
      <w:r w:rsidRPr="0078531E">
        <w:rPr>
          <w:spacing w:val="-5"/>
        </w:rPr>
        <w:t xml:space="preserve"> </w:t>
      </w:r>
      <w:r w:rsidRPr="0078531E">
        <w:t>barátságos,</w:t>
      </w:r>
      <w:r w:rsidRPr="0078531E">
        <w:rPr>
          <w:spacing w:val="-5"/>
        </w:rPr>
        <w:t xml:space="preserve"> </w:t>
      </w:r>
      <w:r w:rsidRPr="0078531E">
        <w:t>mosolygós személyiségével első pillanattól sugározza azt, hogy törekszik a gyermekekkel,</w:t>
      </w:r>
      <w:r w:rsidR="0069795E" w:rsidRPr="0078531E">
        <w:t xml:space="preserve"> </w:t>
      </w:r>
      <w:r w:rsidRPr="0078531E">
        <w:t>óvodapedagógusokkal,</w:t>
      </w:r>
      <w:r w:rsidRPr="0078531E">
        <w:rPr>
          <w:spacing w:val="-5"/>
        </w:rPr>
        <w:t xml:space="preserve"> </w:t>
      </w:r>
      <w:r w:rsidRPr="0078531E">
        <w:t>szülőkkel</w:t>
      </w:r>
      <w:r w:rsidRPr="0078531E">
        <w:rPr>
          <w:spacing w:val="-5"/>
        </w:rPr>
        <w:t xml:space="preserve"> </w:t>
      </w:r>
      <w:r w:rsidRPr="0078531E">
        <w:t>elfogadó,</w:t>
      </w:r>
      <w:r w:rsidRPr="0078531E">
        <w:rPr>
          <w:spacing w:val="-5"/>
        </w:rPr>
        <w:t xml:space="preserve"> </w:t>
      </w:r>
      <w:r w:rsidRPr="0078531E">
        <w:t>bizalmi</w:t>
      </w:r>
      <w:r w:rsidRPr="0078531E">
        <w:rPr>
          <w:spacing w:val="-5"/>
        </w:rPr>
        <w:t xml:space="preserve"> </w:t>
      </w:r>
      <w:r w:rsidRPr="0078531E">
        <w:t>viszony</w:t>
      </w:r>
      <w:r w:rsidRPr="0078531E">
        <w:rPr>
          <w:spacing w:val="-12"/>
        </w:rPr>
        <w:t xml:space="preserve"> </w:t>
      </w:r>
      <w:r w:rsidRPr="0078531E">
        <w:t>kialakítására.</w:t>
      </w:r>
      <w:r w:rsidRPr="0078531E">
        <w:rPr>
          <w:spacing w:val="-3"/>
        </w:rPr>
        <w:t xml:space="preserve"> </w:t>
      </w:r>
      <w:r w:rsidRPr="0078531E">
        <w:t>Kommunikációját a kölcsönös megbecsülés, együttműködésre való törekvés, más véleményének tiszteletben tartása jellemzi. Nyitott a szülő, intézményvezető, kollégák visszajelzéseire, ezeket</w:t>
      </w:r>
      <w:r w:rsidR="0069795E" w:rsidRPr="0078531E">
        <w:t xml:space="preserve"> </w:t>
      </w:r>
      <w:r w:rsidRPr="0078531E">
        <w:t>önkritikusan</w:t>
      </w:r>
      <w:r w:rsidRPr="0078531E">
        <w:rPr>
          <w:spacing w:val="-4"/>
        </w:rPr>
        <w:t xml:space="preserve"> </w:t>
      </w:r>
      <w:r w:rsidRPr="0078531E">
        <w:t>elemzi,</w:t>
      </w:r>
      <w:r w:rsidRPr="0078531E">
        <w:rPr>
          <w:spacing w:val="-4"/>
        </w:rPr>
        <w:t xml:space="preserve"> </w:t>
      </w:r>
      <w:r w:rsidRPr="0078531E">
        <w:t>értékeli</w:t>
      </w:r>
      <w:r w:rsidRPr="0078531E">
        <w:rPr>
          <w:spacing w:val="-4"/>
        </w:rPr>
        <w:t xml:space="preserve"> </w:t>
      </w:r>
      <w:r w:rsidRPr="0078531E">
        <w:t>és</w:t>
      </w:r>
      <w:r w:rsidRPr="0078531E">
        <w:rPr>
          <w:spacing w:val="-5"/>
        </w:rPr>
        <w:t xml:space="preserve"> </w:t>
      </w:r>
      <w:r w:rsidRPr="0078531E">
        <w:t>felhasználja</w:t>
      </w:r>
      <w:r w:rsidRPr="0078531E">
        <w:rPr>
          <w:spacing w:val="-5"/>
        </w:rPr>
        <w:t xml:space="preserve"> </w:t>
      </w:r>
      <w:r w:rsidRPr="0078531E">
        <w:t>őket</w:t>
      </w:r>
      <w:r w:rsidRPr="0078531E">
        <w:rPr>
          <w:spacing w:val="-4"/>
        </w:rPr>
        <w:t xml:space="preserve"> </w:t>
      </w:r>
      <w:r w:rsidRPr="0078531E">
        <w:t>fejlődése</w:t>
      </w:r>
      <w:r w:rsidRPr="0078531E">
        <w:rPr>
          <w:spacing w:val="-5"/>
        </w:rPr>
        <w:t xml:space="preserve"> </w:t>
      </w:r>
      <w:r w:rsidRPr="0078531E">
        <w:t>érdekében.</w:t>
      </w:r>
      <w:r w:rsidRPr="0078531E">
        <w:rPr>
          <w:spacing w:val="-4"/>
        </w:rPr>
        <w:t xml:space="preserve"> </w:t>
      </w:r>
      <w:r w:rsidRPr="0078531E">
        <w:t>A</w:t>
      </w:r>
      <w:r w:rsidRPr="0078531E">
        <w:rPr>
          <w:spacing w:val="-3"/>
        </w:rPr>
        <w:t xml:space="preserve"> </w:t>
      </w:r>
      <w:r w:rsidRPr="0078531E">
        <w:t>gyerekekkel</w:t>
      </w:r>
      <w:r w:rsidRPr="0078531E">
        <w:rPr>
          <w:spacing w:val="-4"/>
        </w:rPr>
        <w:t xml:space="preserve"> </w:t>
      </w:r>
      <w:r w:rsidRPr="0078531E">
        <w:t>minde</w:t>
      </w:r>
      <w:r w:rsidR="00EC5ACF" w:rsidRPr="0078531E">
        <w:t>n</w:t>
      </w:r>
      <w:r w:rsidRPr="0078531E">
        <w:t xml:space="preserve"> esetben türelmes, elfogadó. Beszédmodora és kultúrája az óvodai élethez alkalmazkodó. Az óvoda erkölcsi és etikai normáit önmagára nézve is kötelező érvényűnek tekinti</w:t>
      </w:r>
      <w:r w:rsidR="0069795E" w:rsidRPr="0078531E">
        <w:t>.</w:t>
      </w:r>
    </w:p>
    <w:p w14:paraId="1C72F68E" w14:textId="59CEEED6" w:rsidR="00AE0CFD" w:rsidRPr="0078531E" w:rsidRDefault="00C3522D" w:rsidP="0069795E">
      <w:pPr>
        <w:pStyle w:val="Cmsor4"/>
        <w:spacing w:before="76"/>
        <w:ind w:left="0"/>
        <w:rPr>
          <w:u w:val="single"/>
        </w:rPr>
      </w:pPr>
      <w:r w:rsidRPr="0078531E">
        <w:rPr>
          <w:u w:val="single"/>
        </w:rPr>
        <w:lastRenderedPageBreak/>
        <w:t>Az</w:t>
      </w:r>
      <w:r w:rsidRPr="0078531E">
        <w:rPr>
          <w:spacing w:val="-2"/>
          <w:u w:val="single"/>
        </w:rPr>
        <w:t xml:space="preserve"> </w:t>
      </w:r>
      <w:r w:rsidRPr="0078531E">
        <w:rPr>
          <w:u w:val="single"/>
        </w:rPr>
        <w:t>óvoda</w:t>
      </w:r>
      <w:r w:rsidRPr="0078531E">
        <w:rPr>
          <w:spacing w:val="-1"/>
          <w:u w:val="single"/>
        </w:rPr>
        <w:t xml:space="preserve"> </w:t>
      </w:r>
      <w:r w:rsidRPr="0078531E">
        <w:rPr>
          <w:u w:val="single"/>
        </w:rPr>
        <w:t>tárgyi</w:t>
      </w:r>
      <w:r w:rsidRPr="0078531E">
        <w:rPr>
          <w:spacing w:val="-1"/>
          <w:u w:val="single"/>
        </w:rPr>
        <w:t xml:space="preserve"> </w:t>
      </w:r>
      <w:r w:rsidRPr="0078531E">
        <w:rPr>
          <w:spacing w:val="-2"/>
          <w:u w:val="single"/>
        </w:rPr>
        <w:t>feltételei</w:t>
      </w:r>
    </w:p>
    <w:p w14:paraId="0B0C07CC" w14:textId="77777777" w:rsidR="001929BD" w:rsidRPr="0078531E" w:rsidRDefault="00DC673D" w:rsidP="00182BA8">
      <w:pPr>
        <w:pStyle w:val="Szvegtrzs"/>
        <w:spacing w:before="135" w:line="360" w:lineRule="auto"/>
        <w:ind w:right="434" w:firstLine="720"/>
        <w:jc w:val="both"/>
        <w:rPr>
          <w:shd w:val="clear" w:color="auto" w:fill="FFFFFF"/>
        </w:rPr>
      </w:pPr>
      <w:r w:rsidRPr="0078531E">
        <w:rPr>
          <w:shd w:val="clear" w:color="auto" w:fill="FFFFFF"/>
        </w:rPr>
        <w:t>Óvodánk rendelkezik a helyi nevelési program megvalósításához szükséges tárgyi feltételekkel, melyek biztosítják a gyermekeink kényelmét, egészségük megőrzését, fejlődését.</w:t>
      </w:r>
    </w:p>
    <w:p w14:paraId="2E7C07BB" w14:textId="3BFFFBD8" w:rsidR="001929BD" w:rsidRPr="0078531E" w:rsidRDefault="001929BD" w:rsidP="00182BA8">
      <w:pPr>
        <w:pStyle w:val="Szvegtrzs"/>
        <w:spacing w:before="135" w:line="360" w:lineRule="auto"/>
        <w:ind w:right="434" w:firstLine="720"/>
        <w:jc w:val="both"/>
        <w:rPr>
          <w:shd w:val="clear" w:color="auto" w:fill="FFFFFF"/>
        </w:rPr>
      </w:pPr>
      <w:r w:rsidRPr="0078531E">
        <w:t>A gyermekeink óvodai életének színterei otthonosak, barátságosak, játékra motiválóak, amelyek alakításában a gyermekek adott szükségletük, tevékenységük szerint vesznek részt.</w:t>
      </w:r>
    </w:p>
    <w:p w14:paraId="48570DC2" w14:textId="2614E7C4" w:rsidR="00DC673D" w:rsidRPr="0078531E" w:rsidRDefault="00DC673D" w:rsidP="00182BA8">
      <w:pPr>
        <w:pStyle w:val="Szvegtrzs"/>
        <w:spacing w:before="135" w:line="360" w:lineRule="auto"/>
        <w:ind w:right="434" w:firstLine="720"/>
        <w:jc w:val="both"/>
        <w:rPr>
          <w:shd w:val="clear" w:color="auto" w:fill="FFFFFF"/>
        </w:rPr>
      </w:pPr>
      <w:r w:rsidRPr="0078531E">
        <w:rPr>
          <w:shd w:val="clear" w:color="auto" w:fill="FFFFFF"/>
        </w:rPr>
        <w:t xml:space="preserve"> Ezeket a tárgyi felszereléseket hozzáférhető módon a gyermekek biztonságát figyelembe véve kell elhelyezni. Óvodánknak biztosítania kell a megfelelő munkakörnyezetet az óvodai munkatársaknak, valamint fontos</w:t>
      </w:r>
      <w:r w:rsidR="001B1DF3" w:rsidRPr="0078531E">
        <w:rPr>
          <w:shd w:val="clear" w:color="auto" w:fill="FFFFFF"/>
        </w:rPr>
        <w:t xml:space="preserve">, </w:t>
      </w:r>
      <w:r w:rsidRPr="0078531E">
        <w:rPr>
          <w:shd w:val="clear" w:color="auto" w:fill="FFFFFF"/>
        </w:rPr>
        <w:t xml:space="preserve">hogy a szülők fogadására is legyen lehetőség. A csoportszobák tágasak, sok ablakkal rendelkeznek, ez az egészséges levegőn való étkezésre és csendes- pihenőre is lehetőséget nyújt. Céljainknak és gyermekeink igényeinek megfelelően variálhatóak a bútorok és a játékeszközök egy része, így tudjuk biztosítani a lehetőséget a szabad mozgásra. </w:t>
      </w:r>
    </w:p>
    <w:p w14:paraId="016960B5" w14:textId="744CA39E" w:rsidR="00AE0CFD" w:rsidRPr="0078531E" w:rsidRDefault="00DC673D" w:rsidP="00182BA8">
      <w:pPr>
        <w:pStyle w:val="Szvegtrzs"/>
        <w:spacing w:before="135" w:line="360" w:lineRule="auto"/>
        <w:ind w:right="434"/>
        <w:jc w:val="both"/>
      </w:pPr>
      <w:bookmarkStart w:id="8" w:name="_Hlk169553753"/>
      <w:r w:rsidRPr="0078531E">
        <w:rPr>
          <w:shd w:val="clear" w:color="auto" w:fill="FFFFFF"/>
        </w:rPr>
        <w:t>Az egészség- és munkavédelmi eszközök a hatályos jogszabályoknak megfelelően kerülnek beszerzésre, minden dolgozó számára biztosítottak.</w:t>
      </w:r>
      <w:r w:rsidRPr="0078531E">
        <w:rPr>
          <w:sz w:val="20"/>
          <w:szCs w:val="20"/>
          <w:shd w:val="clear" w:color="auto" w:fill="FFFFFF"/>
        </w:rPr>
        <w:t> </w:t>
      </w:r>
    </w:p>
    <w:bookmarkEnd w:id="8"/>
    <w:p w14:paraId="42AFBF4B" w14:textId="0C3B8A45" w:rsidR="00AE0CFD" w:rsidRPr="0078531E" w:rsidRDefault="00C3522D" w:rsidP="00182BA8">
      <w:pPr>
        <w:pStyle w:val="Cmsor4"/>
        <w:spacing w:before="5"/>
        <w:ind w:left="0"/>
        <w:rPr>
          <w:u w:val="single"/>
        </w:rPr>
      </w:pPr>
      <w:r w:rsidRPr="0078531E">
        <w:rPr>
          <w:spacing w:val="-2"/>
          <w:u w:val="single"/>
        </w:rPr>
        <w:t>Csoportszobák</w:t>
      </w:r>
    </w:p>
    <w:p w14:paraId="50EE3541" w14:textId="726E2866" w:rsidR="00D60912" w:rsidRPr="0078531E" w:rsidRDefault="00D60912" w:rsidP="00D60912">
      <w:pPr>
        <w:pStyle w:val="Szvegtrzs"/>
        <w:spacing w:before="132" w:line="360" w:lineRule="auto"/>
        <w:ind w:right="4529"/>
      </w:pPr>
      <w:r w:rsidRPr="0078531E">
        <w:t xml:space="preserve">Pipacs csoport: </w:t>
      </w:r>
      <w:r w:rsidR="00A059EB" w:rsidRPr="0078531E">
        <w:t>25</w:t>
      </w:r>
      <w:r w:rsidR="00C3522D" w:rsidRPr="0078531E">
        <w:rPr>
          <w:spacing w:val="-4"/>
        </w:rPr>
        <w:t xml:space="preserve"> </w:t>
      </w:r>
      <w:r w:rsidR="00C3522D" w:rsidRPr="0078531E">
        <w:t xml:space="preserve">férőhely </w:t>
      </w:r>
    </w:p>
    <w:p w14:paraId="6CBE63C5" w14:textId="0696AD9A" w:rsidR="00D60912" w:rsidRPr="0078531E" w:rsidRDefault="00D60912" w:rsidP="00D60912">
      <w:pPr>
        <w:pStyle w:val="Szvegtrzs"/>
        <w:spacing w:before="132" w:line="360" w:lineRule="auto"/>
        <w:ind w:right="4529"/>
      </w:pPr>
      <w:r w:rsidRPr="0078531E">
        <w:t>Pitypang csoport:</w:t>
      </w:r>
      <w:r w:rsidR="00C3522D" w:rsidRPr="0078531E">
        <w:rPr>
          <w:spacing w:val="40"/>
        </w:rPr>
        <w:t xml:space="preserve"> </w:t>
      </w:r>
      <w:r w:rsidRPr="0078531E">
        <w:t>2</w:t>
      </w:r>
      <w:r w:rsidR="00DA1CAA" w:rsidRPr="0078531E">
        <w:t>5</w:t>
      </w:r>
      <w:r w:rsidR="00C3522D" w:rsidRPr="0078531E">
        <w:t xml:space="preserve"> férőhely </w:t>
      </w:r>
    </w:p>
    <w:p w14:paraId="6B4A7B48" w14:textId="6FCCAF3B" w:rsidR="00AE0CFD" w:rsidRPr="0078531E" w:rsidRDefault="00D60912" w:rsidP="00D60912">
      <w:pPr>
        <w:pStyle w:val="Szvegtrzs"/>
        <w:spacing w:before="132" w:line="360" w:lineRule="auto"/>
        <w:ind w:right="4529"/>
      </w:pPr>
      <w:r w:rsidRPr="0078531E">
        <w:t>Százszorszép csoport: 25 férőhely</w:t>
      </w:r>
    </w:p>
    <w:p w14:paraId="23687910" w14:textId="44C3F45D" w:rsidR="00AE0CFD" w:rsidRPr="0078531E" w:rsidRDefault="00A059EB" w:rsidP="00D60912">
      <w:pPr>
        <w:pStyle w:val="Szvegtrzs"/>
      </w:pPr>
      <w:r w:rsidRPr="0078531E">
        <w:t>Összesen</w:t>
      </w:r>
      <w:r w:rsidR="00D60912" w:rsidRPr="0078531E">
        <w:t>:</w:t>
      </w:r>
      <w:r w:rsidRPr="0078531E">
        <w:t>7</w:t>
      </w:r>
      <w:r w:rsidR="00DA1CAA" w:rsidRPr="0078531E">
        <w:t>5</w:t>
      </w:r>
      <w:r w:rsidR="00C3522D" w:rsidRPr="0078531E">
        <w:t xml:space="preserve"> </w:t>
      </w:r>
      <w:r w:rsidR="00C3522D" w:rsidRPr="0078531E">
        <w:rPr>
          <w:spacing w:val="-2"/>
        </w:rPr>
        <w:t>férőhely</w:t>
      </w:r>
    </w:p>
    <w:p w14:paraId="6301FA6A" w14:textId="54CD28E8" w:rsidR="00AE0CFD" w:rsidRPr="0078531E" w:rsidRDefault="00C3522D" w:rsidP="00182BA8">
      <w:pPr>
        <w:pStyle w:val="Szvegtrzs"/>
        <w:spacing w:before="140" w:line="360" w:lineRule="auto"/>
        <w:ind w:right="435"/>
      </w:pPr>
      <w:r w:rsidRPr="0078531E">
        <w:t>Minden</w:t>
      </w:r>
      <w:r w:rsidRPr="0078531E">
        <w:rPr>
          <w:spacing w:val="-4"/>
        </w:rPr>
        <w:t xml:space="preserve"> </w:t>
      </w:r>
      <w:r w:rsidRPr="0078531E">
        <w:t>csoportnak</w:t>
      </w:r>
      <w:r w:rsidRPr="0078531E">
        <w:rPr>
          <w:spacing w:val="-4"/>
        </w:rPr>
        <w:t xml:space="preserve"> </w:t>
      </w:r>
      <w:r w:rsidRPr="0078531E">
        <w:t>külön</w:t>
      </w:r>
      <w:r w:rsidRPr="0078531E">
        <w:rPr>
          <w:spacing w:val="-4"/>
        </w:rPr>
        <w:t xml:space="preserve"> </w:t>
      </w:r>
      <w:r w:rsidRPr="0078531E">
        <w:t>bejárata,</w:t>
      </w:r>
      <w:r w:rsidRPr="0078531E">
        <w:rPr>
          <w:spacing w:val="-4"/>
        </w:rPr>
        <w:t xml:space="preserve"> </w:t>
      </w:r>
      <w:r w:rsidRPr="0078531E">
        <w:t>külön</w:t>
      </w:r>
      <w:r w:rsidRPr="0078531E">
        <w:rPr>
          <w:spacing w:val="-4"/>
        </w:rPr>
        <w:t xml:space="preserve"> </w:t>
      </w:r>
      <w:r w:rsidRPr="0078531E">
        <w:t>öltözőhelyisége,</w:t>
      </w:r>
      <w:r w:rsidRPr="0078531E">
        <w:rPr>
          <w:spacing w:val="-4"/>
        </w:rPr>
        <w:t xml:space="preserve"> </w:t>
      </w:r>
      <w:r w:rsidRPr="0078531E">
        <w:t>külön</w:t>
      </w:r>
      <w:r w:rsidRPr="0078531E">
        <w:rPr>
          <w:spacing w:val="-4"/>
        </w:rPr>
        <w:t xml:space="preserve"> </w:t>
      </w:r>
      <w:r w:rsidRPr="0078531E">
        <w:t>mosdója</w:t>
      </w:r>
      <w:r w:rsidRPr="0078531E">
        <w:rPr>
          <w:spacing w:val="-4"/>
        </w:rPr>
        <w:t xml:space="preserve"> </w:t>
      </w:r>
      <w:r w:rsidRPr="0078531E">
        <w:t>van,</w:t>
      </w:r>
      <w:r w:rsidRPr="0078531E">
        <w:rPr>
          <w:spacing w:val="-4"/>
        </w:rPr>
        <w:t xml:space="preserve"> </w:t>
      </w:r>
      <w:r w:rsidRPr="0078531E">
        <w:t>így</w:t>
      </w:r>
      <w:r w:rsidRPr="0078531E">
        <w:rPr>
          <w:spacing w:val="-6"/>
        </w:rPr>
        <w:t xml:space="preserve"> </w:t>
      </w:r>
      <w:r w:rsidRPr="0078531E">
        <w:t>a</w:t>
      </w:r>
      <w:r w:rsidRPr="0078531E">
        <w:rPr>
          <w:spacing w:val="-4"/>
        </w:rPr>
        <w:t xml:space="preserve"> </w:t>
      </w:r>
      <w:r w:rsidRPr="0078531E">
        <w:t>csoportok nem zavarják egymás napirendjét.</w:t>
      </w:r>
      <w:r w:rsidR="00D60912" w:rsidRPr="0078531E">
        <w:t xml:space="preserve"> A fent felsorolt </w:t>
      </w:r>
    </w:p>
    <w:p w14:paraId="5DF0A3A0" w14:textId="633420B4" w:rsidR="00AE0CFD" w:rsidRPr="0078531E" w:rsidRDefault="00C3522D" w:rsidP="00182BA8">
      <w:pPr>
        <w:pStyle w:val="Cmsor4"/>
        <w:ind w:left="0"/>
        <w:rPr>
          <w:u w:val="single"/>
        </w:rPr>
      </w:pPr>
      <w:r w:rsidRPr="0078531E">
        <w:rPr>
          <w:u w:val="single"/>
        </w:rPr>
        <w:t>Nem</w:t>
      </w:r>
      <w:r w:rsidRPr="0078531E">
        <w:rPr>
          <w:spacing w:val="-8"/>
          <w:u w:val="single"/>
        </w:rPr>
        <w:t xml:space="preserve"> </w:t>
      </w:r>
      <w:r w:rsidRPr="0078531E">
        <w:rPr>
          <w:u w:val="single"/>
        </w:rPr>
        <w:t>csoportterem</w:t>
      </w:r>
      <w:r w:rsidRPr="0078531E">
        <w:rPr>
          <w:spacing w:val="-4"/>
          <w:u w:val="single"/>
        </w:rPr>
        <w:t xml:space="preserve"> </w:t>
      </w:r>
      <w:r w:rsidRPr="0078531E">
        <w:rPr>
          <w:u w:val="single"/>
        </w:rPr>
        <w:t>típusú</w:t>
      </w:r>
      <w:r w:rsidRPr="0078531E">
        <w:rPr>
          <w:spacing w:val="-3"/>
          <w:u w:val="single"/>
        </w:rPr>
        <w:t xml:space="preserve"> </w:t>
      </w:r>
      <w:r w:rsidRPr="0078531E">
        <w:rPr>
          <w:u w:val="single"/>
        </w:rPr>
        <w:t>fontosabb</w:t>
      </w:r>
      <w:r w:rsidRPr="0078531E">
        <w:rPr>
          <w:spacing w:val="-5"/>
          <w:u w:val="single"/>
        </w:rPr>
        <w:t xml:space="preserve"> </w:t>
      </w:r>
      <w:r w:rsidRPr="0078531E">
        <w:rPr>
          <w:u w:val="single"/>
        </w:rPr>
        <w:t>funkcionális</w:t>
      </w:r>
      <w:r w:rsidRPr="0078531E">
        <w:rPr>
          <w:spacing w:val="-4"/>
          <w:u w:val="single"/>
        </w:rPr>
        <w:t xml:space="preserve"> </w:t>
      </w:r>
      <w:r w:rsidRPr="0078531E">
        <w:rPr>
          <w:spacing w:val="-2"/>
          <w:u w:val="single"/>
        </w:rPr>
        <w:t>helyiségek</w:t>
      </w:r>
    </w:p>
    <w:p w14:paraId="73C21946" w14:textId="77777777" w:rsidR="00AE0CFD" w:rsidRPr="0078531E" w:rsidRDefault="00C3522D">
      <w:pPr>
        <w:pStyle w:val="Listaszerbekezds"/>
        <w:numPr>
          <w:ilvl w:val="0"/>
          <w:numId w:val="23"/>
        </w:numPr>
        <w:tabs>
          <w:tab w:val="left" w:pos="274"/>
        </w:tabs>
        <w:spacing w:before="134"/>
        <w:ind w:left="274" w:hanging="138"/>
        <w:rPr>
          <w:sz w:val="24"/>
        </w:rPr>
      </w:pPr>
      <w:r w:rsidRPr="0078531E">
        <w:rPr>
          <w:sz w:val="24"/>
        </w:rPr>
        <w:t>fejlesztő</w:t>
      </w:r>
      <w:r w:rsidRPr="0078531E">
        <w:rPr>
          <w:spacing w:val="-2"/>
          <w:sz w:val="24"/>
        </w:rPr>
        <w:t xml:space="preserve"> szoba,</w:t>
      </w:r>
    </w:p>
    <w:p w14:paraId="78507EB3" w14:textId="61370FE3" w:rsidR="00AE0CFD" w:rsidRPr="0078531E" w:rsidRDefault="00994C00">
      <w:pPr>
        <w:pStyle w:val="Listaszerbekezds"/>
        <w:numPr>
          <w:ilvl w:val="0"/>
          <w:numId w:val="23"/>
        </w:numPr>
        <w:tabs>
          <w:tab w:val="left" w:pos="274"/>
        </w:tabs>
        <w:spacing w:before="202"/>
        <w:ind w:left="274" w:hanging="138"/>
        <w:rPr>
          <w:sz w:val="24"/>
        </w:rPr>
      </w:pPr>
      <w:r w:rsidRPr="0078531E">
        <w:rPr>
          <w:sz w:val="24"/>
        </w:rPr>
        <w:t>elkülönítő</w:t>
      </w:r>
      <w:r w:rsidR="00D91D56" w:rsidRPr="0078531E">
        <w:rPr>
          <w:sz w:val="24"/>
        </w:rPr>
        <w:t xml:space="preserve"> szoba</w:t>
      </w:r>
    </w:p>
    <w:p w14:paraId="4BC2D393" w14:textId="4D1A7790" w:rsidR="0069795E" w:rsidRPr="0078531E" w:rsidRDefault="00994C00">
      <w:pPr>
        <w:pStyle w:val="Listaszerbekezds"/>
        <w:numPr>
          <w:ilvl w:val="0"/>
          <w:numId w:val="23"/>
        </w:numPr>
        <w:tabs>
          <w:tab w:val="left" w:pos="274"/>
        </w:tabs>
        <w:spacing w:before="202"/>
        <w:ind w:left="274" w:hanging="138"/>
        <w:rPr>
          <w:sz w:val="24"/>
        </w:rPr>
      </w:pPr>
      <w:r w:rsidRPr="0078531E">
        <w:rPr>
          <w:spacing w:val="-2"/>
          <w:sz w:val="24"/>
        </w:rPr>
        <w:t>sportszer raktár</w:t>
      </w:r>
    </w:p>
    <w:p w14:paraId="723CEFCD" w14:textId="77777777" w:rsidR="0069795E" w:rsidRPr="0078531E" w:rsidRDefault="0069795E" w:rsidP="0069795E">
      <w:pPr>
        <w:pStyle w:val="Listaszerbekezds"/>
        <w:tabs>
          <w:tab w:val="left" w:pos="274"/>
        </w:tabs>
        <w:spacing w:before="202"/>
        <w:ind w:left="274" w:firstLine="0"/>
        <w:rPr>
          <w:sz w:val="24"/>
        </w:rPr>
      </w:pPr>
    </w:p>
    <w:p w14:paraId="14766B42" w14:textId="61D7769A" w:rsidR="00AE0CFD" w:rsidRPr="0078531E" w:rsidRDefault="00C3522D" w:rsidP="00182BA8">
      <w:pPr>
        <w:pStyle w:val="Cmsor4"/>
        <w:spacing w:before="5"/>
        <w:ind w:left="0"/>
        <w:rPr>
          <w:spacing w:val="-2"/>
          <w:u w:val="single"/>
        </w:rPr>
      </w:pPr>
      <w:r w:rsidRPr="0078531E">
        <w:rPr>
          <w:u w:val="single"/>
        </w:rPr>
        <w:t>Az</w:t>
      </w:r>
      <w:r w:rsidRPr="0078531E">
        <w:rPr>
          <w:spacing w:val="-4"/>
          <w:u w:val="single"/>
        </w:rPr>
        <w:t xml:space="preserve"> </w:t>
      </w:r>
      <w:r w:rsidRPr="0078531E">
        <w:rPr>
          <w:u w:val="single"/>
        </w:rPr>
        <w:t>óvoda</w:t>
      </w:r>
      <w:r w:rsidRPr="0078531E">
        <w:rPr>
          <w:spacing w:val="-1"/>
          <w:u w:val="single"/>
        </w:rPr>
        <w:t xml:space="preserve"> </w:t>
      </w:r>
      <w:r w:rsidRPr="0078531E">
        <w:rPr>
          <w:spacing w:val="-2"/>
          <w:u w:val="single"/>
        </w:rPr>
        <w:t>udvara</w:t>
      </w:r>
    </w:p>
    <w:p w14:paraId="0E3FF244" w14:textId="77777777" w:rsidR="00994C00" w:rsidRPr="0078531E" w:rsidRDefault="00994C00">
      <w:pPr>
        <w:pStyle w:val="Cmsor4"/>
        <w:spacing w:before="5"/>
      </w:pPr>
    </w:p>
    <w:p w14:paraId="27FB238B" w14:textId="3B2DE487" w:rsidR="00994C00" w:rsidRPr="0078531E" w:rsidRDefault="00994C00" w:rsidP="00182BA8">
      <w:pPr>
        <w:pStyle w:val="Szvegtrzs"/>
        <w:spacing w:before="135" w:line="360" w:lineRule="auto"/>
        <w:ind w:right="434" w:firstLine="720"/>
        <w:jc w:val="both"/>
      </w:pPr>
      <w:r w:rsidRPr="0078531E">
        <w:rPr>
          <w:shd w:val="clear" w:color="auto" w:fill="FFFFFF"/>
        </w:rPr>
        <w:t xml:space="preserve">Az óvoda udvara alkalmas a közösségi, az egészséges életmódra nevelés és különböző ismeretszerzési tevékenységek megvalósítására. Óvodánk udvara kényelmes és biztonságos, árnyat adó fák és különböző szilárdságú burkolattal ellátott területek váltják egymást. Az időjárástól függően naponta több órát töltenek kint a gyermekek. Rendszeres füvesítéssel, virágos- és veteményeskertünk kialakításán túl igyekeztünk környezetbarát anyagokból készült sportszerekkel felszerelni. </w:t>
      </w:r>
    </w:p>
    <w:p w14:paraId="0FED6BED" w14:textId="77777777" w:rsidR="00AE0CFD" w:rsidRPr="0078531E" w:rsidRDefault="00AE0CFD">
      <w:pPr>
        <w:pStyle w:val="Szvegtrzs"/>
        <w:spacing w:before="144"/>
      </w:pPr>
    </w:p>
    <w:p w14:paraId="78675067" w14:textId="77777777" w:rsidR="00182BA8" w:rsidRPr="0078531E" w:rsidRDefault="00182BA8" w:rsidP="00182BA8">
      <w:pPr>
        <w:pStyle w:val="Cmsor4"/>
        <w:tabs>
          <w:tab w:val="left" w:pos="839"/>
        </w:tabs>
        <w:spacing w:before="72" w:line="360" w:lineRule="auto"/>
        <w:ind w:left="839" w:right="705"/>
        <w:jc w:val="right"/>
      </w:pPr>
    </w:p>
    <w:p w14:paraId="00F34D2E" w14:textId="0535B4D7" w:rsidR="0022444D" w:rsidRPr="0078531E" w:rsidRDefault="00C3522D" w:rsidP="00182BA8">
      <w:pPr>
        <w:pStyle w:val="Cmsor4"/>
        <w:tabs>
          <w:tab w:val="left" w:pos="0"/>
        </w:tabs>
        <w:spacing w:before="72" w:line="360" w:lineRule="auto"/>
        <w:ind w:left="839" w:right="705" w:hanging="839"/>
        <w:rPr>
          <w:u w:val="single"/>
        </w:rPr>
      </w:pPr>
      <w:r w:rsidRPr="0078531E">
        <w:rPr>
          <w:u w:val="single"/>
        </w:rPr>
        <w:t>Az</w:t>
      </w:r>
      <w:r w:rsidRPr="0078531E">
        <w:rPr>
          <w:spacing w:val="-4"/>
          <w:u w:val="single"/>
        </w:rPr>
        <w:t xml:space="preserve"> </w:t>
      </w:r>
      <w:r w:rsidRPr="0078531E">
        <w:rPr>
          <w:u w:val="single"/>
        </w:rPr>
        <w:t>óvoda</w:t>
      </w:r>
      <w:r w:rsidRPr="0078531E">
        <w:rPr>
          <w:spacing w:val="-1"/>
          <w:u w:val="single"/>
        </w:rPr>
        <w:t xml:space="preserve"> </w:t>
      </w:r>
      <w:r w:rsidRPr="0078531E">
        <w:rPr>
          <w:spacing w:val="-2"/>
          <w:u w:val="single"/>
        </w:rPr>
        <w:t>csoportszerkez</w:t>
      </w:r>
      <w:r w:rsidR="00994C00" w:rsidRPr="0078531E">
        <w:rPr>
          <w:spacing w:val="-2"/>
          <w:u w:val="single"/>
        </w:rPr>
        <w:t>ete</w:t>
      </w:r>
    </w:p>
    <w:p w14:paraId="764BBE2D" w14:textId="5D0AF162" w:rsidR="00AE0CFD" w:rsidRPr="0078531E" w:rsidRDefault="00182BA8" w:rsidP="00182BA8">
      <w:pPr>
        <w:pStyle w:val="Cmsor4"/>
        <w:tabs>
          <w:tab w:val="left" w:pos="0"/>
        </w:tabs>
        <w:spacing w:before="72" w:line="360" w:lineRule="auto"/>
        <w:ind w:left="0" w:right="705"/>
        <w:jc w:val="both"/>
        <w:rPr>
          <w:b w:val="0"/>
          <w:bCs w:val="0"/>
        </w:rPr>
      </w:pPr>
      <w:r w:rsidRPr="0078531E">
        <w:rPr>
          <w:b w:val="0"/>
          <w:bCs w:val="0"/>
        </w:rPr>
        <w:tab/>
      </w:r>
      <w:r w:rsidR="00994C00" w:rsidRPr="0078531E">
        <w:rPr>
          <w:b w:val="0"/>
          <w:bCs w:val="0"/>
        </w:rPr>
        <w:t xml:space="preserve">A </w:t>
      </w:r>
      <w:r w:rsidR="00C3522D" w:rsidRPr="0078531E">
        <w:rPr>
          <w:b w:val="0"/>
          <w:bCs w:val="0"/>
        </w:rPr>
        <w:t>csoportok</w:t>
      </w:r>
      <w:r w:rsidR="00C3522D" w:rsidRPr="0078531E">
        <w:rPr>
          <w:b w:val="0"/>
          <w:bCs w:val="0"/>
          <w:spacing w:val="-5"/>
        </w:rPr>
        <w:t xml:space="preserve"> </w:t>
      </w:r>
      <w:r w:rsidR="00C3522D" w:rsidRPr="0078531E">
        <w:rPr>
          <w:b w:val="0"/>
          <w:bCs w:val="0"/>
        </w:rPr>
        <w:t>elnevezésében</w:t>
      </w:r>
      <w:r w:rsidR="00C3522D" w:rsidRPr="0078531E">
        <w:rPr>
          <w:b w:val="0"/>
          <w:bCs w:val="0"/>
          <w:spacing w:val="-4"/>
        </w:rPr>
        <w:t xml:space="preserve"> </w:t>
      </w:r>
      <w:r w:rsidR="00C3522D" w:rsidRPr="0078531E">
        <w:rPr>
          <w:b w:val="0"/>
          <w:bCs w:val="0"/>
        </w:rPr>
        <w:t>az</w:t>
      </w:r>
      <w:r w:rsidR="00C3522D" w:rsidRPr="0078531E">
        <w:rPr>
          <w:b w:val="0"/>
          <w:bCs w:val="0"/>
          <w:spacing w:val="-4"/>
        </w:rPr>
        <w:t xml:space="preserve"> </w:t>
      </w:r>
      <w:r w:rsidR="00C3522D" w:rsidRPr="0078531E">
        <w:rPr>
          <w:b w:val="0"/>
          <w:bCs w:val="0"/>
        </w:rPr>
        <w:t>óvodapedagógusok</w:t>
      </w:r>
      <w:r w:rsidR="00C3522D" w:rsidRPr="0078531E">
        <w:rPr>
          <w:b w:val="0"/>
          <w:bCs w:val="0"/>
          <w:spacing w:val="-5"/>
        </w:rPr>
        <w:t xml:space="preserve"> </w:t>
      </w:r>
      <w:r w:rsidR="00C3522D" w:rsidRPr="0078531E">
        <w:rPr>
          <w:b w:val="0"/>
          <w:bCs w:val="0"/>
        </w:rPr>
        <w:t>szabadon</w:t>
      </w:r>
      <w:r w:rsidR="00C3522D" w:rsidRPr="0078531E">
        <w:rPr>
          <w:b w:val="0"/>
          <w:bCs w:val="0"/>
          <w:spacing w:val="-5"/>
        </w:rPr>
        <w:t xml:space="preserve"> </w:t>
      </w:r>
      <w:r w:rsidR="00C3522D" w:rsidRPr="0078531E">
        <w:rPr>
          <w:b w:val="0"/>
          <w:bCs w:val="0"/>
        </w:rPr>
        <w:t>választhat</w:t>
      </w:r>
      <w:r w:rsidR="00994C00" w:rsidRPr="0078531E">
        <w:rPr>
          <w:b w:val="0"/>
          <w:bCs w:val="0"/>
        </w:rPr>
        <w:t>tak</w:t>
      </w:r>
      <w:r w:rsidR="00C3522D" w:rsidRPr="0078531E">
        <w:rPr>
          <w:b w:val="0"/>
          <w:bCs w:val="0"/>
        </w:rPr>
        <w:t>, szem</w:t>
      </w:r>
      <w:r w:rsidR="00C3522D" w:rsidRPr="0078531E">
        <w:rPr>
          <w:b w:val="0"/>
          <w:bCs w:val="0"/>
          <w:spacing w:val="-1"/>
        </w:rPr>
        <w:t xml:space="preserve"> </w:t>
      </w:r>
      <w:r w:rsidR="00C3522D" w:rsidRPr="0078531E">
        <w:rPr>
          <w:b w:val="0"/>
          <w:bCs w:val="0"/>
        </w:rPr>
        <w:t>előtt</w:t>
      </w:r>
      <w:r w:rsidR="00C3522D" w:rsidRPr="0078531E">
        <w:rPr>
          <w:b w:val="0"/>
          <w:bCs w:val="0"/>
          <w:spacing w:val="-1"/>
        </w:rPr>
        <w:t xml:space="preserve"> </w:t>
      </w:r>
      <w:r w:rsidR="00C3522D" w:rsidRPr="0078531E">
        <w:rPr>
          <w:b w:val="0"/>
          <w:bCs w:val="0"/>
        </w:rPr>
        <w:t>tartva</w:t>
      </w:r>
      <w:r w:rsidR="00C3522D" w:rsidRPr="0078531E">
        <w:rPr>
          <w:b w:val="0"/>
          <w:bCs w:val="0"/>
          <w:spacing w:val="-1"/>
        </w:rPr>
        <w:t xml:space="preserve"> </w:t>
      </w:r>
      <w:r w:rsidR="00C3522D" w:rsidRPr="0078531E">
        <w:rPr>
          <w:b w:val="0"/>
          <w:bCs w:val="0"/>
        </w:rPr>
        <w:t>a</w:t>
      </w:r>
      <w:r w:rsidR="00C3522D" w:rsidRPr="0078531E">
        <w:rPr>
          <w:b w:val="0"/>
          <w:bCs w:val="0"/>
          <w:spacing w:val="-3"/>
        </w:rPr>
        <w:t xml:space="preserve"> </w:t>
      </w:r>
      <w:r w:rsidR="00C3522D" w:rsidRPr="0078531E">
        <w:rPr>
          <w:b w:val="0"/>
          <w:bCs w:val="0"/>
        </w:rPr>
        <w:t>gyermek</w:t>
      </w:r>
      <w:r w:rsidR="00C3522D" w:rsidRPr="0078531E">
        <w:rPr>
          <w:b w:val="0"/>
          <w:bCs w:val="0"/>
          <w:spacing w:val="-1"/>
        </w:rPr>
        <w:t xml:space="preserve"> </w:t>
      </w:r>
      <w:r w:rsidR="00C3522D" w:rsidRPr="0078531E">
        <w:rPr>
          <w:b w:val="0"/>
          <w:bCs w:val="0"/>
        </w:rPr>
        <w:t>közeliséget és</w:t>
      </w:r>
      <w:r w:rsidR="00C3522D" w:rsidRPr="0078531E">
        <w:rPr>
          <w:b w:val="0"/>
          <w:bCs w:val="0"/>
          <w:spacing w:val="-2"/>
        </w:rPr>
        <w:t xml:space="preserve"> </w:t>
      </w:r>
      <w:r w:rsidR="00C3522D" w:rsidRPr="0078531E">
        <w:rPr>
          <w:b w:val="0"/>
          <w:bCs w:val="0"/>
        </w:rPr>
        <w:t>az óvoda</w:t>
      </w:r>
      <w:r w:rsidR="00C3522D" w:rsidRPr="0078531E">
        <w:rPr>
          <w:b w:val="0"/>
          <w:bCs w:val="0"/>
          <w:spacing w:val="-2"/>
        </w:rPr>
        <w:t xml:space="preserve"> </w:t>
      </w:r>
      <w:r w:rsidR="00C3522D" w:rsidRPr="0078531E">
        <w:rPr>
          <w:b w:val="0"/>
          <w:bCs w:val="0"/>
        </w:rPr>
        <w:t>arculatát. Homogén</w:t>
      </w:r>
      <w:r w:rsidR="00C3522D" w:rsidRPr="0078531E">
        <w:rPr>
          <w:b w:val="0"/>
          <w:bCs w:val="0"/>
          <w:spacing w:val="-1"/>
        </w:rPr>
        <w:t xml:space="preserve"> </w:t>
      </w:r>
      <w:r w:rsidR="00C3522D" w:rsidRPr="0078531E">
        <w:rPr>
          <w:b w:val="0"/>
          <w:bCs w:val="0"/>
        </w:rPr>
        <w:t>életkorú</w:t>
      </w:r>
      <w:r w:rsidR="00C3522D" w:rsidRPr="0078531E">
        <w:rPr>
          <w:b w:val="0"/>
          <w:bCs w:val="0"/>
          <w:spacing w:val="-1"/>
        </w:rPr>
        <w:t xml:space="preserve"> </w:t>
      </w:r>
      <w:r w:rsidR="00C3522D" w:rsidRPr="0078531E">
        <w:rPr>
          <w:b w:val="0"/>
          <w:bCs w:val="0"/>
        </w:rPr>
        <w:t>csoportok kialakítására törekszünk.</w:t>
      </w:r>
    </w:p>
    <w:p w14:paraId="6EB8E189" w14:textId="25B0557B" w:rsidR="00AE0CFD" w:rsidRPr="0078531E" w:rsidRDefault="00C3522D" w:rsidP="0069795E">
      <w:pPr>
        <w:jc w:val="both"/>
        <w:rPr>
          <w:b/>
          <w:bCs/>
          <w:iCs/>
          <w:sz w:val="24"/>
        </w:rPr>
      </w:pPr>
      <w:r w:rsidRPr="0078531E">
        <w:rPr>
          <w:b/>
          <w:bCs/>
          <w:iCs/>
          <w:sz w:val="24"/>
        </w:rPr>
        <w:t xml:space="preserve">Kiscsoport (2,5 – </w:t>
      </w:r>
      <w:r w:rsidR="00264C46" w:rsidRPr="0078531E">
        <w:rPr>
          <w:b/>
          <w:bCs/>
          <w:iCs/>
          <w:sz w:val="24"/>
        </w:rPr>
        <w:t>3</w:t>
      </w:r>
      <w:r w:rsidR="00D60912" w:rsidRPr="0078531E">
        <w:rPr>
          <w:b/>
          <w:bCs/>
          <w:iCs/>
          <w:sz w:val="24"/>
        </w:rPr>
        <w:t>,</w:t>
      </w:r>
      <w:r w:rsidR="00264C46" w:rsidRPr="0078531E">
        <w:rPr>
          <w:b/>
          <w:bCs/>
          <w:iCs/>
          <w:sz w:val="24"/>
        </w:rPr>
        <w:t>5</w:t>
      </w:r>
      <w:r w:rsidRPr="0078531E">
        <w:rPr>
          <w:b/>
          <w:bCs/>
          <w:iCs/>
          <w:sz w:val="24"/>
        </w:rPr>
        <w:t xml:space="preserve"> </w:t>
      </w:r>
      <w:r w:rsidRPr="0078531E">
        <w:rPr>
          <w:b/>
          <w:bCs/>
          <w:iCs/>
          <w:spacing w:val="-2"/>
          <w:sz w:val="24"/>
        </w:rPr>
        <w:t>évesek)</w:t>
      </w:r>
    </w:p>
    <w:p w14:paraId="2F4E7460" w14:textId="6FD34AE8" w:rsidR="0069795E" w:rsidRPr="0078531E" w:rsidRDefault="004C0183" w:rsidP="0069795E">
      <w:pPr>
        <w:pStyle w:val="Szvegtrzs"/>
        <w:spacing w:before="139" w:line="360" w:lineRule="auto"/>
      </w:pPr>
      <w:r w:rsidRPr="0078531E">
        <w:t>Ebbe a csoportba azok a gyerekek kapnak helyet,</w:t>
      </w:r>
      <w:r w:rsidR="00C3522D" w:rsidRPr="0078531E">
        <w:rPr>
          <w:spacing w:val="-1"/>
        </w:rPr>
        <w:t xml:space="preserve"> </w:t>
      </w:r>
      <w:r w:rsidR="00C3522D" w:rsidRPr="0078531E">
        <w:t>akik</w:t>
      </w:r>
      <w:r w:rsidR="00C3522D" w:rsidRPr="0078531E">
        <w:rPr>
          <w:spacing w:val="-1"/>
        </w:rPr>
        <w:t xml:space="preserve"> </w:t>
      </w:r>
      <w:r w:rsidR="00C3522D" w:rsidRPr="0078531E">
        <w:t>a</w:t>
      </w:r>
      <w:r w:rsidR="00C3522D" w:rsidRPr="0078531E">
        <w:rPr>
          <w:spacing w:val="-1"/>
        </w:rPr>
        <w:t xml:space="preserve"> </w:t>
      </w:r>
      <w:r w:rsidR="00C3522D" w:rsidRPr="0078531E">
        <w:t>tárgyévben</w:t>
      </w:r>
      <w:r w:rsidR="00C3522D" w:rsidRPr="0078531E">
        <w:rPr>
          <w:spacing w:val="1"/>
        </w:rPr>
        <w:t xml:space="preserve"> </w:t>
      </w:r>
      <w:r w:rsidR="00C3522D" w:rsidRPr="0078531E">
        <w:t>töltik</w:t>
      </w:r>
      <w:r w:rsidR="00C3522D" w:rsidRPr="0078531E">
        <w:rPr>
          <w:spacing w:val="-1"/>
        </w:rPr>
        <w:t xml:space="preserve"> </w:t>
      </w:r>
      <w:r w:rsidR="00C3522D" w:rsidRPr="0078531E">
        <w:rPr>
          <w:spacing w:val="-5"/>
        </w:rPr>
        <w:t>be</w:t>
      </w:r>
      <w:r w:rsidR="0069795E" w:rsidRPr="0078531E">
        <w:rPr>
          <w:spacing w:val="-5"/>
        </w:rPr>
        <w:t xml:space="preserve"> a 3. </w:t>
      </w:r>
      <w:r w:rsidR="00C3522D" w:rsidRPr="0078531E">
        <w:t>életévüket.</w:t>
      </w:r>
      <w:r w:rsidR="00C3522D" w:rsidRPr="0078531E">
        <w:rPr>
          <w:spacing w:val="-4"/>
        </w:rPr>
        <w:t xml:space="preserve"> </w:t>
      </w:r>
      <w:r w:rsidR="00C3522D" w:rsidRPr="0078531E">
        <w:t>A csoporttal 2 óvodapedagógus, 1 dajka és</w:t>
      </w:r>
      <w:r w:rsidRPr="0078531E">
        <w:t xml:space="preserve"> </w:t>
      </w:r>
      <w:r w:rsidR="00C3522D" w:rsidRPr="0078531E">
        <w:t>1 pedagógiai asszisztens dolgozik. Ebben a</w:t>
      </w:r>
      <w:r w:rsidR="0069795E" w:rsidRPr="0078531E">
        <w:t xml:space="preserve"> </w:t>
      </w:r>
      <w:r w:rsidR="00C3522D" w:rsidRPr="0078531E">
        <w:t>csoportban</w:t>
      </w:r>
      <w:r w:rsidR="00C3522D" w:rsidRPr="0078531E">
        <w:rPr>
          <w:spacing w:val="-4"/>
        </w:rPr>
        <w:t xml:space="preserve"> </w:t>
      </w:r>
      <w:r w:rsidR="00C3522D" w:rsidRPr="0078531E">
        <w:t>a</w:t>
      </w:r>
      <w:r w:rsidR="00C3522D" w:rsidRPr="0078531E">
        <w:rPr>
          <w:spacing w:val="-3"/>
        </w:rPr>
        <w:t xml:space="preserve"> </w:t>
      </w:r>
      <w:r w:rsidR="00C3522D" w:rsidRPr="0078531E">
        <w:t>gyermekek</w:t>
      </w:r>
      <w:r w:rsidR="00C3522D" w:rsidRPr="0078531E">
        <w:rPr>
          <w:spacing w:val="-2"/>
        </w:rPr>
        <w:t xml:space="preserve"> </w:t>
      </w:r>
      <w:r w:rsidR="00C3522D" w:rsidRPr="0078531E">
        <w:t>már</w:t>
      </w:r>
      <w:r w:rsidR="00C3522D" w:rsidRPr="0078531E">
        <w:rPr>
          <w:spacing w:val="-5"/>
        </w:rPr>
        <w:t xml:space="preserve"> </w:t>
      </w:r>
      <w:r w:rsidR="00C3522D" w:rsidRPr="0078531E">
        <w:t>a</w:t>
      </w:r>
      <w:r w:rsidR="00C3522D" w:rsidRPr="0078531E">
        <w:rPr>
          <w:spacing w:val="-5"/>
        </w:rPr>
        <w:t xml:space="preserve"> </w:t>
      </w:r>
      <w:r w:rsidR="00C3522D" w:rsidRPr="0078531E">
        <w:t>3.</w:t>
      </w:r>
      <w:r w:rsidR="00C3522D" w:rsidRPr="0078531E">
        <w:rPr>
          <w:spacing w:val="-4"/>
        </w:rPr>
        <w:t xml:space="preserve"> </w:t>
      </w:r>
      <w:r w:rsidR="00C3522D" w:rsidRPr="0078531E">
        <w:t>életévük</w:t>
      </w:r>
      <w:r w:rsidR="00C3522D" w:rsidRPr="0078531E">
        <w:rPr>
          <w:spacing w:val="-4"/>
        </w:rPr>
        <w:t xml:space="preserve"> </w:t>
      </w:r>
      <w:r w:rsidR="00C3522D" w:rsidRPr="0078531E">
        <w:t>betöltése</w:t>
      </w:r>
      <w:r w:rsidR="00C3522D" w:rsidRPr="0078531E">
        <w:rPr>
          <w:spacing w:val="-5"/>
        </w:rPr>
        <w:t xml:space="preserve"> </w:t>
      </w:r>
      <w:r w:rsidR="00C3522D" w:rsidRPr="0078531E">
        <w:t>előtt</w:t>
      </w:r>
      <w:r w:rsidR="00C3522D" w:rsidRPr="0078531E">
        <w:rPr>
          <w:spacing w:val="-4"/>
        </w:rPr>
        <w:t xml:space="preserve"> </w:t>
      </w:r>
      <w:r w:rsidR="00C3522D" w:rsidRPr="0078531E">
        <w:t>megkezdhetik</w:t>
      </w:r>
      <w:r w:rsidR="00C3522D" w:rsidRPr="0078531E">
        <w:rPr>
          <w:spacing w:val="-4"/>
        </w:rPr>
        <w:t xml:space="preserve"> </w:t>
      </w:r>
      <w:r w:rsidR="00C3522D" w:rsidRPr="0078531E">
        <w:t>a</w:t>
      </w:r>
      <w:r w:rsidR="00C3522D" w:rsidRPr="0078531E">
        <w:rPr>
          <w:spacing w:val="-5"/>
        </w:rPr>
        <w:t xml:space="preserve"> </w:t>
      </w:r>
      <w:r w:rsidR="00C3522D" w:rsidRPr="0078531E">
        <w:t>beszoktatást, legkorábban 2 és fél évesen. Az óvodakezdésnek nem feltétele a szobatisztaság.</w:t>
      </w:r>
    </w:p>
    <w:p w14:paraId="1D86D15B" w14:textId="33F5CC0B" w:rsidR="004C0183" w:rsidRPr="0078531E" w:rsidRDefault="00264C46" w:rsidP="0069795E">
      <w:pPr>
        <w:pStyle w:val="Szvegtrzs"/>
        <w:spacing w:line="360" w:lineRule="auto"/>
        <w:ind w:right="469"/>
      </w:pPr>
      <w:r w:rsidRPr="0078531E">
        <w:rPr>
          <w:b/>
          <w:bCs/>
          <w:iCs/>
        </w:rPr>
        <w:t>Középső</w:t>
      </w:r>
      <w:r w:rsidR="00C3522D" w:rsidRPr="0078531E">
        <w:rPr>
          <w:b/>
          <w:bCs/>
          <w:iCs/>
          <w:spacing w:val="-2"/>
        </w:rPr>
        <w:t xml:space="preserve"> </w:t>
      </w:r>
      <w:r w:rsidR="00C3522D" w:rsidRPr="0078531E">
        <w:rPr>
          <w:b/>
          <w:bCs/>
          <w:iCs/>
        </w:rPr>
        <w:t>csoport</w:t>
      </w:r>
      <w:r w:rsidR="00C3522D" w:rsidRPr="0078531E">
        <w:rPr>
          <w:b/>
          <w:bCs/>
          <w:iCs/>
          <w:spacing w:val="-1"/>
        </w:rPr>
        <w:t xml:space="preserve"> </w:t>
      </w:r>
      <w:r w:rsidR="00C3522D" w:rsidRPr="0078531E">
        <w:rPr>
          <w:b/>
          <w:bCs/>
          <w:iCs/>
        </w:rPr>
        <w:t>(</w:t>
      </w:r>
      <w:r w:rsidR="004C0183" w:rsidRPr="0078531E">
        <w:rPr>
          <w:b/>
          <w:bCs/>
          <w:iCs/>
        </w:rPr>
        <w:t>4</w:t>
      </w:r>
      <w:r w:rsidR="0069795E" w:rsidRPr="0078531E">
        <w:rPr>
          <w:b/>
          <w:bCs/>
          <w:iCs/>
        </w:rPr>
        <w:t xml:space="preserve"> </w:t>
      </w:r>
      <w:r w:rsidR="004C0183" w:rsidRPr="0078531E">
        <w:rPr>
          <w:b/>
          <w:bCs/>
          <w:iCs/>
        </w:rPr>
        <w:t>-</w:t>
      </w:r>
      <w:r w:rsidR="00C3522D" w:rsidRPr="0078531E">
        <w:rPr>
          <w:b/>
          <w:bCs/>
          <w:iCs/>
          <w:spacing w:val="-1"/>
        </w:rPr>
        <w:t xml:space="preserve"> </w:t>
      </w:r>
      <w:r w:rsidR="004C0183" w:rsidRPr="0078531E">
        <w:rPr>
          <w:b/>
          <w:bCs/>
          <w:iCs/>
          <w:spacing w:val="-1"/>
        </w:rPr>
        <w:t>5</w:t>
      </w:r>
      <w:r w:rsidR="00C3522D" w:rsidRPr="0078531E">
        <w:rPr>
          <w:b/>
          <w:bCs/>
          <w:iCs/>
        </w:rPr>
        <w:t xml:space="preserve"> </w:t>
      </w:r>
      <w:r w:rsidR="00C3522D" w:rsidRPr="0078531E">
        <w:rPr>
          <w:b/>
          <w:bCs/>
          <w:iCs/>
          <w:spacing w:val="-2"/>
        </w:rPr>
        <w:t>éves</w:t>
      </w:r>
      <w:r w:rsidR="004C0183" w:rsidRPr="0078531E">
        <w:rPr>
          <w:b/>
          <w:bCs/>
          <w:iCs/>
          <w:spacing w:val="-2"/>
        </w:rPr>
        <w:t>ek</w:t>
      </w:r>
      <w:r w:rsidR="00C3522D" w:rsidRPr="0078531E">
        <w:rPr>
          <w:b/>
          <w:bCs/>
          <w:iCs/>
          <w:spacing w:val="-2"/>
        </w:rPr>
        <w:t>)</w:t>
      </w:r>
    </w:p>
    <w:p w14:paraId="05CD6779" w14:textId="12B13974" w:rsidR="004C0183" w:rsidRPr="0078531E" w:rsidRDefault="00C3522D" w:rsidP="0069795E">
      <w:pPr>
        <w:pStyle w:val="Szvegtrzs"/>
        <w:spacing w:line="360" w:lineRule="auto"/>
        <w:ind w:right="469"/>
        <w:jc w:val="both"/>
      </w:pPr>
      <w:r w:rsidRPr="0078531E">
        <w:t>Ebben</w:t>
      </w:r>
      <w:r w:rsidRPr="0078531E">
        <w:rPr>
          <w:spacing w:val="-3"/>
        </w:rPr>
        <w:t xml:space="preserve"> </w:t>
      </w:r>
      <w:r w:rsidRPr="0078531E">
        <w:t>a</w:t>
      </w:r>
      <w:r w:rsidRPr="0078531E">
        <w:rPr>
          <w:spacing w:val="-4"/>
        </w:rPr>
        <w:t xml:space="preserve"> </w:t>
      </w:r>
      <w:r w:rsidRPr="0078531E">
        <w:t>csoportban</w:t>
      </w:r>
      <w:r w:rsidRPr="0078531E">
        <w:rPr>
          <w:spacing w:val="-3"/>
        </w:rPr>
        <w:t xml:space="preserve"> </w:t>
      </w:r>
      <w:r w:rsidRPr="0078531E">
        <w:t>2</w:t>
      </w:r>
      <w:r w:rsidRPr="0078531E">
        <w:rPr>
          <w:spacing w:val="-3"/>
        </w:rPr>
        <w:t xml:space="preserve"> </w:t>
      </w:r>
      <w:r w:rsidRPr="0078531E">
        <w:t>óvónő</w:t>
      </w:r>
      <w:r w:rsidRPr="0078531E">
        <w:rPr>
          <w:spacing w:val="-3"/>
        </w:rPr>
        <w:t xml:space="preserve"> </w:t>
      </w:r>
      <w:r w:rsidRPr="0078531E">
        <w:t>és</w:t>
      </w:r>
      <w:r w:rsidRPr="0078531E">
        <w:rPr>
          <w:spacing w:val="-4"/>
        </w:rPr>
        <w:t xml:space="preserve"> </w:t>
      </w:r>
      <w:r w:rsidRPr="0078531E">
        <w:t>1</w:t>
      </w:r>
      <w:r w:rsidRPr="0078531E">
        <w:rPr>
          <w:spacing w:val="-3"/>
        </w:rPr>
        <w:t xml:space="preserve"> </w:t>
      </w:r>
      <w:r w:rsidRPr="0078531E">
        <w:t>dajka</w:t>
      </w:r>
      <w:r w:rsidRPr="0078531E">
        <w:rPr>
          <w:spacing w:val="-3"/>
        </w:rPr>
        <w:t xml:space="preserve"> </w:t>
      </w:r>
      <w:r w:rsidRPr="0078531E">
        <w:t>van</w:t>
      </w:r>
      <w:r w:rsidRPr="0078531E">
        <w:rPr>
          <w:spacing w:val="-1"/>
        </w:rPr>
        <w:t xml:space="preserve"> </w:t>
      </w:r>
      <w:r w:rsidRPr="0078531E">
        <w:t>a</w:t>
      </w:r>
      <w:r w:rsidRPr="0078531E">
        <w:rPr>
          <w:spacing w:val="-2"/>
        </w:rPr>
        <w:t xml:space="preserve"> </w:t>
      </w:r>
      <w:r w:rsidRPr="0078531E">
        <w:t>gyermekekkel.</w:t>
      </w:r>
      <w:r w:rsidRPr="0078531E">
        <w:rPr>
          <w:spacing w:val="-3"/>
        </w:rPr>
        <w:t xml:space="preserve"> </w:t>
      </w:r>
      <w:r w:rsidRPr="0078531E">
        <w:t>A</w:t>
      </w:r>
      <w:r w:rsidRPr="0078531E">
        <w:rPr>
          <w:spacing w:val="-4"/>
        </w:rPr>
        <w:t xml:space="preserve"> </w:t>
      </w:r>
      <w:r w:rsidRPr="0078531E">
        <w:t>kiscsoport</w:t>
      </w:r>
      <w:r w:rsidRPr="0078531E">
        <w:rPr>
          <w:spacing w:val="-3"/>
        </w:rPr>
        <w:t xml:space="preserve"> </w:t>
      </w:r>
      <w:r w:rsidRPr="0078531E">
        <w:t>pedagógiai asszisztense</w:t>
      </w:r>
      <w:r w:rsidR="0069795E" w:rsidRPr="0078531E">
        <w:t xml:space="preserve"> </w:t>
      </w:r>
      <w:r w:rsidRPr="0078531E">
        <w:t>igény szerint segíti munkájukat.</w:t>
      </w:r>
    </w:p>
    <w:p w14:paraId="4EC92667" w14:textId="0729948B" w:rsidR="00AE0CFD" w:rsidRPr="0078531E" w:rsidRDefault="00C3522D" w:rsidP="0069795E">
      <w:pPr>
        <w:spacing w:before="1"/>
        <w:jc w:val="both"/>
        <w:rPr>
          <w:b/>
          <w:bCs/>
          <w:iCs/>
          <w:spacing w:val="-10"/>
          <w:sz w:val="24"/>
        </w:rPr>
      </w:pPr>
      <w:r w:rsidRPr="0078531E">
        <w:rPr>
          <w:b/>
          <w:bCs/>
          <w:iCs/>
          <w:sz w:val="24"/>
        </w:rPr>
        <w:t>Nagycsoport</w:t>
      </w:r>
      <w:r w:rsidRPr="0078531E">
        <w:rPr>
          <w:b/>
          <w:bCs/>
          <w:iCs/>
          <w:spacing w:val="-1"/>
          <w:sz w:val="24"/>
        </w:rPr>
        <w:t xml:space="preserve"> </w:t>
      </w:r>
      <w:r w:rsidRPr="0078531E">
        <w:rPr>
          <w:b/>
          <w:bCs/>
          <w:iCs/>
          <w:sz w:val="24"/>
        </w:rPr>
        <w:t>(</w:t>
      </w:r>
      <w:r w:rsidR="00264C46" w:rsidRPr="0078531E">
        <w:rPr>
          <w:b/>
          <w:bCs/>
          <w:iCs/>
          <w:sz w:val="24"/>
        </w:rPr>
        <w:t>5</w:t>
      </w:r>
      <w:r w:rsidRPr="0078531E">
        <w:rPr>
          <w:b/>
          <w:bCs/>
          <w:iCs/>
          <w:sz w:val="24"/>
        </w:rPr>
        <w:t>–</w:t>
      </w:r>
      <w:r w:rsidR="004C0183" w:rsidRPr="0078531E">
        <w:rPr>
          <w:b/>
          <w:bCs/>
          <w:iCs/>
          <w:sz w:val="24"/>
        </w:rPr>
        <w:t>6</w:t>
      </w:r>
      <w:r w:rsidR="0069795E" w:rsidRPr="0078531E">
        <w:rPr>
          <w:b/>
          <w:bCs/>
          <w:iCs/>
          <w:sz w:val="24"/>
        </w:rPr>
        <w:t xml:space="preserve"> </w:t>
      </w:r>
      <w:r w:rsidR="004C0183" w:rsidRPr="0078531E">
        <w:rPr>
          <w:b/>
          <w:bCs/>
          <w:iCs/>
          <w:sz w:val="24"/>
        </w:rPr>
        <w:t>-</w:t>
      </w:r>
      <w:r w:rsidRPr="0078531E">
        <w:rPr>
          <w:b/>
          <w:bCs/>
          <w:iCs/>
          <w:spacing w:val="-1"/>
          <w:sz w:val="24"/>
        </w:rPr>
        <w:t xml:space="preserve"> </w:t>
      </w:r>
      <w:r w:rsidRPr="0078531E">
        <w:rPr>
          <w:b/>
          <w:bCs/>
          <w:iCs/>
          <w:sz w:val="24"/>
        </w:rPr>
        <w:t>7</w:t>
      </w:r>
      <w:r w:rsidRPr="0078531E">
        <w:rPr>
          <w:b/>
          <w:bCs/>
          <w:iCs/>
          <w:spacing w:val="2"/>
          <w:sz w:val="24"/>
        </w:rPr>
        <w:t xml:space="preserve"> </w:t>
      </w:r>
      <w:r w:rsidRPr="0078531E">
        <w:rPr>
          <w:b/>
          <w:bCs/>
          <w:iCs/>
          <w:sz w:val="24"/>
        </w:rPr>
        <w:t>évesek</w:t>
      </w:r>
      <w:r w:rsidRPr="0078531E">
        <w:rPr>
          <w:b/>
          <w:bCs/>
          <w:iCs/>
          <w:spacing w:val="-10"/>
          <w:sz w:val="24"/>
        </w:rPr>
        <w:t>)</w:t>
      </w:r>
    </w:p>
    <w:p w14:paraId="340D558C" w14:textId="77777777" w:rsidR="0069795E" w:rsidRPr="0078531E" w:rsidRDefault="0069795E" w:rsidP="00264C46">
      <w:pPr>
        <w:spacing w:before="1"/>
        <w:ind w:left="136"/>
        <w:jc w:val="both"/>
        <w:rPr>
          <w:b/>
          <w:bCs/>
          <w:iCs/>
          <w:sz w:val="24"/>
        </w:rPr>
      </w:pPr>
    </w:p>
    <w:p w14:paraId="15D31310" w14:textId="7E97B253" w:rsidR="00AE0CFD" w:rsidRPr="0078531E" w:rsidRDefault="00C3522D" w:rsidP="0069795E">
      <w:pPr>
        <w:pStyle w:val="Szvegtrzs"/>
        <w:spacing w:line="360" w:lineRule="auto"/>
        <w:ind w:right="469"/>
        <w:jc w:val="both"/>
      </w:pPr>
      <w:r w:rsidRPr="0078531E">
        <w:t>Itt</w:t>
      </w:r>
      <w:r w:rsidRPr="0078531E">
        <w:rPr>
          <w:spacing w:val="-1"/>
        </w:rPr>
        <w:t xml:space="preserve"> </w:t>
      </w:r>
      <w:r w:rsidRPr="0078531E">
        <w:t>is</w:t>
      </w:r>
      <w:r w:rsidRPr="0078531E">
        <w:rPr>
          <w:spacing w:val="1"/>
        </w:rPr>
        <w:t xml:space="preserve"> </w:t>
      </w:r>
      <w:r w:rsidRPr="0078531E">
        <w:t>2</w:t>
      </w:r>
      <w:r w:rsidRPr="0078531E">
        <w:rPr>
          <w:spacing w:val="2"/>
        </w:rPr>
        <w:t xml:space="preserve"> </w:t>
      </w:r>
      <w:r w:rsidRPr="0078531E">
        <w:t>óvónő</w:t>
      </w:r>
      <w:r w:rsidRPr="0078531E">
        <w:rPr>
          <w:spacing w:val="-2"/>
        </w:rPr>
        <w:t xml:space="preserve"> </w:t>
      </w:r>
      <w:r w:rsidRPr="0078531E">
        <w:t>és</w:t>
      </w:r>
      <w:r w:rsidRPr="0078531E">
        <w:rPr>
          <w:spacing w:val="-2"/>
        </w:rPr>
        <w:t xml:space="preserve"> </w:t>
      </w:r>
      <w:r w:rsidRPr="0078531E">
        <w:t>1</w:t>
      </w:r>
      <w:r w:rsidRPr="0078531E">
        <w:rPr>
          <w:spacing w:val="-1"/>
        </w:rPr>
        <w:t xml:space="preserve"> </w:t>
      </w:r>
      <w:r w:rsidRPr="0078531E">
        <w:t>dajka</w:t>
      </w:r>
      <w:r w:rsidRPr="0078531E">
        <w:rPr>
          <w:spacing w:val="-1"/>
        </w:rPr>
        <w:t xml:space="preserve"> </w:t>
      </w:r>
      <w:r w:rsidRPr="0078531E">
        <w:t>van</w:t>
      </w:r>
      <w:r w:rsidRPr="0078531E">
        <w:rPr>
          <w:spacing w:val="-1"/>
        </w:rPr>
        <w:t xml:space="preserve"> </w:t>
      </w:r>
      <w:r w:rsidRPr="0078531E">
        <w:rPr>
          <w:spacing w:val="-2"/>
        </w:rPr>
        <w:t>mellettük.</w:t>
      </w:r>
      <w:r w:rsidR="004C0183" w:rsidRPr="0078531E">
        <w:rPr>
          <w:spacing w:val="-2"/>
        </w:rPr>
        <w:t xml:space="preserve"> </w:t>
      </w:r>
      <w:r w:rsidR="004C0183" w:rsidRPr="0078531E">
        <w:t>A</w:t>
      </w:r>
      <w:r w:rsidR="004C0183" w:rsidRPr="0078531E">
        <w:rPr>
          <w:spacing w:val="-4"/>
        </w:rPr>
        <w:t xml:space="preserve"> </w:t>
      </w:r>
      <w:r w:rsidR="004C0183" w:rsidRPr="0078531E">
        <w:t>kiscsoport</w:t>
      </w:r>
      <w:r w:rsidR="004C0183" w:rsidRPr="0078531E">
        <w:rPr>
          <w:spacing w:val="-3"/>
        </w:rPr>
        <w:t xml:space="preserve"> </w:t>
      </w:r>
      <w:r w:rsidR="004C0183" w:rsidRPr="0078531E">
        <w:t>pedagógiai asszisztense igény szerint segíti munkájukat.</w:t>
      </w:r>
    </w:p>
    <w:p w14:paraId="382CB489" w14:textId="12302828" w:rsidR="00AE0CFD" w:rsidRPr="0078531E" w:rsidRDefault="00264C46" w:rsidP="00264C46">
      <w:pPr>
        <w:pStyle w:val="Szvegtrzs"/>
        <w:spacing w:before="199" w:line="360" w:lineRule="auto"/>
        <w:ind w:right="469"/>
        <w:jc w:val="both"/>
      </w:pPr>
      <w:r w:rsidRPr="0078531E">
        <w:t xml:space="preserve"> </w:t>
      </w:r>
      <w:r w:rsidR="00C3522D" w:rsidRPr="0078531E">
        <w:t>Az óvodás gyermekek érzelmi kötődése igényli, ezért törekszünk arra, hogy ugyanaz a két óvónő</w:t>
      </w:r>
      <w:r w:rsidR="00C3522D" w:rsidRPr="0078531E">
        <w:rPr>
          <w:spacing w:val="-3"/>
        </w:rPr>
        <w:t xml:space="preserve"> </w:t>
      </w:r>
      <w:r w:rsidR="00C3522D" w:rsidRPr="0078531E">
        <w:t>és</w:t>
      </w:r>
      <w:r w:rsidR="00C3522D" w:rsidRPr="0078531E">
        <w:rPr>
          <w:spacing w:val="-4"/>
        </w:rPr>
        <w:t xml:space="preserve"> </w:t>
      </w:r>
      <w:r w:rsidR="00C3522D" w:rsidRPr="0078531E">
        <w:t>dajka</w:t>
      </w:r>
      <w:r w:rsidR="00C3522D" w:rsidRPr="0078531E">
        <w:rPr>
          <w:spacing w:val="-3"/>
        </w:rPr>
        <w:t xml:space="preserve"> </w:t>
      </w:r>
      <w:r w:rsidR="00C3522D" w:rsidRPr="0078531E">
        <w:t>nevelje</w:t>
      </w:r>
      <w:r w:rsidR="00C3522D" w:rsidRPr="0078531E">
        <w:rPr>
          <w:spacing w:val="-4"/>
        </w:rPr>
        <w:t xml:space="preserve"> </w:t>
      </w:r>
      <w:r w:rsidR="00C3522D" w:rsidRPr="0078531E">
        <w:t>őket</w:t>
      </w:r>
      <w:r w:rsidR="00C3522D" w:rsidRPr="0078531E">
        <w:rPr>
          <w:spacing w:val="-3"/>
        </w:rPr>
        <w:t xml:space="preserve"> </w:t>
      </w:r>
      <w:r w:rsidR="00C3522D" w:rsidRPr="0078531E">
        <w:t>végig.</w:t>
      </w:r>
      <w:r w:rsidR="00C3522D" w:rsidRPr="0078531E">
        <w:rPr>
          <w:spacing w:val="-3"/>
        </w:rPr>
        <w:t xml:space="preserve"> </w:t>
      </w:r>
      <w:r w:rsidR="00C3522D" w:rsidRPr="0078531E">
        <w:t>Ezt</w:t>
      </w:r>
      <w:r w:rsidR="00C3522D" w:rsidRPr="0078531E">
        <w:rPr>
          <w:spacing w:val="-3"/>
        </w:rPr>
        <w:t xml:space="preserve"> </w:t>
      </w:r>
      <w:r w:rsidR="00C3522D" w:rsidRPr="0078531E">
        <w:t>fontos</w:t>
      </w:r>
      <w:r w:rsidR="00C3522D" w:rsidRPr="0078531E">
        <w:rPr>
          <w:spacing w:val="-4"/>
        </w:rPr>
        <w:t xml:space="preserve"> </w:t>
      </w:r>
      <w:r w:rsidR="00C3522D" w:rsidRPr="0078531E">
        <w:t>alapelvnek</w:t>
      </w:r>
      <w:r w:rsidR="00C3522D" w:rsidRPr="0078531E">
        <w:rPr>
          <w:spacing w:val="-3"/>
        </w:rPr>
        <w:t xml:space="preserve"> </w:t>
      </w:r>
      <w:r w:rsidR="00C3522D" w:rsidRPr="0078531E">
        <w:t>tartjuk,</w:t>
      </w:r>
      <w:r w:rsidR="00C3522D" w:rsidRPr="0078531E">
        <w:rPr>
          <w:spacing w:val="-3"/>
        </w:rPr>
        <w:t xml:space="preserve"> </w:t>
      </w:r>
      <w:r w:rsidR="00C3522D" w:rsidRPr="0078531E">
        <w:t>de</w:t>
      </w:r>
      <w:r w:rsidR="00C3522D" w:rsidRPr="0078531E">
        <w:rPr>
          <w:spacing w:val="-4"/>
        </w:rPr>
        <w:t xml:space="preserve"> </w:t>
      </w:r>
      <w:r w:rsidR="00C3522D" w:rsidRPr="0078531E">
        <w:t>természetesen</w:t>
      </w:r>
      <w:r w:rsidR="00C3522D" w:rsidRPr="0078531E">
        <w:rPr>
          <w:spacing w:val="-3"/>
        </w:rPr>
        <w:t xml:space="preserve"> </w:t>
      </w:r>
      <w:r w:rsidR="00C3522D" w:rsidRPr="0078531E">
        <w:t>adódnak olyan helyzetek, ami ezt felülírja.</w:t>
      </w:r>
    </w:p>
    <w:p w14:paraId="48F00405" w14:textId="77777777" w:rsidR="009C472F" w:rsidRPr="0078531E" w:rsidRDefault="009C472F" w:rsidP="00264C46">
      <w:pPr>
        <w:pStyle w:val="Szvegtrzs"/>
        <w:spacing w:before="199" w:line="360" w:lineRule="auto"/>
        <w:ind w:right="469"/>
        <w:jc w:val="both"/>
      </w:pPr>
    </w:p>
    <w:p w14:paraId="57A38BDD" w14:textId="77777777" w:rsidR="006608A1" w:rsidRPr="0078531E" w:rsidRDefault="006608A1" w:rsidP="00264C46">
      <w:pPr>
        <w:pStyle w:val="Szvegtrzs"/>
        <w:spacing w:before="199" w:line="360" w:lineRule="auto"/>
        <w:ind w:right="469"/>
        <w:jc w:val="both"/>
      </w:pPr>
    </w:p>
    <w:p w14:paraId="110EA79E" w14:textId="77777777" w:rsidR="006608A1" w:rsidRPr="0078531E" w:rsidRDefault="006608A1" w:rsidP="00264C46">
      <w:pPr>
        <w:pStyle w:val="Szvegtrzs"/>
        <w:spacing w:before="199" w:line="360" w:lineRule="auto"/>
        <w:ind w:right="469"/>
        <w:jc w:val="both"/>
      </w:pPr>
    </w:p>
    <w:p w14:paraId="2D31F962" w14:textId="77777777" w:rsidR="006608A1" w:rsidRPr="0078531E" w:rsidRDefault="006608A1" w:rsidP="00264C46">
      <w:pPr>
        <w:pStyle w:val="Szvegtrzs"/>
        <w:spacing w:before="199" w:line="360" w:lineRule="auto"/>
        <w:ind w:right="469"/>
        <w:jc w:val="both"/>
      </w:pPr>
    </w:p>
    <w:p w14:paraId="3155546F" w14:textId="77777777" w:rsidR="006608A1" w:rsidRPr="0078531E" w:rsidRDefault="006608A1" w:rsidP="00264C46">
      <w:pPr>
        <w:pStyle w:val="Szvegtrzs"/>
        <w:spacing w:before="199" w:line="360" w:lineRule="auto"/>
        <w:ind w:right="469"/>
        <w:jc w:val="both"/>
      </w:pPr>
    </w:p>
    <w:p w14:paraId="389C4651" w14:textId="77777777" w:rsidR="006608A1" w:rsidRPr="0078531E" w:rsidRDefault="006608A1" w:rsidP="00264C46">
      <w:pPr>
        <w:pStyle w:val="Szvegtrzs"/>
        <w:spacing w:before="199" w:line="360" w:lineRule="auto"/>
        <w:ind w:right="469"/>
        <w:jc w:val="both"/>
      </w:pPr>
    </w:p>
    <w:p w14:paraId="3170CB89" w14:textId="77777777" w:rsidR="006608A1" w:rsidRPr="0078531E" w:rsidRDefault="006608A1" w:rsidP="00264C46">
      <w:pPr>
        <w:pStyle w:val="Szvegtrzs"/>
        <w:spacing w:before="199" w:line="360" w:lineRule="auto"/>
        <w:ind w:right="469"/>
        <w:jc w:val="both"/>
      </w:pPr>
    </w:p>
    <w:p w14:paraId="772451D3" w14:textId="77777777" w:rsidR="006608A1" w:rsidRPr="0078531E" w:rsidRDefault="006608A1" w:rsidP="00264C46">
      <w:pPr>
        <w:pStyle w:val="Szvegtrzs"/>
        <w:spacing w:before="199" w:line="360" w:lineRule="auto"/>
        <w:ind w:right="469"/>
        <w:jc w:val="both"/>
      </w:pPr>
    </w:p>
    <w:p w14:paraId="72CD2AF1" w14:textId="77777777" w:rsidR="006608A1" w:rsidRPr="0078531E" w:rsidRDefault="006608A1" w:rsidP="00903E39">
      <w:pPr>
        <w:pStyle w:val="Szvegtrzs"/>
        <w:spacing w:before="199" w:line="360" w:lineRule="auto"/>
        <w:ind w:right="469"/>
        <w:jc w:val="both"/>
      </w:pPr>
    </w:p>
    <w:p w14:paraId="2DAF8880" w14:textId="77777777" w:rsidR="0069795E" w:rsidRPr="0078531E" w:rsidRDefault="0069795E" w:rsidP="00903E39">
      <w:pPr>
        <w:pStyle w:val="Szvegtrzs"/>
        <w:spacing w:before="199" w:line="360" w:lineRule="auto"/>
        <w:ind w:right="469"/>
        <w:jc w:val="both"/>
      </w:pPr>
    </w:p>
    <w:p w14:paraId="50F8D0BA" w14:textId="761942C6" w:rsidR="0022444D" w:rsidRPr="0078531E" w:rsidRDefault="00C3522D">
      <w:pPr>
        <w:pStyle w:val="Cmsor2"/>
        <w:numPr>
          <w:ilvl w:val="0"/>
          <w:numId w:val="24"/>
        </w:numPr>
        <w:tabs>
          <w:tab w:val="left" w:pos="578"/>
        </w:tabs>
        <w:spacing w:before="206"/>
        <w:ind w:left="578" w:hanging="442"/>
        <w:jc w:val="both"/>
        <w:rPr>
          <w:rFonts w:ascii="Times New Roman" w:hAnsi="Times New Roman" w:cs="Times New Roman"/>
        </w:rPr>
      </w:pPr>
      <w:bookmarkStart w:id="9" w:name="_bookmark4"/>
      <w:bookmarkEnd w:id="9"/>
      <w:r w:rsidRPr="0078531E">
        <w:rPr>
          <w:rFonts w:ascii="Times New Roman" w:hAnsi="Times New Roman" w:cs="Times New Roman"/>
          <w:spacing w:val="-2"/>
        </w:rPr>
        <w:t>Gyermekkép, óvodakép</w:t>
      </w:r>
    </w:p>
    <w:p w14:paraId="3DCEB8AA" w14:textId="77777777" w:rsidR="00F87202" w:rsidRPr="0078531E" w:rsidRDefault="00F87202" w:rsidP="00903E39">
      <w:pPr>
        <w:pStyle w:val="Cmsor2"/>
        <w:tabs>
          <w:tab w:val="left" w:pos="578"/>
        </w:tabs>
        <w:spacing w:before="206"/>
        <w:ind w:left="578"/>
        <w:jc w:val="both"/>
        <w:rPr>
          <w:rFonts w:ascii="Times New Roman" w:hAnsi="Times New Roman" w:cs="Times New Roman"/>
          <w:sz w:val="28"/>
          <w:szCs w:val="28"/>
        </w:rPr>
      </w:pPr>
    </w:p>
    <w:p w14:paraId="515A5258" w14:textId="274ED0AB" w:rsidR="00AE0CFD" w:rsidRPr="0078531E" w:rsidRDefault="006608A1">
      <w:pPr>
        <w:pStyle w:val="Listaszerbekezds"/>
        <w:numPr>
          <w:ilvl w:val="1"/>
          <w:numId w:val="22"/>
        </w:numPr>
        <w:tabs>
          <w:tab w:val="left" w:pos="556"/>
        </w:tabs>
        <w:spacing w:before="175"/>
        <w:jc w:val="both"/>
        <w:rPr>
          <w:b/>
          <w:sz w:val="24"/>
          <w:szCs w:val="24"/>
        </w:rPr>
      </w:pPr>
      <w:r w:rsidRPr="0078531E">
        <w:rPr>
          <w:b/>
          <w:spacing w:val="-2"/>
          <w:sz w:val="24"/>
          <w:szCs w:val="24"/>
        </w:rPr>
        <w:t>Gyermekképünk</w:t>
      </w:r>
    </w:p>
    <w:p w14:paraId="1115E50B" w14:textId="2FCB8BAA" w:rsidR="00AE0CFD" w:rsidRPr="0078531E" w:rsidRDefault="00C3522D" w:rsidP="005568A6">
      <w:pPr>
        <w:pStyle w:val="Szvegtrzs"/>
        <w:spacing w:before="134" w:line="360" w:lineRule="auto"/>
        <w:ind w:left="136" w:firstLine="360"/>
        <w:rPr>
          <w:spacing w:val="-10"/>
        </w:rPr>
      </w:pPr>
      <w:r w:rsidRPr="0078531E">
        <w:t>Elfogadjuk,</w:t>
      </w:r>
      <w:r w:rsidRPr="0078531E">
        <w:rPr>
          <w:spacing w:val="-1"/>
        </w:rPr>
        <w:t xml:space="preserve"> </w:t>
      </w:r>
      <w:r w:rsidRPr="0078531E">
        <w:t>hogy</w:t>
      </w:r>
      <w:r w:rsidRPr="0078531E">
        <w:rPr>
          <w:spacing w:val="-6"/>
        </w:rPr>
        <w:t xml:space="preserve"> </w:t>
      </w:r>
      <w:r w:rsidRPr="0078531E">
        <w:t>minden</w:t>
      </w:r>
      <w:r w:rsidRPr="0078531E">
        <w:rPr>
          <w:spacing w:val="2"/>
        </w:rPr>
        <w:t xml:space="preserve"> </w:t>
      </w:r>
      <w:r w:rsidRPr="0078531E">
        <w:t>gyerek</w:t>
      </w:r>
      <w:r w:rsidRPr="0078531E">
        <w:rPr>
          <w:spacing w:val="-1"/>
        </w:rPr>
        <w:t xml:space="preserve"> </w:t>
      </w:r>
      <w:r w:rsidRPr="0078531E">
        <w:t>egy</w:t>
      </w:r>
      <w:r w:rsidRPr="0078531E">
        <w:rPr>
          <w:spacing w:val="-3"/>
        </w:rPr>
        <w:t xml:space="preserve"> </w:t>
      </w:r>
      <w:r w:rsidRPr="0078531E">
        <w:t>adott</w:t>
      </w:r>
      <w:r w:rsidRPr="0078531E">
        <w:rPr>
          <w:spacing w:val="-1"/>
        </w:rPr>
        <w:t xml:space="preserve"> </w:t>
      </w:r>
      <w:r w:rsidRPr="0078531E">
        <w:t>személyiség, egy</w:t>
      </w:r>
      <w:r w:rsidRPr="0078531E">
        <w:rPr>
          <w:spacing w:val="-6"/>
        </w:rPr>
        <w:t xml:space="preserve"> </w:t>
      </w:r>
      <w:r w:rsidRPr="0078531E">
        <w:t>individuum</w:t>
      </w:r>
      <w:r w:rsidRPr="0078531E">
        <w:rPr>
          <w:spacing w:val="-10"/>
        </w:rPr>
        <w:t>,</w:t>
      </w:r>
    </w:p>
    <w:p w14:paraId="001961BF" w14:textId="77777777" w:rsidR="005568A6" w:rsidRPr="0078531E" w:rsidRDefault="005568A6" w:rsidP="005568A6">
      <w:pPr>
        <w:pStyle w:val="Szvegtrzs"/>
        <w:numPr>
          <w:ilvl w:val="0"/>
          <w:numId w:val="43"/>
        </w:numPr>
        <w:spacing w:before="134" w:line="360" w:lineRule="auto"/>
      </w:pPr>
      <w:r w:rsidRPr="0078531E">
        <w:t xml:space="preserve">A gyermek fejlődő személyiség, fejlődését genetikai adottságok, az érés sajátos törvényszerűségei, a spontán és tervszerűen alkalmazott környezeti hatások – beleértve a spontán és tudatos nevelő hatásokat is – együttesen határozzák meg. </w:t>
      </w:r>
    </w:p>
    <w:p w14:paraId="48C1DBA9" w14:textId="77777777" w:rsidR="005568A6" w:rsidRPr="0078531E" w:rsidRDefault="005568A6" w:rsidP="005568A6">
      <w:pPr>
        <w:pStyle w:val="Szvegtrzs"/>
        <w:numPr>
          <w:ilvl w:val="0"/>
          <w:numId w:val="43"/>
        </w:numPr>
        <w:spacing w:before="134" w:line="360" w:lineRule="auto"/>
      </w:pPr>
      <w:r w:rsidRPr="0078531E">
        <w:t xml:space="preserve">E tényezők hatásainak következtében a gyermeknek sajátos, életkoronként (életkori szakaszonként) és egyénenként változó testi és lelki szükségletei vannak. </w:t>
      </w:r>
    </w:p>
    <w:p w14:paraId="45BA04A7" w14:textId="77777777" w:rsidR="005568A6" w:rsidRPr="0078531E" w:rsidRDefault="005568A6" w:rsidP="005568A6">
      <w:pPr>
        <w:pStyle w:val="Szvegtrzs"/>
        <w:numPr>
          <w:ilvl w:val="0"/>
          <w:numId w:val="43"/>
        </w:numPr>
        <w:spacing w:before="134" w:line="360" w:lineRule="auto"/>
      </w:pPr>
      <w:r w:rsidRPr="0078531E">
        <w:t xml:space="preserve">A személyiség szabad kibontakozásában a gyermeket körülvevő személyi és tárgyi környezet szerepe meghatározó. </w:t>
      </w:r>
    </w:p>
    <w:p w14:paraId="24ED8A61" w14:textId="107D9E5F" w:rsidR="005568A6" w:rsidRPr="0078531E" w:rsidRDefault="005568A6" w:rsidP="005568A6">
      <w:pPr>
        <w:pStyle w:val="Szvegtrzs"/>
        <w:numPr>
          <w:ilvl w:val="0"/>
          <w:numId w:val="43"/>
        </w:numPr>
        <w:spacing w:before="134" w:line="360" w:lineRule="auto"/>
      </w:pPr>
      <w:r w:rsidRPr="0078531E">
        <w:t xml:space="preserve">Az óvodai nevelésünk gyermekközpontú, befogadó, ennek megfelelően a gyermeki személyiség kibontakozásának elősegítésére törekszünk, biztosítva minden gyermek számára, hogy egyformán magas színvonalú és szeretetteljes nevelésben részesüljön, önmagához képest </w:t>
      </w:r>
      <w:proofErr w:type="spellStart"/>
      <w:r w:rsidRPr="0078531E">
        <w:t>fejlődjön</w:t>
      </w:r>
      <w:proofErr w:type="spellEnd"/>
      <w:r w:rsidRPr="0078531E">
        <w:t xml:space="preserve">, és meglévő hátrányai csökkenjenek. </w:t>
      </w:r>
    </w:p>
    <w:p w14:paraId="2A3EA9D0" w14:textId="4F34DF23" w:rsidR="005568A6" w:rsidRPr="0078531E" w:rsidRDefault="005568A6" w:rsidP="005568A6">
      <w:pPr>
        <w:pStyle w:val="Szvegtrzs"/>
        <w:numPr>
          <w:ilvl w:val="0"/>
          <w:numId w:val="43"/>
        </w:numPr>
        <w:spacing w:before="134"/>
        <w:jc w:val="both"/>
      </w:pPr>
      <w:r w:rsidRPr="0078531E">
        <w:t>Nem adunk helyet semmiféle előítélet kibontakozásának.</w:t>
      </w:r>
    </w:p>
    <w:p w14:paraId="2DCADA18" w14:textId="77777777" w:rsidR="00F87202" w:rsidRPr="0078531E" w:rsidRDefault="00F87202" w:rsidP="00903E39">
      <w:pPr>
        <w:pStyle w:val="Szvegtrzs"/>
        <w:spacing w:before="137" w:line="360" w:lineRule="auto"/>
        <w:ind w:left="136" w:right="469"/>
        <w:jc w:val="both"/>
      </w:pPr>
    </w:p>
    <w:p w14:paraId="236D455C" w14:textId="6FC2F2F3" w:rsidR="00AE0CFD" w:rsidRPr="0078531E" w:rsidRDefault="006608A1">
      <w:pPr>
        <w:pStyle w:val="Listaszerbekezds"/>
        <w:numPr>
          <w:ilvl w:val="1"/>
          <w:numId w:val="22"/>
        </w:numPr>
        <w:tabs>
          <w:tab w:val="left" w:pos="556"/>
        </w:tabs>
        <w:spacing w:before="5"/>
        <w:jc w:val="both"/>
        <w:rPr>
          <w:b/>
          <w:sz w:val="24"/>
        </w:rPr>
      </w:pPr>
      <w:r w:rsidRPr="0078531E">
        <w:rPr>
          <w:b/>
          <w:spacing w:val="-2"/>
          <w:sz w:val="24"/>
        </w:rPr>
        <w:t>Óvodaképünk</w:t>
      </w:r>
    </w:p>
    <w:p w14:paraId="320AA461" w14:textId="77777777" w:rsidR="00AE0CFD" w:rsidRPr="0078531E" w:rsidRDefault="00C3522D" w:rsidP="0069795E">
      <w:pPr>
        <w:pStyle w:val="Szvegtrzs"/>
        <w:spacing w:before="134" w:line="360" w:lineRule="auto"/>
        <w:ind w:right="547" w:firstLine="556"/>
        <w:jc w:val="both"/>
      </w:pPr>
      <w:r w:rsidRPr="0078531E">
        <w:t>Óvodánk</w:t>
      </w:r>
      <w:r w:rsidRPr="0078531E">
        <w:rPr>
          <w:spacing w:val="-4"/>
        </w:rPr>
        <w:t xml:space="preserve"> </w:t>
      </w:r>
      <w:r w:rsidRPr="0078531E">
        <w:t>biztosítja</w:t>
      </w:r>
      <w:r w:rsidRPr="0078531E">
        <w:rPr>
          <w:spacing w:val="-5"/>
        </w:rPr>
        <w:t xml:space="preserve"> </w:t>
      </w:r>
      <w:r w:rsidRPr="0078531E">
        <w:t>az</w:t>
      </w:r>
      <w:r w:rsidRPr="0078531E">
        <w:rPr>
          <w:spacing w:val="-3"/>
        </w:rPr>
        <w:t xml:space="preserve"> </w:t>
      </w:r>
      <w:r w:rsidRPr="0078531E">
        <w:t>óvodáskorú</w:t>
      </w:r>
      <w:r w:rsidRPr="0078531E">
        <w:rPr>
          <w:spacing w:val="-3"/>
        </w:rPr>
        <w:t xml:space="preserve"> </w:t>
      </w:r>
      <w:r w:rsidRPr="0078531E">
        <w:t>gyermek</w:t>
      </w:r>
      <w:r w:rsidRPr="0078531E">
        <w:rPr>
          <w:spacing w:val="-4"/>
        </w:rPr>
        <w:t xml:space="preserve"> </w:t>
      </w:r>
      <w:r w:rsidRPr="0078531E">
        <w:t>fejlődésének</w:t>
      </w:r>
      <w:r w:rsidRPr="0078531E">
        <w:rPr>
          <w:spacing w:val="-4"/>
        </w:rPr>
        <w:t xml:space="preserve"> </w:t>
      </w:r>
      <w:r w:rsidRPr="0078531E">
        <w:t>és</w:t>
      </w:r>
      <w:r w:rsidRPr="0078531E">
        <w:rPr>
          <w:spacing w:val="-5"/>
        </w:rPr>
        <w:t xml:space="preserve"> </w:t>
      </w:r>
      <w:r w:rsidRPr="0078531E">
        <w:t>nevelésének</w:t>
      </w:r>
      <w:r w:rsidRPr="0078531E">
        <w:rPr>
          <w:spacing w:val="-4"/>
        </w:rPr>
        <w:t xml:space="preserve"> </w:t>
      </w:r>
      <w:r w:rsidRPr="0078531E">
        <w:t>optimális</w:t>
      </w:r>
      <w:r w:rsidRPr="0078531E">
        <w:rPr>
          <w:spacing w:val="-5"/>
        </w:rPr>
        <w:t xml:space="preserve"> </w:t>
      </w:r>
      <w:r w:rsidRPr="0078531E">
        <w:t>feltételeit a személyi, tárgyi és szakmai feltételek biztosításával.</w:t>
      </w:r>
    </w:p>
    <w:p w14:paraId="5D50DB6D" w14:textId="77777777" w:rsidR="00AE0CFD" w:rsidRPr="0078531E" w:rsidRDefault="00C3522D" w:rsidP="0069795E">
      <w:pPr>
        <w:pStyle w:val="Szvegtrzs"/>
        <w:spacing w:line="360" w:lineRule="auto"/>
        <w:ind w:right="469"/>
        <w:jc w:val="both"/>
      </w:pPr>
      <w:r w:rsidRPr="0078531E">
        <w:t>A</w:t>
      </w:r>
      <w:r w:rsidRPr="0078531E">
        <w:rPr>
          <w:spacing w:val="-5"/>
        </w:rPr>
        <w:t xml:space="preserve"> </w:t>
      </w:r>
      <w:r w:rsidRPr="0078531E">
        <w:t>beíratott</w:t>
      </w:r>
      <w:r w:rsidRPr="0078531E">
        <w:rPr>
          <w:spacing w:val="-4"/>
        </w:rPr>
        <w:t xml:space="preserve"> </w:t>
      </w:r>
      <w:r w:rsidRPr="0078531E">
        <w:t>gyermekek</w:t>
      </w:r>
      <w:r w:rsidRPr="0078531E">
        <w:rPr>
          <w:spacing w:val="-4"/>
        </w:rPr>
        <w:t xml:space="preserve"> </w:t>
      </w:r>
      <w:r w:rsidRPr="0078531E">
        <w:t>számára</w:t>
      </w:r>
      <w:r w:rsidRPr="0078531E">
        <w:rPr>
          <w:spacing w:val="-5"/>
        </w:rPr>
        <w:t xml:space="preserve"> </w:t>
      </w:r>
      <w:r w:rsidRPr="0078531E">
        <w:t>megteremtjük</w:t>
      </w:r>
      <w:r w:rsidRPr="0078531E">
        <w:rPr>
          <w:spacing w:val="-4"/>
        </w:rPr>
        <w:t xml:space="preserve"> </w:t>
      </w:r>
      <w:r w:rsidRPr="0078531E">
        <w:t>az</w:t>
      </w:r>
      <w:r w:rsidRPr="0078531E">
        <w:rPr>
          <w:spacing w:val="-4"/>
        </w:rPr>
        <w:t xml:space="preserve"> </w:t>
      </w:r>
      <w:r w:rsidRPr="0078531E">
        <w:t>érzelmi</w:t>
      </w:r>
      <w:r w:rsidRPr="0078531E">
        <w:rPr>
          <w:spacing w:val="-4"/>
        </w:rPr>
        <w:t xml:space="preserve"> </w:t>
      </w:r>
      <w:r w:rsidRPr="0078531E">
        <w:t>biztonságot</w:t>
      </w:r>
      <w:r w:rsidRPr="0078531E">
        <w:rPr>
          <w:spacing w:val="-4"/>
        </w:rPr>
        <w:t xml:space="preserve"> </w:t>
      </w:r>
      <w:r w:rsidRPr="0078531E">
        <w:t>nyújtó</w:t>
      </w:r>
      <w:r w:rsidRPr="0078531E">
        <w:rPr>
          <w:spacing w:val="-4"/>
        </w:rPr>
        <w:t xml:space="preserve"> </w:t>
      </w:r>
      <w:r w:rsidRPr="0078531E">
        <w:t>derűs, szeretetteljes légkört a befogadás változatos módszereivel.</w:t>
      </w:r>
    </w:p>
    <w:p w14:paraId="3E46142C" w14:textId="213A97EB" w:rsidR="00AE0CFD" w:rsidRPr="0078531E" w:rsidRDefault="00C3522D" w:rsidP="0069795E">
      <w:pPr>
        <w:pStyle w:val="Szvegtrzs"/>
        <w:spacing w:before="1" w:line="360" w:lineRule="auto"/>
        <w:jc w:val="both"/>
      </w:pPr>
      <w:r w:rsidRPr="0078531E">
        <w:t>Az</w:t>
      </w:r>
      <w:r w:rsidRPr="0078531E">
        <w:rPr>
          <w:spacing w:val="-4"/>
        </w:rPr>
        <w:t xml:space="preserve"> </w:t>
      </w:r>
      <w:r w:rsidRPr="0078531E">
        <w:t>óvoda</w:t>
      </w:r>
      <w:r w:rsidRPr="0078531E">
        <w:rPr>
          <w:spacing w:val="-5"/>
        </w:rPr>
        <w:t xml:space="preserve"> </w:t>
      </w:r>
      <w:r w:rsidRPr="0078531E">
        <w:t>funkciói:</w:t>
      </w:r>
      <w:r w:rsidRPr="0078531E">
        <w:rPr>
          <w:spacing w:val="-4"/>
        </w:rPr>
        <w:t xml:space="preserve"> </w:t>
      </w:r>
      <w:r w:rsidRPr="0078531E">
        <w:t>az</w:t>
      </w:r>
      <w:r w:rsidRPr="0078531E">
        <w:rPr>
          <w:spacing w:val="-4"/>
        </w:rPr>
        <w:t xml:space="preserve"> </w:t>
      </w:r>
      <w:r w:rsidRPr="0078531E">
        <w:t>óvó-védő,</w:t>
      </w:r>
      <w:r w:rsidRPr="0078531E">
        <w:rPr>
          <w:spacing w:val="-4"/>
        </w:rPr>
        <w:t xml:space="preserve"> </w:t>
      </w:r>
      <w:r w:rsidRPr="0078531E">
        <w:t>szociális,</w:t>
      </w:r>
      <w:r w:rsidRPr="0078531E">
        <w:rPr>
          <w:spacing w:val="-4"/>
        </w:rPr>
        <w:t xml:space="preserve"> </w:t>
      </w:r>
      <w:r w:rsidRPr="0078531E">
        <w:t>nevelő-személyiségfejlesztő</w:t>
      </w:r>
      <w:r w:rsidRPr="0078531E">
        <w:rPr>
          <w:spacing w:val="-4"/>
        </w:rPr>
        <w:t xml:space="preserve"> </w:t>
      </w:r>
      <w:r w:rsidRPr="0078531E">
        <w:t>funkciók</w:t>
      </w:r>
      <w:r w:rsidRPr="0078531E">
        <w:rPr>
          <w:spacing w:val="-4"/>
        </w:rPr>
        <w:t xml:space="preserve"> </w:t>
      </w:r>
      <w:r w:rsidRPr="0078531E">
        <w:t>közvetetten segítik a következő életszakaszba / kisiskolás/ átlépéshez szükséges gyermeki</w:t>
      </w:r>
      <w:r w:rsidR="009C472F" w:rsidRPr="0078531E">
        <w:t xml:space="preserve"> </w:t>
      </w:r>
      <w:r w:rsidRPr="0078531E">
        <w:t>személyiségvonások</w:t>
      </w:r>
      <w:r w:rsidRPr="0078531E">
        <w:rPr>
          <w:spacing w:val="-5"/>
        </w:rPr>
        <w:t xml:space="preserve"> </w:t>
      </w:r>
      <w:r w:rsidRPr="0078531E">
        <w:t>fejlődését,</w:t>
      </w:r>
      <w:r w:rsidRPr="0078531E">
        <w:rPr>
          <w:spacing w:val="-3"/>
        </w:rPr>
        <w:t xml:space="preserve"> </w:t>
      </w:r>
      <w:r w:rsidRPr="0078531E">
        <w:t>a</w:t>
      </w:r>
      <w:r w:rsidRPr="0078531E">
        <w:rPr>
          <w:spacing w:val="-2"/>
        </w:rPr>
        <w:t xml:space="preserve"> </w:t>
      </w:r>
      <w:r w:rsidRPr="0078531E">
        <w:t>gyermek</w:t>
      </w:r>
      <w:r w:rsidRPr="0078531E">
        <w:rPr>
          <w:spacing w:val="-2"/>
        </w:rPr>
        <w:t xml:space="preserve"> </w:t>
      </w:r>
      <w:r w:rsidRPr="0078531E">
        <w:t>egyéni</w:t>
      </w:r>
      <w:r w:rsidRPr="0078531E">
        <w:rPr>
          <w:spacing w:val="-3"/>
        </w:rPr>
        <w:t xml:space="preserve"> </w:t>
      </w:r>
      <w:r w:rsidRPr="0078531E">
        <w:t>készségeinek</w:t>
      </w:r>
      <w:r w:rsidRPr="0078531E">
        <w:rPr>
          <w:spacing w:val="-3"/>
        </w:rPr>
        <w:t xml:space="preserve"> </w:t>
      </w:r>
      <w:r w:rsidRPr="0078531E">
        <w:t>és</w:t>
      </w:r>
      <w:r w:rsidRPr="0078531E">
        <w:rPr>
          <w:spacing w:val="-3"/>
        </w:rPr>
        <w:t xml:space="preserve"> </w:t>
      </w:r>
      <w:r w:rsidRPr="0078531E">
        <w:rPr>
          <w:spacing w:val="-2"/>
        </w:rPr>
        <w:t>képességeinek</w:t>
      </w:r>
      <w:r w:rsidR="009C472F" w:rsidRPr="0078531E">
        <w:t xml:space="preserve"> </w:t>
      </w:r>
      <w:r w:rsidRPr="0078531E">
        <w:t>kibontakoztatása</w:t>
      </w:r>
      <w:r w:rsidRPr="0078531E">
        <w:rPr>
          <w:spacing w:val="-5"/>
        </w:rPr>
        <w:t xml:space="preserve"> </w:t>
      </w:r>
      <w:r w:rsidRPr="0078531E">
        <w:t>mellett</w:t>
      </w:r>
      <w:r w:rsidRPr="0078531E">
        <w:rPr>
          <w:spacing w:val="-4"/>
        </w:rPr>
        <w:t xml:space="preserve"> </w:t>
      </w:r>
      <w:r w:rsidRPr="0078531E">
        <w:t>az</w:t>
      </w:r>
      <w:r w:rsidRPr="0078531E">
        <w:rPr>
          <w:spacing w:val="-4"/>
        </w:rPr>
        <w:t xml:space="preserve"> </w:t>
      </w:r>
      <w:r w:rsidRPr="0078531E">
        <w:t>életkori</w:t>
      </w:r>
      <w:r w:rsidRPr="0078531E">
        <w:rPr>
          <w:spacing w:val="-4"/>
        </w:rPr>
        <w:t xml:space="preserve"> </w:t>
      </w:r>
      <w:r w:rsidRPr="0078531E">
        <w:t>és</w:t>
      </w:r>
      <w:r w:rsidRPr="0078531E">
        <w:rPr>
          <w:spacing w:val="-5"/>
        </w:rPr>
        <w:t xml:space="preserve"> </w:t>
      </w:r>
      <w:r w:rsidRPr="0078531E">
        <w:t>egyéni</w:t>
      </w:r>
      <w:r w:rsidRPr="0078531E">
        <w:rPr>
          <w:spacing w:val="-2"/>
        </w:rPr>
        <w:t xml:space="preserve"> </w:t>
      </w:r>
      <w:r w:rsidRPr="0078531E">
        <w:t>sajátosságok</w:t>
      </w:r>
      <w:r w:rsidRPr="0078531E">
        <w:rPr>
          <w:spacing w:val="-4"/>
        </w:rPr>
        <w:t xml:space="preserve"> </w:t>
      </w:r>
      <w:r w:rsidRPr="0078531E">
        <w:t>és</w:t>
      </w:r>
      <w:r w:rsidRPr="0078531E">
        <w:rPr>
          <w:spacing w:val="-2"/>
        </w:rPr>
        <w:t xml:space="preserve"> </w:t>
      </w:r>
      <w:r w:rsidRPr="0078531E">
        <w:t>az</w:t>
      </w:r>
      <w:r w:rsidRPr="0078531E">
        <w:rPr>
          <w:spacing w:val="-3"/>
        </w:rPr>
        <w:t xml:space="preserve"> </w:t>
      </w:r>
      <w:r w:rsidRPr="0078531E">
        <w:t>eltérő</w:t>
      </w:r>
      <w:r w:rsidRPr="0078531E">
        <w:rPr>
          <w:spacing w:val="-4"/>
        </w:rPr>
        <w:t xml:space="preserve"> </w:t>
      </w:r>
      <w:r w:rsidRPr="0078531E">
        <w:t>fejlődési</w:t>
      </w:r>
      <w:r w:rsidRPr="0078531E">
        <w:rPr>
          <w:spacing w:val="-4"/>
        </w:rPr>
        <w:t xml:space="preserve"> </w:t>
      </w:r>
      <w:r w:rsidRPr="0078531E">
        <w:t>ütem figyelembevételével, a gyerekek fejlődésének nyomon követésével.</w:t>
      </w:r>
    </w:p>
    <w:p w14:paraId="2180B9DF" w14:textId="4DC74CEB" w:rsidR="00AE0CFD" w:rsidRPr="0078531E" w:rsidRDefault="00C3522D" w:rsidP="0069795E">
      <w:pPr>
        <w:pStyle w:val="Szvegtrzs"/>
        <w:spacing w:line="360" w:lineRule="auto"/>
        <w:ind w:right="634" w:firstLine="720"/>
        <w:jc w:val="both"/>
      </w:pPr>
      <w:r w:rsidRPr="0078531E">
        <w:t>Óvodánk</w:t>
      </w:r>
      <w:r w:rsidRPr="0078531E">
        <w:rPr>
          <w:spacing w:val="-6"/>
        </w:rPr>
        <w:t xml:space="preserve"> </w:t>
      </w:r>
      <w:r w:rsidRPr="0078531E">
        <w:t>tevékenységrendszerével,</w:t>
      </w:r>
      <w:r w:rsidRPr="0078531E">
        <w:rPr>
          <w:spacing w:val="-6"/>
        </w:rPr>
        <w:t xml:space="preserve"> </w:t>
      </w:r>
      <w:r w:rsidRPr="0078531E">
        <w:t>természeti</w:t>
      </w:r>
      <w:r w:rsidRPr="0078531E">
        <w:rPr>
          <w:spacing w:val="-6"/>
        </w:rPr>
        <w:t xml:space="preserve"> </w:t>
      </w:r>
      <w:r w:rsidRPr="0078531E">
        <w:t>és</w:t>
      </w:r>
      <w:r w:rsidRPr="0078531E">
        <w:rPr>
          <w:spacing w:val="-4"/>
        </w:rPr>
        <w:t xml:space="preserve"> </w:t>
      </w:r>
      <w:r w:rsidRPr="0078531E">
        <w:t>tárgyi</w:t>
      </w:r>
      <w:r w:rsidRPr="0078531E">
        <w:rPr>
          <w:spacing w:val="-6"/>
        </w:rPr>
        <w:t xml:space="preserve"> </w:t>
      </w:r>
      <w:r w:rsidRPr="0078531E">
        <w:t>környezetével,</w:t>
      </w:r>
      <w:r w:rsidRPr="0078531E">
        <w:rPr>
          <w:spacing w:val="-6"/>
        </w:rPr>
        <w:t xml:space="preserve"> </w:t>
      </w:r>
      <w:r w:rsidRPr="0078531E">
        <w:t>óvodapedagógusain nevelő munkája</w:t>
      </w:r>
      <w:r w:rsidRPr="0078531E">
        <w:rPr>
          <w:spacing w:val="40"/>
        </w:rPr>
        <w:t xml:space="preserve"> </w:t>
      </w:r>
      <w:r w:rsidRPr="0078531E">
        <w:t>és</w:t>
      </w:r>
      <w:r w:rsidRPr="0078531E">
        <w:rPr>
          <w:spacing w:val="40"/>
        </w:rPr>
        <w:t xml:space="preserve"> </w:t>
      </w:r>
      <w:r w:rsidRPr="0078531E">
        <w:t xml:space="preserve">személyes példája segíti a gyermekek környezettudatos magatartásának </w:t>
      </w:r>
      <w:r w:rsidRPr="0078531E">
        <w:rPr>
          <w:spacing w:val="-2"/>
        </w:rPr>
        <w:t>kialakulását.</w:t>
      </w:r>
    </w:p>
    <w:p w14:paraId="34676CA3" w14:textId="1EBACEBB" w:rsidR="00AE0CFD" w:rsidRPr="0078531E" w:rsidRDefault="00C3522D" w:rsidP="005568A6">
      <w:pPr>
        <w:pStyle w:val="Szvegtrzs"/>
        <w:spacing w:before="57" w:line="360" w:lineRule="auto"/>
        <w:ind w:firstLine="720"/>
        <w:jc w:val="both"/>
      </w:pPr>
      <w:r w:rsidRPr="0078531E">
        <w:t>Az</w:t>
      </w:r>
      <w:r w:rsidRPr="0078531E">
        <w:rPr>
          <w:spacing w:val="-4"/>
        </w:rPr>
        <w:t xml:space="preserve"> </w:t>
      </w:r>
      <w:r w:rsidRPr="0078531E">
        <w:t>óvodai</w:t>
      </w:r>
      <w:r w:rsidRPr="0078531E">
        <w:rPr>
          <w:spacing w:val="-2"/>
        </w:rPr>
        <w:t xml:space="preserve"> </w:t>
      </w:r>
      <w:r w:rsidRPr="0078531E">
        <w:t>nevelésben</w:t>
      </w:r>
      <w:r w:rsidRPr="0078531E">
        <w:rPr>
          <w:spacing w:val="-2"/>
        </w:rPr>
        <w:t xml:space="preserve"> </w:t>
      </w:r>
      <w:r w:rsidRPr="0078531E">
        <w:t>alkalmazott</w:t>
      </w:r>
      <w:r w:rsidRPr="0078531E">
        <w:rPr>
          <w:spacing w:val="-2"/>
        </w:rPr>
        <w:t xml:space="preserve"> </w:t>
      </w:r>
      <w:r w:rsidRPr="0078531E">
        <w:t>összehangolt</w:t>
      </w:r>
      <w:r w:rsidRPr="0078531E">
        <w:rPr>
          <w:spacing w:val="-2"/>
        </w:rPr>
        <w:t xml:space="preserve"> </w:t>
      </w:r>
      <w:r w:rsidRPr="0078531E">
        <w:t>pedagógiai</w:t>
      </w:r>
      <w:r w:rsidRPr="0078531E">
        <w:rPr>
          <w:spacing w:val="-2"/>
        </w:rPr>
        <w:t xml:space="preserve"> </w:t>
      </w:r>
      <w:r w:rsidRPr="0078531E">
        <w:t xml:space="preserve">intézkedések a </w:t>
      </w:r>
      <w:r w:rsidRPr="0078531E">
        <w:rPr>
          <w:spacing w:val="-2"/>
        </w:rPr>
        <w:t>gyermek</w:t>
      </w:r>
      <w:r w:rsidR="009C472F" w:rsidRPr="0078531E">
        <w:t xml:space="preserve"> </w:t>
      </w:r>
      <w:r w:rsidRPr="0078531E">
        <w:lastRenderedPageBreak/>
        <w:t>személyiségéhez</w:t>
      </w:r>
      <w:r w:rsidRPr="0078531E">
        <w:rPr>
          <w:spacing w:val="-4"/>
        </w:rPr>
        <w:t xml:space="preserve"> </w:t>
      </w:r>
      <w:r w:rsidRPr="0078531E">
        <w:t>igazodnak</w:t>
      </w:r>
      <w:r w:rsidRPr="0078531E">
        <w:rPr>
          <w:spacing w:val="-5"/>
        </w:rPr>
        <w:t xml:space="preserve"> </w:t>
      </w:r>
      <w:r w:rsidRPr="0078531E">
        <w:t>és</w:t>
      </w:r>
      <w:r w:rsidRPr="0078531E">
        <w:rPr>
          <w:spacing w:val="-6"/>
        </w:rPr>
        <w:t xml:space="preserve"> </w:t>
      </w:r>
      <w:r w:rsidRPr="0078531E">
        <w:t>biztosítják</w:t>
      </w:r>
      <w:r w:rsidRPr="0078531E">
        <w:rPr>
          <w:spacing w:val="-5"/>
        </w:rPr>
        <w:t xml:space="preserve"> </w:t>
      </w:r>
      <w:r w:rsidRPr="0078531E">
        <w:t>minden</w:t>
      </w:r>
      <w:r w:rsidRPr="0078531E">
        <w:rPr>
          <w:spacing w:val="-7"/>
        </w:rPr>
        <w:t xml:space="preserve"> </w:t>
      </w:r>
      <w:r w:rsidRPr="0078531E">
        <w:t>gyermek</w:t>
      </w:r>
      <w:r w:rsidRPr="0078531E">
        <w:rPr>
          <w:spacing w:val="-5"/>
        </w:rPr>
        <w:t xml:space="preserve"> </w:t>
      </w:r>
      <w:r w:rsidRPr="0078531E">
        <w:t>számára</w:t>
      </w:r>
      <w:r w:rsidRPr="0078531E">
        <w:rPr>
          <w:spacing w:val="-4"/>
        </w:rPr>
        <w:t xml:space="preserve"> </w:t>
      </w:r>
      <w:r w:rsidRPr="0078531E">
        <w:t>az</w:t>
      </w:r>
      <w:r w:rsidRPr="0078531E">
        <w:rPr>
          <w:spacing w:val="-4"/>
        </w:rPr>
        <w:t xml:space="preserve"> </w:t>
      </w:r>
      <w:r w:rsidRPr="0078531E">
        <w:t>egyenlő</w:t>
      </w:r>
      <w:r w:rsidRPr="0078531E">
        <w:rPr>
          <w:spacing w:val="-5"/>
        </w:rPr>
        <w:t xml:space="preserve"> </w:t>
      </w:r>
      <w:r w:rsidRPr="0078531E">
        <w:t>hozzáférés lehetőségét.</w:t>
      </w:r>
    </w:p>
    <w:p w14:paraId="7EBF8BAB" w14:textId="77777777" w:rsidR="00AE0CFD" w:rsidRPr="0078531E" w:rsidRDefault="00C3522D" w:rsidP="005568A6">
      <w:pPr>
        <w:pStyle w:val="Szvegtrzs"/>
        <w:spacing w:line="360" w:lineRule="auto"/>
        <w:ind w:firstLine="720"/>
        <w:jc w:val="both"/>
      </w:pPr>
      <w:r w:rsidRPr="0078531E">
        <w:t>Az</w:t>
      </w:r>
      <w:r w:rsidRPr="0078531E">
        <w:rPr>
          <w:spacing w:val="-2"/>
        </w:rPr>
        <w:t xml:space="preserve"> </w:t>
      </w:r>
      <w:r w:rsidRPr="0078531E">
        <w:t>inger gazdag</w:t>
      </w:r>
      <w:r w:rsidRPr="0078531E">
        <w:rPr>
          <w:spacing w:val="-5"/>
        </w:rPr>
        <w:t xml:space="preserve"> </w:t>
      </w:r>
      <w:r w:rsidRPr="0078531E">
        <w:t>környezet</w:t>
      </w:r>
      <w:r w:rsidRPr="0078531E">
        <w:rPr>
          <w:spacing w:val="-1"/>
        </w:rPr>
        <w:t xml:space="preserve"> </w:t>
      </w:r>
      <w:r w:rsidRPr="0078531E">
        <w:t>biztosítja</w:t>
      </w:r>
      <w:r w:rsidRPr="0078531E">
        <w:rPr>
          <w:spacing w:val="-2"/>
        </w:rPr>
        <w:t xml:space="preserve"> </w:t>
      </w:r>
      <w:r w:rsidRPr="0078531E">
        <w:t>a</w:t>
      </w:r>
      <w:r w:rsidRPr="0078531E">
        <w:rPr>
          <w:spacing w:val="-3"/>
        </w:rPr>
        <w:t xml:space="preserve"> </w:t>
      </w:r>
      <w:r w:rsidRPr="0078531E">
        <w:t>gyermekek</w:t>
      </w:r>
      <w:r w:rsidRPr="0078531E">
        <w:rPr>
          <w:spacing w:val="-1"/>
        </w:rPr>
        <w:t xml:space="preserve"> </w:t>
      </w:r>
      <w:r w:rsidRPr="0078531E">
        <w:t>természetes</w:t>
      </w:r>
      <w:r w:rsidRPr="0078531E">
        <w:rPr>
          <w:spacing w:val="-3"/>
        </w:rPr>
        <w:t xml:space="preserve"> </w:t>
      </w:r>
      <w:r w:rsidRPr="0078531E">
        <w:t>beszéd</w:t>
      </w:r>
      <w:r w:rsidRPr="0078531E">
        <w:rPr>
          <w:spacing w:val="-1"/>
        </w:rPr>
        <w:t xml:space="preserve"> </w:t>
      </w:r>
      <w:r w:rsidRPr="0078531E">
        <w:t>és</w:t>
      </w:r>
      <w:r w:rsidRPr="0078531E">
        <w:rPr>
          <w:spacing w:val="-2"/>
        </w:rPr>
        <w:t xml:space="preserve"> kommunikációs</w:t>
      </w:r>
    </w:p>
    <w:p w14:paraId="155E12E3" w14:textId="77777777" w:rsidR="00AE0CFD" w:rsidRPr="0078531E" w:rsidRDefault="00C3522D" w:rsidP="0069795E">
      <w:pPr>
        <w:pStyle w:val="Szvegtrzs"/>
        <w:spacing w:before="137" w:line="360" w:lineRule="auto"/>
        <w:jc w:val="both"/>
      </w:pPr>
      <w:r w:rsidRPr="0078531E">
        <w:t>kedvének</w:t>
      </w:r>
      <w:r w:rsidRPr="0078531E">
        <w:rPr>
          <w:spacing w:val="-4"/>
        </w:rPr>
        <w:t xml:space="preserve"> </w:t>
      </w:r>
      <w:r w:rsidRPr="0078531E">
        <w:t>fenntartását,</w:t>
      </w:r>
      <w:r w:rsidRPr="0078531E">
        <w:rPr>
          <w:spacing w:val="-4"/>
        </w:rPr>
        <w:t xml:space="preserve"> </w:t>
      </w:r>
      <w:r w:rsidRPr="0078531E">
        <w:t>a</w:t>
      </w:r>
      <w:r w:rsidRPr="0078531E">
        <w:rPr>
          <w:spacing w:val="-3"/>
        </w:rPr>
        <w:t xml:space="preserve"> </w:t>
      </w:r>
      <w:r w:rsidRPr="0078531E">
        <w:t>gyermeki</w:t>
      </w:r>
      <w:r w:rsidRPr="0078531E">
        <w:rPr>
          <w:spacing w:val="-4"/>
        </w:rPr>
        <w:t xml:space="preserve"> </w:t>
      </w:r>
      <w:r w:rsidRPr="0078531E">
        <w:t>kérdések</w:t>
      </w:r>
      <w:r w:rsidRPr="0078531E">
        <w:rPr>
          <w:spacing w:val="-4"/>
        </w:rPr>
        <w:t xml:space="preserve"> </w:t>
      </w:r>
      <w:r w:rsidRPr="0078531E">
        <w:t>támogatását,</w:t>
      </w:r>
      <w:r w:rsidRPr="0078531E">
        <w:rPr>
          <w:spacing w:val="-4"/>
        </w:rPr>
        <w:t xml:space="preserve"> </w:t>
      </w:r>
      <w:r w:rsidRPr="0078531E">
        <w:t>a</w:t>
      </w:r>
      <w:r w:rsidRPr="0078531E">
        <w:rPr>
          <w:spacing w:val="-4"/>
        </w:rPr>
        <w:t xml:space="preserve"> </w:t>
      </w:r>
      <w:r w:rsidRPr="0078531E">
        <w:t>mindennapi</w:t>
      </w:r>
      <w:r w:rsidRPr="0078531E">
        <w:rPr>
          <w:spacing w:val="-2"/>
        </w:rPr>
        <w:t xml:space="preserve"> </w:t>
      </w:r>
      <w:r w:rsidRPr="0078531E">
        <w:t>anyanyelvi</w:t>
      </w:r>
      <w:r w:rsidRPr="0078531E">
        <w:rPr>
          <w:spacing w:val="-4"/>
        </w:rPr>
        <w:t xml:space="preserve"> </w:t>
      </w:r>
      <w:r w:rsidRPr="0078531E">
        <w:t>és</w:t>
      </w:r>
      <w:r w:rsidRPr="0078531E">
        <w:rPr>
          <w:spacing w:val="-5"/>
        </w:rPr>
        <w:t xml:space="preserve"> </w:t>
      </w:r>
      <w:r w:rsidRPr="0078531E">
        <w:t>értelmi nevelést és fejlesztését.</w:t>
      </w:r>
    </w:p>
    <w:p w14:paraId="55075A5E" w14:textId="06B341C7" w:rsidR="00AE0CFD" w:rsidRPr="0078531E" w:rsidRDefault="00C3522D" w:rsidP="0069795E">
      <w:pPr>
        <w:pStyle w:val="Szvegtrzs"/>
        <w:spacing w:line="360" w:lineRule="auto"/>
        <w:ind w:right="469" w:firstLine="720"/>
        <w:jc w:val="both"/>
      </w:pPr>
      <w:r w:rsidRPr="0078531E">
        <w:t>A</w:t>
      </w:r>
      <w:r w:rsidRPr="0078531E">
        <w:rPr>
          <w:spacing w:val="-6"/>
        </w:rPr>
        <w:t xml:space="preserve"> </w:t>
      </w:r>
      <w:r w:rsidRPr="0078531E">
        <w:t>nemzetiséghez</w:t>
      </w:r>
      <w:r w:rsidRPr="0078531E">
        <w:rPr>
          <w:spacing w:val="-4"/>
        </w:rPr>
        <w:t xml:space="preserve"> </w:t>
      </w:r>
      <w:r w:rsidRPr="0078531E">
        <w:t>tartozó</w:t>
      </w:r>
      <w:r w:rsidRPr="0078531E">
        <w:rPr>
          <w:spacing w:val="-3"/>
        </w:rPr>
        <w:t xml:space="preserve"> </w:t>
      </w:r>
      <w:r w:rsidRPr="0078531E">
        <w:t>gyermekek</w:t>
      </w:r>
      <w:r w:rsidRPr="0078531E">
        <w:rPr>
          <w:spacing w:val="-5"/>
        </w:rPr>
        <w:t xml:space="preserve"> </w:t>
      </w:r>
      <w:r w:rsidRPr="0078531E">
        <w:t>nevelésében</w:t>
      </w:r>
      <w:r w:rsidRPr="0078531E">
        <w:rPr>
          <w:spacing w:val="-3"/>
        </w:rPr>
        <w:t xml:space="preserve"> </w:t>
      </w:r>
      <w:r w:rsidRPr="0078531E">
        <w:t>támogatjuk</w:t>
      </w:r>
      <w:r w:rsidRPr="0078531E">
        <w:rPr>
          <w:spacing w:val="-5"/>
        </w:rPr>
        <w:t xml:space="preserve"> </w:t>
      </w:r>
      <w:r w:rsidRPr="0078531E">
        <w:t>a</w:t>
      </w:r>
      <w:r w:rsidRPr="0078531E">
        <w:rPr>
          <w:spacing w:val="-6"/>
        </w:rPr>
        <w:t xml:space="preserve"> </w:t>
      </w:r>
      <w:r w:rsidRPr="0078531E">
        <w:t>befogadás</w:t>
      </w:r>
      <w:r w:rsidRPr="0078531E">
        <w:rPr>
          <w:spacing w:val="-6"/>
        </w:rPr>
        <w:t xml:space="preserve"> </w:t>
      </w:r>
      <w:r w:rsidRPr="0078531E">
        <w:t>lehetőségét,</w:t>
      </w:r>
      <w:r w:rsidRPr="0078531E">
        <w:rPr>
          <w:spacing w:val="-5"/>
        </w:rPr>
        <w:t xml:space="preserve"> </w:t>
      </w:r>
      <w:r w:rsidRPr="0078531E">
        <w:t>a nemzetiségi önazonosság megőrzését, ápolását, erősítését és a multikulturális nevelésen alapuló integráció lehetőségét</w:t>
      </w:r>
      <w:r w:rsidR="00264C46" w:rsidRPr="0078531E">
        <w:t>.</w:t>
      </w:r>
    </w:p>
    <w:p w14:paraId="40CEDB6E" w14:textId="0D1771E7" w:rsidR="005568A6" w:rsidRPr="0078531E" w:rsidRDefault="005568A6" w:rsidP="0069795E">
      <w:pPr>
        <w:pStyle w:val="Szvegtrzs"/>
        <w:spacing w:line="360" w:lineRule="auto"/>
        <w:ind w:right="469" w:firstLine="720"/>
        <w:jc w:val="both"/>
      </w:pPr>
      <w:r w:rsidRPr="0078531E">
        <w:t>A hazájukat elhagyni kényszerülő családok gyermekeinek óvodai nevelésében biztosítsuk az önazonosság megőrzését, ápolását, erősítését, társadalmi integrálását.</w:t>
      </w:r>
    </w:p>
    <w:p w14:paraId="49B01874" w14:textId="5F91CE35" w:rsidR="00AE0CFD" w:rsidRPr="0078531E" w:rsidRDefault="00C3522D" w:rsidP="005568A6">
      <w:pPr>
        <w:pStyle w:val="Szvegtrzs"/>
        <w:spacing w:before="1" w:line="360" w:lineRule="auto"/>
        <w:ind w:right="484" w:firstLine="720"/>
        <w:jc w:val="both"/>
        <w:rPr>
          <w:spacing w:val="-2"/>
        </w:rPr>
      </w:pPr>
      <w:r w:rsidRPr="0078531E">
        <w:t>A</w:t>
      </w:r>
      <w:r w:rsidRPr="0078531E">
        <w:rPr>
          <w:spacing w:val="-4"/>
        </w:rPr>
        <w:t xml:space="preserve"> </w:t>
      </w:r>
      <w:r w:rsidRPr="0078531E">
        <w:t>különös</w:t>
      </w:r>
      <w:r w:rsidRPr="0078531E">
        <w:rPr>
          <w:spacing w:val="-4"/>
        </w:rPr>
        <w:t xml:space="preserve"> </w:t>
      </w:r>
      <w:r w:rsidRPr="0078531E">
        <w:t>bánásmódot</w:t>
      </w:r>
      <w:r w:rsidRPr="0078531E">
        <w:rPr>
          <w:spacing w:val="-3"/>
        </w:rPr>
        <w:t xml:space="preserve"> </w:t>
      </w:r>
      <w:r w:rsidRPr="0078531E">
        <w:t>igénylő</w:t>
      </w:r>
      <w:r w:rsidRPr="0078531E">
        <w:rPr>
          <w:spacing w:val="-1"/>
        </w:rPr>
        <w:t xml:space="preserve"> </w:t>
      </w:r>
      <w:r w:rsidRPr="0078531E">
        <w:t>gyermek</w:t>
      </w:r>
      <w:r w:rsidRPr="0078531E">
        <w:rPr>
          <w:spacing w:val="-3"/>
        </w:rPr>
        <w:t xml:space="preserve"> </w:t>
      </w:r>
      <w:r w:rsidRPr="0078531E">
        <w:t>fejlesztésénél</w:t>
      </w:r>
      <w:r w:rsidRPr="0078531E">
        <w:rPr>
          <w:spacing w:val="40"/>
        </w:rPr>
        <w:t xml:space="preserve"> </w:t>
      </w:r>
      <w:r w:rsidRPr="0078531E">
        <w:t>különös</w:t>
      </w:r>
      <w:r w:rsidRPr="0078531E">
        <w:rPr>
          <w:spacing w:val="-4"/>
        </w:rPr>
        <w:t xml:space="preserve"> </w:t>
      </w:r>
      <w:r w:rsidRPr="0078531E">
        <w:t>gondot</w:t>
      </w:r>
      <w:r w:rsidRPr="0078531E">
        <w:rPr>
          <w:spacing w:val="-3"/>
        </w:rPr>
        <w:t xml:space="preserve"> </w:t>
      </w:r>
      <w:r w:rsidRPr="0078531E">
        <w:t>fordítunk</w:t>
      </w:r>
      <w:r w:rsidRPr="0078531E">
        <w:rPr>
          <w:spacing w:val="40"/>
        </w:rPr>
        <w:t xml:space="preserve"> </w:t>
      </w:r>
      <w:r w:rsidRPr="0078531E">
        <w:t>arra,</w:t>
      </w:r>
      <w:r w:rsidRPr="0078531E">
        <w:rPr>
          <w:spacing w:val="-3"/>
        </w:rPr>
        <w:t xml:space="preserve"> </w:t>
      </w:r>
      <w:r w:rsidRPr="0078531E">
        <w:t>hogy ők minden segítséget megkapjanak hátrányainak leküzdéséhez, illetve tehetségük</w:t>
      </w:r>
      <w:r w:rsidR="00264C46" w:rsidRPr="0078531E">
        <w:t xml:space="preserve"> </w:t>
      </w:r>
      <w:r w:rsidRPr="0078531E">
        <w:rPr>
          <w:spacing w:val="-2"/>
        </w:rPr>
        <w:t>kibontakoztatásához.</w:t>
      </w:r>
    </w:p>
    <w:p w14:paraId="55FF05D6" w14:textId="77777777" w:rsidR="008478C0" w:rsidRPr="0078531E" w:rsidRDefault="008478C0" w:rsidP="00903E39">
      <w:pPr>
        <w:pStyle w:val="Szvegtrzs"/>
        <w:spacing w:before="1" w:line="360" w:lineRule="auto"/>
        <w:ind w:left="136" w:right="484"/>
        <w:jc w:val="both"/>
        <w:rPr>
          <w:spacing w:val="-2"/>
        </w:rPr>
      </w:pPr>
    </w:p>
    <w:p w14:paraId="6E566E55" w14:textId="29A73ECE" w:rsidR="00DD1047" w:rsidRPr="0078531E" w:rsidRDefault="00EB36D1">
      <w:pPr>
        <w:pStyle w:val="Szvegtrzs"/>
        <w:numPr>
          <w:ilvl w:val="1"/>
          <w:numId w:val="22"/>
        </w:numPr>
        <w:spacing w:before="1" w:line="360" w:lineRule="auto"/>
        <w:ind w:right="484"/>
        <w:jc w:val="both"/>
        <w:rPr>
          <w:b/>
          <w:bCs/>
          <w:spacing w:val="-2"/>
        </w:rPr>
      </w:pPr>
      <w:r w:rsidRPr="0078531E">
        <w:rPr>
          <w:b/>
          <w:bCs/>
          <w:spacing w:val="-2"/>
        </w:rPr>
        <w:t>Jövőképünk</w:t>
      </w:r>
    </w:p>
    <w:p w14:paraId="4E537150" w14:textId="3E661C3F" w:rsidR="008478C0" w:rsidRPr="0078531E" w:rsidRDefault="008478C0" w:rsidP="00903E39">
      <w:pPr>
        <w:pStyle w:val="Szvegtrzs"/>
        <w:spacing w:before="1" w:line="360" w:lineRule="auto"/>
        <w:ind w:right="484" w:firstLine="556"/>
        <w:jc w:val="both"/>
        <w:rPr>
          <w:b/>
          <w:bCs/>
          <w:spacing w:val="-2"/>
        </w:rPr>
      </w:pPr>
      <w:r w:rsidRPr="0078531E">
        <w:t xml:space="preserve">Óvodánk jövőképét a nevelőtestülettel együttműködve, értékeink, hagyományaink, eredményeink figyelembevételével, mindezekre alapozva alakítjuk ki.   </w:t>
      </w:r>
    </w:p>
    <w:p w14:paraId="722ED7D6" w14:textId="77777777" w:rsidR="008478C0" w:rsidRPr="0078531E" w:rsidRDefault="008478C0" w:rsidP="00903E39">
      <w:pPr>
        <w:spacing w:line="360" w:lineRule="auto"/>
        <w:ind w:left="-46"/>
        <w:jc w:val="both"/>
        <w:rPr>
          <w:sz w:val="24"/>
          <w:szCs w:val="24"/>
        </w:rPr>
      </w:pPr>
      <w:r w:rsidRPr="0078531E">
        <w:rPr>
          <w:sz w:val="24"/>
          <w:szCs w:val="24"/>
        </w:rPr>
        <w:t xml:space="preserve">Szeretnénk, ha óvodánk a megértés, az egymás iránti türelem, elfogadás, szeretet, biztonságot, vidámságot adó, béke szigete lenne, ahol a gyermekek napjuk nagy részét örömmel, boldogan, önfeledt játékkal tölthetnék, kreatív, jókedvű, szakmailag kiváló mindig megújulni képes óvónők irányításával miközben törekszünk megfelelni a mai kor elvárásainak.  </w:t>
      </w:r>
    </w:p>
    <w:p w14:paraId="0A1B1B6A" w14:textId="77777777" w:rsidR="008478C0" w:rsidRPr="0078531E" w:rsidRDefault="008478C0" w:rsidP="00903E39">
      <w:pPr>
        <w:spacing w:line="360" w:lineRule="auto"/>
        <w:jc w:val="both"/>
        <w:rPr>
          <w:sz w:val="24"/>
          <w:szCs w:val="24"/>
        </w:rPr>
      </w:pPr>
      <w:r w:rsidRPr="0078531E">
        <w:rPr>
          <w:sz w:val="24"/>
          <w:szCs w:val="24"/>
        </w:rPr>
        <w:t>Intézményünk dolgozói a tervezési folyamatok során figyelembe veszik az Óvodai nevelés országos alapprogramjában és az óvoda pedagógiai programjában megfogalmazott tartalmi és intézményi belső elvárásokat, valamint az általuk nevelt, tanított gyermekek és csoportok fejlesztési célját.</w:t>
      </w:r>
    </w:p>
    <w:p w14:paraId="4CF76FEC" w14:textId="77777777" w:rsidR="008478C0" w:rsidRPr="0078531E" w:rsidRDefault="008478C0" w:rsidP="00903E39">
      <w:pPr>
        <w:spacing w:line="360" w:lineRule="auto"/>
        <w:ind w:left="674" w:firstLine="46"/>
        <w:jc w:val="both"/>
        <w:rPr>
          <w:sz w:val="24"/>
          <w:szCs w:val="24"/>
        </w:rPr>
      </w:pPr>
      <w:r w:rsidRPr="0078531E">
        <w:rPr>
          <w:sz w:val="24"/>
          <w:szCs w:val="24"/>
        </w:rPr>
        <w:t>Tervező tevékenységében épít a szociális tanulásban rejlő lehetőségekre.</w:t>
      </w:r>
    </w:p>
    <w:p w14:paraId="4B8D9656" w14:textId="77777777" w:rsidR="008478C0" w:rsidRPr="0078531E" w:rsidRDefault="008478C0" w:rsidP="00903E39">
      <w:pPr>
        <w:spacing w:line="360" w:lineRule="auto"/>
        <w:jc w:val="both"/>
        <w:rPr>
          <w:sz w:val="24"/>
          <w:szCs w:val="24"/>
        </w:rPr>
      </w:pPr>
      <w:r w:rsidRPr="0078531E">
        <w:rPr>
          <w:sz w:val="24"/>
          <w:szCs w:val="24"/>
        </w:rPr>
        <w:t>A gyermekek optimális fejlődését elősegítő, az egyéni fejlődési sajátosságokhoz igazodó, differenciált nevelési-tanulási folyamatot tervez.</w:t>
      </w:r>
    </w:p>
    <w:p w14:paraId="0E8123C0" w14:textId="11CD46C6" w:rsidR="008478C0" w:rsidRPr="0078531E" w:rsidRDefault="008478C0" w:rsidP="00903E39">
      <w:pPr>
        <w:pStyle w:val="Szvegtrzs"/>
        <w:spacing w:before="1" w:line="360" w:lineRule="auto"/>
        <w:ind w:left="-46" w:right="484"/>
        <w:jc w:val="both"/>
        <w:rPr>
          <w:spacing w:val="-2"/>
        </w:rPr>
      </w:pPr>
      <w:r w:rsidRPr="0078531E">
        <w:t>A gyermekek fejlettségére is figyelemmel a kommunikáció, együttműködés szintjén bevonja őket a nevelés-tanulás-tanítás tervezésébe.</w:t>
      </w:r>
    </w:p>
    <w:p w14:paraId="363B5DBF" w14:textId="77777777" w:rsidR="00AE0CFD" w:rsidRPr="0078531E" w:rsidRDefault="00AE0CFD">
      <w:pPr>
        <w:pStyle w:val="Szvegtrzs"/>
        <w:spacing w:before="205"/>
      </w:pPr>
    </w:p>
    <w:p w14:paraId="1557372E" w14:textId="77777777" w:rsidR="007C4E21" w:rsidRPr="0078531E" w:rsidRDefault="007C4E21">
      <w:pPr>
        <w:pStyle w:val="Szvegtrzs"/>
        <w:spacing w:before="205"/>
      </w:pPr>
    </w:p>
    <w:p w14:paraId="02DD0793" w14:textId="2BA23A55" w:rsidR="006A78E2" w:rsidRPr="0078531E" w:rsidRDefault="0073598A">
      <w:pPr>
        <w:pStyle w:val="Cmsor1"/>
        <w:numPr>
          <w:ilvl w:val="0"/>
          <w:numId w:val="24"/>
        </w:numPr>
        <w:tabs>
          <w:tab w:val="left" w:pos="703"/>
        </w:tabs>
        <w:spacing w:before="76" w:line="276" w:lineRule="auto"/>
        <w:ind w:left="136" w:right="1011" w:firstLine="0"/>
        <w:jc w:val="left"/>
        <w:rPr>
          <w:rFonts w:ascii="Times New Roman" w:hAnsi="Times New Roman" w:cs="Times New Roman"/>
        </w:rPr>
      </w:pPr>
      <w:bookmarkStart w:id="10" w:name="_bookmark5"/>
      <w:bookmarkEnd w:id="10"/>
      <w:r w:rsidRPr="0078531E">
        <w:rPr>
          <w:rFonts w:ascii="Times New Roman" w:hAnsi="Times New Roman" w:cs="Times New Roman"/>
        </w:rPr>
        <w:t xml:space="preserve">Az óvoda helyi nevelési </w:t>
      </w:r>
      <w:r w:rsidR="004B06D5" w:rsidRPr="0078531E">
        <w:rPr>
          <w:rFonts w:ascii="Times New Roman" w:hAnsi="Times New Roman" w:cs="Times New Roman"/>
        </w:rPr>
        <w:t>alapelvei, értékei, célkitűzései</w:t>
      </w:r>
    </w:p>
    <w:p w14:paraId="41682D43" w14:textId="77777777" w:rsidR="0069795E" w:rsidRPr="0078531E" w:rsidRDefault="0069795E" w:rsidP="0069795E">
      <w:pPr>
        <w:pStyle w:val="Cmsor1"/>
        <w:tabs>
          <w:tab w:val="left" w:pos="703"/>
        </w:tabs>
        <w:spacing w:before="76" w:line="276" w:lineRule="auto"/>
        <w:ind w:right="1011"/>
        <w:rPr>
          <w:rFonts w:ascii="Times New Roman" w:hAnsi="Times New Roman" w:cs="Times New Roman"/>
          <w:sz w:val="24"/>
          <w:szCs w:val="24"/>
        </w:rPr>
      </w:pPr>
    </w:p>
    <w:p w14:paraId="0EE279BF" w14:textId="1BD47A65" w:rsidR="000452DF" w:rsidRPr="0078531E" w:rsidRDefault="00C3522D" w:rsidP="0069795E">
      <w:pPr>
        <w:pStyle w:val="Cmsor1"/>
        <w:tabs>
          <w:tab w:val="left" w:pos="703"/>
        </w:tabs>
        <w:spacing w:before="76" w:line="276" w:lineRule="auto"/>
        <w:ind w:right="1011"/>
        <w:rPr>
          <w:rFonts w:ascii="Times New Roman" w:hAnsi="Times New Roman" w:cs="Times New Roman"/>
          <w:spacing w:val="-2"/>
          <w:sz w:val="24"/>
          <w:szCs w:val="24"/>
        </w:rPr>
      </w:pPr>
      <w:r w:rsidRPr="0078531E">
        <w:rPr>
          <w:rFonts w:ascii="Times New Roman" w:hAnsi="Times New Roman" w:cs="Times New Roman"/>
          <w:sz w:val="24"/>
          <w:szCs w:val="24"/>
        </w:rPr>
        <w:lastRenderedPageBreak/>
        <w:t>Az</w:t>
      </w:r>
      <w:r w:rsidRPr="0078531E">
        <w:rPr>
          <w:rFonts w:ascii="Times New Roman" w:hAnsi="Times New Roman" w:cs="Times New Roman"/>
          <w:spacing w:val="-4"/>
          <w:sz w:val="24"/>
          <w:szCs w:val="24"/>
        </w:rPr>
        <w:t xml:space="preserve"> </w:t>
      </w:r>
      <w:r w:rsidRPr="0078531E">
        <w:rPr>
          <w:rFonts w:ascii="Times New Roman" w:hAnsi="Times New Roman" w:cs="Times New Roman"/>
          <w:sz w:val="24"/>
          <w:szCs w:val="24"/>
        </w:rPr>
        <w:t>óvodai</w:t>
      </w:r>
      <w:r w:rsidRPr="0078531E">
        <w:rPr>
          <w:rFonts w:ascii="Times New Roman" w:hAnsi="Times New Roman" w:cs="Times New Roman"/>
          <w:spacing w:val="-2"/>
          <w:sz w:val="24"/>
          <w:szCs w:val="24"/>
        </w:rPr>
        <w:t xml:space="preserve"> </w:t>
      </w:r>
      <w:r w:rsidRPr="0078531E">
        <w:rPr>
          <w:rFonts w:ascii="Times New Roman" w:hAnsi="Times New Roman" w:cs="Times New Roman"/>
          <w:sz w:val="24"/>
          <w:szCs w:val="24"/>
        </w:rPr>
        <w:t>nevelés</w:t>
      </w:r>
      <w:r w:rsidRPr="0078531E">
        <w:rPr>
          <w:rFonts w:ascii="Times New Roman" w:hAnsi="Times New Roman" w:cs="Times New Roman"/>
          <w:spacing w:val="-3"/>
          <w:sz w:val="24"/>
          <w:szCs w:val="24"/>
        </w:rPr>
        <w:t xml:space="preserve"> </w:t>
      </w:r>
      <w:r w:rsidRPr="0078531E">
        <w:rPr>
          <w:rFonts w:ascii="Times New Roman" w:hAnsi="Times New Roman" w:cs="Times New Roman"/>
          <w:spacing w:val="-2"/>
          <w:sz w:val="24"/>
          <w:szCs w:val="24"/>
        </w:rPr>
        <w:t>célja</w:t>
      </w:r>
    </w:p>
    <w:p w14:paraId="29543716" w14:textId="77777777" w:rsidR="00AE0CFD" w:rsidRPr="0078531E" w:rsidRDefault="00C3522D" w:rsidP="006F1394">
      <w:pPr>
        <w:pStyle w:val="Szvegtrzs"/>
        <w:spacing w:before="135" w:line="360" w:lineRule="auto"/>
        <w:ind w:right="469"/>
        <w:jc w:val="both"/>
      </w:pPr>
      <w:r w:rsidRPr="0078531E">
        <w:t>Az</w:t>
      </w:r>
      <w:r w:rsidRPr="0078531E">
        <w:rPr>
          <w:spacing w:val="-5"/>
        </w:rPr>
        <w:t xml:space="preserve"> </w:t>
      </w:r>
      <w:r w:rsidRPr="0078531E">
        <w:t>országosan</w:t>
      </w:r>
      <w:r w:rsidRPr="0078531E">
        <w:rPr>
          <w:spacing w:val="-5"/>
        </w:rPr>
        <w:t xml:space="preserve"> </w:t>
      </w:r>
      <w:r w:rsidRPr="0078531E">
        <w:t>megfogalmazott</w:t>
      </w:r>
      <w:r w:rsidRPr="0078531E">
        <w:rPr>
          <w:spacing w:val="-5"/>
        </w:rPr>
        <w:t xml:space="preserve"> </w:t>
      </w:r>
      <w:r w:rsidRPr="0078531E">
        <w:t>célokat</w:t>
      </w:r>
      <w:r w:rsidRPr="0078531E">
        <w:rPr>
          <w:spacing w:val="-5"/>
        </w:rPr>
        <w:t xml:space="preserve"> </w:t>
      </w:r>
      <w:r w:rsidRPr="0078531E">
        <w:t>az</w:t>
      </w:r>
      <w:r w:rsidRPr="0078531E">
        <w:rPr>
          <w:spacing w:val="-4"/>
        </w:rPr>
        <w:t xml:space="preserve"> </w:t>
      </w:r>
      <w:r w:rsidRPr="0078531E">
        <w:t>Óvodai</w:t>
      </w:r>
      <w:r w:rsidRPr="0078531E">
        <w:rPr>
          <w:spacing w:val="-5"/>
        </w:rPr>
        <w:t xml:space="preserve"> </w:t>
      </w:r>
      <w:r w:rsidRPr="0078531E">
        <w:t>Nevelés</w:t>
      </w:r>
      <w:r w:rsidRPr="0078531E">
        <w:rPr>
          <w:spacing w:val="-6"/>
        </w:rPr>
        <w:t xml:space="preserve"> </w:t>
      </w:r>
      <w:r w:rsidRPr="0078531E">
        <w:t>Országos</w:t>
      </w:r>
      <w:r w:rsidRPr="0078531E">
        <w:rPr>
          <w:spacing w:val="-6"/>
        </w:rPr>
        <w:t xml:space="preserve"> </w:t>
      </w:r>
      <w:r w:rsidRPr="0078531E">
        <w:t>Alapprogramja (továbbiakban ÓNOAP) tartalmazza.</w:t>
      </w:r>
    </w:p>
    <w:p w14:paraId="1ED20256" w14:textId="61454745" w:rsidR="00AE0CFD" w:rsidRPr="0078531E" w:rsidRDefault="00C3522D" w:rsidP="006F1394">
      <w:pPr>
        <w:pStyle w:val="Szvegtrzs"/>
        <w:spacing w:line="360" w:lineRule="auto"/>
        <w:ind w:right="469"/>
        <w:jc w:val="both"/>
      </w:pPr>
      <w:r w:rsidRPr="0078531E">
        <w:t>A</w:t>
      </w:r>
      <w:r w:rsidR="009C472F" w:rsidRPr="0078531E">
        <w:rPr>
          <w:spacing w:val="-4"/>
        </w:rPr>
        <w:t xml:space="preserve"> </w:t>
      </w:r>
      <w:r w:rsidRPr="0078531E">
        <w:t>hároméves</w:t>
      </w:r>
      <w:r w:rsidRPr="0078531E">
        <w:rPr>
          <w:spacing w:val="-4"/>
        </w:rPr>
        <w:t xml:space="preserve"> </w:t>
      </w:r>
      <w:r w:rsidRPr="0078531E">
        <w:t>kortól</w:t>
      </w:r>
      <w:r w:rsidRPr="0078531E">
        <w:rPr>
          <w:spacing w:val="-3"/>
        </w:rPr>
        <w:t xml:space="preserve"> </w:t>
      </w:r>
      <w:r w:rsidRPr="0078531E">
        <w:t>kötelező</w:t>
      </w:r>
      <w:r w:rsidRPr="0078531E">
        <w:rPr>
          <w:spacing w:val="-3"/>
        </w:rPr>
        <w:t xml:space="preserve"> </w:t>
      </w:r>
      <w:r w:rsidRPr="0078531E">
        <w:t>óvodába</w:t>
      </w:r>
      <w:r w:rsidRPr="0078531E">
        <w:rPr>
          <w:spacing w:val="-4"/>
        </w:rPr>
        <w:t xml:space="preserve"> </w:t>
      </w:r>
      <w:r w:rsidRPr="0078531E">
        <w:t>járás</w:t>
      </w:r>
      <w:r w:rsidRPr="0078531E">
        <w:rPr>
          <w:spacing w:val="-4"/>
        </w:rPr>
        <w:t xml:space="preserve"> </w:t>
      </w:r>
      <w:r w:rsidRPr="0078531E">
        <w:t>ideje</w:t>
      </w:r>
      <w:r w:rsidRPr="0078531E">
        <w:rPr>
          <w:spacing w:val="-2"/>
        </w:rPr>
        <w:t xml:space="preserve"> </w:t>
      </w:r>
      <w:r w:rsidRPr="0078531E">
        <w:t>alatt</w:t>
      </w:r>
      <w:r w:rsidRPr="0078531E">
        <w:rPr>
          <w:spacing w:val="-3"/>
        </w:rPr>
        <w:t xml:space="preserve"> </w:t>
      </w:r>
      <w:r w:rsidRPr="0078531E">
        <w:t>az</w:t>
      </w:r>
      <w:r w:rsidRPr="0078531E">
        <w:rPr>
          <w:spacing w:val="-3"/>
        </w:rPr>
        <w:t xml:space="preserve"> </w:t>
      </w:r>
      <w:r w:rsidRPr="0078531E">
        <w:t>óvodai</w:t>
      </w:r>
      <w:r w:rsidRPr="0078531E">
        <w:rPr>
          <w:spacing w:val="-3"/>
        </w:rPr>
        <w:t xml:space="preserve"> </w:t>
      </w:r>
      <w:r w:rsidRPr="0078531E">
        <w:t>nevelési</w:t>
      </w:r>
      <w:r w:rsidRPr="0078531E">
        <w:rPr>
          <w:spacing w:val="-3"/>
        </w:rPr>
        <w:t xml:space="preserve"> </w:t>
      </w:r>
      <w:r w:rsidRPr="0078531E">
        <w:t>folyamat</w:t>
      </w:r>
      <w:r w:rsidRPr="0078531E">
        <w:rPr>
          <w:spacing w:val="-1"/>
        </w:rPr>
        <w:t xml:space="preserve"> </w:t>
      </w:r>
      <w:r w:rsidRPr="0078531E">
        <w:t>célja, feladata a gyermeki személyiség harmonikus testi és szociális fejlődésének elősegítése.</w:t>
      </w:r>
    </w:p>
    <w:p w14:paraId="01063B9E" w14:textId="543F3796" w:rsidR="00AE0CFD" w:rsidRPr="0078531E" w:rsidRDefault="00C3522D" w:rsidP="00167E13">
      <w:pPr>
        <w:tabs>
          <w:tab w:val="left" w:pos="856"/>
        </w:tabs>
        <w:spacing w:line="360" w:lineRule="auto"/>
        <w:rPr>
          <w:sz w:val="24"/>
          <w:szCs w:val="24"/>
        </w:rPr>
      </w:pPr>
      <w:r w:rsidRPr="0078531E">
        <w:rPr>
          <w:sz w:val="24"/>
          <w:szCs w:val="24"/>
        </w:rPr>
        <w:t>A</w:t>
      </w:r>
      <w:r w:rsidRPr="0078531E">
        <w:rPr>
          <w:spacing w:val="-2"/>
          <w:sz w:val="24"/>
          <w:szCs w:val="24"/>
        </w:rPr>
        <w:t xml:space="preserve"> </w:t>
      </w:r>
      <w:r w:rsidRPr="0078531E">
        <w:rPr>
          <w:sz w:val="24"/>
          <w:szCs w:val="24"/>
        </w:rPr>
        <w:t>3-7</w:t>
      </w:r>
      <w:r w:rsidRPr="0078531E">
        <w:rPr>
          <w:spacing w:val="-1"/>
          <w:sz w:val="24"/>
          <w:szCs w:val="24"/>
        </w:rPr>
        <w:t xml:space="preserve"> </w:t>
      </w:r>
      <w:r w:rsidRPr="0078531E">
        <w:rPr>
          <w:sz w:val="24"/>
          <w:szCs w:val="24"/>
        </w:rPr>
        <w:t>éves gyermek</w:t>
      </w:r>
      <w:r w:rsidRPr="0078531E">
        <w:rPr>
          <w:spacing w:val="1"/>
          <w:sz w:val="24"/>
          <w:szCs w:val="24"/>
        </w:rPr>
        <w:t xml:space="preserve"> </w:t>
      </w:r>
      <w:r w:rsidRPr="0078531E">
        <w:rPr>
          <w:sz w:val="24"/>
          <w:szCs w:val="24"/>
        </w:rPr>
        <w:t>eltérő</w:t>
      </w:r>
      <w:r w:rsidRPr="0078531E">
        <w:rPr>
          <w:spacing w:val="-2"/>
          <w:sz w:val="24"/>
          <w:szCs w:val="24"/>
        </w:rPr>
        <w:t xml:space="preserve"> </w:t>
      </w:r>
      <w:r w:rsidRPr="0078531E">
        <w:rPr>
          <w:sz w:val="24"/>
          <w:szCs w:val="24"/>
        </w:rPr>
        <w:t>fejlődési</w:t>
      </w:r>
      <w:r w:rsidRPr="0078531E">
        <w:rPr>
          <w:spacing w:val="-1"/>
          <w:sz w:val="24"/>
          <w:szCs w:val="24"/>
        </w:rPr>
        <w:t xml:space="preserve"> </w:t>
      </w:r>
      <w:r w:rsidRPr="0078531E">
        <w:rPr>
          <w:sz w:val="24"/>
          <w:szCs w:val="24"/>
        </w:rPr>
        <w:t>ütemének és</w:t>
      </w:r>
      <w:r w:rsidRPr="0078531E">
        <w:rPr>
          <w:spacing w:val="-2"/>
          <w:sz w:val="24"/>
          <w:szCs w:val="24"/>
        </w:rPr>
        <w:t xml:space="preserve"> </w:t>
      </w:r>
      <w:r w:rsidRPr="0078531E">
        <w:rPr>
          <w:sz w:val="24"/>
          <w:szCs w:val="24"/>
        </w:rPr>
        <w:t>érési</w:t>
      </w:r>
      <w:r w:rsidRPr="0078531E">
        <w:rPr>
          <w:spacing w:val="-2"/>
          <w:sz w:val="24"/>
          <w:szCs w:val="24"/>
        </w:rPr>
        <w:t xml:space="preserve"> </w:t>
      </w:r>
      <w:r w:rsidRPr="0078531E">
        <w:rPr>
          <w:sz w:val="24"/>
          <w:szCs w:val="24"/>
        </w:rPr>
        <w:t>jellemzőinek</w:t>
      </w:r>
      <w:r w:rsidRPr="0078531E">
        <w:rPr>
          <w:spacing w:val="-1"/>
          <w:sz w:val="24"/>
          <w:szCs w:val="24"/>
        </w:rPr>
        <w:t xml:space="preserve"> </w:t>
      </w:r>
      <w:r w:rsidRPr="0078531E">
        <w:rPr>
          <w:sz w:val="24"/>
          <w:szCs w:val="24"/>
        </w:rPr>
        <w:t>szem</w:t>
      </w:r>
      <w:r w:rsidRPr="0078531E">
        <w:rPr>
          <w:spacing w:val="-1"/>
          <w:sz w:val="24"/>
          <w:szCs w:val="24"/>
        </w:rPr>
        <w:t xml:space="preserve"> </w:t>
      </w:r>
      <w:r w:rsidRPr="0078531E">
        <w:rPr>
          <w:spacing w:val="-2"/>
          <w:sz w:val="24"/>
          <w:szCs w:val="24"/>
        </w:rPr>
        <w:t>előtt</w:t>
      </w:r>
      <w:r w:rsidR="00167E13" w:rsidRPr="0078531E">
        <w:rPr>
          <w:spacing w:val="-2"/>
          <w:sz w:val="24"/>
          <w:szCs w:val="24"/>
        </w:rPr>
        <w:t xml:space="preserve"> </w:t>
      </w:r>
      <w:r w:rsidRPr="0078531E">
        <w:rPr>
          <w:sz w:val="24"/>
          <w:szCs w:val="24"/>
        </w:rPr>
        <w:t>tartásával</w:t>
      </w:r>
      <w:r w:rsidRPr="0078531E">
        <w:rPr>
          <w:spacing w:val="-5"/>
          <w:sz w:val="24"/>
          <w:szCs w:val="24"/>
        </w:rPr>
        <w:t xml:space="preserve"> </w:t>
      </w:r>
      <w:r w:rsidRPr="0078531E">
        <w:rPr>
          <w:sz w:val="24"/>
          <w:szCs w:val="24"/>
        </w:rPr>
        <w:t>a</w:t>
      </w:r>
      <w:r w:rsidRPr="0078531E">
        <w:rPr>
          <w:spacing w:val="-5"/>
          <w:sz w:val="24"/>
          <w:szCs w:val="24"/>
        </w:rPr>
        <w:t xml:space="preserve"> </w:t>
      </w:r>
      <w:r w:rsidRPr="0078531E">
        <w:rPr>
          <w:sz w:val="24"/>
          <w:szCs w:val="24"/>
        </w:rPr>
        <w:t>gyermeki</w:t>
      </w:r>
      <w:r w:rsidRPr="0078531E">
        <w:rPr>
          <w:spacing w:val="-6"/>
          <w:sz w:val="24"/>
          <w:szCs w:val="24"/>
        </w:rPr>
        <w:t xml:space="preserve"> </w:t>
      </w:r>
      <w:r w:rsidRPr="0078531E">
        <w:rPr>
          <w:sz w:val="24"/>
          <w:szCs w:val="24"/>
        </w:rPr>
        <w:t>személyiséghez</w:t>
      </w:r>
      <w:r w:rsidRPr="0078531E">
        <w:rPr>
          <w:spacing w:val="-5"/>
          <w:sz w:val="24"/>
          <w:szCs w:val="24"/>
        </w:rPr>
        <w:t xml:space="preserve"> </w:t>
      </w:r>
      <w:r w:rsidRPr="0078531E">
        <w:rPr>
          <w:sz w:val="24"/>
          <w:szCs w:val="24"/>
        </w:rPr>
        <w:t>igazított</w:t>
      </w:r>
      <w:r w:rsidRPr="0078531E">
        <w:rPr>
          <w:spacing w:val="-6"/>
          <w:sz w:val="24"/>
          <w:szCs w:val="24"/>
        </w:rPr>
        <w:t xml:space="preserve"> </w:t>
      </w:r>
      <w:r w:rsidRPr="0078531E">
        <w:rPr>
          <w:sz w:val="24"/>
          <w:szCs w:val="24"/>
        </w:rPr>
        <w:t>pedagógiai</w:t>
      </w:r>
      <w:r w:rsidRPr="0078531E">
        <w:rPr>
          <w:spacing w:val="-6"/>
          <w:sz w:val="24"/>
          <w:szCs w:val="24"/>
        </w:rPr>
        <w:t xml:space="preserve"> </w:t>
      </w:r>
      <w:r w:rsidRPr="0078531E">
        <w:rPr>
          <w:sz w:val="24"/>
          <w:szCs w:val="24"/>
        </w:rPr>
        <w:t>módszerek</w:t>
      </w:r>
      <w:r w:rsidRPr="0078531E">
        <w:rPr>
          <w:spacing w:val="-6"/>
          <w:sz w:val="24"/>
          <w:szCs w:val="24"/>
        </w:rPr>
        <w:t xml:space="preserve"> </w:t>
      </w:r>
      <w:r w:rsidRPr="0078531E">
        <w:rPr>
          <w:sz w:val="24"/>
          <w:szCs w:val="24"/>
        </w:rPr>
        <w:t xml:space="preserve">alkalmazásával </w:t>
      </w:r>
      <w:proofErr w:type="gramStart"/>
      <w:r w:rsidRPr="0078531E">
        <w:rPr>
          <w:sz w:val="24"/>
          <w:szCs w:val="24"/>
        </w:rPr>
        <w:t>játékos keretek</w:t>
      </w:r>
      <w:proofErr w:type="gramEnd"/>
      <w:r w:rsidRPr="0078531E">
        <w:rPr>
          <w:sz w:val="24"/>
          <w:szCs w:val="24"/>
        </w:rPr>
        <w:t xml:space="preserve"> között alakuljon gyermekeink:</w:t>
      </w:r>
    </w:p>
    <w:p w14:paraId="6729C562" w14:textId="77777777" w:rsidR="00AE0CFD" w:rsidRPr="0078531E" w:rsidRDefault="00C3522D">
      <w:pPr>
        <w:pStyle w:val="Listaszerbekezds"/>
        <w:numPr>
          <w:ilvl w:val="0"/>
          <w:numId w:val="21"/>
        </w:numPr>
        <w:tabs>
          <w:tab w:val="left" w:pos="923"/>
        </w:tabs>
        <w:spacing w:line="360" w:lineRule="auto"/>
        <w:rPr>
          <w:sz w:val="24"/>
          <w:szCs w:val="24"/>
        </w:rPr>
      </w:pPr>
      <w:r w:rsidRPr="0078531E">
        <w:rPr>
          <w:sz w:val="24"/>
          <w:szCs w:val="24"/>
        </w:rPr>
        <w:t>az</w:t>
      </w:r>
      <w:r w:rsidRPr="0078531E">
        <w:rPr>
          <w:spacing w:val="-1"/>
          <w:sz w:val="24"/>
          <w:szCs w:val="24"/>
        </w:rPr>
        <w:t xml:space="preserve"> </w:t>
      </w:r>
      <w:r w:rsidRPr="0078531E">
        <w:rPr>
          <w:sz w:val="24"/>
          <w:szCs w:val="24"/>
        </w:rPr>
        <w:t>egészséges</w:t>
      </w:r>
      <w:r w:rsidRPr="0078531E">
        <w:rPr>
          <w:spacing w:val="-3"/>
          <w:sz w:val="24"/>
          <w:szCs w:val="24"/>
        </w:rPr>
        <w:t xml:space="preserve"> </w:t>
      </w:r>
      <w:r w:rsidRPr="0078531E">
        <w:rPr>
          <w:sz w:val="24"/>
          <w:szCs w:val="24"/>
        </w:rPr>
        <w:t>sokoldalú</w:t>
      </w:r>
      <w:r w:rsidRPr="0078531E">
        <w:rPr>
          <w:spacing w:val="-1"/>
          <w:sz w:val="24"/>
          <w:szCs w:val="24"/>
        </w:rPr>
        <w:t xml:space="preserve"> </w:t>
      </w:r>
      <w:r w:rsidRPr="0078531E">
        <w:rPr>
          <w:spacing w:val="-2"/>
          <w:sz w:val="24"/>
          <w:szCs w:val="24"/>
        </w:rPr>
        <w:t>személyisége</w:t>
      </w:r>
    </w:p>
    <w:p w14:paraId="48862827" w14:textId="77777777" w:rsidR="00AE0CFD" w:rsidRPr="0078531E" w:rsidRDefault="00C3522D">
      <w:pPr>
        <w:pStyle w:val="Listaszerbekezds"/>
        <w:numPr>
          <w:ilvl w:val="0"/>
          <w:numId w:val="21"/>
        </w:numPr>
        <w:tabs>
          <w:tab w:val="left" w:pos="923"/>
        </w:tabs>
        <w:spacing w:before="139" w:line="360" w:lineRule="auto"/>
        <w:rPr>
          <w:sz w:val="24"/>
          <w:szCs w:val="24"/>
        </w:rPr>
      </w:pPr>
      <w:r w:rsidRPr="0078531E">
        <w:rPr>
          <w:sz w:val="24"/>
          <w:szCs w:val="24"/>
        </w:rPr>
        <w:t>a</w:t>
      </w:r>
      <w:r w:rsidRPr="0078531E">
        <w:rPr>
          <w:spacing w:val="54"/>
          <w:sz w:val="24"/>
          <w:szCs w:val="24"/>
        </w:rPr>
        <w:t xml:space="preserve"> </w:t>
      </w:r>
      <w:r w:rsidRPr="0078531E">
        <w:rPr>
          <w:sz w:val="24"/>
          <w:szCs w:val="24"/>
        </w:rPr>
        <w:t>környezettudatos</w:t>
      </w:r>
      <w:r w:rsidRPr="0078531E">
        <w:rPr>
          <w:spacing w:val="-2"/>
          <w:sz w:val="24"/>
          <w:szCs w:val="24"/>
        </w:rPr>
        <w:t xml:space="preserve"> szemlélete</w:t>
      </w:r>
    </w:p>
    <w:p w14:paraId="5DBF4685" w14:textId="3852FEF3" w:rsidR="00AE0CFD" w:rsidRPr="0078531E" w:rsidRDefault="00C3522D">
      <w:pPr>
        <w:pStyle w:val="Listaszerbekezds"/>
        <w:numPr>
          <w:ilvl w:val="0"/>
          <w:numId w:val="21"/>
        </w:numPr>
        <w:tabs>
          <w:tab w:val="left" w:pos="923"/>
          <w:tab w:val="left" w:pos="983"/>
        </w:tabs>
        <w:spacing w:before="137" w:line="360" w:lineRule="auto"/>
        <w:ind w:right="977"/>
        <w:jc w:val="both"/>
        <w:rPr>
          <w:sz w:val="24"/>
          <w:szCs w:val="24"/>
        </w:rPr>
      </w:pPr>
      <w:r w:rsidRPr="0078531E">
        <w:rPr>
          <w:sz w:val="24"/>
          <w:szCs w:val="24"/>
        </w:rPr>
        <w:tab/>
        <w:t>a</w:t>
      </w:r>
      <w:r w:rsidRPr="0078531E">
        <w:rPr>
          <w:spacing w:val="-5"/>
          <w:sz w:val="24"/>
          <w:szCs w:val="24"/>
        </w:rPr>
        <w:t xml:space="preserve"> </w:t>
      </w:r>
      <w:r w:rsidRPr="0078531E">
        <w:rPr>
          <w:sz w:val="24"/>
          <w:szCs w:val="24"/>
        </w:rPr>
        <w:t>sikeres</w:t>
      </w:r>
      <w:r w:rsidRPr="0078531E">
        <w:rPr>
          <w:spacing w:val="-5"/>
          <w:sz w:val="24"/>
          <w:szCs w:val="24"/>
        </w:rPr>
        <w:t xml:space="preserve"> </w:t>
      </w:r>
      <w:r w:rsidRPr="0078531E">
        <w:rPr>
          <w:sz w:val="24"/>
          <w:szCs w:val="24"/>
        </w:rPr>
        <w:t>iskolai</w:t>
      </w:r>
      <w:r w:rsidRPr="0078531E">
        <w:rPr>
          <w:spacing w:val="-4"/>
          <w:sz w:val="24"/>
          <w:szCs w:val="24"/>
        </w:rPr>
        <w:t xml:space="preserve"> </w:t>
      </w:r>
      <w:r w:rsidRPr="0078531E">
        <w:rPr>
          <w:sz w:val="24"/>
          <w:szCs w:val="24"/>
        </w:rPr>
        <w:t>beilleszkedéshez</w:t>
      </w:r>
      <w:r w:rsidRPr="0078531E">
        <w:rPr>
          <w:spacing w:val="-3"/>
          <w:sz w:val="24"/>
          <w:szCs w:val="24"/>
        </w:rPr>
        <w:t xml:space="preserve"> </w:t>
      </w:r>
      <w:r w:rsidRPr="0078531E">
        <w:rPr>
          <w:sz w:val="24"/>
          <w:szCs w:val="24"/>
        </w:rPr>
        <w:t>szükséges</w:t>
      </w:r>
      <w:r w:rsidRPr="0078531E">
        <w:rPr>
          <w:spacing w:val="-5"/>
          <w:sz w:val="24"/>
          <w:szCs w:val="24"/>
        </w:rPr>
        <w:t xml:space="preserve"> </w:t>
      </w:r>
      <w:r w:rsidRPr="0078531E">
        <w:rPr>
          <w:sz w:val="24"/>
          <w:szCs w:val="24"/>
        </w:rPr>
        <w:t>testi,</w:t>
      </w:r>
      <w:r w:rsidRPr="0078531E">
        <w:rPr>
          <w:spacing w:val="-3"/>
          <w:sz w:val="24"/>
          <w:szCs w:val="24"/>
        </w:rPr>
        <w:t xml:space="preserve"> </w:t>
      </w:r>
      <w:r w:rsidRPr="0078531E">
        <w:rPr>
          <w:b/>
          <w:sz w:val="24"/>
          <w:szCs w:val="24"/>
        </w:rPr>
        <w:t>szociális</w:t>
      </w:r>
      <w:r w:rsidRPr="0078531E">
        <w:rPr>
          <w:sz w:val="24"/>
          <w:szCs w:val="24"/>
        </w:rPr>
        <w:t>,</w:t>
      </w:r>
      <w:r w:rsidRPr="0078531E">
        <w:rPr>
          <w:spacing w:val="-4"/>
          <w:sz w:val="24"/>
          <w:szCs w:val="24"/>
        </w:rPr>
        <w:t xml:space="preserve"> </w:t>
      </w:r>
      <w:r w:rsidRPr="0078531E">
        <w:rPr>
          <w:sz w:val="24"/>
          <w:szCs w:val="24"/>
        </w:rPr>
        <w:t>érzelmi,</w:t>
      </w:r>
      <w:r w:rsidRPr="0078531E">
        <w:rPr>
          <w:spacing w:val="-4"/>
          <w:sz w:val="24"/>
          <w:szCs w:val="24"/>
        </w:rPr>
        <w:t xml:space="preserve"> </w:t>
      </w:r>
      <w:r w:rsidRPr="0078531E">
        <w:rPr>
          <w:sz w:val="24"/>
          <w:szCs w:val="24"/>
        </w:rPr>
        <w:t>erkölcsi</w:t>
      </w:r>
      <w:r w:rsidRPr="0078531E">
        <w:rPr>
          <w:spacing w:val="-4"/>
          <w:sz w:val="24"/>
          <w:szCs w:val="24"/>
        </w:rPr>
        <w:t xml:space="preserve"> </w:t>
      </w:r>
      <w:r w:rsidRPr="0078531E">
        <w:rPr>
          <w:sz w:val="24"/>
          <w:szCs w:val="24"/>
        </w:rPr>
        <w:t>és értelmi érettsége.</w:t>
      </w:r>
    </w:p>
    <w:p w14:paraId="0E013ACE" w14:textId="31A697A1" w:rsidR="00AE0CFD" w:rsidRPr="0078531E" w:rsidRDefault="00C3522D">
      <w:pPr>
        <w:pStyle w:val="Cmsor4"/>
        <w:numPr>
          <w:ilvl w:val="0"/>
          <w:numId w:val="21"/>
        </w:numPr>
        <w:tabs>
          <w:tab w:val="left" w:pos="983"/>
        </w:tabs>
        <w:spacing w:line="360" w:lineRule="auto"/>
        <w:jc w:val="both"/>
        <w:rPr>
          <w:b w:val="0"/>
          <w:bCs w:val="0"/>
        </w:rPr>
      </w:pPr>
      <w:r w:rsidRPr="0078531E">
        <w:rPr>
          <w:b w:val="0"/>
          <w:bCs w:val="0"/>
          <w:spacing w:val="-2"/>
        </w:rPr>
        <w:t xml:space="preserve"> </w:t>
      </w:r>
      <w:r w:rsidRPr="0078531E">
        <w:rPr>
          <w:b w:val="0"/>
          <w:bCs w:val="0"/>
        </w:rPr>
        <w:t>az</w:t>
      </w:r>
      <w:r w:rsidRPr="0078531E">
        <w:rPr>
          <w:b w:val="0"/>
          <w:bCs w:val="0"/>
          <w:spacing w:val="-3"/>
        </w:rPr>
        <w:t xml:space="preserve"> </w:t>
      </w:r>
      <w:r w:rsidRPr="0078531E">
        <w:rPr>
          <w:b w:val="0"/>
          <w:bCs w:val="0"/>
        </w:rPr>
        <w:t>utolsó</w:t>
      </w:r>
      <w:r w:rsidRPr="0078531E">
        <w:rPr>
          <w:b w:val="0"/>
          <w:bCs w:val="0"/>
          <w:spacing w:val="-2"/>
        </w:rPr>
        <w:t xml:space="preserve"> </w:t>
      </w:r>
      <w:r w:rsidRPr="0078531E">
        <w:rPr>
          <w:b w:val="0"/>
          <w:bCs w:val="0"/>
        </w:rPr>
        <w:t>évben</w:t>
      </w:r>
      <w:r w:rsidRPr="0078531E">
        <w:rPr>
          <w:b w:val="0"/>
          <w:bCs w:val="0"/>
          <w:spacing w:val="-2"/>
        </w:rPr>
        <w:t xml:space="preserve"> </w:t>
      </w:r>
      <w:r w:rsidRPr="0078531E">
        <w:rPr>
          <w:b w:val="0"/>
          <w:bCs w:val="0"/>
        </w:rPr>
        <w:t>az</w:t>
      </w:r>
      <w:r w:rsidRPr="0078531E">
        <w:rPr>
          <w:b w:val="0"/>
          <w:bCs w:val="0"/>
          <w:spacing w:val="-2"/>
        </w:rPr>
        <w:t xml:space="preserve"> </w:t>
      </w:r>
      <w:r w:rsidRPr="0078531E">
        <w:rPr>
          <w:b w:val="0"/>
          <w:bCs w:val="0"/>
        </w:rPr>
        <w:t>iskolai</w:t>
      </w:r>
      <w:r w:rsidRPr="0078531E">
        <w:rPr>
          <w:b w:val="0"/>
          <w:bCs w:val="0"/>
          <w:spacing w:val="-2"/>
        </w:rPr>
        <w:t xml:space="preserve"> </w:t>
      </w:r>
      <w:r w:rsidRPr="0078531E">
        <w:rPr>
          <w:b w:val="0"/>
          <w:bCs w:val="0"/>
        </w:rPr>
        <w:t>oktatásra</w:t>
      </w:r>
      <w:r w:rsidR="00167E13" w:rsidRPr="0078531E">
        <w:rPr>
          <w:b w:val="0"/>
          <w:bCs w:val="0"/>
        </w:rPr>
        <w:t>,</w:t>
      </w:r>
      <w:r w:rsidRPr="0078531E">
        <w:rPr>
          <w:b w:val="0"/>
          <w:bCs w:val="0"/>
          <w:spacing w:val="-5"/>
        </w:rPr>
        <w:t xml:space="preserve"> </w:t>
      </w:r>
      <w:r w:rsidRPr="0078531E">
        <w:rPr>
          <w:b w:val="0"/>
          <w:bCs w:val="0"/>
        </w:rPr>
        <w:t>nevelésre</w:t>
      </w:r>
      <w:r w:rsidRPr="0078531E">
        <w:rPr>
          <w:b w:val="0"/>
          <w:bCs w:val="0"/>
          <w:spacing w:val="-3"/>
        </w:rPr>
        <w:t xml:space="preserve"> </w:t>
      </w:r>
      <w:r w:rsidRPr="0078531E">
        <w:rPr>
          <w:b w:val="0"/>
          <w:bCs w:val="0"/>
        </w:rPr>
        <w:t>készít</w:t>
      </w:r>
      <w:r w:rsidRPr="0078531E">
        <w:rPr>
          <w:b w:val="0"/>
          <w:bCs w:val="0"/>
          <w:spacing w:val="-1"/>
        </w:rPr>
        <w:t xml:space="preserve"> </w:t>
      </w:r>
      <w:r w:rsidRPr="0078531E">
        <w:rPr>
          <w:b w:val="0"/>
          <w:bCs w:val="0"/>
          <w:spacing w:val="-4"/>
        </w:rPr>
        <w:t>fel.</w:t>
      </w:r>
    </w:p>
    <w:p w14:paraId="6039A62F" w14:textId="1C2E53D6" w:rsidR="00AE0CFD" w:rsidRPr="0078531E" w:rsidRDefault="00167E13" w:rsidP="00903E39">
      <w:pPr>
        <w:pStyle w:val="Cmsor5"/>
        <w:tabs>
          <w:tab w:val="left" w:pos="856"/>
        </w:tabs>
        <w:spacing w:before="144"/>
        <w:ind w:left="0" w:firstLine="0"/>
        <w:jc w:val="both"/>
        <w:rPr>
          <w:b w:val="0"/>
          <w:bCs w:val="0"/>
          <w:u w:val="single"/>
        </w:rPr>
      </w:pPr>
      <w:r w:rsidRPr="0078531E">
        <w:rPr>
          <w:b w:val="0"/>
          <w:bCs w:val="0"/>
          <w:i w:val="0"/>
          <w:u w:val="single"/>
        </w:rPr>
        <w:t>A</w:t>
      </w:r>
      <w:r w:rsidR="00C3522D" w:rsidRPr="0078531E">
        <w:rPr>
          <w:b w:val="0"/>
          <w:bCs w:val="0"/>
          <w:i w:val="0"/>
          <w:spacing w:val="-2"/>
          <w:u w:val="single"/>
        </w:rPr>
        <w:t xml:space="preserve"> </w:t>
      </w:r>
      <w:r w:rsidR="00C3522D" w:rsidRPr="0078531E">
        <w:rPr>
          <w:b w:val="0"/>
          <w:bCs w:val="0"/>
          <w:u w:val="single"/>
        </w:rPr>
        <w:t>kiemelt</w:t>
      </w:r>
      <w:r w:rsidR="00C3522D" w:rsidRPr="0078531E">
        <w:rPr>
          <w:b w:val="0"/>
          <w:bCs w:val="0"/>
          <w:spacing w:val="-2"/>
          <w:u w:val="single"/>
        </w:rPr>
        <w:t xml:space="preserve"> </w:t>
      </w:r>
      <w:r w:rsidR="00C3522D" w:rsidRPr="0078531E">
        <w:rPr>
          <w:b w:val="0"/>
          <w:bCs w:val="0"/>
          <w:u w:val="single"/>
        </w:rPr>
        <w:t>figyelmet</w:t>
      </w:r>
      <w:r w:rsidR="00C3522D" w:rsidRPr="0078531E">
        <w:rPr>
          <w:b w:val="0"/>
          <w:bCs w:val="0"/>
          <w:spacing w:val="-2"/>
          <w:u w:val="single"/>
        </w:rPr>
        <w:t xml:space="preserve"> </w:t>
      </w:r>
      <w:r w:rsidR="00C3522D" w:rsidRPr="0078531E">
        <w:rPr>
          <w:b w:val="0"/>
          <w:bCs w:val="0"/>
          <w:u w:val="single"/>
        </w:rPr>
        <w:t>igénylő</w:t>
      </w:r>
      <w:r w:rsidR="00C3522D" w:rsidRPr="0078531E">
        <w:rPr>
          <w:b w:val="0"/>
          <w:bCs w:val="0"/>
          <w:spacing w:val="-1"/>
          <w:u w:val="single"/>
        </w:rPr>
        <w:t xml:space="preserve"> </w:t>
      </w:r>
      <w:r w:rsidR="00C3522D" w:rsidRPr="0078531E">
        <w:rPr>
          <w:b w:val="0"/>
          <w:bCs w:val="0"/>
          <w:spacing w:val="-2"/>
          <w:u w:val="single"/>
        </w:rPr>
        <w:t>gyermekek:</w:t>
      </w:r>
    </w:p>
    <w:p w14:paraId="1EA93F81" w14:textId="77777777" w:rsidR="00AE0CFD" w:rsidRPr="0078531E" w:rsidRDefault="00C3522D" w:rsidP="00903E39">
      <w:pPr>
        <w:pStyle w:val="Szvegtrzs"/>
        <w:spacing w:before="189" w:line="360" w:lineRule="auto"/>
        <w:ind w:left="136"/>
        <w:jc w:val="both"/>
      </w:pPr>
      <w:r w:rsidRPr="0078531E">
        <w:t>−</w:t>
      </w:r>
      <w:r w:rsidRPr="0078531E">
        <w:rPr>
          <w:spacing w:val="-5"/>
        </w:rPr>
        <w:t xml:space="preserve"> </w:t>
      </w:r>
      <w:r w:rsidRPr="0078531E">
        <w:t>A</w:t>
      </w:r>
      <w:r w:rsidRPr="0078531E">
        <w:rPr>
          <w:spacing w:val="-5"/>
        </w:rPr>
        <w:t xml:space="preserve"> </w:t>
      </w:r>
      <w:r w:rsidRPr="0078531E">
        <w:t>sajátos</w:t>
      </w:r>
      <w:r w:rsidRPr="0078531E">
        <w:rPr>
          <w:spacing w:val="-5"/>
        </w:rPr>
        <w:t xml:space="preserve"> </w:t>
      </w:r>
      <w:r w:rsidRPr="0078531E">
        <w:t>nevelési</w:t>
      </w:r>
      <w:r w:rsidRPr="0078531E">
        <w:rPr>
          <w:spacing w:val="-4"/>
        </w:rPr>
        <w:t xml:space="preserve"> </w:t>
      </w:r>
      <w:r w:rsidRPr="0078531E">
        <w:t>igényű gyermekeknél</w:t>
      </w:r>
      <w:r w:rsidRPr="0078531E">
        <w:rPr>
          <w:spacing w:val="-4"/>
        </w:rPr>
        <w:t xml:space="preserve"> </w:t>
      </w:r>
      <w:r w:rsidRPr="0078531E">
        <w:t>érvényesüljenek</w:t>
      </w:r>
      <w:r w:rsidRPr="0078531E">
        <w:rPr>
          <w:spacing w:val="-4"/>
        </w:rPr>
        <w:t xml:space="preserve"> </w:t>
      </w:r>
      <w:r w:rsidRPr="0078531E">
        <w:t>a</w:t>
      </w:r>
      <w:r w:rsidRPr="0078531E">
        <w:rPr>
          <w:spacing w:val="-3"/>
        </w:rPr>
        <w:t xml:space="preserve"> </w:t>
      </w:r>
      <w:r w:rsidRPr="0078531E">
        <w:t>gyermekeket</w:t>
      </w:r>
      <w:r w:rsidRPr="0078531E">
        <w:rPr>
          <w:spacing w:val="-2"/>
        </w:rPr>
        <w:t xml:space="preserve"> </w:t>
      </w:r>
      <w:r w:rsidRPr="0078531E">
        <w:t>megillető</w:t>
      </w:r>
      <w:r w:rsidRPr="0078531E">
        <w:rPr>
          <w:spacing w:val="-4"/>
        </w:rPr>
        <w:t xml:space="preserve"> </w:t>
      </w:r>
      <w:r w:rsidRPr="0078531E">
        <w:t>jogok,</w:t>
      </w:r>
      <w:r w:rsidRPr="0078531E">
        <w:rPr>
          <w:spacing w:val="-4"/>
        </w:rPr>
        <w:t xml:space="preserve"> </w:t>
      </w:r>
      <w:r w:rsidRPr="0078531E">
        <w:t>és csökkenjenek a sajátosságokból adódó különbségek.</w:t>
      </w:r>
    </w:p>
    <w:p w14:paraId="5DF5F6F4" w14:textId="77777777" w:rsidR="00AE0CFD" w:rsidRPr="0078531E" w:rsidRDefault="00C3522D" w:rsidP="00903E39">
      <w:pPr>
        <w:pStyle w:val="Szvegtrzs"/>
        <w:spacing w:before="58"/>
        <w:ind w:left="136"/>
        <w:jc w:val="both"/>
      </w:pPr>
      <w:r w:rsidRPr="0078531E">
        <w:t>−</w:t>
      </w:r>
      <w:r w:rsidRPr="0078531E">
        <w:rPr>
          <w:spacing w:val="-5"/>
        </w:rPr>
        <w:t xml:space="preserve"> </w:t>
      </w:r>
      <w:r w:rsidRPr="0078531E">
        <w:t>A</w:t>
      </w:r>
      <w:r w:rsidRPr="0078531E">
        <w:rPr>
          <w:spacing w:val="-3"/>
        </w:rPr>
        <w:t xml:space="preserve"> </w:t>
      </w:r>
      <w:r w:rsidRPr="0078531E">
        <w:t>hátrányos</w:t>
      </w:r>
      <w:r w:rsidRPr="0078531E">
        <w:rPr>
          <w:spacing w:val="-3"/>
        </w:rPr>
        <w:t xml:space="preserve"> </w:t>
      </w:r>
      <w:r w:rsidRPr="0078531E">
        <w:t>helyzetű gyermekek</w:t>
      </w:r>
      <w:r w:rsidRPr="0078531E">
        <w:rPr>
          <w:spacing w:val="-1"/>
        </w:rPr>
        <w:t xml:space="preserve"> </w:t>
      </w:r>
      <w:r w:rsidRPr="0078531E">
        <w:t>összehangolt</w:t>
      </w:r>
      <w:r w:rsidRPr="0078531E">
        <w:rPr>
          <w:spacing w:val="-2"/>
        </w:rPr>
        <w:t xml:space="preserve"> </w:t>
      </w:r>
      <w:r w:rsidRPr="0078531E">
        <w:t>integrált</w:t>
      </w:r>
      <w:r w:rsidRPr="0078531E">
        <w:rPr>
          <w:spacing w:val="-2"/>
        </w:rPr>
        <w:t xml:space="preserve"> </w:t>
      </w:r>
      <w:r w:rsidRPr="0078531E">
        <w:t>nevelése</w:t>
      </w:r>
      <w:r w:rsidRPr="0078531E">
        <w:rPr>
          <w:spacing w:val="-3"/>
        </w:rPr>
        <w:t xml:space="preserve"> </w:t>
      </w:r>
      <w:r w:rsidRPr="0078531E">
        <w:t>révén,</w:t>
      </w:r>
      <w:r w:rsidRPr="0078531E">
        <w:rPr>
          <w:spacing w:val="-2"/>
        </w:rPr>
        <w:t xml:space="preserve"> </w:t>
      </w:r>
      <w:r w:rsidRPr="0078531E">
        <w:t xml:space="preserve">az </w:t>
      </w:r>
      <w:r w:rsidRPr="0078531E">
        <w:rPr>
          <w:spacing w:val="-2"/>
        </w:rPr>
        <w:t>esélyeik</w:t>
      </w:r>
    </w:p>
    <w:p w14:paraId="400FC63B" w14:textId="77777777" w:rsidR="00AE0CFD" w:rsidRPr="0078531E" w:rsidRDefault="00C3522D" w:rsidP="00903E39">
      <w:pPr>
        <w:pStyle w:val="Szvegtrzs"/>
        <w:spacing w:before="139" w:line="360" w:lineRule="auto"/>
        <w:ind w:left="136"/>
        <w:jc w:val="both"/>
      </w:pPr>
      <w:r w:rsidRPr="0078531E">
        <w:t>növekedjenek,</w:t>
      </w:r>
      <w:r w:rsidRPr="0078531E">
        <w:rPr>
          <w:spacing w:val="-3"/>
        </w:rPr>
        <w:t xml:space="preserve"> </w:t>
      </w:r>
      <w:r w:rsidRPr="0078531E">
        <w:t>az</w:t>
      </w:r>
      <w:r w:rsidRPr="0078531E">
        <w:rPr>
          <w:spacing w:val="-4"/>
        </w:rPr>
        <w:t xml:space="preserve"> </w:t>
      </w:r>
      <w:r w:rsidRPr="0078531E">
        <w:t>indulási</w:t>
      </w:r>
      <w:r w:rsidRPr="0078531E">
        <w:rPr>
          <w:spacing w:val="-5"/>
        </w:rPr>
        <w:t xml:space="preserve"> </w:t>
      </w:r>
      <w:r w:rsidRPr="0078531E">
        <w:t>hátrányaik</w:t>
      </w:r>
      <w:r w:rsidRPr="0078531E">
        <w:rPr>
          <w:spacing w:val="-5"/>
        </w:rPr>
        <w:t xml:space="preserve"> </w:t>
      </w:r>
      <w:r w:rsidRPr="0078531E">
        <w:t>csökkenjenek,</w:t>
      </w:r>
      <w:r w:rsidRPr="0078531E">
        <w:rPr>
          <w:spacing w:val="-5"/>
        </w:rPr>
        <w:t xml:space="preserve"> </w:t>
      </w:r>
      <w:r w:rsidRPr="0078531E">
        <w:t>az</w:t>
      </w:r>
      <w:r w:rsidRPr="0078531E">
        <w:rPr>
          <w:spacing w:val="-4"/>
        </w:rPr>
        <w:t xml:space="preserve"> </w:t>
      </w:r>
      <w:r w:rsidRPr="0078531E">
        <w:t>iskolába</w:t>
      </w:r>
      <w:r w:rsidRPr="0078531E">
        <w:rPr>
          <w:spacing w:val="-5"/>
        </w:rPr>
        <w:t xml:space="preserve"> </w:t>
      </w:r>
      <w:r w:rsidRPr="0078531E">
        <w:t>való</w:t>
      </w:r>
      <w:r w:rsidRPr="0078531E">
        <w:rPr>
          <w:spacing w:val="-5"/>
        </w:rPr>
        <w:t xml:space="preserve"> </w:t>
      </w:r>
      <w:r w:rsidRPr="0078531E">
        <w:t>átmenetük</w:t>
      </w:r>
      <w:r w:rsidRPr="0078531E">
        <w:rPr>
          <w:spacing w:val="-5"/>
        </w:rPr>
        <w:t xml:space="preserve"> </w:t>
      </w:r>
      <w:r w:rsidRPr="0078531E">
        <w:t>zökkenő mentesebbé váljon.</w:t>
      </w:r>
    </w:p>
    <w:p w14:paraId="3834AC3C" w14:textId="1FFA7D56" w:rsidR="00AE0CFD" w:rsidRPr="0078531E" w:rsidRDefault="00C3522D" w:rsidP="00903E39">
      <w:pPr>
        <w:pStyle w:val="Szvegtrzs"/>
        <w:spacing w:line="360" w:lineRule="auto"/>
        <w:ind w:left="136" w:right="469"/>
        <w:jc w:val="both"/>
      </w:pPr>
      <w:r w:rsidRPr="0078531E">
        <w:t xml:space="preserve">− A </w:t>
      </w:r>
      <w:r w:rsidR="00707835" w:rsidRPr="0078531E">
        <w:t>más</w:t>
      </w:r>
      <w:r w:rsidRPr="0078531E">
        <w:t xml:space="preserve"> nemzetiségű gyermekek életkori sajátosságainak és egyéni fejlettségeinek megfelelően</w:t>
      </w:r>
      <w:r w:rsidRPr="0078531E">
        <w:rPr>
          <w:spacing w:val="-5"/>
        </w:rPr>
        <w:t xml:space="preserve"> </w:t>
      </w:r>
      <w:r w:rsidRPr="0078531E">
        <w:t>ismerjék</w:t>
      </w:r>
      <w:r w:rsidRPr="0078531E">
        <w:rPr>
          <w:spacing w:val="-5"/>
        </w:rPr>
        <w:t xml:space="preserve"> </w:t>
      </w:r>
      <w:r w:rsidRPr="0078531E">
        <w:t>meg</w:t>
      </w:r>
      <w:r w:rsidRPr="0078531E">
        <w:rPr>
          <w:spacing w:val="-7"/>
        </w:rPr>
        <w:t xml:space="preserve"> </w:t>
      </w:r>
      <w:r w:rsidRPr="0078531E">
        <w:t>kultúrájuk</w:t>
      </w:r>
      <w:r w:rsidRPr="0078531E">
        <w:rPr>
          <w:spacing w:val="-5"/>
        </w:rPr>
        <w:t xml:space="preserve"> </w:t>
      </w:r>
      <w:r w:rsidRPr="0078531E">
        <w:t>elemeit,</w:t>
      </w:r>
      <w:r w:rsidRPr="0078531E">
        <w:rPr>
          <w:spacing w:val="-5"/>
        </w:rPr>
        <w:t xml:space="preserve"> </w:t>
      </w:r>
      <w:r w:rsidRPr="0078531E">
        <w:t>szokásait,</w:t>
      </w:r>
      <w:r w:rsidRPr="0078531E">
        <w:rPr>
          <w:spacing w:val="-5"/>
        </w:rPr>
        <w:t xml:space="preserve"> </w:t>
      </w:r>
      <w:r w:rsidRPr="0078531E">
        <w:t>ezáltal</w:t>
      </w:r>
      <w:r w:rsidRPr="0078531E">
        <w:rPr>
          <w:spacing w:val="-5"/>
        </w:rPr>
        <w:t xml:space="preserve"> </w:t>
      </w:r>
      <w:proofErr w:type="spellStart"/>
      <w:r w:rsidRPr="0078531E">
        <w:t>erős</w:t>
      </w:r>
      <w:r w:rsidR="009C472F" w:rsidRPr="0078531E">
        <w:t>ö</w:t>
      </w:r>
      <w:r w:rsidRPr="0078531E">
        <w:t>djön</w:t>
      </w:r>
      <w:proofErr w:type="spellEnd"/>
      <w:r w:rsidRPr="0078531E">
        <w:rPr>
          <w:spacing w:val="-5"/>
        </w:rPr>
        <w:t xml:space="preserve"> </w:t>
      </w:r>
      <w:r w:rsidRPr="0078531E">
        <w:t>identitástudatuk.</w:t>
      </w:r>
    </w:p>
    <w:p w14:paraId="57C05BBA" w14:textId="77777777" w:rsidR="00AE0CFD" w:rsidRPr="0078531E" w:rsidRDefault="00C3522D" w:rsidP="00903E39">
      <w:pPr>
        <w:pStyle w:val="Szvegtrzs"/>
        <w:spacing w:line="360" w:lineRule="auto"/>
        <w:ind w:left="136" w:right="469"/>
        <w:jc w:val="both"/>
      </w:pPr>
      <w:r w:rsidRPr="0078531E">
        <w:t>−</w:t>
      </w:r>
      <w:r w:rsidRPr="0078531E">
        <w:rPr>
          <w:spacing w:val="-5"/>
        </w:rPr>
        <w:t xml:space="preserve"> </w:t>
      </w:r>
      <w:r w:rsidRPr="0078531E">
        <w:t>A</w:t>
      </w:r>
      <w:r w:rsidRPr="0078531E">
        <w:rPr>
          <w:spacing w:val="-5"/>
        </w:rPr>
        <w:t xml:space="preserve"> </w:t>
      </w:r>
      <w:r w:rsidRPr="0078531E">
        <w:t>tehetséges</w:t>
      </w:r>
      <w:r w:rsidRPr="0078531E">
        <w:rPr>
          <w:spacing w:val="-2"/>
        </w:rPr>
        <w:t xml:space="preserve"> </w:t>
      </w:r>
      <w:r w:rsidRPr="0078531E">
        <w:t>gyermek</w:t>
      </w:r>
      <w:r w:rsidRPr="0078531E">
        <w:rPr>
          <w:spacing w:val="-2"/>
        </w:rPr>
        <w:t xml:space="preserve"> </w:t>
      </w:r>
      <w:r w:rsidRPr="0078531E">
        <w:t>átlag</w:t>
      </w:r>
      <w:r w:rsidRPr="0078531E">
        <w:rPr>
          <w:spacing w:val="-5"/>
        </w:rPr>
        <w:t xml:space="preserve"> </w:t>
      </w:r>
      <w:r w:rsidRPr="0078531E">
        <w:t>feletti</w:t>
      </w:r>
      <w:r w:rsidRPr="0078531E">
        <w:rPr>
          <w:spacing w:val="-4"/>
        </w:rPr>
        <w:t xml:space="preserve"> </w:t>
      </w:r>
      <w:r w:rsidRPr="0078531E">
        <w:t>speciális</w:t>
      </w:r>
      <w:r w:rsidRPr="0078531E">
        <w:rPr>
          <w:spacing w:val="-5"/>
        </w:rPr>
        <w:t xml:space="preserve"> </w:t>
      </w:r>
      <w:r w:rsidRPr="0078531E">
        <w:t>egyéni</w:t>
      </w:r>
      <w:r w:rsidRPr="0078531E">
        <w:rPr>
          <w:spacing w:val="-4"/>
        </w:rPr>
        <w:t xml:space="preserve"> </w:t>
      </w:r>
      <w:r w:rsidRPr="0078531E">
        <w:t>képességei</w:t>
      </w:r>
      <w:r w:rsidRPr="0078531E">
        <w:rPr>
          <w:spacing w:val="-4"/>
        </w:rPr>
        <w:t xml:space="preserve"> </w:t>
      </w:r>
      <w:r w:rsidRPr="0078531E">
        <w:t>kerüljenek</w:t>
      </w:r>
      <w:r w:rsidRPr="0078531E">
        <w:rPr>
          <w:spacing w:val="-4"/>
        </w:rPr>
        <w:t xml:space="preserve"> </w:t>
      </w:r>
      <w:r w:rsidRPr="0078531E">
        <w:t>felszínre</w:t>
      </w:r>
      <w:r w:rsidRPr="0078531E">
        <w:rPr>
          <w:spacing w:val="-6"/>
        </w:rPr>
        <w:t xml:space="preserve"> </w:t>
      </w:r>
      <w:r w:rsidRPr="0078531E">
        <w:t>és intenzíven fejlődjenek.</w:t>
      </w:r>
    </w:p>
    <w:p w14:paraId="098BD7EC" w14:textId="79A94D19" w:rsidR="00AE0CFD" w:rsidRPr="0078531E" w:rsidRDefault="00C3522D" w:rsidP="00903E39">
      <w:pPr>
        <w:pStyle w:val="Szvegtrzs"/>
        <w:spacing w:before="56"/>
        <w:ind w:left="136"/>
        <w:jc w:val="both"/>
      </w:pPr>
      <w:r w:rsidRPr="0078531E">
        <w:t>Mindezt</w:t>
      </w:r>
      <w:r w:rsidRPr="0078531E">
        <w:rPr>
          <w:spacing w:val="-3"/>
        </w:rPr>
        <w:t xml:space="preserve"> </w:t>
      </w:r>
      <w:r w:rsidRPr="0078531E">
        <w:t>szem</w:t>
      </w:r>
      <w:r w:rsidRPr="0078531E">
        <w:rPr>
          <w:spacing w:val="-1"/>
        </w:rPr>
        <w:t xml:space="preserve"> </w:t>
      </w:r>
      <w:r w:rsidRPr="0078531E">
        <w:t>előtt</w:t>
      </w:r>
      <w:r w:rsidRPr="0078531E">
        <w:rPr>
          <w:spacing w:val="-3"/>
        </w:rPr>
        <w:t xml:space="preserve"> </w:t>
      </w:r>
      <w:r w:rsidRPr="0078531E">
        <w:t>tartva,</w:t>
      </w:r>
      <w:r w:rsidRPr="0078531E">
        <w:rPr>
          <w:spacing w:val="-1"/>
        </w:rPr>
        <w:t xml:space="preserve"> </w:t>
      </w:r>
      <w:r w:rsidRPr="0078531E">
        <w:t>hogy</w:t>
      </w:r>
      <w:r w:rsidRPr="0078531E">
        <w:rPr>
          <w:spacing w:val="-6"/>
        </w:rPr>
        <w:t xml:space="preserve"> </w:t>
      </w:r>
      <w:r w:rsidR="008B4C6B" w:rsidRPr="0078531E">
        <w:rPr>
          <w:spacing w:val="-6"/>
        </w:rPr>
        <w:t>m</w:t>
      </w:r>
      <w:r w:rsidRPr="0078531E">
        <w:t>ilyen</w:t>
      </w:r>
      <w:r w:rsidRPr="0078531E">
        <w:rPr>
          <w:spacing w:val="1"/>
        </w:rPr>
        <w:t xml:space="preserve"> </w:t>
      </w:r>
      <w:r w:rsidRPr="0078531E">
        <w:t>gyermeket</w:t>
      </w:r>
      <w:r w:rsidRPr="0078531E">
        <w:rPr>
          <w:spacing w:val="-1"/>
        </w:rPr>
        <w:t xml:space="preserve"> </w:t>
      </w:r>
      <w:r w:rsidRPr="0078531E">
        <w:t xml:space="preserve">szeretnénk </w:t>
      </w:r>
      <w:r w:rsidRPr="0078531E">
        <w:rPr>
          <w:spacing w:val="-2"/>
        </w:rPr>
        <w:t>nevelni?</w:t>
      </w:r>
    </w:p>
    <w:p w14:paraId="54E73B0C" w14:textId="77777777" w:rsidR="00AE0CFD" w:rsidRPr="0078531E" w:rsidRDefault="00C3522D">
      <w:pPr>
        <w:pStyle w:val="Listaszerbekezds"/>
        <w:numPr>
          <w:ilvl w:val="0"/>
          <w:numId w:val="20"/>
        </w:numPr>
        <w:tabs>
          <w:tab w:val="left" w:pos="856"/>
        </w:tabs>
        <w:spacing w:before="136" w:line="480" w:lineRule="auto"/>
        <w:ind w:right="1123"/>
        <w:jc w:val="both"/>
        <w:rPr>
          <w:sz w:val="24"/>
        </w:rPr>
      </w:pPr>
      <w:r w:rsidRPr="0078531E">
        <w:rPr>
          <w:sz w:val="24"/>
        </w:rPr>
        <w:t>Nyugodt, tele van élményekkel, tud játszani, nevetni, felfedezni, csodálkozni, természetes</w:t>
      </w:r>
      <w:r w:rsidRPr="0078531E">
        <w:rPr>
          <w:spacing w:val="-6"/>
          <w:sz w:val="24"/>
        </w:rPr>
        <w:t xml:space="preserve"> </w:t>
      </w:r>
      <w:r w:rsidRPr="0078531E">
        <w:rPr>
          <w:sz w:val="24"/>
        </w:rPr>
        <w:t>kíváncsiság</w:t>
      </w:r>
      <w:r w:rsidRPr="0078531E">
        <w:rPr>
          <w:spacing w:val="-6"/>
          <w:sz w:val="24"/>
        </w:rPr>
        <w:t xml:space="preserve"> </w:t>
      </w:r>
      <w:r w:rsidRPr="0078531E">
        <w:rPr>
          <w:sz w:val="24"/>
        </w:rPr>
        <w:t>vezérli,</w:t>
      </w:r>
      <w:r w:rsidRPr="0078531E">
        <w:rPr>
          <w:spacing w:val="-5"/>
          <w:sz w:val="24"/>
        </w:rPr>
        <w:t xml:space="preserve"> </w:t>
      </w:r>
      <w:r w:rsidRPr="0078531E">
        <w:rPr>
          <w:sz w:val="24"/>
        </w:rPr>
        <w:t>szereti</w:t>
      </w:r>
      <w:r w:rsidRPr="0078531E">
        <w:rPr>
          <w:spacing w:val="-5"/>
          <w:sz w:val="24"/>
        </w:rPr>
        <w:t xml:space="preserve"> </w:t>
      </w:r>
      <w:r w:rsidRPr="0078531E">
        <w:rPr>
          <w:sz w:val="24"/>
        </w:rPr>
        <w:t>a</w:t>
      </w:r>
      <w:r w:rsidRPr="0078531E">
        <w:rPr>
          <w:spacing w:val="-6"/>
          <w:sz w:val="24"/>
        </w:rPr>
        <w:t xml:space="preserve"> </w:t>
      </w:r>
      <w:r w:rsidRPr="0078531E">
        <w:rPr>
          <w:sz w:val="24"/>
        </w:rPr>
        <w:t>természetet,</w:t>
      </w:r>
      <w:r w:rsidRPr="0078531E">
        <w:rPr>
          <w:spacing w:val="-5"/>
          <w:sz w:val="24"/>
        </w:rPr>
        <w:t xml:space="preserve"> </w:t>
      </w:r>
      <w:r w:rsidRPr="0078531E">
        <w:rPr>
          <w:sz w:val="24"/>
        </w:rPr>
        <w:t>az</w:t>
      </w:r>
      <w:r w:rsidRPr="0078531E">
        <w:rPr>
          <w:spacing w:val="-4"/>
          <w:sz w:val="24"/>
        </w:rPr>
        <w:t xml:space="preserve"> </w:t>
      </w:r>
      <w:r w:rsidRPr="0078531E">
        <w:rPr>
          <w:sz w:val="24"/>
        </w:rPr>
        <w:t>alkotó</w:t>
      </w:r>
      <w:r w:rsidRPr="0078531E">
        <w:rPr>
          <w:spacing w:val="-5"/>
          <w:sz w:val="24"/>
        </w:rPr>
        <w:t xml:space="preserve"> </w:t>
      </w:r>
      <w:r w:rsidRPr="0078531E">
        <w:rPr>
          <w:sz w:val="24"/>
        </w:rPr>
        <w:t>tevékenykedést.</w:t>
      </w:r>
    </w:p>
    <w:p w14:paraId="45D10BAF" w14:textId="77777777" w:rsidR="00AE0CFD" w:rsidRPr="0078531E" w:rsidRDefault="00C3522D">
      <w:pPr>
        <w:pStyle w:val="Listaszerbekezds"/>
        <w:numPr>
          <w:ilvl w:val="0"/>
          <w:numId w:val="20"/>
        </w:numPr>
        <w:tabs>
          <w:tab w:val="left" w:pos="856"/>
        </w:tabs>
        <w:spacing w:line="480" w:lineRule="auto"/>
        <w:ind w:right="1201"/>
        <w:jc w:val="both"/>
        <w:rPr>
          <w:sz w:val="24"/>
        </w:rPr>
      </w:pPr>
      <w:r w:rsidRPr="0078531E">
        <w:rPr>
          <w:sz w:val="24"/>
        </w:rPr>
        <w:t>Szeretettel,</w:t>
      </w:r>
      <w:r w:rsidRPr="0078531E">
        <w:rPr>
          <w:spacing w:val="-2"/>
          <w:sz w:val="24"/>
        </w:rPr>
        <w:t xml:space="preserve"> </w:t>
      </w:r>
      <w:r w:rsidRPr="0078531E">
        <w:rPr>
          <w:sz w:val="24"/>
        </w:rPr>
        <w:t>bizalommal</w:t>
      </w:r>
      <w:r w:rsidRPr="0078531E">
        <w:rPr>
          <w:spacing w:val="-2"/>
          <w:sz w:val="24"/>
        </w:rPr>
        <w:t xml:space="preserve"> </w:t>
      </w:r>
      <w:r w:rsidRPr="0078531E">
        <w:rPr>
          <w:sz w:val="24"/>
        </w:rPr>
        <w:t>fordul</w:t>
      </w:r>
      <w:r w:rsidRPr="0078531E">
        <w:rPr>
          <w:spacing w:val="-2"/>
          <w:sz w:val="24"/>
        </w:rPr>
        <w:t xml:space="preserve"> </w:t>
      </w:r>
      <w:r w:rsidRPr="0078531E">
        <w:rPr>
          <w:sz w:val="24"/>
        </w:rPr>
        <w:t>társaihoz,</w:t>
      </w:r>
      <w:r w:rsidRPr="0078531E">
        <w:rPr>
          <w:spacing w:val="-2"/>
          <w:sz w:val="24"/>
        </w:rPr>
        <w:t xml:space="preserve"> </w:t>
      </w:r>
      <w:r w:rsidRPr="0078531E">
        <w:rPr>
          <w:sz w:val="24"/>
        </w:rPr>
        <w:t>a</w:t>
      </w:r>
      <w:r w:rsidRPr="0078531E">
        <w:rPr>
          <w:spacing w:val="-3"/>
          <w:sz w:val="24"/>
        </w:rPr>
        <w:t xml:space="preserve"> </w:t>
      </w:r>
      <w:r w:rsidRPr="0078531E">
        <w:rPr>
          <w:sz w:val="24"/>
        </w:rPr>
        <w:t>felnőttek</w:t>
      </w:r>
      <w:r w:rsidRPr="0078531E">
        <w:rPr>
          <w:spacing w:val="-2"/>
          <w:sz w:val="24"/>
        </w:rPr>
        <w:t xml:space="preserve"> </w:t>
      </w:r>
      <w:r w:rsidRPr="0078531E">
        <w:rPr>
          <w:sz w:val="24"/>
        </w:rPr>
        <w:t>felé.</w:t>
      </w:r>
      <w:r w:rsidRPr="0078531E">
        <w:rPr>
          <w:spacing w:val="-2"/>
          <w:sz w:val="24"/>
        </w:rPr>
        <w:t xml:space="preserve"> </w:t>
      </w:r>
      <w:r w:rsidRPr="0078531E">
        <w:rPr>
          <w:sz w:val="24"/>
        </w:rPr>
        <w:t>Nyitott,</w:t>
      </w:r>
      <w:r w:rsidRPr="0078531E">
        <w:rPr>
          <w:spacing w:val="-2"/>
          <w:sz w:val="24"/>
        </w:rPr>
        <w:t xml:space="preserve"> </w:t>
      </w:r>
      <w:r w:rsidRPr="0078531E">
        <w:rPr>
          <w:sz w:val="24"/>
        </w:rPr>
        <w:t>empatikus</w:t>
      </w:r>
      <w:r w:rsidRPr="0078531E">
        <w:rPr>
          <w:spacing w:val="-2"/>
          <w:sz w:val="24"/>
        </w:rPr>
        <w:t xml:space="preserve"> </w:t>
      </w:r>
      <w:r w:rsidRPr="0078531E">
        <w:rPr>
          <w:sz w:val="24"/>
        </w:rPr>
        <w:t>és toleráns</w:t>
      </w:r>
      <w:r w:rsidRPr="0078531E">
        <w:rPr>
          <w:spacing w:val="-6"/>
          <w:sz w:val="24"/>
        </w:rPr>
        <w:t xml:space="preserve"> </w:t>
      </w:r>
      <w:r w:rsidRPr="0078531E">
        <w:rPr>
          <w:sz w:val="24"/>
        </w:rPr>
        <w:t>másokkal.</w:t>
      </w:r>
      <w:r w:rsidRPr="0078531E">
        <w:rPr>
          <w:spacing w:val="-4"/>
          <w:sz w:val="24"/>
        </w:rPr>
        <w:t xml:space="preserve"> </w:t>
      </w:r>
      <w:r w:rsidRPr="0078531E">
        <w:rPr>
          <w:sz w:val="24"/>
        </w:rPr>
        <w:t>Legyen</w:t>
      </w:r>
      <w:r w:rsidRPr="0078531E">
        <w:rPr>
          <w:spacing w:val="-5"/>
          <w:sz w:val="24"/>
        </w:rPr>
        <w:t xml:space="preserve"> </w:t>
      </w:r>
      <w:r w:rsidRPr="0078531E">
        <w:rPr>
          <w:sz w:val="24"/>
        </w:rPr>
        <w:t>szó</w:t>
      </w:r>
      <w:r w:rsidRPr="0078531E">
        <w:rPr>
          <w:spacing w:val="-5"/>
          <w:sz w:val="24"/>
        </w:rPr>
        <w:t xml:space="preserve"> </w:t>
      </w:r>
      <w:r w:rsidRPr="0078531E">
        <w:rPr>
          <w:sz w:val="24"/>
        </w:rPr>
        <w:t>nemzetiségi,</w:t>
      </w:r>
      <w:r w:rsidRPr="0078531E">
        <w:rPr>
          <w:spacing w:val="-5"/>
          <w:sz w:val="24"/>
        </w:rPr>
        <w:t xml:space="preserve"> </w:t>
      </w:r>
      <w:r w:rsidRPr="0078531E">
        <w:rPr>
          <w:sz w:val="24"/>
        </w:rPr>
        <w:t>vallási,</w:t>
      </w:r>
      <w:r w:rsidRPr="0078531E">
        <w:rPr>
          <w:spacing w:val="-5"/>
          <w:sz w:val="24"/>
        </w:rPr>
        <w:t xml:space="preserve"> </w:t>
      </w:r>
      <w:r w:rsidRPr="0078531E">
        <w:rPr>
          <w:sz w:val="24"/>
        </w:rPr>
        <w:t>faji,</w:t>
      </w:r>
      <w:r w:rsidRPr="0078531E">
        <w:rPr>
          <w:spacing w:val="-5"/>
          <w:sz w:val="24"/>
        </w:rPr>
        <w:t xml:space="preserve"> </w:t>
      </w:r>
      <w:r w:rsidRPr="0078531E">
        <w:rPr>
          <w:sz w:val="24"/>
        </w:rPr>
        <w:t>testi</w:t>
      </w:r>
      <w:r w:rsidRPr="0078531E">
        <w:rPr>
          <w:spacing w:val="-5"/>
          <w:sz w:val="24"/>
        </w:rPr>
        <w:t xml:space="preserve"> </w:t>
      </w:r>
      <w:r w:rsidRPr="0078531E">
        <w:rPr>
          <w:sz w:val="24"/>
        </w:rPr>
        <w:t>különbözőségről.</w:t>
      </w:r>
    </w:p>
    <w:p w14:paraId="7FBA079F" w14:textId="77777777" w:rsidR="00AE0CFD" w:rsidRPr="0078531E" w:rsidRDefault="00C3522D">
      <w:pPr>
        <w:pStyle w:val="Listaszerbekezds"/>
        <w:numPr>
          <w:ilvl w:val="0"/>
          <w:numId w:val="20"/>
        </w:numPr>
        <w:tabs>
          <w:tab w:val="left" w:pos="855"/>
        </w:tabs>
        <w:spacing w:before="1"/>
        <w:ind w:left="855" w:hanging="359"/>
        <w:jc w:val="both"/>
        <w:rPr>
          <w:sz w:val="24"/>
        </w:rPr>
      </w:pPr>
      <w:r w:rsidRPr="0078531E">
        <w:rPr>
          <w:sz w:val="24"/>
        </w:rPr>
        <w:t>Állat-,</w:t>
      </w:r>
      <w:r w:rsidRPr="0078531E">
        <w:rPr>
          <w:spacing w:val="-2"/>
          <w:sz w:val="24"/>
        </w:rPr>
        <w:t xml:space="preserve"> </w:t>
      </w:r>
      <w:r w:rsidRPr="0078531E">
        <w:rPr>
          <w:sz w:val="24"/>
        </w:rPr>
        <w:t>ember-</w:t>
      </w:r>
      <w:r w:rsidRPr="0078531E">
        <w:rPr>
          <w:spacing w:val="58"/>
          <w:sz w:val="24"/>
        </w:rPr>
        <w:t xml:space="preserve"> </w:t>
      </w:r>
      <w:r w:rsidRPr="0078531E">
        <w:rPr>
          <w:sz w:val="24"/>
        </w:rPr>
        <w:t>és</w:t>
      </w:r>
      <w:r w:rsidRPr="0078531E">
        <w:rPr>
          <w:spacing w:val="-2"/>
          <w:sz w:val="24"/>
        </w:rPr>
        <w:t xml:space="preserve"> természetbarát.</w:t>
      </w:r>
    </w:p>
    <w:p w14:paraId="1EC350CE" w14:textId="77777777" w:rsidR="00AE0CFD" w:rsidRPr="0078531E" w:rsidRDefault="00AE0CFD" w:rsidP="00903E39">
      <w:pPr>
        <w:pStyle w:val="Szvegtrzs"/>
        <w:jc w:val="both"/>
      </w:pPr>
    </w:p>
    <w:p w14:paraId="45FFB3FF" w14:textId="77777777" w:rsidR="00AE0CFD" w:rsidRPr="0078531E" w:rsidRDefault="00C3522D">
      <w:pPr>
        <w:pStyle w:val="Listaszerbekezds"/>
        <w:numPr>
          <w:ilvl w:val="0"/>
          <w:numId w:val="20"/>
        </w:numPr>
        <w:tabs>
          <w:tab w:val="left" w:pos="856"/>
        </w:tabs>
        <w:spacing w:line="480" w:lineRule="auto"/>
        <w:ind w:right="1232"/>
        <w:jc w:val="both"/>
        <w:rPr>
          <w:sz w:val="24"/>
        </w:rPr>
      </w:pPr>
      <w:r w:rsidRPr="0078531E">
        <w:rPr>
          <w:sz w:val="24"/>
        </w:rPr>
        <w:t>Környezetében</w:t>
      </w:r>
      <w:r w:rsidRPr="0078531E">
        <w:rPr>
          <w:spacing w:val="-5"/>
          <w:sz w:val="24"/>
        </w:rPr>
        <w:t xml:space="preserve"> </w:t>
      </w:r>
      <w:r w:rsidRPr="0078531E">
        <w:rPr>
          <w:sz w:val="24"/>
        </w:rPr>
        <w:t>jól</w:t>
      </w:r>
      <w:r w:rsidRPr="0078531E">
        <w:rPr>
          <w:spacing w:val="-5"/>
          <w:sz w:val="24"/>
        </w:rPr>
        <w:t xml:space="preserve"> </w:t>
      </w:r>
      <w:r w:rsidRPr="0078531E">
        <w:rPr>
          <w:sz w:val="24"/>
        </w:rPr>
        <w:t>eligazodik,</w:t>
      </w:r>
      <w:r w:rsidRPr="0078531E">
        <w:rPr>
          <w:spacing w:val="-5"/>
          <w:sz w:val="24"/>
        </w:rPr>
        <w:t xml:space="preserve"> </w:t>
      </w:r>
      <w:r w:rsidRPr="0078531E">
        <w:rPr>
          <w:sz w:val="24"/>
        </w:rPr>
        <w:t>korához</w:t>
      </w:r>
      <w:r w:rsidRPr="0078531E">
        <w:rPr>
          <w:spacing w:val="-4"/>
          <w:sz w:val="24"/>
        </w:rPr>
        <w:t xml:space="preserve"> </w:t>
      </w:r>
      <w:r w:rsidRPr="0078531E">
        <w:rPr>
          <w:sz w:val="24"/>
        </w:rPr>
        <w:t>viszonyítva</w:t>
      </w:r>
      <w:r w:rsidRPr="0078531E">
        <w:rPr>
          <w:spacing w:val="-6"/>
          <w:sz w:val="24"/>
        </w:rPr>
        <w:t xml:space="preserve"> </w:t>
      </w:r>
      <w:r w:rsidRPr="0078531E">
        <w:rPr>
          <w:sz w:val="24"/>
        </w:rPr>
        <w:t>önálló,</w:t>
      </w:r>
      <w:r w:rsidRPr="0078531E">
        <w:rPr>
          <w:spacing w:val="-5"/>
          <w:sz w:val="24"/>
        </w:rPr>
        <w:t xml:space="preserve"> </w:t>
      </w:r>
      <w:r w:rsidRPr="0078531E">
        <w:rPr>
          <w:sz w:val="24"/>
        </w:rPr>
        <w:t>jó</w:t>
      </w:r>
      <w:r w:rsidRPr="0078531E">
        <w:rPr>
          <w:spacing w:val="-5"/>
          <w:sz w:val="24"/>
        </w:rPr>
        <w:t xml:space="preserve"> </w:t>
      </w:r>
      <w:r w:rsidRPr="0078531E">
        <w:rPr>
          <w:sz w:val="24"/>
        </w:rPr>
        <w:t>kapcsolatteremtő képességekkel rendelkezik.</w:t>
      </w:r>
    </w:p>
    <w:p w14:paraId="7DA90A36" w14:textId="77777777" w:rsidR="00AE0CFD" w:rsidRPr="0078531E" w:rsidRDefault="00AE0CFD">
      <w:pPr>
        <w:spacing w:line="480" w:lineRule="auto"/>
        <w:rPr>
          <w:sz w:val="24"/>
        </w:rPr>
        <w:sectPr w:rsidR="00AE0CFD" w:rsidRPr="0078531E" w:rsidSect="00A42104">
          <w:pgSz w:w="11910" w:h="16840"/>
          <w:pgMar w:top="1320" w:right="980" w:bottom="1200" w:left="1280" w:header="0" w:footer="1003" w:gutter="0"/>
          <w:cols w:space="708"/>
        </w:sectPr>
      </w:pPr>
    </w:p>
    <w:p w14:paraId="58F9ABE2" w14:textId="77777777" w:rsidR="00AE0CFD" w:rsidRPr="0078531E" w:rsidRDefault="00C3522D">
      <w:pPr>
        <w:pStyle w:val="Listaszerbekezds"/>
        <w:numPr>
          <w:ilvl w:val="0"/>
          <w:numId w:val="20"/>
        </w:numPr>
        <w:tabs>
          <w:tab w:val="left" w:pos="855"/>
        </w:tabs>
        <w:spacing w:before="69"/>
        <w:ind w:left="855" w:hanging="359"/>
        <w:rPr>
          <w:sz w:val="24"/>
        </w:rPr>
      </w:pPr>
      <w:r w:rsidRPr="0078531E">
        <w:rPr>
          <w:sz w:val="24"/>
        </w:rPr>
        <w:lastRenderedPageBreak/>
        <w:t>Szeret</w:t>
      </w:r>
      <w:r w:rsidRPr="0078531E">
        <w:rPr>
          <w:spacing w:val="-3"/>
          <w:sz w:val="24"/>
        </w:rPr>
        <w:t xml:space="preserve"> </w:t>
      </w:r>
      <w:r w:rsidRPr="0078531E">
        <w:rPr>
          <w:sz w:val="24"/>
        </w:rPr>
        <w:t>játszani,</w:t>
      </w:r>
      <w:r w:rsidRPr="0078531E">
        <w:rPr>
          <w:spacing w:val="-2"/>
          <w:sz w:val="24"/>
        </w:rPr>
        <w:t xml:space="preserve"> </w:t>
      </w:r>
      <w:r w:rsidRPr="0078531E">
        <w:rPr>
          <w:sz w:val="24"/>
        </w:rPr>
        <w:t>mozogni,</w:t>
      </w:r>
      <w:r w:rsidRPr="0078531E">
        <w:rPr>
          <w:spacing w:val="-3"/>
          <w:sz w:val="24"/>
        </w:rPr>
        <w:t xml:space="preserve"> </w:t>
      </w:r>
      <w:r w:rsidRPr="0078531E">
        <w:rPr>
          <w:sz w:val="24"/>
        </w:rPr>
        <w:t>egészséges,</w:t>
      </w:r>
      <w:r w:rsidRPr="0078531E">
        <w:rPr>
          <w:spacing w:val="-2"/>
          <w:sz w:val="24"/>
        </w:rPr>
        <w:t xml:space="preserve"> kiegyensúlyozott.</w:t>
      </w:r>
    </w:p>
    <w:p w14:paraId="7D43D716" w14:textId="77777777" w:rsidR="00AE0CFD" w:rsidRPr="0078531E" w:rsidRDefault="00AE0CFD">
      <w:pPr>
        <w:pStyle w:val="Szvegtrzs"/>
      </w:pPr>
    </w:p>
    <w:p w14:paraId="2E9F6CF7" w14:textId="77777777" w:rsidR="00AE0CFD" w:rsidRPr="0078531E" w:rsidRDefault="00C3522D">
      <w:pPr>
        <w:pStyle w:val="Listaszerbekezds"/>
        <w:numPr>
          <w:ilvl w:val="0"/>
          <w:numId w:val="20"/>
        </w:numPr>
        <w:tabs>
          <w:tab w:val="left" w:pos="855"/>
        </w:tabs>
        <w:spacing w:before="1"/>
        <w:ind w:left="855" w:hanging="359"/>
        <w:rPr>
          <w:sz w:val="24"/>
        </w:rPr>
      </w:pPr>
      <w:r w:rsidRPr="0078531E">
        <w:rPr>
          <w:sz w:val="24"/>
        </w:rPr>
        <w:t>Ismeri,</w:t>
      </w:r>
      <w:r w:rsidRPr="0078531E">
        <w:rPr>
          <w:spacing w:val="-1"/>
          <w:sz w:val="24"/>
        </w:rPr>
        <w:t xml:space="preserve"> </w:t>
      </w:r>
      <w:r w:rsidRPr="0078531E">
        <w:rPr>
          <w:sz w:val="24"/>
        </w:rPr>
        <w:t>óvja,</w:t>
      </w:r>
      <w:r w:rsidRPr="0078531E">
        <w:rPr>
          <w:spacing w:val="-1"/>
          <w:sz w:val="24"/>
        </w:rPr>
        <w:t xml:space="preserve"> </w:t>
      </w:r>
      <w:r w:rsidRPr="0078531E">
        <w:rPr>
          <w:sz w:val="24"/>
        </w:rPr>
        <w:t>védi, gondozza</w:t>
      </w:r>
      <w:r w:rsidRPr="0078531E">
        <w:rPr>
          <w:spacing w:val="-1"/>
          <w:sz w:val="24"/>
        </w:rPr>
        <w:t xml:space="preserve"> </w:t>
      </w:r>
      <w:r w:rsidRPr="0078531E">
        <w:rPr>
          <w:spacing w:val="-2"/>
          <w:sz w:val="24"/>
        </w:rPr>
        <w:t>környezetét.</w:t>
      </w:r>
    </w:p>
    <w:p w14:paraId="352410E1" w14:textId="77777777" w:rsidR="00AE0CFD" w:rsidRPr="0078531E" w:rsidRDefault="00AE0CFD">
      <w:pPr>
        <w:pStyle w:val="Szvegtrzs"/>
      </w:pPr>
    </w:p>
    <w:p w14:paraId="33755617" w14:textId="083970EE" w:rsidR="00AE0CFD" w:rsidRPr="0078531E" w:rsidRDefault="00C3522D">
      <w:pPr>
        <w:pStyle w:val="Listaszerbekezds"/>
        <w:numPr>
          <w:ilvl w:val="0"/>
          <w:numId w:val="20"/>
        </w:numPr>
        <w:tabs>
          <w:tab w:val="left" w:pos="856"/>
          <w:tab w:val="left" w:pos="916"/>
        </w:tabs>
        <w:spacing w:line="480" w:lineRule="auto"/>
        <w:ind w:right="458"/>
        <w:rPr>
          <w:sz w:val="24"/>
        </w:rPr>
      </w:pPr>
      <w:r w:rsidRPr="0078531E">
        <w:rPr>
          <w:sz w:val="24"/>
        </w:rPr>
        <w:tab/>
        <w:t>Korához</w:t>
      </w:r>
      <w:r w:rsidRPr="0078531E">
        <w:rPr>
          <w:spacing w:val="-4"/>
          <w:sz w:val="24"/>
        </w:rPr>
        <w:t xml:space="preserve"> </w:t>
      </w:r>
      <w:r w:rsidRPr="0078531E">
        <w:rPr>
          <w:sz w:val="24"/>
        </w:rPr>
        <w:t>illően</w:t>
      </w:r>
      <w:r w:rsidRPr="0078531E">
        <w:rPr>
          <w:spacing w:val="-5"/>
          <w:sz w:val="24"/>
        </w:rPr>
        <w:t xml:space="preserve"> </w:t>
      </w:r>
      <w:r w:rsidRPr="0078531E">
        <w:rPr>
          <w:sz w:val="24"/>
        </w:rPr>
        <w:t>ismeri</w:t>
      </w:r>
      <w:r w:rsidRPr="0078531E">
        <w:rPr>
          <w:spacing w:val="-5"/>
          <w:sz w:val="24"/>
        </w:rPr>
        <w:t xml:space="preserve"> </w:t>
      </w:r>
      <w:r w:rsidRPr="0078531E">
        <w:rPr>
          <w:sz w:val="24"/>
        </w:rPr>
        <w:t>hazája,</w:t>
      </w:r>
      <w:r w:rsidRPr="0078531E">
        <w:rPr>
          <w:spacing w:val="-5"/>
          <w:sz w:val="24"/>
        </w:rPr>
        <w:t xml:space="preserve"> </w:t>
      </w:r>
      <w:r w:rsidRPr="0078531E">
        <w:rPr>
          <w:sz w:val="24"/>
        </w:rPr>
        <w:t>környezete</w:t>
      </w:r>
      <w:r w:rsidRPr="0078531E">
        <w:rPr>
          <w:spacing w:val="-6"/>
          <w:sz w:val="24"/>
        </w:rPr>
        <w:t xml:space="preserve"> </w:t>
      </w:r>
      <w:r w:rsidRPr="0078531E">
        <w:rPr>
          <w:sz w:val="24"/>
        </w:rPr>
        <w:t>természeti</w:t>
      </w:r>
      <w:r w:rsidRPr="0078531E">
        <w:rPr>
          <w:spacing w:val="-5"/>
          <w:sz w:val="24"/>
        </w:rPr>
        <w:t xml:space="preserve"> </w:t>
      </w:r>
      <w:r w:rsidRPr="0078531E">
        <w:rPr>
          <w:sz w:val="24"/>
        </w:rPr>
        <w:t>értékeit,</w:t>
      </w:r>
      <w:r w:rsidRPr="0078531E">
        <w:rPr>
          <w:spacing w:val="-5"/>
          <w:sz w:val="24"/>
        </w:rPr>
        <w:t xml:space="preserve"> </w:t>
      </w:r>
      <w:r w:rsidRPr="0078531E">
        <w:rPr>
          <w:sz w:val="24"/>
        </w:rPr>
        <w:t>hagyományait,</w:t>
      </w:r>
      <w:r w:rsidRPr="0078531E">
        <w:rPr>
          <w:spacing w:val="-5"/>
          <w:sz w:val="24"/>
        </w:rPr>
        <w:t xml:space="preserve"> </w:t>
      </w:r>
      <w:r w:rsidRPr="0078531E">
        <w:rPr>
          <w:sz w:val="24"/>
        </w:rPr>
        <w:t xml:space="preserve">kulturális </w:t>
      </w:r>
      <w:r w:rsidRPr="0078531E">
        <w:rPr>
          <w:spacing w:val="-2"/>
          <w:sz w:val="24"/>
        </w:rPr>
        <w:t>értékeit.</w:t>
      </w:r>
    </w:p>
    <w:p w14:paraId="37748806" w14:textId="77777777" w:rsidR="00AE0CFD" w:rsidRPr="0078531E" w:rsidRDefault="00C3522D">
      <w:pPr>
        <w:pStyle w:val="Szvegtrzs"/>
        <w:spacing w:before="214"/>
        <w:rPr>
          <w:sz w:val="20"/>
        </w:rPr>
      </w:pPr>
      <w:r w:rsidRPr="0078531E">
        <w:rPr>
          <w:noProof/>
        </w:rPr>
        <w:drawing>
          <wp:anchor distT="0" distB="0" distL="0" distR="0" simplePos="0" relativeHeight="251674624" behindDoc="1" locked="0" layoutInCell="1" allowOverlap="1" wp14:anchorId="4DC306B3" wp14:editId="730B4C38">
            <wp:simplePos x="0" y="0"/>
            <wp:positionH relativeFrom="page">
              <wp:posOffset>971550</wp:posOffset>
            </wp:positionH>
            <wp:positionV relativeFrom="paragraph">
              <wp:posOffset>299720</wp:posOffset>
            </wp:positionV>
            <wp:extent cx="5525770" cy="6638925"/>
            <wp:effectExtent l="0" t="0" r="0" b="9525"/>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5525770" cy="6638925"/>
                    </a:xfrm>
                    <a:prstGeom prst="rect">
                      <a:avLst/>
                    </a:prstGeom>
                  </pic:spPr>
                </pic:pic>
              </a:graphicData>
            </a:graphic>
            <wp14:sizeRelV relativeFrom="margin">
              <wp14:pctHeight>0</wp14:pctHeight>
            </wp14:sizeRelV>
          </wp:anchor>
        </w:drawing>
      </w:r>
    </w:p>
    <w:p w14:paraId="0C932117" w14:textId="77777777" w:rsidR="00AE0CFD" w:rsidRPr="0078531E" w:rsidRDefault="00AE0CFD">
      <w:pPr>
        <w:rPr>
          <w:sz w:val="20"/>
        </w:rPr>
        <w:sectPr w:rsidR="00AE0CFD" w:rsidRPr="0078531E" w:rsidSect="00A42104">
          <w:pgSz w:w="11910" w:h="16840"/>
          <w:pgMar w:top="1320" w:right="980" w:bottom="1200" w:left="1280" w:header="0" w:footer="1003" w:gutter="0"/>
          <w:cols w:space="708"/>
        </w:sectPr>
      </w:pPr>
    </w:p>
    <w:p w14:paraId="11678D40" w14:textId="24764F38" w:rsidR="006F1394" w:rsidRPr="0078531E" w:rsidRDefault="00A97482">
      <w:pPr>
        <w:pStyle w:val="Cmsor1"/>
        <w:numPr>
          <w:ilvl w:val="0"/>
          <w:numId w:val="24"/>
        </w:numPr>
        <w:tabs>
          <w:tab w:val="left" w:pos="525"/>
        </w:tabs>
        <w:spacing w:before="92"/>
        <w:ind w:left="525" w:hanging="389"/>
        <w:jc w:val="left"/>
        <w:rPr>
          <w:rFonts w:ascii="Times New Roman" w:hAnsi="Times New Roman" w:cs="Times New Roman"/>
        </w:rPr>
      </w:pPr>
      <w:bookmarkStart w:id="11" w:name="_bookmark6"/>
      <w:bookmarkEnd w:id="11"/>
      <w:r w:rsidRPr="0078531E">
        <w:rPr>
          <w:rFonts w:ascii="Times New Roman" w:hAnsi="Times New Roman" w:cs="Times New Roman"/>
        </w:rPr>
        <w:lastRenderedPageBreak/>
        <w:t>Pedagógiai koncepció</w:t>
      </w:r>
    </w:p>
    <w:p w14:paraId="7E31838D" w14:textId="77777777" w:rsidR="006F1394" w:rsidRPr="0078531E" w:rsidRDefault="006F1394" w:rsidP="006F1394">
      <w:pPr>
        <w:pStyle w:val="Cmsor1"/>
        <w:tabs>
          <w:tab w:val="left" w:pos="525"/>
        </w:tabs>
        <w:spacing w:before="92"/>
        <w:rPr>
          <w:rFonts w:ascii="Times New Roman" w:hAnsi="Times New Roman" w:cs="Times New Roman"/>
          <w:sz w:val="28"/>
          <w:szCs w:val="28"/>
        </w:rPr>
      </w:pPr>
    </w:p>
    <w:p w14:paraId="7635D6D8" w14:textId="77777777" w:rsidR="00AE0CFD" w:rsidRPr="0078531E" w:rsidRDefault="00C3522D" w:rsidP="00A5251A">
      <w:pPr>
        <w:pStyle w:val="Szvegtrzs"/>
        <w:spacing w:before="171" w:line="360" w:lineRule="auto"/>
        <w:ind w:left="136" w:right="742" w:firstLine="584"/>
        <w:jc w:val="both"/>
      </w:pPr>
      <w:r w:rsidRPr="0078531E">
        <w:t>A környezeti nevelés, a gyermekek fenntartható fejlődéssel való megismertetése rendkívül fontos, hiszen a gyermekek a jövő meghatározói, döntéseikkel nemcsak saját életüket, de Földünk sorsát is meghatározhatják. Mindezek miatt tartjuk fontosnak, hogy nevelésükben a környezettudatosság kapja a fő hangsúlyt.</w:t>
      </w:r>
    </w:p>
    <w:p w14:paraId="0A8025E4" w14:textId="67089F08" w:rsidR="00AE0CFD" w:rsidRPr="0078531E" w:rsidRDefault="00C3522D" w:rsidP="00A5251A">
      <w:pPr>
        <w:pStyle w:val="Szvegtrzs"/>
        <w:spacing w:line="360" w:lineRule="auto"/>
        <w:ind w:left="136" w:right="741" w:firstLine="584"/>
        <w:jc w:val="both"/>
      </w:pPr>
      <w:r w:rsidRPr="0078531E">
        <w:t xml:space="preserve">A környezeti nevelés jellemző értékrendszere </w:t>
      </w:r>
      <w:r w:rsidRPr="0078531E">
        <w:rPr>
          <w:b/>
        </w:rPr>
        <w:t>az élet – és minden élő</w:t>
      </w:r>
      <w:r w:rsidR="006F1394" w:rsidRPr="0078531E">
        <w:rPr>
          <w:b/>
        </w:rPr>
        <w:t>-</w:t>
      </w:r>
      <w:r w:rsidRPr="0078531E">
        <w:rPr>
          <w:b/>
        </w:rPr>
        <w:t>és élettelen létező – tisztelete</w:t>
      </w:r>
      <w:r w:rsidRPr="0078531E">
        <w:t>, ez adja az erkölcsi alapvetését. A környezeti nevelés értéknek tartja a természet erőforrásainak kíméletét, a természet törvényeivel harmonizáló magatartást és a környezetért</w:t>
      </w:r>
      <w:r w:rsidRPr="0078531E">
        <w:rPr>
          <w:spacing w:val="-3"/>
        </w:rPr>
        <w:t xml:space="preserve"> </w:t>
      </w:r>
      <w:r w:rsidRPr="0078531E">
        <w:t>felelős</w:t>
      </w:r>
      <w:r w:rsidRPr="0078531E">
        <w:rPr>
          <w:spacing w:val="-2"/>
        </w:rPr>
        <w:t xml:space="preserve"> </w:t>
      </w:r>
      <w:r w:rsidRPr="0078531E">
        <w:t>életvitelt;</w:t>
      </w:r>
      <w:r w:rsidRPr="0078531E">
        <w:rPr>
          <w:spacing w:val="-2"/>
        </w:rPr>
        <w:t xml:space="preserve"> </w:t>
      </w:r>
      <w:r w:rsidRPr="0078531E">
        <w:t>ennek</w:t>
      </w:r>
      <w:r w:rsidRPr="0078531E">
        <w:rPr>
          <w:spacing w:val="-2"/>
        </w:rPr>
        <w:t xml:space="preserve"> </w:t>
      </w:r>
      <w:r w:rsidRPr="0078531E">
        <w:t>megfelelően az</w:t>
      </w:r>
      <w:r w:rsidRPr="0078531E">
        <w:rPr>
          <w:spacing w:val="-1"/>
        </w:rPr>
        <w:t xml:space="preserve"> </w:t>
      </w:r>
      <w:r w:rsidRPr="0078531E">
        <w:t>anyagi</w:t>
      </w:r>
      <w:r w:rsidRPr="0078531E">
        <w:rPr>
          <w:spacing w:val="-2"/>
        </w:rPr>
        <w:t xml:space="preserve"> </w:t>
      </w:r>
      <w:r w:rsidRPr="0078531E">
        <w:t>javak</w:t>
      </w:r>
      <w:r w:rsidRPr="0078531E">
        <w:rPr>
          <w:spacing w:val="-2"/>
        </w:rPr>
        <w:t xml:space="preserve"> </w:t>
      </w:r>
      <w:r w:rsidRPr="0078531E">
        <w:t>birtoklása</w:t>
      </w:r>
      <w:r w:rsidRPr="0078531E">
        <w:rPr>
          <w:spacing w:val="-3"/>
        </w:rPr>
        <w:t xml:space="preserve"> </w:t>
      </w:r>
      <w:r w:rsidRPr="0078531E">
        <w:t>és</w:t>
      </w:r>
      <w:r w:rsidRPr="0078531E">
        <w:rPr>
          <w:spacing w:val="-2"/>
        </w:rPr>
        <w:t xml:space="preserve"> </w:t>
      </w:r>
      <w:r w:rsidRPr="0078531E">
        <w:t>fogyasztása tekintetében a mértékletességet és takarékosságot.</w:t>
      </w:r>
    </w:p>
    <w:p w14:paraId="713A5465" w14:textId="77777777" w:rsidR="00AE0CFD" w:rsidRPr="0078531E" w:rsidRDefault="00C3522D" w:rsidP="00A5251A">
      <w:pPr>
        <w:pStyle w:val="Szvegtrzs"/>
        <w:spacing w:line="360" w:lineRule="auto"/>
        <w:ind w:left="136" w:right="718" w:firstLine="584"/>
        <w:jc w:val="both"/>
      </w:pPr>
      <w:r w:rsidRPr="0078531E">
        <w:rPr>
          <w:spacing w:val="-14"/>
        </w:rPr>
        <w:t>A</w:t>
      </w:r>
      <w:r w:rsidRPr="0078531E">
        <w:rPr>
          <w:spacing w:val="10"/>
        </w:rPr>
        <w:t xml:space="preserve"> </w:t>
      </w:r>
      <w:r w:rsidRPr="0078531E">
        <w:rPr>
          <w:spacing w:val="-14"/>
        </w:rPr>
        <w:t>környezeti</w:t>
      </w:r>
      <w:r w:rsidRPr="0078531E">
        <w:rPr>
          <w:spacing w:val="-1"/>
        </w:rPr>
        <w:t xml:space="preserve"> </w:t>
      </w:r>
      <w:r w:rsidRPr="0078531E">
        <w:rPr>
          <w:spacing w:val="-14"/>
        </w:rPr>
        <w:t>nevelés,</w:t>
      </w:r>
      <w:r w:rsidRPr="0078531E">
        <w:t xml:space="preserve"> </w:t>
      </w:r>
      <w:r w:rsidRPr="0078531E">
        <w:rPr>
          <w:spacing w:val="-14"/>
        </w:rPr>
        <w:t>különösen</w:t>
      </w:r>
      <w:r w:rsidRPr="0078531E">
        <w:rPr>
          <w:spacing w:val="-1"/>
        </w:rPr>
        <w:t xml:space="preserve"> </w:t>
      </w:r>
      <w:r w:rsidRPr="0078531E">
        <w:rPr>
          <w:spacing w:val="-14"/>
        </w:rPr>
        <w:t>a</w:t>
      </w:r>
      <w:r w:rsidRPr="0078531E">
        <w:rPr>
          <w:spacing w:val="-1"/>
        </w:rPr>
        <w:t xml:space="preserve"> </w:t>
      </w:r>
      <w:r w:rsidRPr="0078531E">
        <w:rPr>
          <w:spacing w:val="-14"/>
        </w:rPr>
        <w:t>kora</w:t>
      </w:r>
      <w:r w:rsidRPr="0078531E">
        <w:rPr>
          <w:spacing w:val="-1"/>
        </w:rPr>
        <w:t xml:space="preserve"> </w:t>
      </w:r>
      <w:r w:rsidRPr="0078531E">
        <w:rPr>
          <w:spacing w:val="-14"/>
        </w:rPr>
        <w:t>gyermekkorban</w:t>
      </w:r>
      <w:r w:rsidRPr="0078531E">
        <w:t xml:space="preserve"> </w:t>
      </w:r>
      <w:r w:rsidRPr="0078531E">
        <w:rPr>
          <w:spacing w:val="-14"/>
        </w:rPr>
        <w:t>több,</w:t>
      </w:r>
      <w:r w:rsidRPr="0078531E">
        <w:rPr>
          <w:spacing w:val="-1"/>
        </w:rPr>
        <w:t xml:space="preserve"> </w:t>
      </w:r>
      <w:r w:rsidRPr="0078531E">
        <w:rPr>
          <w:spacing w:val="-14"/>
        </w:rPr>
        <w:t>mint</w:t>
      </w:r>
      <w:r w:rsidRPr="0078531E">
        <w:rPr>
          <w:spacing w:val="-1"/>
        </w:rPr>
        <w:t xml:space="preserve"> </w:t>
      </w:r>
      <w:r w:rsidRPr="0078531E">
        <w:rPr>
          <w:spacing w:val="-14"/>
        </w:rPr>
        <w:t>csupán</w:t>
      </w:r>
      <w:r w:rsidRPr="0078531E">
        <w:rPr>
          <w:spacing w:val="-1"/>
        </w:rPr>
        <w:t xml:space="preserve"> </w:t>
      </w:r>
      <w:r w:rsidRPr="0078531E">
        <w:rPr>
          <w:spacing w:val="-14"/>
        </w:rPr>
        <w:t>egyfajta</w:t>
      </w:r>
      <w:r w:rsidRPr="0078531E">
        <w:rPr>
          <w:spacing w:val="3"/>
        </w:rPr>
        <w:t xml:space="preserve"> </w:t>
      </w:r>
      <w:r w:rsidRPr="0078531E">
        <w:rPr>
          <w:spacing w:val="-14"/>
        </w:rPr>
        <w:t xml:space="preserve">természettudományi </w:t>
      </w:r>
      <w:r w:rsidRPr="0078531E">
        <w:t xml:space="preserve">célú oktatás. Ebben a korban a tények és szabályok ismereténél fontosabb a </w:t>
      </w:r>
      <w:r w:rsidRPr="0078531E">
        <w:rPr>
          <w:b/>
        </w:rPr>
        <w:t>közvetlen tapasztalatszerzés</w:t>
      </w:r>
      <w:r w:rsidRPr="0078531E">
        <w:t>.</w:t>
      </w:r>
      <w:r w:rsidRPr="0078531E">
        <w:rPr>
          <w:spacing w:val="-9"/>
        </w:rPr>
        <w:t xml:space="preserve"> </w:t>
      </w:r>
      <w:r w:rsidRPr="0078531E">
        <w:t>Megfelelő</w:t>
      </w:r>
      <w:r w:rsidRPr="0078531E">
        <w:rPr>
          <w:spacing w:val="-9"/>
        </w:rPr>
        <w:t xml:space="preserve"> </w:t>
      </w:r>
      <w:r w:rsidRPr="0078531E">
        <w:t>környezeti</w:t>
      </w:r>
      <w:r w:rsidRPr="0078531E">
        <w:rPr>
          <w:spacing w:val="-9"/>
        </w:rPr>
        <w:t xml:space="preserve"> </w:t>
      </w:r>
      <w:r w:rsidRPr="0078531E">
        <w:t>nevelési</w:t>
      </w:r>
      <w:r w:rsidRPr="0078531E">
        <w:rPr>
          <w:spacing w:val="-7"/>
        </w:rPr>
        <w:t xml:space="preserve"> </w:t>
      </w:r>
      <w:r w:rsidRPr="0078531E">
        <w:t>programmal</w:t>
      </w:r>
      <w:r w:rsidRPr="0078531E">
        <w:rPr>
          <w:spacing w:val="-9"/>
        </w:rPr>
        <w:t xml:space="preserve"> </w:t>
      </w:r>
      <w:r w:rsidRPr="0078531E">
        <w:t>elérhető,</w:t>
      </w:r>
      <w:r w:rsidRPr="0078531E">
        <w:rPr>
          <w:spacing w:val="-9"/>
        </w:rPr>
        <w:t xml:space="preserve"> </w:t>
      </w:r>
      <w:r w:rsidRPr="0078531E">
        <w:t>hogy</w:t>
      </w:r>
      <w:r w:rsidRPr="0078531E">
        <w:rPr>
          <w:spacing w:val="-13"/>
        </w:rPr>
        <w:t xml:space="preserve"> </w:t>
      </w:r>
      <w:r w:rsidRPr="0078531E">
        <w:t>a</w:t>
      </w:r>
      <w:r w:rsidRPr="0078531E">
        <w:rPr>
          <w:spacing w:val="-8"/>
        </w:rPr>
        <w:t xml:space="preserve"> </w:t>
      </w:r>
      <w:r w:rsidRPr="0078531E">
        <w:t xml:space="preserve">gyermekek fogékonnyá </w:t>
      </w:r>
      <w:r w:rsidRPr="0078531E">
        <w:rPr>
          <w:spacing w:val="16"/>
        </w:rPr>
        <w:t xml:space="preserve">váljanak </w:t>
      </w:r>
      <w:r w:rsidRPr="0078531E">
        <w:t xml:space="preserve">a </w:t>
      </w:r>
      <w:r w:rsidRPr="0078531E">
        <w:rPr>
          <w:spacing w:val="16"/>
        </w:rPr>
        <w:t xml:space="preserve">természet szépségeire, </w:t>
      </w:r>
      <w:r w:rsidRPr="0078531E">
        <w:rPr>
          <w:spacing w:val="10"/>
        </w:rPr>
        <w:t xml:space="preserve">és </w:t>
      </w:r>
      <w:r w:rsidRPr="0078531E">
        <w:rPr>
          <w:spacing w:val="17"/>
        </w:rPr>
        <w:t xml:space="preserve">kialakuljon </w:t>
      </w:r>
      <w:r w:rsidRPr="0078531E">
        <w:rPr>
          <w:spacing w:val="15"/>
        </w:rPr>
        <w:t xml:space="preserve">bennük </w:t>
      </w:r>
      <w:r w:rsidRPr="0078531E">
        <w:t xml:space="preserve">a </w:t>
      </w:r>
      <w:r w:rsidRPr="0078531E">
        <w:rPr>
          <w:spacing w:val="17"/>
        </w:rPr>
        <w:t xml:space="preserve">felelősségtudat </w:t>
      </w:r>
      <w:r w:rsidRPr="0078531E">
        <w:t>a</w:t>
      </w:r>
      <w:r w:rsidRPr="0078531E">
        <w:rPr>
          <w:spacing w:val="17"/>
        </w:rPr>
        <w:t xml:space="preserve"> természeti </w:t>
      </w:r>
      <w:r w:rsidRPr="0078531E">
        <w:rPr>
          <w:spacing w:val="15"/>
        </w:rPr>
        <w:t>környezet iránt.</w:t>
      </w:r>
    </w:p>
    <w:p w14:paraId="5D6EC8FF" w14:textId="695EC21E" w:rsidR="00BC26DB" w:rsidRPr="0078531E" w:rsidRDefault="00A5251A" w:rsidP="007C5BC0">
      <w:pPr>
        <w:pStyle w:val="Szvegtrzs"/>
        <w:tabs>
          <w:tab w:val="left" w:pos="1213"/>
          <w:tab w:val="left" w:pos="2694"/>
          <w:tab w:val="left" w:pos="2748"/>
          <w:tab w:val="left" w:pos="3119"/>
          <w:tab w:val="left" w:pos="3547"/>
          <w:tab w:val="left" w:pos="4214"/>
          <w:tab w:val="left" w:pos="4289"/>
          <w:tab w:val="left" w:pos="4602"/>
          <w:tab w:val="left" w:pos="4964"/>
          <w:tab w:val="left" w:pos="5209"/>
          <w:tab w:val="left" w:pos="6114"/>
          <w:tab w:val="left" w:pos="6980"/>
          <w:tab w:val="left" w:pos="7844"/>
          <w:tab w:val="left" w:pos="7977"/>
        </w:tabs>
        <w:spacing w:line="360" w:lineRule="auto"/>
        <w:ind w:left="136" w:right="435"/>
        <w:jc w:val="both"/>
      </w:pPr>
      <w:r w:rsidRPr="0078531E">
        <w:tab/>
      </w:r>
      <w:r w:rsidR="0022444D" w:rsidRPr="0078531E">
        <w:t>A Balatonvilágosi Szivárvány</w:t>
      </w:r>
      <w:r w:rsidR="00C3522D" w:rsidRPr="0078531E">
        <w:rPr>
          <w:spacing w:val="40"/>
        </w:rPr>
        <w:t xml:space="preserve"> </w:t>
      </w:r>
      <w:r w:rsidR="00C3522D" w:rsidRPr="0078531E">
        <w:t>Óvoda</w:t>
      </w:r>
      <w:r w:rsidR="00C3522D" w:rsidRPr="0078531E">
        <w:rPr>
          <w:spacing w:val="36"/>
        </w:rPr>
        <w:t xml:space="preserve"> </w:t>
      </w:r>
      <w:r w:rsidR="00C3522D" w:rsidRPr="0078531E">
        <w:t>Pedagógiai</w:t>
      </w:r>
      <w:r w:rsidR="00C3522D" w:rsidRPr="0078531E">
        <w:rPr>
          <w:spacing w:val="39"/>
        </w:rPr>
        <w:t xml:space="preserve"> </w:t>
      </w:r>
      <w:r w:rsidR="00C3522D" w:rsidRPr="0078531E">
        <w:t>programja</w:t>
      </w:r>
      <w:r w:rsidR="00C3522D" w:rsidRPr="0078531E">
        <w:rPr>
          <w:spacing w:val="40"/>
        </w:rPr>
        <w:t xml:space="preserve"> </w:t>
      </w:r>
      <w:r w:rsidR="00C3522D" w:rsidRPr="0078531E">
        <w:t>lehetőséget</w:t>
      </w:r>
      <w:r w:rsidR="00C3522D" w:rsidRPr="0078531E">
        <w:rPr>
          <w:spacing w:val="38"/>
        </w:rPr>
        <w:t xml:space="preserve"> </w:t>
      </w:r>
      <w:r w:rsidR="00C3522D" w:rsidRPr="0078531E">
        <w:t>biztosít,</w:t>
      </w:r>
      <w:r w:rsidR="00C3522D" w:rsidRPr="0078531E">
        <w:rPr>
          <w:spacing w:val="38"/>
        </w:rPr>
        <w:t xml:space="preserve"> </w:t>
      </w:r>
      <w:r w:rsidR="00C3522D" w:rsidRPr="0078531E">
        <w:t>hogy</w:t>
      </w:r>
      <w:r w:rsidR="00C3522D" w:rsidRPr="0078531E">
        <w:rPr>
          <w:spacing w:val="35"/>
        </w:rPr>
        <w:t xml:space="preserve"> </w:t>
      </w:r>
      <w:r w:rsidR="00C3522D" w:rsidRPr="0078531E">
        <w:t>a</w:t>
      </w:r>
      <w:r w:rsidR="00C3522D" w:rsidRPr="0078531E">
        <w:rPr>
          <w:spacing w:val="36"/>
        </w:rPr>
        <w:t xml:space="preserve"> </w:t>
      </w:r>
      <w:r w:rsidR="00C3522D" w:rsidRPr="0078531E">
        <w:t>külső</w:t>
      </w:r>
      <w:r w:rsidR="00C3522D" w:rsidRPr="0078531E">
        <w:rPr>
          <w:spacing w:val="38"/>
        </w:rPr>
        <w:t xml:space="preserve"> </w:t>
      </w:r>
      <w:r w:rsidR="00C3522D" w:rsidRPr="0078531E">
        <w:t xml:space="preserve">világ </w:t>
      </w:r>
      <w:r w:rsidR="00C3522D" w:rsidRPr="0078531E">
        <w:rPr>
          <w:spacing w:val="-2"/>
        </w:rPr>
        <w:t>tevékeny</w:t>
      </w:r>
      <w:r w:rsidR="0022444D" w:rsidRPr="0078531E">
        <w:t xml:space="preserve"> </w:t>
      </w:r>
      <w:r w:rsidR="00C3522D" w:rsidRPr="0078531E">
        <w:rPr>
          <w:spacing w:val="-2"/>
        </w:rPr>
        <w:t>megismerését</w:t>
      </w:r>
      <w:r w:rsidR="00C3522D" w:rsidRPr="0078531E">
        <w:tab/>
      </w:r>
      <w:r w:rsidR="0022444D" w:rsidRPr="0078531E">
        <w:t xml:space="preserve"> </w:t>
      </w:r>
      <w:r w:rsidR="00C3522D" w:rsidRPr="0078531E">
        <w:rPr>
          <w:spacing w:val="-2"/>
        </w:rPr>
        <w:t>alapul</w:t>
      </w:r>
      <w:r w:rsidR="00C3522D" w:rsidRPr="0078531E">
        <w:tab/>
      </w:r>
      <w:r w:rsidR="00C3522D" w:rsidRPr="0078531E">
        <w:rPr>
          <w:spacing w:val="-4"/>
        </w:rPr>
        <w:t>véve</w:t>
      </w:r>
      <w:r w:rsidR="0022444D" w:rsidRPr="0078531E">
        <w:t xml:space="preserve"> </w:t>
      </w:r>
      <w:r w:rsidR="00C3522D" w:rsidRPr="0078531E">
        <w:rPr>
          <w:spacing w:val="-4"/>
        </w:rPr>
        <w:t>olyan</w:t>
      </w:r>
      <w:r w:rsidR="0022444D" w:rsidRPr="0078531E">
        <w:t xml:space="preserve"> </w:t>
      </w:r>
      <w:r w:rsidR="00C3522D" w:rsidRPr="0078531E">
        <w:rPr>
          <w:spacing w:val="-2"/>
        </w:rPr>
        <w:t>játékokat,</w:t>
      </w:r>
      <w:r w:rsidR="00C3522D" w:rsidRPr="0078531E">
        <w:rPr>
          <w:spacing w:val="-59"/>
        </w:rPr>
        <w:t xml:space="preserve"> </w:t>
      </w:r>
      <w:r w:rsidR="00C3522D" w:rsidRPr="0078531E">
        <w:rPr>
          <w:spacing w:val="-2"/>
        </w:rPr>
        <w:t>tevékenységeket</w:t>
      </w:r>
      <w:r w:rsidR="0022444D" w:rsidRPr="0078531E">
        <w:rPr>
          <w:spacing w:val="-2"/>
        </w:rPr>
        <w:t xml:space="preserve">, </w:t>
      </w:r>
      <w:r w:rsidR="00C3522D" w:rsidRPr="0078531E">
        <w:rPr>
          <w:spacing w:val="-2"/>
        </w:rPr>
        <w:t xml:space="preserve">programokat </w:t>
      </w:r>
      <w:r w:rsidR="00C3522D" w:rsidRPr="0078531E">
        <w:t>szervezzünk</w:t>
      </w:r>
      <w:r w:rsidR="00C3522D" w:rsidRPr="0078531E">
        <w:rPr>
          <w:spacing w:val="80"/>
          <w:w w:val="150"/>
        </w:rPr>
        <w:t xml:space="preserve"> </w:t>
      </w:r>
      <w:r w:rsidR="00C3522D" w:rsidRPr="0078531E">
        <w:t>és</w:t>
      </w:r>
      <w:r w:rsidR="00C3522D" w:rsidRPr="0078531E">
        <w:rPr>
          <w:spacing w:val="80"/>
          <w:w w:val="150"/>
        </w:rPr>
        <w:t xml:space="preserve"> </w:t>
      </w:r>
      <w:r w:rsidR="00C3522D" w:rsidRPr="0078531E">
        <w:t>valósítsunk</w:t>
      </w:r>
      <w:r w:rsidR="00C3522D" w:rsidRPr="0078531E">
        <w:rPr>
          <w:spacing w:val="80"/>
          <w:w w:val="150"/>
        </w:rPr>
        <w:t xml:space="preserve"> </w:t>
      </w:r>
      <w:r w:rsidR="00C3522D" w:rsidRPr="0078531E">
        <w:t>meg</w:t>
      </w:r>
      <w:r w:rsidR="00C3522D" w:rsidRPr="0078531E">
        <w:rPr>
          <w:spacing w:val="80"/>
          <w:w w:val="150"/>
        </w:rPr>
        <w:t xml:space="preserve"> </w:t>
      </w:r>
      <w:r w:rsidR="00C3522D" w:rsidRPr="0078531E">
        <w:t>az</w:t>
      </w:r>
      <w:r w:rsidR="00C3522D" w:rsidRPr="0078531E">
        <w:rPr>
          <w:spacing w:val="80"/>
          <w:w w:val="150"/>
        </w:rPr>
        <w:t xml:space="preserve"> </w:t>
      </w:r>
      <w:r w:rsidR="00C3522D" w:rsidRPr="0078531E">
        <w:t>óvodánkba</w:t>
      </w:r>
      <w:r w:rsidR="00C3522D" w:rsidRPr="0078531E">
        <w:rPr>
          <w:spacing w:val="80"/>
          <w:w w:val="150"/>
        </w:rPr>
        <w:t xml:space="preserve"> </w:t>
      </w:r>
      <w:r w:rsidR="00C3522D" w:rsidRPr="0078531E">
        <w:t>járó</w:t>
      </w:r>
      <w:r w:rsidR="00C3522D" w:rsidRPr="0078531E">
        <w:rPr>
          <w:spacing w:val="80"/>
          <w:w w:val="150"/>
        </w:rPr>
        <w:t xml:space="preserve"> </w:t>
      </w:r>
      <w:r w:rsidR="00C3522D" w:rsidRPr="0078531E">
        <w:t>gyermekeink</w:t>
      </w:r>
      <w:r w:rsidR="00C3522D" w:rsidRPr="0078531E">
        <w:rPr>
          <w:spacing w:val="80"/>
          <w:w w:val="150"/>
        </w:rPr>
        <w:t xml:space="preserve"> </w:t>
      </w:r>
      <w:r w:rsidR="00C3522D" w:rsidRPr="0078531E">
        <w:t>számára,</w:t>
      </w:r>
      <w:r w:rsidR="00C3522D" w:rsidRPr="0078531E">
        <w:rPr>
          <w:spacing w:val="80"/>
          <w:w w:val="150"/>
        </w:rPr>
        <w:t xml:space="preserve"> </w:t>
      </w:r>
      <w:r w:rsidR="00C3522D" w:rsidRPr="0078531E">
        <w:t>amelyek kudarcélmény</w:t>
      </w:r>
      <w:r w:rsidR="00C3522D" w:rsidRPr="0078531E">
        <w:rPr>
          <w:spacing w:val="80"/>
        </w:rPr>
        <w:t xml:space="preserve"> </w:t>
      </w:r>
      <w:r w:rsidR="00C3522D" w:rsidRPr="0078531E">
        <w:t>nélkül,</w:t>
      </w:r>
      <w:r w:rsidR="00C3522D" w:rsidRPr="0078531E">
        <w:rPr>
          <w:spacing w:val="80"/>
        </w:rPr>
        <w:t xml:space="preserve"> </w:t>
      </w:r>
      <w:r w:rsidR="00C3522D" w:rsidRPr="0078531E">
        <w:t>bármilyen</w:t>
      </w:r>
      <w:r w:rsidR="00C3522D" w:rsidRPr="0078531E">
        <w:rPr>
          <w:spacing w:val="80"/>
        </w:rPr>
        <w:t xml:space="preserve"> </w:t>
      </w:r>
      <w:r w:rsidR="00C3522D" w:rsidRPr="0078531E">
        <w:t>szintű</w:t>
      </w:r>
      <w:r w:rsidR="00C3522D" w:rsidRPr="0078531E">
        <w:tab/>
      </w:r>
      <w:r w:rsidR="0022444D" w:rsidRPr="0078531E">
        <w:t xml:space="preserve"> </w:t>
      </w:r>
      <w:r w:rsidR="00C3522D" w:rsidRPr="0078531E">
        <w:t>képességek</w:t>
      </w:r>
      <w:r w:rsidR="00C3522D" w:rsidRPr="0078531E">
        <w:rPr>
          <w:spacing w:val="80"/>
        </w:rPr>
        <w:t xml:space="preserve"> </w:t>
      </w:r>
      <w:r w:rsidR="00C3522D" w:rsidRPr="0078531E">
        <w:t>birtokában</w:t>
      </w:r>
      <w:r w:rsidR="00C3522D" w:rsidRPr="0078531E">
        <w:rPr>
          <w:spacing w:val="80"/>
        </w:rPr>
        <w:t xml:space="preserve"> </w:t>
      </w:r>
      <w:r w:rsidR="00C3522D" w:rsidRPr="0078531E">
        <w:t>lehetőséget</w:t>
      </w:r>
      <w:r w:rsidR="00C3522D" w:rsidRPr="0078531E">
        <w:rPr>
          <w:spacing w:val="80"/>
        </w:rPr>
        <w:t xml:space="preserve"> </w:t>
      </w:r>
      <w:r w:rsidR="00C3522D" w:rsidRPr="0078531E">
        <w:t>adnak</w:t>
      </w:r>
      <w:r w:rsidR="00C3522D" w:rsidRPr="0078531E">
        <w:rPr>
          <w:spacing w:val="80"/>
        </w:rPr>
        <w:t xml:space="preserve"> </w:t>
      </w:r>
      <w:r w:rsidR="00C3522D" w:rsidRPr="0078531E">
        <w:t>a résztvevőinek az örömteli játékra, a személyes tapasztalásra, ismeret- és élményszerzésre, a</w:t>
      </w:r>
      <w:r w:rsidR="00C3522D" w:rsidRPr="0078531E">
        <w:rPr>
          <w:spacing w:val="80"/>
        </w:rPr>
        <w:t xml:space="preserve"> </w:t>
      </w:r>
      <w:r w:rsidR="00C3522D" w:rsidRPr="0078531E">
        <w:t>személyiség</w:t>
      </w:r>
      <w:r w:rsidR="00C3522D" w:rsidRPr="0078531E">
        <w:rPr>
          <w:spacing w:val="-13"/>
        </w:rPr>
        <w:t xml:space="preserve"> </w:t>
      </w:r>
      <w:r w:rsidR="00C3522D" w:rsidRPr="0078531E">
        <w:t>kibontakoztatására.</w:t>
      </w:r>
      <w:r w:rsidR="00C3522D" w:rsidRPr="0078531E">
        <w:rPr>
          <w:spacing w:val="-11"/>
        </w:rPr>
        <w:t xml:space="preserve"> </w:t>
      </w:r>
      <w:r w:rsidR="00C3522D" w:rsidRPr="0078531E">
        <w:t>Ezáltal</w:t>
      </w:r>
      <w:r w:rsidR="00C3522D" w:rsidRPr="0078531E">
        <w:rPr>
          <w:spacing w:val="-10"/>
        </w:rPr>
        <w:t xml:space="preserve"> </w:t>
      </w:r>
      <w:r w:rsidR="00C3522D" w:rsidRPr="0078531E">
        <w:t>a</w:t>
      </w:r>
      <w:r w:rsidR="00C3522D" w:rsidRPr="0078531E">
        <w:rPr>
          <w:spacing w:val="-12"/>
        </w:rPr>
        <w:t xml:space="preserve"> </w:t>
      </w:r>
      <w:r w:rsidR="00C3522D" w:rsidRPr="0078531E">
        <w:t>környezetükre</w:t>
      </w:r>
      <w:r w:rsidR="00C3522D" w:rsidRPr="0078531E">
        <w:rPr>
          <w:spacing w:val="-12"/>
        </w:rPr>
        <w:t xml:space="preserve"> </w:t>
      </w:r>
      <w:r w:rsidR="00C3522D" w:rsidRPr="0078531E">
        <w:t>igényes,</w:t>
      </w:r>
      <w:r w:rsidR="00C3522D" w:rsidRPr="0078531E">
        <w:rPr>
          <w:spacing w:val="-8"/>
        </w:rPr>
        <w:t xml:space="preserve"> </w:t>
      </w:r>
      <w:r w:rsidR="00C3522D" w:rsidRPr="0078531E">
        <w:t>azt</w:t>
      </w:r>
      <w:r w:rsidR="00C3522D" w:rsidRPr="0078531E">
        <w:rPr>
          <w:spacing w:val="-10"/>
        </w:rPr>
        <w:t xml:space="preserve"> </w:t>
      </w:r>
      <w:r w:rsidR="00C3522D" w:rsidRPr="0078531E">
        <w:t>ismerő</w:t>
      </w:r>
      <w:r w:rsidR="00C3522D" w:rsidRPr="0078531E">
        <w:rPr>
          <w:spacing w:val="-11"/>
        </w:rPr>
        <w:t xml:space="preserve"> </w:t>
      </w:r>
      <w:r w:rsidR="00C3522D" w:rsidRPr="0078531E">
        <w:t>és</w:t>
      </w:r>
      <w:r w:rsidR="00C3522D" w:rsidRPr="0078531E">
        <w:rPr>
          <w:spacing w:val="-10"/>
        </w:rPr>
        <w:t xml:space="preserve"> </w:t>
      </w:r>
      <w:r w:rsidR="00C3522D" w:rsidRPr="0078531E">
        <w:t>óvó</w:t>
      </w:r>
      <w:r w:rsidR="00C3522D" w:rsidRPr="0078531E">
        <w:rPr>
          <w:spacing w:val="-11"/>
        </w:rPr>
        <w:t xml:space="preserve"> </w:t>
      </w:r>
      <w:r w:rsidR="00C3522D" w:rsidRPr="0078531E">
        <w:t>felnőttekké válhatnak,</w:t>
      </w:r>
      <w:r w:rsidR="00C3522D" w:rsidRPr="0078531E">
        <w:rPr>
          <w:spacing w:val="-12"/>
        </w:rPr>
        <w:t xml:space="preserve"> </w:t>
      </w:r>
      <w:r w:rsidR="00C3522D" w:rsidRPr="0078531E">
        <w:t>formálva</w:t>
      </w:r>
      <w:r w:rsidR="00C3522D" w:rsidRPr="0078531E">
        <w:rPr>
          <w:spacing w:val="-13"/>
        </w:rPr>
        <w:t xml:space="preserve"> </w:t>
      </w:r>
      <w:r w:rsidR="00C3522D" w:rsidRPr="0078531E">
        <w:t>mindeközben</w:t>
      </w:r>
      <w:r w:rsidR="00C3522D" w:rsidRPr="0078531E">
        <w:rPr>
          <w:spacing w:val="-12"/>
        </w:rPr>
        <w:t xml:space="preserve"> </w:t>
      </w:r>
      <w:r w:rsidR="00C3522D" w:rsidRPr="0078531E">
        <w:t>azt</w:t>
      </w:r>
      <w:r w:rsidR="00C3522D" w:rsidRPr="0078531E">
        <w:rPr>
          <w:spacing w:val="-11"/>
        </w:rPr>
        <w:t xml:space="preserve"> </w:t>
      </w:r>
      <w:r w:rsidR="00C3522D" w:rsidRPr="0078531E">
        <w:t>a</w:t>
      </w:r>
      <w:r w:rsidR="00C3522D" w:rsidRPr="0078531E">
        <w:rPr>
          <w:spacing w:val="-13"/>
        </w:rPr>
        <w:t xml:space="preserve"> </w:t>
      </w:r>
      <w:r w:rsidR="00C3522D" w:rsidRPr="0078531E">
        <w:t>társadalmi</w:t>
      </w:r>
      <w:r w:rsidR="00C3522D" w:rsidRPr="0078531E">
        <w:rPr>
          <w:spacing w:val="-14"/>
        </w:rPr>
        <w:t xml:space="preserve"> </w:t>
      </w:r>
      <w:r w:rsidR="00C3522D" w:rsidRPr="0078531E">
        <w:t>közeget</w:t>
      </w:r>
      <w:r w:rsidR="00C3522D" w:rsidRPr="0078531E">
        <w:rPr>
          <w:spacing w:val="-11"/>
        </w:rPr>
        <w:t xml:space="preserve"> </w:t>
      </w:r>
      <w:r w:rsidR="00C3522D" w:rsidRPr="0078531E">
        <w:t>is</w:t>
      </w:r>
      <w:r w:rsidR="00C3522D" w:rsidRPr="0078531E">
        <w:rPr>
          <w:spacing w:val="-11"/>
        </w:rPr>
        <w:t xml:space="preserve"> </w:t>
      </w:r>
      <w:r w:rsidR="00C3522D" w:rsidRPr="0078531E">
        <w:t>(család,</w:t>
      </w:r>
      <w:r w:rsidR="00C3522D" w:rsidRPr="0078531E">
        <w:rPr>
          <w:spacing w:val="-12"/>
        </w:rPr>
        <w:t xml:space="preserve"> </w:t>
      </w:r>
      <w:r w:rsidR="00C3522D" w:rsidRPr="0078531E">
        <w:t>barátok,</w:t>
      </w:r>
      <w:r w:rsidR="00C3522D" w:rsidRPr="0078531E">
        <w:rPr>
          <w:spacing w:val="-11"/>
        </w:rPr>
        <w:t xml:space="preserve"> </w:t>
      </w:r>
      <w:r w:rsidR="00C3522D" w:rsidRPr="0078531E">
        <w:t>ismerősök),</w:t>
      </w:r>
      <w:r w:rsidR="00C3522D" w:rsidRPr="0078531E">
        <w:rPr>
          <w:spacing w:val="-12"/>
        </w:rPr>
        <w:t xml:space="preserve"> </w:t>
      </w:r>
      <w:r w:rsidR="00C3522D" w:rsidRPr="0078531E">
        <w:t xml:space="preserve">akik </w:t>
      </w:r>
      <w:proofErr w:type="spellStart"/>
      <w:r w:rsidR="00C3522D" w:rsidRPr="0078531E">
        <w:t>körülveszik</w:t>
      </w:r>
      <w:proofErr w:type="spellEnd"/>
      <w:r w:rsidR="00C3522D" w:rsidRPr="0078531E">
        <w:rPr>
          <w:spacing w:val="80"/>
          <w:w w:val="150"/>
        </w:rPr>
        <w:t xml:space="preserve"> </w:t>
      </w:r>
      <w:r w:rsidR="00C3522D" w:rsidRPr="0078531E">
        <w:t>őket</w:t>
      </w:r>
      <w:r w:rsidR="00C3522D" w:rsidRPr="0078531E">
        <w:rPr>
          <w:spacing w:val="80"/>
          <w:w w:val="150"/>
        </w:rPr>
        <w:t xml:space="preserve"> </w:t>
      </w:r>
      <w:r w:rsidR="00C3522D" w:rsidRPr="0078531E">
        <w:t>ebben</w:t>
      </w:r>
      <w:r w:rsidR="00C3522D" w:rsidRPr="0078531E">
        <w:rPr>
          <w:spacing w:val="80"/>
          <w:w w:val="150"/>
        </w:rPr>
        <w:t xml:space="preserve"> </w:t>
      </w:r>
      <w:r w:rsidR="00C3522D" w:rsidRPr="0078531E">
        <w:t>a</w:t>
      </w:r>
      <w:r w:rsidR="00C3522D" w:rsidRPr="0078531E">
        <w:rPr>
          <w:spacing w:val="80"/>
          <w:w w:val="150"/>
        </w:rPr>
        <w:t xml:space="preserve"> </w:t>
      </w:r>
      <w:r w:rsidR="00C3522D" w:rsidRPr="0078531E">
        <w:t>folyamatban.</w:t>
      </w:r>
      <w:r w:rsidR="00C3522D" w:rsidRPr="0078531E">
        <w:rPr>
          <w:spacing w:val="80"/>
          <w:w w:val="150"/>
        </w:rPr>
        <w:t xml:space="preserve"> </w:t>
      </w:r>
      <w:r w:rsidR="00C3522D" w:rsidRPr="0078531E">
        <w:t>Ki</w:t>
      </w:r>
      <w:r w:rsidR="00C3522D" w:rsidRPr="0078531E">
        <w:rPr>
          <w:spacing w:val="80"/>
          <w:w w:val="150"/>
        </w:rPr>
        <w:t xml:space="preserve"> </w:t>
      </w:r>
      <w:r w:rsidR="00C3522D" w:rsidRPr="0078531E">
        <w:t>kell</w:t>
      </w:r>
      <w:r w:rsidR="00C3522D" w:rsidRPr="0078531E">
        <w:rPr>
          <w:spacing w:val="80"/>
          <w:w w:val="150"/>
        </w:rPr>
        <w:t xml:space="preserve"> </w:t>
      </w:r>
      <w:r w:rsidR="00C3522D" w:rsidRPr="0078531E">
        <w:t>emelnünk,</w:t>
      </w:r>
      <w:r w:rsidR="00C3522D" w:rsidRPr="0078531E">
        <w:rPr>
          <w:spacing w:val="80"/>
          <w:w w:val="150"/>
        </w:rPr>
        <w:t xml:space="preserve"> </w:t>
      </w:r>
      <w:r w:rsidR="00C3522D" w:rsidRPr="0078531E">
        <w:t>hogy</w:t>
      </w:r>
      <w:r w:rsidR="00C3522D" w:rsidRPr="0078531E">
        <w:rPr>
          <w:spacing w:val="80"/>
          <w:w w:val="150"/>
        </w:rPr>
        <w:t xml:space="preserve"> </w:t>
      </w:r>
      <w:r w:rsidR="00C3522D" w:rsidRPr="0078531E">
        <w:t>ebben</w:t>
      </w:r>
      <w:r w:rsidR="00C3522D" w:rsidRPr="0078531E">
        <w:rPr>
          <w:spacing w:val="80"/>
          <w:w w:val="150"/>
        </w:rPr>
        <w:t xml:space="preserve"> </w:t>
      </w:r>
      <w:r w:rsidR="00C3522D" w:rsidRPr="0078531E">
        <w:t>a</w:t>
      </w:r>
      <w:r w:rsidR="00C3522D" w:rsidRPr="0078531E">
        <w:rPr>
          <w:spacing w:val="80"/>
          <w:w w:val="150"/>
        </w:rPr>
        <w:t xml:space="preserve"> </w:t>
      </w:r>
      <w:r w:rsidR="00C3522D" w:rsidRPr="0078531E">
        <w:t>játékos</w:t>
      </w:r>
      <w:r w:rsidR="00C3522D" w:rsidRPr="0078531E">
        <w:rPr>
          <w:spacing w:val="80"/>
        </w:rPr>
        <w:t xml:space="preserve"> </w:t>
      </w:r>
      <w:r w:rsidR="00C3522D" w:rsidRPr="0078531E">
        <w:rPr>
          <w:spacing w:val="-2"/>
        </w:rPr>
        <w:t>tevékenységrendszerben</w:t>
      </w:r>
      <w:r w:rsidR="00C3522D" w:rsidRPr="0078531E">
        <w:tab/>
      </w:r>
      <w:r w:rsidR="00C3522D" w:rsidRPr="0078531E">
        <w:rPr>
          <w:spacing w:val="-10"/>
        </w:rPr>
        <w:t>a</w:t>
      </w:r>
      <w:r w:rsidRPr="0078531E">
        <w:t xml:space="preserve"> </w:t>
      </w:r>
      <w:r w:rsidR="00C3522D" w:rsidRPr="0078531E">
        <w:rPr>
          <w:spacing w:val="-2"/>
        </w:rPr>
        <w:t>gyermekek</w:t>
      </w:r>
      <w:r w:rsidRPr="0078531E">
        <w:t xml:space="preserve"> </w:t>
      </w:r>
      <w:r w:rsidR="00C3522D" w:rsidRPr="0078531E">
        <w:rPr>
          <w:spacing w:val="-2"/>
        </w:rPr>
        <w:t>nagyon</w:t>
      </w:r>
      <w:r w:rsidRPr="0078531E">
        <w:t xml:space="preserve"> </w:t>
      </w:r>
      <w:r w:rsidR="00C3522D" w:rsidRPr="0078531E">
        <w:rPr>
          <w:spacing w:val="-2"/>
        </w:rPr>
        <w:t>sokféle</w:t>
      </w:r>
      <w:r w:rsidRPr="0078531E">
        <w:t xml:space="preserve"> </w:t>
      </w:r>
      <w:r w:rsidR="00C3522D" w:rsidRPr="0078531E">
        <w:rPr>
          <w:spacing w:val="-2"/>
        </w:rPr>
        <w:t>munka</w:t>
      </w:r>
      <w:r w:rsidR="00C3522D" w:rsidRPr="0078531E">
        <w:tab/>
      </w:r>
      <w:r w:rsidR="00C3522D" w:rsidRPr="0078531E">
        <w:rPr>
          <w:spacing w:val="-2"/>
        </w:rPr>
        <w:t>jellegű</w:t>
      </w:r>
      <w:r w:rsidR="00C3522D" w:rsidRPr="0078531E">
        <w:tab/>
      </w:r>
      <w:r w:rsidR="00C3522D" w:rsidRPr="0078531E">
        <w:rPr>
          <w:spacing w:val="-2"/>
        </w:rPr>
        <w:t>tevékenységet</w:t>
      </w:r>
      <w:r w:rsidR="006F1394" w:rsidRPr="0078531E">
        <w:rPr>
          <w:spacing w:val="-2"/>
        </w:rPr>
        <w:t xml:space="preserve"> </w:t>
      </w:r>
      <w:r w:rsidR="00C3522D" w:rsidRPr="0078531E">
        <w:t>végezhetnek,</w:t>
      </w:r>
      <w:r w:rsidR="00C3522D" w:rsidRPr="0078531E">
        <w:rPr>
          <w:spacing w:val="32"/>
        </w:rPr>
        <w:t xml:space="preserve"> </w:t>
      </w:r>
      <w:r w:rsidR="00C3522D" w:rsidRPr="0078531E">
        <w:t>amire</w:t>
      </w:r>
      <w:r w:rsidR="00C3522D" w:rsidRPr="0078531E">
        <w:rPr>
          <w:spacing w:val="28"/>
        </w:rPr>
        <w:t xml:space="preserve"> </w:t>
      </w:r>
      <w:r w:rsidR="00C3522D" w:rsidRPr="0078531E">
        <w:t>több</w:t>
      </w:r>
      <w:r w:rsidR="00C3522D" w:rsidRPr="0078531E">
        <w:rPr>
          <w:spacing w:val="33"/>
        </w:rPr>
        <w:t xml:space="preserve"> </w:t>
      </w:r>
      <w:r w:rsidR="00C3522D" w:rsidRPr="0078531E">
        <w:t>önállóságot</w:t>
      </w:r>
      <w:r w:rsidR="00C3522D" w:rsidRPr="0078531E">
        <w:rPr>
          <w:spacing w:val="30"/>
        </w:rPr>
        <w:t xml:space="preserve"> </w:t>
      </w:r>
      <w:r w:rsidR="00C3522D" w:rsidRPr="0078531E">
        <w:t>és</w:t>
      </w:r>
      <w:r w:rsidR="00C3522D" w:rsidRPr="0078531E">
        <w:rPr>
          <w:spacing w:val="32"/>
        </w:rPr>
        <w:t xml:space="preserve"> </w:t>
      </w:r>
      <w:r w:rsidR="00C3522D" w:rsidRPr="0078531E">
        <w:t>lehetőséget</w:t>
      </w:r>
      <w:r w:rsidR="00C3522D" w:rsidRPr="0078531E">
        <w:rPr>
          <w:spacing w:val="33"/>
        </w:rPr>
        <w:t xml:space="preserve"> </w:t>
      </w:r>
      <w:r w:rsidR="00C3522D" w:rsidRPr="0078531E">
        <w:t>adunk</w:t>
      </w:r>
      <w:r w:rsidR="00C3522D" w:rsidRPr="0078531E">
        <w:rPr>
          <w:spacing w:val="80"/>
        </w:rPr>
        <w:t xml:space="preserve"> </w:t>
      </w:r>
      <w:r w:rsidR="00C3522D" w:rsidRPr="0078531E">
        <w:t>a</w:t>
      </w:r>
      <w:r w:rsidR="00C3522D" w:rsidRPr="0078531E">
        <w:rPr>
          <w:spacing w:val="31"/>
        </w:rPr>
        <w:t xml:space="preserve"> </w:t>
      </w:r>
      <w:r w:rsidR="00C3522D" w:rsidRPr="0078531E">
        <w:t>hagyományosnál</w:t>
      </w:r>
      <w:r w:rsidR="00C3522D" w:rsidRPr="0078531E">
        <w:rPr>
          <w:spacing w:val="33"/>
        </w:rPr>
        <w:t xml:space="preserve"> </w:t>
      </w:r>
      <w:r w:rsidR="00C3522D" w:rsidRPr="0078531E">
        <w:t>(igazai</w:t>
      </w:r>
      <w:r w:rsidR="00C3522D" w:rsidRPr="0078531E">
        <w:rPr>
          <w:spacing w:val="30"/>
        </w:rPr>
        <w:t xml:space="preserve"> </w:t>
      </w:r>
      <w:r w:rsidR="00C3522D" w:rsidRPr="0078531E">
        <w:t>kerti munka, valódi barkácsolás). A gyermek, tapasztalataink szerint, a munka jellegű feladatokat egyfajta</w:t>
      </w:r>
      <w:r w:rsidR="00C3522D" w:rsidRPr="0078531E">
        <w:rPr>
          <w:spacing w:val="77"/>
        </w:rPr>
        <w:t xml:space="preserve"> </w:t>
      </w:r>
      <w:r w:rsidR="00C3522D" w:rsidRPr="0078531E">
        <w:t>szerepjátékként</w:t>
      </w:r>
      <w:r w:rsidR="00C3522D" w:rsidRPr="0078531E">
        <w:rPr>
          <w:spacing w:val="80"/>
        </w:rPr>
        <w:t xml:space="preserve"> </w:t>
      </w:r>
      <w:r w:rsidR="00C3522D" w:rsidRPr="0078531E">
        <w:t>éli</w:t>
      </w:r>
      <w:r w:rsidR="00C3522D" w:rsidRPr="0078531E">
        <w:rPr>
          <w:spacing w:val="79"/>
        </w:rPr>
        <w:t xml:space="preserve"> </w:t>
      </w:r>
      <w:r w:rsidR="00C3522D" w:rsidRPr="0078531E">
        <w:t>meg,</w:t>
      </w:r>
      <w:r w:rsidR="00C3522D" w:rsidRPr="0078531E">
        <w:rPr>
          <w:spacing w:val="78"/>
        </w:rPr>
        <w:t xml:space="preserve"> </w:t>
      </w:r>
      <w:r w:rsidR="00C3522D" w:rsidRPr="0078531E">
        <w:t>ezáltal</w:t>
      </w:r>
      <w:r w:rsidR="00C3522D" w:rsidRPr="0078531E">
        <w:rPr>
          <w:spacing w:val="78"/>
        </w:rPr>
        <w:t xml:space="preserve"> </w:t>
      </w:r>
      <w:r w:rsidR="00C3522D" w:rsidRPr="0078531E">
        <w:t>nagyon</w:t>
      </w:r>
      <w:r w:rsidR="00C3522D" w:rsidRPr="0078531E">
        <w:rPr>
          <w:spacing w:val="78"/>
        </w:rPr>
        <w:t xml:space="preserve"> </w:t>
      </w:r>
      <w:r w:rsidR="00C3522D" w:rsidRPr="0078531E">
        <w:t>közel</w:t>
      </w:r>
      <w:r w:rsidR="00C3522D" w:rsidRPr="0078531E">
        <w:rPr>
          <w:spacing w:val="78"/>
        </w:rPr>
        <w:t xml:space="preserve"> </w:t>
      </w:r>
      <w:r w:rsidR="00C3522D" w:rsidRPr="0078531E">
        <w:t>áll</w:t>
      </w:r>
      <w:r w:rsidR="00C3522D" w:rsidRPr="0078531E">
        <w:rPr>
          <w:spacing w:val="79"/>
        </w:rPr>
        <w:t xml:space="preserve"> </w:t>
      </w:r>
      <w:r w:rsidR="00C3522D" w:rsidRPr="0078531E">
        <w:t>hozzá,</w:t>
      </w:r>
      <w:r w:rsidR="00C3522D" w:rsidRPr="0078531E">
        <w:rPr>
          <w:spacing w:val="78"/>
        </w:rPr>
        <w:t xml:space="preserve"> </w:t>
      </w:r>
      <w:r w:rsidR="00C3522D" w:rsidRPr="0078531E">
        <w:t>hiszen</w:t>
      </w:r>
      <w:r w:rsidR="00C3522D" w:rsidRPr="0078531E">
        <w:rPr>
          <w:spacing w:val="78"/>
        </w:rPr>
        <w:t xml:space="preserve"> </w:t>
      </w:r>
      <w:r w:rsidR="00C3522D" w:rsidRPr="0078531E">
        <w:t>utánozhatja</w:t>
      </w:r>
      <w:r w:rsidR="00C3522D" w:rsidRPr="0078531E">
        <w:rPr>
          <w:spacing w:val="77"/>
        </w:rPr>
        <w:t xml:space="preserve"> </w:t>
      </w:r>
      <w:r w:rsidR="00C3522D" w:rsidRPr="0078531E">
        <w:t>a felnőtteket ugyanúgy, mint pl. egy</w:t>
      </w:r>
      <w:r w:rsidR="00C3522D" w:rsidRPr="0078531E">
        <w:rPr>
          <w:spacing w:val="-2"/>
        </w:rPr>
        <w:t xml:space="preserve"> </w:t>
      </w:r>
      <w:r w:rsidR="00C3522D" w:rsidRPr="0078531E">
        <w:t xml:space="preserve">hagyományos értelemben vett szimbolikus szerepjátékban. </w:t>
      </w:r>
    </w:p>
    <w:p w14:paraId="7451355F" w14:textId="77777777" w:rsidR="006F1394" w:rsidRPr="0078531E" w:rsidRDefault="006F1394" w:rsidP="006F1394">
      <w:pPr>
        <w:pStyle w:val="Szvegtrzs"/>
        <w:tabs>
          <w:tab w:val="left" w:pos="1213"/>
          <w:tab w:val="left" w:pos="2694"/>
          <w:tab w:val="left" w:pos="2748"/>
          <w:tab w:val="left" w:pos="3119"/>
          <w:tab w:val="left" w:pos="3547"/>
          <w:tab w:val="left" w:pos="4214"/>
          <w:tab w:val="left" w:pos="4289"/>
          <w:tab w:val="left" w:pos="4602"/>
          <w:tab w:val="left" w:pos="4964"/>
          <w:tab w:val="left" w:pos="5209"/>
          <w:tab w:val="left" w:pos="6114"/>
          <w:tab w:val="left" w:pos="6980"/>
          <w:tab w:val="left" w:pos="7844"/>
          <w:tab w:val="left" w:pos="7977"/>
        </w:tabs>
        <w:spacing w:line="360" w:lineRule="auto"/>
        <w:ind w:right="435"/>
        <w:jc w:val="both"/>
      </w:pPr>
    </w:p>
    <w:p w14:paraId="65C4AC36" w14:textId="7349E132" w:rsidR="00AE0CFD" w:rsidRPr="0078531E" w:rsidRDefault="00C3522D" w:rsidP="006F1394">
      <w:pPr>
        <w:pStyle w:val="Szvegtrzs"/>
        <w:tabs>
          <w:tab w:val="left" w:pos="1213"/>
          <w:tab w:val="left" w:pos="2694"/>
          <w:tab w:val="left" w:pos="2748"/>
          <w:tab w:val="left" w:pos="3119"/>
          <w:tab w:val="left" w:pos="3547"/>
          <w:tab w:val="left" w:pos="4214"/>
          <w:tab w:val="left" w:pos="4289"/>
          <w:tab w:val="left" w:pos="4602"/>
          <w:tab w:val="left" w:pos="4964"/>
          <w:tab w:val="left" w:pos="5209"/>
          <w:tab w:val="left" w:pos="6114"/>
          <w:tab w:val="left" w:pos="6980"/>
          <w:tab w:val="left" w:pos="7844"/>
          <w:tab w:val="left" w:pos="7977"/>
        </w:tabs>
        <w:spacing w:line="360" w:lineRule="auto"/>
        <w:ind w:right="435"/>
        <w:jc w:val="both"/>
      </w:pPr>
      <w:r w:rsidRPr="0078531E">
        <w:t>A környezettudatos életvitelt és ennek részeként az</w:t>
      </w:r>
      <w:r w:rsidRPr="0078531E">
        <w:rPr>
          <w:spacing w:val="40"/>
        </w:rPr>
        <w:t xml:space="preserve"> </w:t>
      </w:r>
      <w:r w:rsidRPr="0078531E">
        <w:rPr>
          <w:b/>
        </w:rPr>
        <w:t xml:space="preserve">ökológiai lábnyom </w:t>
      </w:r>
      <w:r w:rsidRPr="0078531E">
        <w:t>megismerését és</w:t>
      </w:r>
      <w:r w:rsidRPr="0078531E">
        <w:rPr>
          <w:spacing w:val="40"/>
        </w:rPr>
        <w:t xml:space="preserve"> </w:t>
      </w:r>
      <w:r w:rsidRPr="0078531E">
        <w:t xml:space="preserve">figyelembevételét természetesen az óvodás korú gyermekek korához illeszkedően, játékos </w:t>
      </w:r>
      <w:r w:rsidRPr="0078531E">
        <w:lastRenderedPageBreak/>
        <w:t>formában, megfigyeléssel lehet felhasználni, jellemzően az alábbiak szerint:</w:t>
      </w:r>
    </w:p>
    <w:p w14:paraId="4D94585F" w14:textId="77777777" w:rsidR="006F1394" w:rsidRPr="0078531E" w:rsidRDefault="006F1394" w:rsidP="006F1394">
      <w:pPr>
        <w:pStyle w:val="Szvegtrzs"/>
        <w:tabs>
          <w:tab w:val="left" w:pos="1213"/>
          <w:tab w:val="left" w:pos="2694"/>
          <w:tab w:val="left" w:pos="2748"/>
          <w:tab w:val="left" w:pos="3119"/>
          <w:tab w:val="left" w:pos="3547"/>
          <w:tab w:val="left" w:pos="4214"/>
          <w:tab w:val="left" w:pos="4289"/>
          <w:tab w:val="left" w:pos="4602"/>
          <w:tab w:val="left" w:pos="4964"/>
          <w:tab w:val="left" w:pos="5209"/>
          <w:tab w:val="left" w:pos="6114"/>
          <w:tab w:val="left" w:pos="6980"/>
          <w:tab w:val="left" w:pos="7844"/>
          <w:tab w:val="left" w:pos="7977"/>
        </w:tabs>
        <w:spacing w:line="360" w:lineRule="auto"/>
        <w:ind w:right="435"/>
        <w:jc w:val="both"/>
      </w:pPr>
    </w:p>
    <w:p w14:paraId="1B7D1545" w14:textId="77777777" w:rsidR="006F1394" w:rsidRPr="0078531E" w:rsidRDefault="00C3522D">
      <w:pPr>
        <w:pStyle w:val="Listaszerbekezds"/>
        <w:numPr>
          <w:ilvl w:val="0"/>
          <w:numId w:val="19"/>
        </w:numPr>
        <w:tabs>
          <w:tab w:val="left" w:pos="916"/>
        </w:tabs>
        <w:spacing w:line="360" w:lineRule="auto"/>
        <w:rPr>
          <w:sz w:val="24"/>
        </w:rPr>
      </w:pPr>
      <w:r w:rsidRPr="0078531E">
        <w:rPr>
          <w:sz w:val="24"/>
        </w:rPr>
        <w:t>az</w:t>
      </w:r>
      <w:r w:rsidRPr="0078531E">
        <w:rPr>
          <w:spacing w:val="-1"/>
          <w:sz w:val="24"/>
        </w:rPr>
        <w:t xml:space="preserve"> </w:t>
      </w:r>
      <w:r w:rsidRPr="0078531E">
        <w:rPr>
          <w:sz w:val="24"/>
        </w:rPr>
        <w:t>évszakok és</w:t>
      </w:r>
      <w:r w:rsidRPr="0078531E">
        <w:rPr>
          <w:spacing w:val="-2"/>
          <w:sz w:val="24"/>
        </w:rPr>
        <w:t xml:space="preserve"> </w:t>
      </w:r>
      <w:r w:rsidRPr="0078531E">
        <w:rPr>
          <w:sz w:val="24"/>
        </w:rPr>
        <w:t>a természet</w:t>
      </w:r>
      <w:r w:rsidRPr="0078531E">
        <w:rPr>
          <w:spacing w:val="-1"/>
          <w:sz w:val="24"/>
        </w:rPr>
        <w:t xml:space="preserve"> </w:t>
      </w:r>
      <w:r w:rsidRPr="0078531E">
        <w:rPr>
          <w:sz w:val="24"/>
        </w:rPr>
        <w:t xml:space="preserve">változásainak </w:t>
      </w:r>
      <w:r w:rsidRPr="0078531E">
        <w:rPr>
          <w:spacing w:val="-2"/>
          <w:sz w:val="24"/>
        </w:rPr>
        <w:t>megfigyelése;</w:t>
      </w:r>
    </w:p>
    <w:p w14:paraId="1F116CC3" w14:textId="77777777" w:rsidR="006F1394" w:rsidRPr="0078531E" w:rsidRDefault="00C3522D">
      <w:pPr>
        <w:pStyle w:val="Listaszerbekezds"/>
        <w:numPr>
          <w:ilvl w:val="0"/>
          <w:numId w:val="19"/>
        </w:numPr>
        <w:tabs>
          <w:tab w:val="left" w:pos="916"/>
        </w:tabs>
        <w:spacing w:line="360" w:lineRule="auto"/>
        <w:rPr>
          <w:sz w:val="24"/>
        </w:rPr>
      </w:pPr>
      <w:r w:rsidRPr="0078531E">
        <w:rPr>
          <w:sz w:val="24"/>
        </w:rPr>
        <w:t>a</w:t>
      </w:r>
      <w:r w:rsidRPr="0078531E">
        <w:rPr>
          <w:spacing w:val="-5"/>
          <w:sz w:val="24"/>
        </w:rPr>
        <w:t xml:space="preserve"> </w:t>
      </w:r>
      <w:r w:rsidRPr="0078531E">
        <w:rPr>
          <w:sz w:val="24"/>
        </w:rPr>
        <w:t>természet</w:t>
      </w:r>
      <w:r w:rsidRPr="0078531E">
        <w:rPr>
          <w:spacing w:val="-1"/>
          <w:sz w:val="24"/>
        </w:rPr>
        <w:t xml:space="preserve"> </w:t>
      </w:r>
      <w:r w:rsidRPr="0078531E">
        <w:rPr>
          <w:sz w:val="24"/>
        </w:rPr>
        <w:t>és</w:t>
      </w:r>
      <w:r w:rsidRPr="0078531E">
        <w:rPr>
          <w:spacing w:val="-3"/>
          <w:sz w:val="24"/>
        </w:rPr>
        <w:t xml:space="preserve"> </w:t>
      </w:r>
      <w:r w:rsidRPr="0078531E">
        <w:rPr>
          <w:sz w:val="24"/>
        </w:rPr>
        <w:t>az állatok megismerése,</w:t>
      </w:r>
      <w:r w:rsidRPr="0078531E">
        <w:rPr>
          <w:spacing w:val="-1"/>
          <w:sz w:val="24"/>
        </w:rPr>
        <w:t xml:space="preserve"> </w:t>
      </w:r>
      <w:r w:rsidRPr="0078531E">
        <w:rPr>
          <w:sz w:val="24"/>
        </w:rPr>
        <w:t>szeretete,</w:t>
      </w:r>
      <w:r w:rsidRPr="0078531E">
        <w:rPr>
          <w:spacing w:val="-2"/>
          <w:sz w:val="24"/>
        </w:rPr>
        <w:t xml:space="preserve"> </w:t>
      </w:r>
      <w:r w:rsidRPr="0078531E">
        <w:rPr>
          <w:sz w:val="24"/>
        </w:rPr>
        <w:t>a</w:t>
      </w:r>
      <w:r w:rsidRPr="0078531E">
        <w:rPr>
          <w:spacing w:val="-1"/>
          <w:sz w:val="24"/>
        </w:rPr>
        <w:t xml:space="preserve"> </w:t>
      </w:r>
      <w:r w:rsidRPr="0078531E">
        <w:rPr>
          <w:spacing w:val="-2"/>
          <w:sz w:val="24"/>
        </w:rPr>
        <w:t>természetvédelme;</w:t>
      </w:r>
    </w:p>
    <w:p w14:paraId="45C4B2AF" w14:textId="77777777" w:rsidR="006F1394" w:rsidRPr="0078531E" w:rsidRDefault="00C3522D">
      <w:pPr>
        <w:pStyle w:val="Listaszerbekezds"/>
        <w:numPr>
          <w:ilvl w:val="0"/>
          <w:numId w:val="19"/>
        </w:numPr>
        <w:tabs>
          <w:tab w:val="left" w:pos="916"/>
        </w:tabs>
        <w:spacing w:line="360" w:lineRule="auto"/>
        <w:rPr>
          <w:sz w:val="24"/>
        </w:rPr>
      </w:pPr>
      <w:r w:rsidRPr="0078531E">
        <w:rPr>
          <w:sz w:val="24"/>
        </w:rPr>
        <w:t>természetes</w:t>
      </w:r>
      <w:r w:rsidRPr="0078531E">
        <w:rPr>
          <w:spacing w:val="-4"/>
          <w:sz w:val="24"/>
        </w:rPr>
        <w:t xml:space="preserve"> </w:t>
      </w:r>
      <w:r w:rsidRPr="0078531E">
        <w:rPr>
          <w:sz w:val="24"/>
        </w:rPr>
        <w:t>alapanyagok</w:t>
      </w:r>
      <w:r w:rsidRPr="0078531E">
        <w:rPr>
          <w:spacing w:val="-2"/>
          <w:sz w:val="24"/>
        </w:rPr>
        <w:t xml:space="preserve"> </w:t>
      </w:r>
      <w:r w:rsidRPr="0078531E">
        <w:rPr>
          <w:sz w:val="24"/>
        </w:rPr>
        <w:t>megismerése</w:t>
      </w:r>
      <w:r w:rsidRPr="0078531E">
        <w:rPr>
          <w:spacing w:val="-4"/>
          <w:sz w:val="24"/>
        </w:rPr>
        <w:t xml:space="preserve"> </w:t>
      </w:r>
      <w:r w:rsidRPr="0078531E">
        <w:rPr>
          <w:sz w:val="24"/>
        </w:rPr>
        <w:t>és</w:t>
      </w:r>
      <w:r w:rsidRPr="0078531E">
        <w:rPr>
          <w:spacing w:val="-3"/>
          <w:sz w:val="24"/>
        </w:rPr>
        <w:t xml:space="preserve"> </w:t>
      </w:r>
      <w:r w:rsidRPr="0078531E">
        <w:rPr>
          <w:spacing w:val="-2"/>
          <w:sz w:val="24"/>
        </w:rPr>
        <w:t>használata;</w:t>
      </w:r>
    </w:p>
    <w:p w14:paraId="54088962" w14:textId="77777777" w:rsidR="006F1394" w:rsidRPr="0078531E" w:rsidRDefault="00C3522D">
      <w:pPr>
        <w:pStyle w:val="Listaszerbekezds"/>
        <w:numPr>
          <w:ilvl w:val="0"/>
          <w:numId w:val="19"/>
        </w:numPr>
        <w:tabs>
          <w:tab w:val="left" w:pos="916"/>
        </w:tabs>
        <w:spacing w:line="360" w:lineRule="auto"/>
        <w:rPr>
          <w:sz w:val="24"/>
        </w:rPr>
      </w:pPr>
      <w:r w:rsidRPr="0078531E">
        <w:rPr>
          <w:sz w:val="24"/>
        </w:rPr>
        <w:t>egészséges</w:t>
      </w:r>
      <w:r w:rsidRPr="0078531E">
        <w:rPr>
          <w:spacing w:val="-3"/>
          <w:sz w:val="24"/>
        </w:rPr>
        <w:t xml:space="preserve"> </w:t>
      </w:r>
      <w:r w:rsidRPr="0078531E">
        <w:rPr>
          <w:sz w:val="24"/>
        </w:rPr>
        <w:t>ételek,</w:t>
      </w:r>
      <w:r w:rsidRPr="0078531E">
        <w:rPr>
          <w:spacing w:val="-2"/>
          <w:sz w:val="24"/>
        </w:rPr>
        <w:t xml:space="preserve"> </w:t>
      </w:r>
      <w:r w:rsidRPr="0078531E">
        <w:rPr>
          <w:sz w:val="24"/>
        </w:rPr>
        <w:t>italok kóstolása,</w:t>
      </w:r>
      <w:r w:rsidRPr="0078531E">
        <w:rPr>
          <w:spacing w:val="-1"/>
          <w:sz w:val="24"/>
        </w:rPr>
        <w:t xml:space="preserve"> </w:t>
      </w:r>
      <w:r w:rsidRPr="0078531E">
        <w:rPr>
          <w:spacing w:val="-2"/>
          <w:sz w:val="24"/>
        </w:rPr>
        <w:t>fogyasztása;</w:t>
      </w:r>
    </w:p>
    <w:p w14:paraId="594DAFCD" w14:textId="77777777" w:rsidR="006F1394" w:rsidRPr="0078531E" w:rsidRDefault="00C3522D">
      <w:pPr>
        <w:pStyle w:val="Listaszerbekezds"/>
        <w:numPr>
          <w:ilvl w:val="0"/>
          <w:numId w:val="19"/>
        </w:numPr>
        <w:tabs>
          <w:tab w:val="left" w:pos="916"/>
        </w:tabs>
        <w:spacing w:line="360" w:lineRule="auto"/>
        <w:rPr>
          <w:sz w:val="24"/>
        </w:rPr>
      </w:pPr>
      <w:r w:rsidRPr="0078531E">
        <w:rPr>
          <w:sz w:val="24"/>
        </w:rPr>
        <w:t>az</w:t>
      </w:r>
      <w:r w:rsidRPr="0078531E">
        <w:rPr>
          <w:spacing w:val="-15"/>
          <w:sz w:val="24"/>
        </w:rPr>
        <w:t xml:space="preserve"> </w:t>
      </w:r>
      <w:r w:rsidRPr="0078531E">
        <w:rPr>
          <w:sz w:val="24"/>
        </w:rPr>
        <w:t>energiával</w:t>
      </w:r>
      <w:r w:rsidRPr="0078531E">
        <w:rPr>
          <w:spacing w:val="-15"/>
          <w:sz w:val="24"/>
        </w:rPr>
        <w:t xml:space="preserve"> </w:t>
      </w:r>
      <w:r w:rsidRPr="0078531E">
        <w:rPr>
          <w:sz w:val="24"/>
        </w:rPr>
        <w:t>való</w:t>
      </w:r>
      <w:r w:rsidRPr="0078531E">
        <w:rPr>
          <w:spacing w:val="-15"/>
          <w:sz w:val="24"/>
        </w:rPr>
        <w:t xml:space="preserve"> </w:t>
      </w:r>
      <w:r w:rsidRPr="0078531E">
        <w:rPr>
          <w:sz w:val="24"/>
        </w:rPr>
        <w:t>takarékoskodás:</w:t>
      </w:r>
      <w:r w:rsidRPr="0078531E">
        <w:rPr>
          <w:spacing w:val="-15"/>
          <w:sz w:val="24"/>
        </w:rPr>
        <w:t xml:space="preserve"> </w:t>
      </w:r>
      <w:r w:rsidRPr="0078531E">
        <w:rPr>
          <w:sz w:val="24"/>
        </w:rPr>
        <w:t>folyóvíz</w:t>
      </w:r>
      <w:r w:rsidRPr="0078531E">
        <w:rPr>
          <w:spacing w:val="-15"/>
          <w:sz w:val="24"/>
        </w:rPr>
        <w:t xml:space="preserve"> </w:t>
      </w:r>
      <w:r w:rsidRPr="0078531E">
        <w:rPr>
          <w:sz w:val="24"/>
        </w:rPr>
        <w:t>használatának</w:t>
      </w:r>
      <w:r w:rsidRPr="0078531E">
        <w:rPr>
          <w:spacing w:val="-14"/>
          <w:sz w:val="24"/>
        </w:rPr>
        <w:t xml:space="preserve"> </w:t>
      </w:r>
      <w:r w:rsidRPr="0078531E">
        <w:rPr>
          <w:sz w:val="24"/>
        </w:rPr>
        <w:t>csökkentése</w:t>
      </w:r>
      <w:r w:rsidRPr="0078531E">
        <w:rPr>
          <w:spacing w:val="-14"/>
          <w:sz w:val="24"/>
        </w:rPr>
        <w:t xml:space="preserve"> </w:t>
      </w:r>
      <w:r w:rsidRPr="0078531E">
        <w:rPr>
          <w:sz w:val="24"/>
        </w:rPr>
        <w:t>(csap</w:t>
      </w:r>
      <w:r w:rsidRPr="0078531E">
        <w:rPr>
          <w:spacing w:val="-15"/>
          <w:sz w:val="24"/>
        </w:rPr>
        <w:t xml:space="preserve"> </w:t>
      </w:r>
      <w:r w:rsidRPr="0078531E">
        <w:rPr>
          <w:sz w:val="24"/>
        </w:rPr>
        <w:t>elzárása, spórolás a vízzel, esővíz gyűjtése);</w:t>
      </w:r>
    </w:p>
    <w:p w14:paraId="4CE14F3E" w14:textId="7C0EA7F0" w:rsidR="00AE0CFD" w:rsidRPr="0078531E" w:rsidRDefault="00C3522D">
      <w:pPr>
        <w:pStyle w:val="Listaszerbekezds"/>
        <w:numPr>
          <w:ilvl w:val="0"/>
          <w:numId w:val="19"/>
        </w:numPr>
        <w:tabs>
          <w:tab w:val="left" w:pos="916"/>
        </w:tabs>
        <w:spacing w:line="360" w:lineRule="auto"/>
        <w:rPr>
          <w:sz w:val="24"/>
        </w:rPr>
      </w:pPr>
      <w:r w:rsidRPr="0078531E">
        <w:rPr>
          <w:spacing w:val="-2"/>
          <w:sz w:val="24"/>
        </w:rPr>
        <w:t>szelektív</w:t>
      </w:r>
      <w:r w:rsidRPr="0078531E">
        <w:rPr>
          <w:spacing w:val="-3"/>
          <w:sz w:val="24"/>
        </w:rPr>
        <w:t xml:space="preserve"> </w:t>
      </w:r>
      <w:r w:rsidRPr="0078531E">
        <w:rPr>
          <w:spacing w:val="-2"/>
          <w:sz w:val="24"/>
        </w:rPr>
        <w:t>hulladékgyűjtés,</w:t>
      </w:r>
      <w:r w:rsidRPr="0078531E">
        <w:rPr>
          <w:spacing w:val="-6"/>
          <w:sz w:val="24"/>
        </w:rPr>
        <w:t xml:space="preserve"> </w:t>
      </w:r>
      <w:r w:rsidRPr="0078531E">
        <w:rPr>
          <w:spacing w:val="-2"/>
          <w:sz w:val="24"/>
        </w:rPr>
        <w:t>újrahasznosítás.</w:t>
      </w:r>
    </w:p>
    <w:p w14:paraId="61E88EBF" w14:textId="77777777" w:rsidR="00AE0CFD" w:rsidRPr="0078531E" w:rsidRDefault="00C3522D" w:rsidP="0022444D">
      <w:pPr>
        <w:pStyle w:val="Szvegtrzs"/>
        <w:spacing w:before="238" w:line="360" w:lineRule="auto"/>
        <w:ind w:left="136" w:right="726" w:firstLine="478"/>
        <w:jc w:val="both"/>
      </w:pPr>
      <w:r w:rsidRPr="0078531E">
        <w:t>A környezettudatos értékrend kialakítását nem lehet elég korán kezdeni, ebben pedig a felnőtteknek van különösen nagy szerepük és felelősségük. Egy kisgyermek szemében a szülők</w:t>
      </w:r>
      <w:r w:rsidRPr="0078531E">
        <w:rPr>
          <w:spacing w:val="-11"/>
        </w:rPr>
        <w:t xml:space="preserve"> </w:t>
      </w:r>
      <w:r w:rsidRPr="0078531E">
        <w:t>jelentik</w:t>
      </w:r>
      <w:r w:rsidRPr="0078531E">
        <w:rPr>
          <w:spacing w:val="-11"/>
        </w:rPr>
        <w:t xml:space="preserve"> </w:t>
      </w:r>
      <w:r w:rsidRPr="0078531E">
        <w:t>az</w:t>
      </w:r>
      <w:r w:rsidRPr="0078531E">
        <w:rPr>
          <w:spacing w:val="-10"/>
        </w:rPr>
        <w:t xml:space="preserve"> </w:t>
      </w:r>
      <w:r w:rsidRPr="0078531E">
        <w:t>első</w:t>
      </w:r>
      <w:r w:rsidRPr="0078531E">
        <w:rPr>
          <w:spacing w:val="-10"/>
        </w:rPr>
        <w:t xml:space="preserve"> </w:t>
      </w:r>
      <w:r w:rsidRPr="0078531E">
        <w:t>támpontot,</w:t>
      </w:r>
      <w:r w:rsidRPr="0078531E">
        <w:rPr>
          <w:spacing w:val="-11"/>
        </w:rPr>
        <w:t xml:space="preserve"> </w:t>
      </w:r>
      <w:r w:rsidRPr="0078531E">
        <w:t>a</w:t>
      </w:r>
      <w:r w:rsidRPr="0078531E">
        <w:rPr>
          <w:spacing w:val="-11"/>
        </w:rPr>
        <w:t xml:space="preserve"> </w:t>
      </w:r>
      <w:r w:rsidRPr="0078531E">
        <w:rPr>
          <w:b/>
        </w:rPr>
        <w:t>követendő</w:t>
      </w:r>
      <w:r w:rsidRPr="0078531E">
        <w:rPr>
          <w:b/>
          <w:spacing w:val="-9"/>
        </w:rPr>
        <w:t xml:space="preserve"> </w:t>
      </w:r>
      <w:r w:rsidRPr="0078531E">
        <w:rPr>
          <w:b/>
        </w:rPr>
        <w:t>mintát</w:t>
      </w:r>
      <w:r w:rsidRPr="0078531E">
        <w:t>.</w:t>
      </w:r>
      <w:r w:rsidRPr="0078531E">
        <w:rPr>
          <w:spacing w:val="-11"/>
        </w:rPr>
        <w:t xml:space="preserve"> </w:t>
      </w:r>
      <w:r w:rsidRPr="0078531E">
        <w:t>Ha</w:t>
      </w:r>
      <w:r w:rsidRPr="0078531E">
        <w:rPr>
          <w:spacing w:val="-10"/>
        </w:rPr>
        <w:t xml:space="preserve"> </w:t>
      </w:r>
      <w:r w:rsidRPr="0078531E">
        <w:t>a</w:t>
      </w:r>
      <w:r w:rsidRPr="0078531E">
        <w:rPr>
          <w:spacing w:val="-10"/>
        </w:rPr>
        <w:t xml:space="preserve"> </w:t>
      </w:r>
      <w:r w:rsidRPr="0078531E">
        <w:t>gyermek</w:t>
      </w:r>
      <w:r w:rsidRPr="0078531E">
        <w:rPr>
          <w:spacing w:val="-11"/>
        </w:rPr>
        <w:t xml:space="preserve"> </w:t>
      </w:r>
      <w:r w:rsidRPr="0078531E">
        <w:t>azt</w:t>
      </w:r>
      <w:r w:rsidRPr="0078531E">
        <w:rPr>
          <w:spacing w:val="-11"/>
        </w:rPr>
        <w:t xml:space="preserve"> </w:t>
      </w:r>
      <w:r w:rsidRPr="0078531E">
        <w:t>látja,</w:t>
      </w:r>
      <w:r w:rsidRPr="0078531E">
        <w:rPr>
          <w:spacing w:val="-11"/>
        </w:rPr>
        <w:t xml:space="preserve"> </w:t>
      </w:r>
      <w:r w:rsidRPr="0078531E">
        <w:t>hogy</w:t>
      </w:r>
      <w:r w:rsidRPr="0078531E">
        <w:rPr>
          <w:spacing w:val="-13"/>
        </w:rPr>
        <w:t xml:space="preserve"> </w:t>
      </w:r>
      <w:r w:rsidRPr="0078531E">
        <w:t>a</w:t>
      </w:r>
      <w:r w:rsidRPr="0078531E">
        <w:rPr>
          <w:spacing w:val="-10"/>
        </w:rPr>
        <w:t xml:space="preserve"> </w:t>
      </w:r>
      <w:r w:rsidRPr="0078531E">
        <w:t>szülei óvják</w:t>
      </w:r>
      <w:r w:rsidRPr="0078531E">
        <w:rPr>
          <w:spacing w:val="-8"/>
        </w:rPr>
        <w:t xml:space="preserve"> </w:t>
      </w:r>
      <w:r w:rsidRPr="0078531E">
        <w:t>a</w:t>
      </w:r>
      <w:r w:rsidRPr="0078531E">
        <w:rPr>
          <w:spacing w:val="-8"/>
        </w:rPr>
        <w:t xml:space="preserve"> </w:t>
      </w:r>
      <w:r w:rsidRPr="0078531E">
        <w:t>természetet,</w:t>
      </w:r>
      <w:r w:rsidRPr="0078531E">
        <w:rPr>
          <w:spacing w:val="-7"/>
        </w:rPr>
        <w:t xml:space="preserve"> </w:t>
      </w:r>
      <w:r w:rsidRPr="0078531E">
        <w:t>esetleg</w:t>
      </w:r>
      <w:r w:rsidRPr="0078531E">
        <w:rPr>
          <w:spacing w:val="-10"/>
        </w:rPr>
        <w:t xml:space="preserve"> </w:t>
      </w:r>
      <w:r w:rsidRPr="0078531E">
        <w:t>tudatosan</w:t>
      </w:r>
      <w:r w:rsidRPr="0078531E">
        <w:rPr>
          <w:spacing w:val="-7"/>
        </w:rPr>
        <w:t xml:space="preserve"> </w:t>
      </w:r>
      <w:r w:rsidRPr="0078531E">
        <w:t>vásárolnak,</w:t>
      </w:r>
      <w:r w:rsidRPr="0078531E">
        <w:rPr>
          <w:spacing w:val="-7"/>
        </w:rPr>
        <w:t xml:space="preserve"> </w:t>
      </w:r>
      <w:r w:rsidRPr="0078531E">
        <w:t>és</w:t>
      </w:r>
      <w:r w:rsidRPr="0078531E">
        <w:rPr>
          <w:spacing w:val="-7"/>
        </w:rPr>
        <w:t xml:space="preserve"> </w:t>
      </w:r>
      <w:r w:rsidRPr="0078531E">
        <w:t>szelektíven</w:t>
      </w:r>
      <w:r w:rsidRPr="0078531E">
        <w:rPr>
          <w:spacing w:val="-8"/>
        </w:rPr>
        <w:t xml:space="preserve"> </w:t>
      </w:r>
      <w:r w:rsidRPr="0078531E">
        <w:t>gyűjtik</w:t>
      </w:r>
      <w:r w:rsidRPr="0078531E">
        <w:rPr>
          <w:spacing w:val="-7"/>
        </w:rPr>
        <w:t xml:space="preserve"> </w:t>
      </w:r>
      <w:r w:rsidRPr="0078531E">
        <w:t>a</w:t>
      </w:r>
      <w:r w:rsidRPr="0078531E">
        <w:rPr>
          <w:spacing w:val="-8"/>
        </w:rPr>
        <w:t xml:space="preserve"> </w:t>
      </w:r>
      <w:r w:rsidRPr="0078531E">
        <w:t>hulladékot,</w:t>
      </w:r>
      <w:r w:rsidRPr="0078531E">
        <w:rPr>
          <w:spacing w:val="-7"/>
        </w:rPr>
        <w:t xml:space="preserve"> </w:t>
      </w:r>
      <w:r w:rsidRPr="0078531E">
        <w:t xml:space="preserve">akkor </w:t>
      </w:r>
      <w:r w:rsidRPr="0078531E">
        <w:rPr>
          <w:spacing w:val="-2"/>
        </w:rPr>
        <w:t>ez</w:t>
      </w:r>
      <w:r w:rsidRPr="0078531E">
        <w:rPr>
          <w:spacing w:val="-13"/>
        </w:rPr>
        <w:t xml:space="preserve"> </w:t>
      </w:r>
      <w:r w:rsidRPr="0078531E">
        <w:rPr>
          <w:spacing w:val="-2"/>
        </w:rPr>
        <w:t>válik</w:t>
      </w:r>
      <w:r w:rsidRPr="0078531E">
        <w:rPr>
          <w:spacing w:val="-13"/>
        </w:rPr>
        <w:t xml:space="preserve"> </w:t>
      </w:r>
      <w:r w:rsidRPr="0078531E">
        <w:rPr>
          <w:spacing w:val="-2"/>
        </w:rPr>
        <w:t>számára</w:t>
      </w:r>
      <w:r w:rsidRPr="0078531E">
        <w:rPr>
          <w:spacing w:val="-13"/>
        </w:rPr>
        <w:t xml:space="preserve"> </w:t>
      </w:r>
      <w:r w:rsidRPr="0078531E">
        <w:rPr>
          <w:spacing w:val="-2"/>
        </w:rPr>
        <w:t>természetessé,</w:t>
      </w:r>
      <w:r w:rsidRPr="0078531E">
        <w:rPr>
          <w:spacing w:val="-13"/>
        </w:rPr>
        <w:t xml:space="preserve"> </w:t>
      </w:r>
      <w:r w:rsidRPr="0078531E">
        <w:rPr>
          <w:spacing w:val="-2"/>
        </w:rPr>
        <w:t>és</w:t>
      </w:r>
      <w:r w:rsidRPr="0078531E">
        <w:rPr>
          <w:spacing w:val="-4"/>
        </w:rPr>
        <w:t xml:space="preserve"> </w:t>
      </w:r>
      <w:r w:rsidRPr="0078531E">
        <w:rPr>
          <w:spacing w:val="-2"/>
        </w:rPr>
        <w:t>később</w:t>
      </w:r>
      <w:r w:rsidRPr="0078531E">
        <w:rPr>
          <w:spacing w:val="59"/>
        </w:rPr>
        <w:t xml:space="preserve"> </w:t>
      </w:r>
      <w:r w:rsidRPr="0078531E">
        <w:rPr>
          <w:spacing w:val="-2"/>
        </w:rPr>
        <w:t>valószínűleg</w:t>
      </w:r>
      <w:r w:rsidRPr="0078531E">
        <w:rPr>
          <w:spacing w:val="-13"/>
        </w:rPr>
        <w:t xml:space="preserve"> </w:t>
      </w:r>
      <w:r w:rsidRPr="0078531E">
        <w:rPr>
          <w:spacing w:val="-2"/>
        </w:rPr>
        <w:t>ő</w:t>
      </w:r>
      <w:r w:rsidRPr="0078531E">
        <w:rPr>
          <w:spacing w:val="-13"/>
        </w:rPr>
        <w:t xml:space="preserve"> </w:t>
      </w:r>
      <w:r w:rsidRPr="0078531E">
        <w:rPr>
          <w:spacing w:val="-2"/>
        </w:rPr>
        <w:t>is</w:t>
      </w:r>
      <w:r w:rsidRPr="0078531E">
        <w:rPr>
          <w:spacing w:val="-13"/>
        </w:rPr>
        <w:t xml:space="preserve"> </w:t>
      </w:r>
      <w:r w:rsidRPr="0078531E">
        <w:rPr>
          <w:spacing w:val="-2"/>
        </w:rPr>
        <w:t>ilyen</w:t>
      </w:r>
      <w:r w:rsidRPr="0078531E">
        <w:rPr>
          <w:spacing w:val="-13"/>
        </w:rPr>
        <w:t xml:space="preserve"> </w:t>
      </w:r>
      <w:r w:rsidRPr="0078531E">
        <w:rPr>
          <w:spacing w:val="-2"/>
        </w:rPr>
        <w:t>értékrend</w:t>
      </w:r>
      <w:r w:rsidRPr="0078531E">
        <w:rPr>
          <w:spacing w:val="-13"/>
        </w:rPr>
        <w:t xml:space="preserve"> </w:t>
      </w:r>
      <w:r w:rsidRPr="0078531E">
        <w:rPr>
          <w:spacing w:val="-2"/>
        </w:rPr>
        <w:t>szerint</w:t>
      </w:r>
      <w:r w:rsidRPr="0078531E">
        <w:rPr>
          <w:spacing w:val="-13"/>
        </w:rPr>
        <w:t xml:space="preserve"> </w:t>
      </w:r>
      <w:r w:rsidRPr="0078531E">
        <w:rPr>
          <w:spacing w:val="-2"/>
        </w:rPr>
        <w:t>fog</w:t>
      </w:r>
      <w:r w:rsidRPr="0078531E">
        <w:rPr>
          <w:spacing w:val="-13"/>
        </w:rPr>
        <w:t xml:space="preserve"> </w:t>
      </w:r>
      <w:r w:rsidRPr="0078531E">
        <w:rPr>
          <w:spacing w:val="-2"/>
        </w:rPr>
        <w:t>élni.</w:t>
      </w:r>
      <w:r w:rsidRPr="0078531E">
        <w:rPr>
          <w:spacing w:val="-13"/>
        </w:rPr>
        <w:t xml:space="preserve"> </w:t>
      </w:r>
      <w:r w:rsidRPr="0078531E">
        <w:rPr>
          <w:spacing w:val="-2"/>
        </w:rPr>
        <w:t xml:space="preserve">A </w:t>
      </w:r>
      <w:r w:rsidRPr="0078531E">
        <w:rPr>
          <w:spacing w:val="-6"/>
        </w:rPr>
        <w:t>szülők</w:t>
      </w:r>
      <w:r w:rsidRPr="0078531E">
        <w:rPr>
          <w:spacing w:val="-9"/>
        </w:rPr>
        <w:t xml:space="preserve"> </w:t>
      </w:r>
      <w:r w:rsidRPr="0078531E">
        <w:rPr>
          <w:spacing w:val="-6"/>
        </w:rPr>
        <w:t>szerepe</w:t>
      </w:r>
      <w:r w:rsidRPr="0078531E">
        <w:rPr>
          <w:spacing w:val="-8"/>
        </w:rPr>
        <w:t xml:space="preserve"> </w:t>
      </w:r>
      <w:r w:rsidRPr="0078531E">
        <w:rPr>
          <w:spacing w:val="-6"/>
        </w:rPr>
        <w:t>tehát</w:t>
      </w:r>
      <w:r w:rsidRPr="0078531E">
        <w:rPr>
          <w:spacing w:val="-7"/>
        </w:rPr>
        <w:t xml:space="preserve"> </w:t>
      </w:r>
      <w:r w:rsidRPr="0078531E">
        <w:rPr>
          <w:spacing w:val="-6"/>
        </w:rPr>
        <w:t>megkérdőjelezhetetlen.</w:t>
      </w:r>
      <w:r w:rsidRPr="0078531E">
        <w:rPr>
          <w:spacing w:val="-8"/>
        </w:rPr>
        <w:t xml:space="preserve"> </w:t>
      </w:r>
      <w:r w:rsidRPr="0078531E">
        <w:rPr>
          <w:spacing w:val="-6"/>
        </w:rPr>
        <w:t>Ugyanakkor</w:t>
      </w:r>
      <w:r w:rsidRPr="0078531E">
        <w:rPr>
          <w:spacing w:val="-9"/>
        </w:rPr>
        <w:t xml:space="preserve"> </w:t>
      </w:r>
      <w:r w:rsidRPr="0078531E">
        <w:rPr>
          <w:spacing w:val="-6"/>
        </w:rPr>
        <w:t>a</w:t>
      </w:r>
      <w:r w:rsidRPr="0078531E">
        <w:rPr>
          <w:spacing w:val="-9"/>
        </w:rPr>
        <w:t xml:space="preserve"> </w:t>
      </w:r>
      <w:r w:rsidRPr="0078531E">
        <w:rPr>
          <w:spacing w:val="-6"/>
        </w:rPr>
        <w:t>kisgyermekek</w:t>
      </w:r>
      <w:r w:rsidRPr="0078531E">
        <w:rPr>
          <w:spacing w:val="-8"/>
        </w:rPr>
        <w:t xml:space="preserve"> </w:t>
      </w:r>
      <w:r w:rsidRPr="0078531E">
        <w:rPr>
          <w:spacing w:val="-6"/>
        </w:rPr>
        <w:t>nappali</w:t>
      </w:r>
      <w:r w:rsidRPr="0078531E">
        <w:rPr>
          <w:spacing w:val="-8"/>
        </w:rPr>
        <w:t xml:space="preserve"> </w:t>
      </w:r>
      <w:r w:rsidRPr="0078531E">
        <w:rPr>
          <w:spacing w:val="-6"/>
        </w:rPr>
        <w:t>ellátását</w:t>
      </w:r>
      <w:r w:rsidRPr="0078531E">
        <w:rPr>
          <w:spacing w:val="-9"/>
        </w:rPr>
        <w:t xml:space="preserve"> </w:t>
      </w:r>
      <w:r w:rsidRPr="0078531E">
        <w:rPr>
          <w:spacing w:val="-6"/>
        </w:rPr>
        <w:t xml:space="preserve">nyújtó </w:t>
      </w:r>
      <w:r w:rsidRPr="0078531E">
        <w:rPr>
          <w:spacing w:val="-8"/>
        </w:rPr>
        <w:t>intézmény,</w:t>
      </w:r>
      <w:r w:rsidRPr="0078531E">
        <w:t xml:space="preserve"> </w:t>
      </w:r>
      <w:r w:rsidRPr="0078531E">
        <w:rPr>
          <w:spacing w:val="-8"/>
        </w:rPr>
        <w:t>szolgáltató</w:t>
      </w:r>
      <w:r w:rsidRPr="0078531E">
        <w:t xml:space="preserve"> </w:t>
      </w:r>
      <w:r w:rsidRPr="0078531E">
        <w:rPr>
          <w:spacing w:val="-8"/>
        </w:rPr>
        <w:t>is</w:t>
      </w:r>
      <w:r w:rsidRPr="0078531E">
        <w:t xml:space="preserve"> </w:t>
      </w:r>
      <w:r w:rsidRPr="0078531E">
        <w:rPr>
          <w:spacing w:val="-8"/>
        </w:rPr>
        <w:t>rengeteget</w:t>
      </w:r>
      <w:r w:rsidRPr="0078531E">
        <w:t xml:space="preserve"> </w:t>
      </w:r>
      <w:r w:rsidRPr="0078531E">
        <w:rPr>
          <w:spacing w:val="-8"/>
        </w:rPr>
        <w:t>tehet</w:t>
      </w:r>
      <w:r w:rsidRPr="0078531E">
        <w:t xml:space="preserve"> </w:t>
      </w:r>
      <w:r w:rsidRPr="0078531E">
        <w:rPr>
          <w:spacing w:val="-8"/>
        </w:rPr>
        <w:t>a</w:t>
      </w:r>
      <w:r w:rsidRPr="0078531E">
        <w:t xml:space="preserve"> </w:t>
      </w:r>
      <w:r w:rsidRPr="0078531E">
        <w:rPr>
          <w:spacing w:val="-8"/>
        </w:rPr>
        <w:t>gyermekek</w:t>
      </w:r>
      <w:r w:rsidRPr="0078531E">
        <w:t xml:space="preserve"> </w:t>
      </w:r>
      <w:r w:rsidRPr="0078531E">
        <w:rPr>
          <w:spacing w:val="-8"/>
        </w:rPr>
        <w:t>környezettudatossá</w:t>
      </w:r>
      <w:r w:rsidRPr="0078531E">
        <w:t xml:space="preserve"> </w:t>
      </w:r>
      <w:r w:rsidRPr="0078531E">
        <w:rPr>
          <w:spacing w:val="-8"/>
        </w:rPr>
        <w:t>neveléséért.</w:t>
      </w:r>
      <w:r w:rsidRPr="0078531E">
        <w:t xml:space="preserve"> </w:t>
      </w:r>
      <w:r w:rsidRPr="0078531E">
        <w:rPr>
          <w:spacing w:val="-8"/>
        </w:rPr>
        <w:t xml:space="preserve">Növények </w:t>
      </w:r>
      <w:r w:rsidRPr="0078531E">
        <w:rPr>
          <w:spacing w:val="-10"/>
        </w:rPr>
        <w:t>ültetésével</w:t>
      </w:r>
      <w:r w:rsidRPr="0078531E">
        <w:t xml:space="preserve"> </w:t>
      </w:r>
      <w:r w:rsidRPr="0078531E">
        <w:rPr>
          <w:spacing w:val="-10"/>
        </w:rPr>
        <w:t>és</w:t>
      </w:r>
      <w:r w:rsidRPr="0078531E">
        <w:t xml:space="preserve"> </w:t>
      </w:r>
      <w:r w:rsidRPr="0078531E">
        <w:rPr>
          <w:spacing w:val="-10"/>
        </w:rPr>
        <w:t>gondozásával,</w:t>
      </w:r>
      <w:r w:rsidRPr="0078531E">
        <w:t xml:space="preserve"> </w:t>
      </w:r>
      <w:r w:rsidRPr="0078531E">
        <w:rPr>
          <w:spacing w:val="-10"/>
        </w:rPr>
        <w:t>a</w:t>
      </w:r>
      <w:r w:rsidRPr="0078531E">
        <w:rPr>
          <w:spacing w:val="-1"/>
        </w:rPr>
        <w:t xml:space="preserve"> </w:t>
      </w:r>
      <w:r w:rsidRPr="0078531E">
        <w:rPr>
          <w:spacing w:val="-10"/>
        </w:rPr>
        <w:t>természet</w:t>
      </w:r>
      <w:r w:rsidRPr="0078531E">
        <w:t xml:space="preserve"> </w:t>
      </w:r>
      <w:r w:rsidRPr="0078531E">
        <w:rPr>
          <w:spacing w:val="-10"/>
        </w:rPr>
        <w:t>szeretetét</w:t>
      </w:r>
      <w:r w:rsidRPr="0078531E">
        <w:t xml:space="preserve"> </w:t>
      </w:r>
      <w:r w:rsidRPr="0078531E">
        <w:rPr>
          <w:spacing w:val="-10"/>
        </w:rPr>
        <w:t>kifejező</w:t>
      </w:r>
      <w:r w:rsidRPr="0078531E">
        <w:t xml:space="preserve"> </w:t>
      </w:r>
      <w:r w:rsidRPr="0078531E">
        <w:rPr>
          <w:spacing w:val="-10"/>
        </w:rPr>
        <w:t>dalok,</w:t>
      </w:r>
      <w:r w:rsidRPr="0078531E">
        <w:t xml:space="preserve"> </w:t>
      </w:r>
      <w:r w:rsidRPr="0078531E">
        <w:rPr>
          <w:spacing w:val="-10"/>
        </w:rPr>
        <w:t>versek,</w:t>
      </w:r>
      <w:r w:rsidRPr="0078531E">
        <w:rPr>
          <w:spacing w:val="-2"/>
        </w:rPr>
        <w:t xml:space="preserve"> </w:t>
      </w:r>
      <w:r w:rsidRPr="0078531E">
        <w:rPr>
          <w:spacing w:val="-10"/>
        </w:rPr>
        <w:t>mondókák</w:t>
      </w:r>
      <w:r w:rsidRPr="0078531E">
        <w:t xml:space="preserve"> </w:t>
      </w:r>
      <w:r w:rsidRPr="0078531E">
        <w:rPr>
          <w:spacing w:val="-10"/>
        </w:rPr>
        <w:t xml:space="preserve">megtanításával </w:t>
      </w:r>
      <w:r w:rsidRPr="0078531E">
        <w:t>és gyakorlásával mind hozzájárulhatnak ehhez acélhoz.</w:t>
      </w:r>
    </w:p>
    <w:p w14:paraId="0F413423" w14:textId="1E4E62C2" w:rsidR="00A12923" w:rsidRPr="0078531E" w:rsidRDefault="00C3522D">
      <w:pPr>
        <w:pStyle w:val="Cmsor2"/>
        <w:numPr>
          <w:ilvl w:val="0"/>
          <w:numId w:val="24"/>
        </w:numPr>
        <w:tabs>
          <w:tab w:val="left" w:pos="614"/>
        </w:tabs>
        <w:spacing w:before="204"/>
        <w:ind w:left="614" w:hanging="478"/>
        <w:jc w:val="left"/>
        <w:rPr>
          <w:rFonts w:ascii="Times New Roman" w:hAnsi="Times New Roman" w:cs="Times New Roman"/>
        </w:rPr>
      </w:pPr>
      <w:bookmarkStart w:id="12" w:name="_bookmark7"/>
      <w:bookmarkEnd w:id="12"/>
      <w:r w:rsidRPr="0078531E">
        <w:rPr>
          <w:rFonts w:ascii="Times New Roman" w:hAnsi="Times New Roman" w:cs="Times New Roman"/>
        </w:rPr>
        <w:t>Az</w:t>
      </w:r>
      <w:r w:rsidRPr="0078531E">
        <w:rPr>
          <w:rFonts w:ascii="Times New Roman" w:hAnsi="Times New Roman" w:cs="Times New Roman"/>
          <w:spacing w:val="-5"/>
        </w:rPr>
        <w:t xml:space="preserve"> </w:t>
      </w:r>
      <w:r w:rsidRPr="0078531E">
        <w:rPr>
          <w:rFonts w:ascii="Times New Roman" w:hAnsi="Times New Roman" w:cs="Times New Roman"/>
        </w:rPr>
        <w:t>óvodai</w:t>
      </w:r>
      <w:r w:rsidRPr="0078531E">
        <w:rPr>
          <w:rFonts w:ascii="Times New Roman" w:hAnsi="Times New Roman" w:cs="Times New Roman"/>
          <w:spacing w:val="-7"/>
        </w:rPr>
        <w:t xml:space="preserve"> </w:t>
      </w:r>
      <w:r w:rsidRPr="0078531E">
        <w:rPr>
          <w:rFonts w:ascii="Times New Roman" w:hAnsi="Times New Roman" w:cs="Times New Roman"/>
        </w:rPr>
        <w:t>élet</w:t>
      </w:r>
      <w:r w:rsidRPr="0078531E">
        <w:rPr>
          <w:rFonts w:ascii="Times New Roman" w:hAnsi="Times New Roman" w:cs="Times New Roman"/>
          <w:spacing w:val="-7"/>
        </w:rPr>
        <w:t xml:space="preserve"> </w:t>
      </w:r>
      <w:r w:rsidRPr="0078531E">
        <w:rPr>
          <w:rFonts w:ascii="Times New Roman" w:hAnsi="Times New Roman" w:cs="Times New Roman"/>
          <w:spacing w:val="-2"/>
        </w:rPr>
        <w:t>megszervezése</w:t>
      </w:r>
    </w:p>
    <w:p w14:paraId="26FF4DE9" w14:textId="40313429" w:rsidR="00AE0CFD" w:rsidRPr="0078531E" w:rsidRDefault="00C3522D">
      <w:pPr>
        <w:pStyle w:val="Cmsor4"/>
        <w:numPr>
          <w:ilvl w:val="0"/>
          <w:numId w:val="37"/>
        </w:numPr>
        <w:tabs>
          <w:tab w:val="left" w:pos="376"/>
        </w:tabs>
        <w:spacing w:before="335"/>
      </w:pPr>
      <w:r w:rsidRPr="0078531E">
        <w:t>Befogadás,</w:t>
      </w:r>
      <w:r w:rsidRPr="0078531E">
        <w:rPr>
          <w:spacing w:val="-3"/>
        </w:rPr>
        <w:t xml:space="preserve"> </w:t>
      </w:r>
      <w:r w:rsidRPr="0078531E">
        <w:rPr>
          <w:spacing w:val="-2"/>
        </w:rPr>
        <w:t>beszoktatás</w:t>
      </w:r>
    </w:p>
    <w:p w14:paraId="2B5CB9BD" w14:textId="77777777" w:rsidR="00AE0CFD" w:rsidRPr="0078531E" w:rsidRDefault="00AE0CFD">
      <w:pPr>
        <w:pStyle w:val="Szvegtrzs"/>
        <w:spacing w:before="137"/>
        <w:rPr>
          <w:b/>
        </w:rPr>
      </w:pPr>
    </w:p>
    <w:p w14:paraId="1F4E5630" w14:textId="77777777" w:rsidR="00AE0CFD" w:rsidRPr="0078531E" w:rsidRDefault="00C3522D" w:rsidP="00080EC1">
      <w:pPr>
        <w:pStyle w:val="Szvegtrzs"/>
        <w:spacing w:line="360" w:lineRule="auto"/>
        <w:ind w:left="136"/>
        <w:jc w:val="both"/>
      </w:pPr>
      <w:r w:rsidRPr="0078531E">
        <w:t>A</w:t>
      </w:r>
      <w:r w:rsidRPr="0078531E">
        <w:rPr>
          <w:spacing w:val="-2"/>
        </w:rPr>
        <w:t xml:space="preserve"> </w:t>
      </w:r>
      <w:r w:rsidRPr="0078531E">
        <w:t>leendő</w:t>
      </w:r>
      <w:r w:rsidRPr="0078531E">
        <w:rPr>
          <w:spacing w:val="-1"/>
        </w:rPr>
        <w:t xml:space="preserve"> </w:t>
      </w:r>
      <w:r w:rsidRPr="0078531E">
        <w:t>óvodások</w:t>
      </w:r>
      <w:r w:rsidRPr="0078531E">
        <w:rPr>
          <w:spacing w:val="-1"/>
        </w:rPr>
        <w:t xml:space="preserve"> </w:t>
      </w:r>
      <w:r w:rsidRPr="0078531E">
        <w:t>számára</w:t>
      </w:r>
      <w:r w:rsidRPr="0078531E">
        <w:rPr>
          <w:spacing w:val="-3"/>
        </w:rPr>
        <w:t xml:space="preserve"> </w:t>
      </w:r>
      <w:r w:rsidRPr="0078531E">
        <w:t>előkészítő</w:t>
      </w:r>
      <w:r w:rsidRPr="0078531E">
        <w:rPr>
          <w:spacing w:val="-1"/>
        </w:rPr>
        <w:t xml:space="preserve"> </w:t>
      </w:r>
      <w:r w:rsidRPr="0078531E">
        <w:t>szülői</w:t>
      </w:r>
      <w:r w:rsidRPr="0078531E">
        <w:rPr>
          <w:spacing w:val="-1"/>
        </w:rPr>
        <w:t xml:space="preserve"> </w:t>
      </w:r>
      <w:r w:rsidRPr="0078531E">
        <w:t xml:space="preserve">értekezletet </w:t>
      </w:r>
      <w:r w:rsidRPr="0078531E">
        <w:rPr>
          <w:spacing w:val="-2"/>
        </w:rPr>
        <w:t>tartunk.</w:t>
      </w:r>
    </w:p>
    <w:p w14:paraId="1B4D30B4" w14:textId="15C53D57" w:rsidR="00AE0CFD" w:rsidRPr="0078531E" w:rsidRDefault="00C3522D" w:rsidP="00080EC1">
      <w:pPr>
        <w:pStyle w:val="Szvegtrzs"/>
        <w:spacing w:before="178" w:line="360" w:lineRule="auto"/>
        <w:ind w:left="136"/>
        <w:jc w:val="both"/>
        <w:rPr>
          <w:spacing w:val="-2"/>
        </w:rPr>
      </w:pPr>
      <w:r w:rsidRPr="0078531E">
        <w:t>A</w:t>
      </w:r>
      <w:r w:rsidRPr="0078531E">
        <w:rPr>
          <w:spacing w:val="-4"/>
        </w:rPr>
        <w:t xml:space="preserve"> </w:t>
      </w:r>
      <w:r w:rsidRPr="0078531E">
        <w:t>leendő</w:t>
      </w:r>
      <w:r w:rsidRPr="0078531E">
        <w:rPr>
          <w:spacing w:val="-1"/>
        </w:rPr>
        <w:t xml:space="preserve"> </w:t>
      </w:r>
      <w:r w:rsidRPr="0078531E">
        <w:t>óvodások</w:t>
      </w:r>
      <w:r w:rsidRPr="0078531E">
        <w:rPr>
          <w:spacing w:val="1"/>
        </w:rPr>
        <w:t xml:space="preserve"> </w:t>
      </w:r>
      <w:r w:rsidRPr="0078531E">
        <w:t>és</w:t>
      </w:r>
      <w:r w:rsidRPr="0078531E">
        <w:rPr>
          <w:spacing w:val="-1"/>
        </w:rPr>
        <w:t xml:space="preserve"> </w:t>
      </w:r>
      <w:r w:rsidRPr="0078531E">
        <w:t>szülei</w:t>
      </w:r>
      <w:r w:rsidRPr="0078531E">
        <w:rPr>
          <w:spacing w:val="-1"/>
        </w:rPr>
        <w:t xml:space="preserve"> </w:t>
      </w:r>
      <w:r w:rsidRPr="0078531E">
        <w:t>számára</w:t>
      </w:r>
      <w:r w:rsidRPr="0078531E">
        <w:rPr>
          <w:spacing w:val="-2"/>
        </w:rPr>
        <w:t xml:space="preserve"> </w:t>
      </w:r>
      <w:r w:rsidRPr="0078531E">
        <w:t>ismerkedő</w:t>
      </w:r>
      <w:r w:rsidRPr="0078531E">
        <w:rPr>
          <w:spacing w:val="-1"/>
        </w:rPr>
        <w:t xml:space="preserve"> </w:t>
      </w:r>
      <w:r w:rsidR="005300B6" w:rsidRPr="0078531E">
        <w:t>programot, „</w:t>
      </w:r>
      <w:proofErr w:type="gramStart"/>
      <w:r w:rsidR="005300B6" w:rsidRPr="0078531E">
        <w:t>Ovinyitogató”-</w:t>
      </w:r>
      <w:proofErr w:type="gramEnd"/>
      <w:r w:rsidR="005300B6" w:rsidRPr="0078531E">
        <w:t xml:space="preserve">t </w:t>
      </w:r>
      <w:r w:rsidRPr="0078531E">
        <w:rPr>
          <w:spacing w:val="-2"/>
        </w:rPr>
        <w:t>szervezünk.</w:t>
      </w:r>
    </w:p>
    <w:p w14:paraId="423BDC86" w14:textId="557D427B" w:rsidR="00C031D2" w:rsidRPr="0078531E" w:rsidRDefault="00C031D2" w:rsidP="00080EC1">
      <w:pPr>
        <w:pStyle w:val="Szvegtrzs"/>
        <w:spacing w:before="178" w:line="360" w:lineRule="auto"/>
        <w:ind w:left="136"/>
        <w:jc w:val="both"/>
      </w:pPr>
      <w:r w:rsidRPr="0078531E">
        <w:rPr>
          <w:spacing w:val="-2"/>
        </w:rPr>
        <w:t>Igény szerint, a nevelési év megkezdése után, előre egyeztetett időpontban családlátogatást tartunk.</w:t>
      </w:r>
    </w:p>
    <w:p w14:paraId="195DD47C" w14:textId="0123B0B3" w:rsidR="00AE0CFD" w:rsidRPr="0078531E" w:rsidRDefault="00C3522D" w:rsidP="00080EC1">
      <w:pPr>
        <w:pStyle w:val="Szvegtrzs"/>
        <w:spacing w:before="38" w:line="360" w:lineRule="auto"/>
        <w:ind w:left="136"/>
        <w:jc w:val="both"/>
      </w:pPr>
      <w:r w:rsidRPr="0078531E">
        <w:t>Az</w:t>
      </w:r>
      <w:r w:rsidRPr="0078531E">
        <w:rPr>
          <w:spacing w:val="-4"/>
        </w:rPr>
        <w:t xml:space="preserve"> </w:t>
      </w:r>
      <w:r w:rsidRPr="0078531E">
        <w:t>átmenet</w:t>
      </w:r>
      <w:r w:rsidRPr="0078531E">
        <w:rPr>
          <w:spacing w:val="-2"/>
        </w:rPr>
        <w:t xml:space="preserve"> </w:t>
      </w:r>
      <w:r w:rsidRPr="0078531E">
        <w:t>megkönnyítése</w:t>
      </w:r>
      <w:r w:rsidRPr="0078531E">
        <w:rPr>
          <w:spacing w:val="-3"/>
        </w:rPr>
        <w:t xml:space="preserve"> </w:t>
      </w:r>
      <w:r w:rsidRPr="0078531E">
        <w:t>érdekében a</w:t>
      </w:r>
      <w:r w:rsidRPr="0078531E">
        <w:rPr>
          <w:spacing w:val="-3"/>
        </w:rPr>
        <w:t xml:space="preserve"> </w:t>
      </w:r>
      <w:r w:rsidRPr="0078531E">
        <w:t>szülős</w:t>
      </w:r>
      <w:r w:rsidRPr="0078531E">
        <w:rPr>
          <w:spacing w:val="-3"/>
        </w:rPr>
        <w:t xml:space="preserve"> </w:t>
      </w:r>
      <w:r w:rsidRPr="0078531E">
        <w:t>beszoktatást,</w:t>
      </w:r>
      <w:r w:rsidRPr="0078531E">
        <w:rPr>
          <w:spacing w:val="-2"/>
        </w:rPr>
        <w:t xml:space="preserve"> </w:t>
      </w:r>
      <w:r w:rsidRPr="0078531E">
        <w:t>befogadást</w:t>
      </w:r>
      <w:r w:rsidRPr="0078531E">
        <w:rPr>
          <w:spacing w:val="-1"/>
        </w:rPr>
        <w:t xml:space="preserve"> </w:t>
      </w:r>
      <w:r w:rsidRPr="0078531E">
        <w:rPr>
          <w:spacing w:val="-2"/>
        </w:rPr>
        <w:t>támogatjuk.</w:t>
      </w:r>
    </w:p>
    <w:p w14:paraId="3FAD5F8E" w14:textId="77777777" w:rsidR="00AE0CFD" w:rsidRPr="0078531E" w:rsidRDefault="00C3522D" w:rsidP="00080EC1">
      <w:pPr>
        <w:pStyle w:val="Szvegtrzs"/>
        <w:spacing w:before="137" w:line="360" w:lineRule="auto"/>
        <w:ind w:left="136"/>
        <w:jc w:val="both"/>
      </w:pPr>
      <w:r w:rsidRPr="0078531E">
        <w:t>Óvodánkba</w:t>
      </w:r>
      <w:r w:rsidRPr="0078531E">
        <w:rPr>
          <w:spacing w:val="-2"/>
        </w:rPr>
        <w:t xml:space="preserve"> </w:t>
      </w:r>
      <w:r w:rsidRPr="0078531E">
        <w:t>már</w:t>
      </w:r>
      <w:r w:rsidRPr="0078531E">
        <w:rPr>
          <w:spacing w:val="-1"/>
        </w:rPr>
        <w:t xml:space="preserve"> </w:t>
      </w:r>
      <w:r w:rsidRPr="0078531E">
        <w:t>betöltött</w:t>
      </w:r>
      <w:r w:rsidRPr="0078531E">
        <w:rPr>
          <w:spacing w:val="-1"/>
        </w:rPr>
        <w:t xml:space="preserve"> </w:t>
      </w:r>
      <w:r w:rsidRPr="0078531E">
        <w:t>2,5</w:t>
      </w:r>
      <w:r w:rsidRPr="0078531E">
        <w:rPr>
          <w:spacing w:val="-1"/>
        </w:rPr>
        <w:t xml:space="preserve"> </w:t>
      </w:r>
      <w:r w:rsidRPr="0078531E">
        <w:t>éves</w:t>
      </w:r>
      <w:r w:rsidRPr="0078531E">
        <w:rPr>
          <w:spacing w:val="-1"/>
        </w:rPr>
        <w:t xml:space="preserve"> </w:t>
      </w:r>
      <w:r w:rsidRPr="0078531E">
        <w:t>koruktól</w:t>
      </w:r>
      <w:r w:rsidRPr="0078531E">
        <w:rPr>
          <w:spacing w:val="-1"/>
        </w:rPr>
        <w:t xml:space="preserve"> </w:t>
      </w:r>
      <w:r w:rsidRPr="0078531E">
        <w:t>jönnek</w:t>
      </w:r>
      <w:r w:rsidRPr="0078531E">
        <w:rPr>
          <w:spacing w:val="1"/>
        </w:rPr>
        <w:t xml:space="preserve"> </w:t>
      </w:r>
      <w:r w:rsidRPr="0078531E">
        <w:t>a</w:t>
      </w:r>
      <w:r w:rsidRPr="0078531E">
        <w:rPr>
          <w:spacing w:val="-2"/>
        </w:rPr>
        <w:t xml:space="preserve"> </w:t>
      </w:r>
      <w:r w:rsidRPr="0078531E">
        <w:t>gyerekek, akik</w:t>
      </w:r>
      <w:r w:rsidRPr="0078531E">
        <w:rPr>
          <w:spacing w:val="-1"/>
        </w:rPr>
        <w:t xml:space="preserve"> </w:t>
      </w:r>
      <w:r w:rsidRPr="0078531E">
        <w:t>közül</w:t>
      </w:r>
      <w:r w:rsidRPr="0078531E">
        <w:rPr>
          <w:spacing w:val="-1"/>
        </w:rPr>
        <w:t xml:space="preserve"> </w:t>
      </w:r>
      <w:r w:rsidRPr="0078531E">
        <w:t>még</w:t>
      </w:r>
      <w:r w:rsidRPr="0078531E">
        <w:rPr>
          <w:spacing w:val="-4"/>
        </w:rPr>
        <w:t xml:space="preserve"> </w:t>
      </w:r>
      <w:r w:rsidRPr="0078531E">
        <w:t xml:space="preserve">többen </w:t>
      </w:r>
      <w:r w:rsidRPr="0078531E">
        <w:rPr>
          <w:spacing w:val="-5"/>
        </w:rPr>
        <w:t>nem</w:t>
      </w:r>
    </w:p>
    <w:p w14:paraId="7937A180" w14:textId="77777777" w:rsidR="00AE0CFD" w:rsidRPr="0078531E" w:rsidRDefault="00C3522D" w:rsidP="00080EC1">
      <w:pPr>
        <w:pStyle w:val="Szvegtrzs"/>
        <w:spacing w:before="139" w:line="360" w:lineRule="auto"/>
        <w:ind w:left="136"/>
        <w:jc w:val="both"/>
      </w:pPr>
      <w:r w:rsidRPr="0078531E">
        <w:t>szobatiszták.</w:t>
      </w:r>
      <w:r w:rsidRPr="0078531E">
        <w:rPr>
          <w:spacing w:val="-2"/>
        </w:rPr>
        <w:t xml:space="preserve"> </w:t>
      </w:r>
      <w:r w:rsidRPr="0078531E">
        <w:t>Óvodánk</w:t>
      </w:r>
      <w:r w:rsidRPr="0078531E">
        <w:rPr>
          <w:spacing w:val="-2"/>
        </w:rPr>
        <w:t xml:space="preserve"> </w:t>
      </w:r>
      <w:r w:rsidRPr="0078531E">
        <w:t>egy</w:t>
      </w:r>
      <w:r w:rsidRPr="0078531E">
        <w:rPr>
          <w:spacing w:val="-7"/>
        </w:rPr>
        <w:t xml:space="preserve"> </w:t>
      </w:r>
      <w:r w:rsidRPr="0078531E">
        <w:t>sajátos feladata</w:t>
      </w:r>
      <w:r w:rsidRPr="0078531E">
        <w:rPr>
          <w:spacing w:val="-3"/>
        </w:rPr>
        <w:t xml:space="preserve"> </w:t>
      </w:r>
      <w:r w:rsidRPr="0078531E">
        <w:t>lett</w:t>
      </w:r>
      <w:r w:rsidRPr="0078531E">
        <w:rPr>
          <w:spacing w:val="-2"/>
        </w:rPr>
        <w:t xml:space="preserve"> </w:t>
      </w:r>
      <w:r w:rsidRPr="0078531E">
        <w:t>ezáltal</w:t>
      </w:r>
      <w:r w:rsidRPr="0078531E">
        <w:rPr>
          <w:spacing w:val="-2"/>
        </w:rPr>
        <w:t xml:space="preserve"> </w:t>
      </w:r>
      <w:r w:rsidRPr="0078531E">
        <w:t>az</w:t>
      </w:r>
      <w:r w:rsidRPr="0078531E">
        <w:rPr>
          <w:spacing w:val="-2"/>
        </w:rPr>
        <w:t xml:space="preserve"> </w:t>
      </w:r>
      <w:r w:rsidRPr="0078531E">
        <w:t>is,</w:t>
      </w:r>
      <w:r w:rsidRPr="0078531E">
        <w:rPr>
          <w:spacing w:val="-2"/>
        </w:rPr>
        <w:t xml:space="preserve"> </w:t>
      </w:r>
      <w:r w:rsidRPr="0078531E">
        <w:t>hogy</w:t>
      </w:r>
      <w:r w:rsidRPr="0078531E">
        <w:rPr>
          <w:spacing w:val="-7"/>
        </w:rPr>
        <w:t xml:space="preserve"> </w:t>
      </w:r>
      <w:r w:rsidRPr="0078531E">
        <w:t>a</w:t>
      </w:r>
      <w:r w:rsidRPr="0078531E">
        <w:rPr>
          <w:spacing w:val="-3"/>
        </w:rPr>
        <w:t xml:space="preserve"> </w:t>
      </w:r>
      <w:r w:rsidRPr="0078531E">
        <w:t>szoba-és</w:t>
      </w:r>
      <w:r w:rsidRPr="0078531E">
        <w:rPr>
          <w:spacing w:val="-3"/>
        </w:rPr>
        <w:t xml:space="preserve"> </w:t>
      </w:r>
      <w:r w:rsidRPr="0078531E">
        <w:t>ágytisztaságot</w:t>
      </w:r>
      <w:r w:rsidRPr="0078531E">
        <w:rPr>
          <w:spacing w:val="-2"/>
        </w:rPr>
        <w:t xml:space="preserve"> </w:t>
      </w:r>
      <w:r w:rsidRPr="0078531E">
        <w:t>is kialakítsuk a hozzánk járó gyerekeknél.</w:t>
      </w:r>
    </w:p>
    <w:p w14:paraId="1881FDCC" w14:textId="77777777" w:rsidR="00AE0CFD" w:rsidRPr="0078531E" w:rsidRDefault="00AE0CFD" w:rsidP="00080EC1">
      <w:pPr>
        <w:pStyle w:val="Szvegtrzs"/>
        <w:spacing w:before="145"/>
        <w:jc w:val="both"/>
      </w:pPr>
    </w:p>
    <w:p w14:paraId="61CF012F" w14:textId="0D68134F" w:rsidR="00AE0CFD" w:rsidRPr="0078531E" w:rsidRDefault="00782837">
      <w:pPr>
        <w:pStyle w:val="Cmsor4"/>
        <w:numPr>
          <w:ilvl w:val="0"/>
          <w:numId w:val="37"/>
        </w:numPr>
        <w:tabs>
          <w:tab w:val="left" w:pos="316"/>
        </w:tabs>
      </w:pPr>
      <w:r w:rsidRPr="0078531E">
        <w:lastRenderedPageBreak/>
        <w:t xml:space="preserve"> Nyitvatartás</w:t>
      </w:r>
    </w:p>
    <w:p w14:paraId="4658239D" w14:textId="77777777" w:rsidR="00782837" w:rsidRPr="0078531E" w:rsidRDefault="00782837" w:rsidP="00782837">
      <w:pPr>
        <w:pStyle w:val="Cmsor4"/>
        <w:tabs>
          <w:tab w:val="left" w:pos="316"/>
        </w:tabs>
      </w:pPr>
    </w:p>
    <w:p w14:paraId="1DC5AAEC" w14:textId="77777777" w:rsidR="00782837" w:rsidRPr="0078531E" w:rsidRDefault="00782837" w:rsidP="00782837">
      <w:pPr>
        <w:pStyle w:val="Cmsor4"/>
        <w:tabs>
          <w:tab w:val="left" w:pos="316"/>
        </w:tabs>
        <w:ind w:left="496"/>
      </w:pPr>
    </w:p>
    <w:p w14:paraId="5D6D58C4" w14:textId="2188F7DB" w:rsidR="00AE0CFD" w:rsidRPr="0078531E" w:rsidRDefault="00C3522D" w:rsidP="00F80572">
      <w:pPr>
        <w:pStyle w:val="Szvegtrzs"/>
        <w:spacing w:line="360" w:lineRule="auto"/>
        <w:rPr>
          <w:spacing w:val="-2"/>
        </w:rPr>
      </w:pPr>
      <w:r w:rsidRPr="0078531E">
        <w:t>Óvodánk</w:t>
      </w:r>
      <w:r w:rsidRPr="0078531E">
        <w:rPr>
          <w:spacing w:val="-3"/>
        </w:rPr>
        <w:t xml:space="preserve"> </w:t>
      </w:r>
      <w:r w:rsidRPr="0078531E">
        <w:t>hétfőtől péntekig</w:t>
      </w:r>
      <w:r w:rsidRPr="0078531E">
        <w:rPr>
          <w:spacing w:val="-3"/>
        </w:rPr>
        <w:t xml:space="preserve"> </w:t>
      </w:r>
      <w:r w:rsidR="0022444D" w:rsidRPr="0078531E">
        <w:t>6</w:t>
      </w:r>
      <w:r w:rsidRPr="0078531E">
        <w:t>.</w:t>
      </w:r>
      <w:r w:rsidR="0022444D" w:rsidRPr="0078531E">
        <w:t>45</w:t>
      </w:r>
      <w:r w:rsidRPr="0078531E">
        <w:t>-</w:t>
      </w:r>
      <w:r w:rsidRPr="0078531E">
        <w:rPr>
          <w:spacing w:val="-2"/>
        </w:rPr>
        <w:t xml:space="preserve"> </w:t>
      </w:r>
      <w:r w:rsidRPr="0078531E">
        <w:t>16.</w:t>
      </w:r>
      <w:r w:rsidR="0022444D" w:rsidRPr="0078531E">
        <w:t>45</w:t>
      </w:r>
      <w:r w:rsidR="00953DCC" w:rsidRPr="0078531E">
        <w:t>-ig</w:t>
      </w:r>
      <w:r w:rsidRPr="0078531E">
        <w:t xml:space="preserve"> van</w:t>
      </w:r>
      <w:r w:rsidRPr="0078531E">
        <w:rPr>
          <w:spacing w:val="2"/>
        </w:rPr>
        <w:t xml:space="preserve"> </w:t>
      </w:r>
      <w:r w:rsidRPr="0078531E">
        <w:rPr>
          <w:spacing w:val="-2"/>
        </w:rPr>
        <w:t>nyitva.</w:t>
      </w:r>
    </w:p>
    <w:p w14:paraId="19CD8A57" w14:textId="0600D4FB" w:rsidR="00FE31EF" w:rsidRPr="0078531E" w:rsidRDefault="00FE31EF" w:rsidP="00F80572">
      <w:pPr>
        <w:pStyle w:val="Szvegtrzs"/>
        <w:spacing w:line="360" w:lineRule="auto"/>
        <w:rPr>
          <w:spacing w:val="-2"/>
        </w:rPr>
      </w:pPr>
      <w:r w:rsidRPr="0078531E">
        <w:rPr>
          <w:spacing w:val="-2"/>
        </w:rPr>
        <w:t>Az iskolai szünetekhez igazodva, igény szerint ügyeletet biztosítunk, melyről a szülőket hét nappal korábban értesítjü</w:t>
      </w:r>
      <w:r w:rsidR="00782837" w:rsidRPr="0078531E">
        <w:rPr>
          <w:spacing w:val="-2"/>
        </w:rPr>
        <w:t>k.</w:t>
      </w:r>
    </w:p>
    <w:p w14:paraId="21B6703D" w14:textId="1AEDCF27" w:rsidR="00FE31EF" w:rsidRPr="0078531E" w:rsidRDefault="00FE31EF" w:rsidP="00F80572">
      <w:pPr>
        <w:pStyle w:val="Szvegtrzs"/>
        <w:spacing w:line="360" w:lineRule="auto"/>
        <w:rPr>
          <w:spacing w:val="-2"/>
        </w:rPr>
      </w:pPr>
      <w:r w:rsidRPr="0078531E">
        <w:rPr>
          <w:spacing w:val="-2"/>
        </w:rPr>
        <w:t>Ügyeleti nyitvatartás rendje: 6.45-16.45</w:t>
      </w:r>
    </w:p>
    <w:p w14:paraId="79ACC714" w14:textId="77777777" w:rsidR="00AB2E6E" w:rsidRPr="0078531E" w:rsidRDefault="00AB2E6E" w:rsidP="00F80572">
      <w:pPr>
        <w:pStyle w:val="Szvegtrzs"/>
        <w:spacing w:line="360" w:lineRule="auto"/>
      </w:pPr>
    </w:p>
    <w:p w14:paraId="3E97E304" w14:textId="77DCAFAD" w:rsidR="00AE0CFD" w:rsidRPr="0078531E" w:rsidRDefault="00C3522D">
      <w:pPr>
        <w:pStyle w:val="Cmsor4"/>
        <w:numPr>
          <w:ilvl w:val="0"/>
          <w:numId w:val="37"/>
        </w:numPr>
        <w:tabs>
          <w:tab w:val="left" w:pos="376"/>
        </w:tabs>
        <w:spacing w:before="76"/>
      </w:pPr>
      <w:r w:rsidRPr="0078531E">
        <w:t>Napirend,</w:t>
      </w:r>
      <w:r w:rsidRPr="0078531E">
        <w:rPr>
          <w:spacing w:val="-4"/>
        </w:rPr>
        <w:t xml:space="preserve"> </w:t>
      </w:r>
      <w:r w:rsidRPr="0078531E">
        <w:t>heti</w:t>
      </w:r>
      <w:r w:rsidRPr="0078531E">
        <w:rPr>
          <w:spacing w:val="-4"/>
        </w:rPr>
        <w:t>rend</w:t>
      </w:r>
    </w:p>
    <w:p w14:paraId="764368DC" w14:textId="77777777" w:rsidR="00782837" w:rsidRPr="0078531E" w:rsidRDefault="00782837" w:rsidP="00782837">
      <w:pPr>
        <w:pStyle w:val="Cmsor4"/>
        <w:tabs>
          <w:tab w:val="left" w:pos="376"/>
        </w:tabs>
        <w:spacing w:before="76"/>
      </w:pPr>
    </w:p>
    <w:p w14:paraId="63ECDC5B" w14:textId="77777777" w:rsidR="00AE0CFD" w:rsidRPr="0078531E" w:rsidRDefault="00C3522D" w:rsidP="00FA1917">
      <w:pPr>
        <w:pStyle w:val="Szvegtrzs"/>
        <w:jc w:val="both"/>
      </w:pPr>
      <w:r w:rsidRPr="0078531E">
        <w:t>„A</w:t>
      </w:r>
      <w:r w:rsidRPr="0078531E">
        <w:rPr>
          <w:spacing w:val="-7"/>
        </w:rPr>
        <w:t xml:space="preserve"> </w:t>
      </w:r>
      <w:r w:rsidRPr="0078531E">
        <w:t>gyermek</w:t>
      </w:r>
      <w:r w:rsidRPr="0078531E">
        <w:rPr>
          <w:spacing w:val="-1"/>
        </w:rPr>
        <w:t xml:space="preserve"> </w:t>
      </w:r>
      <w:r w:rsidRPr="0078531E">
        <w:t>egészséges,</w:t>
      </w:r>
      <w:r w:rsidRPr="0078531E">
        <w:rPr>
          <w:spacing w:val="-1"/>
        </w:rPr>
        <w:t xml:space="preserve"> </w:t>
      </w:r>
      <w:r w:rsidRPr="0078531E">
        <w:t>a</w:t>
      </w:r>
      <w:r w:rsidRPr="0078531E">
        <w:rPr>
          <w:spacing w:val="-4"/>
        </w:rPr>
        <w:t xml:space="preserve"> </w:t>
      </w:r>
      <w:r w:rsidRPr="0078531E">
        <w:t>tevékenységekben</w:t>
      </w:r>
      <w:r w:rsidRPr="0078531E">
        <w:rPr>
          <w:spacing w:val="-3"/>
        </w:rPr>
        <w:t xml:space="preserve"> </w:t>
      </w:r>
      <w:r w:rsidRPr="0078531E">
        <w:t>megnyilvánuló</w:t>
      </w:r>
      <w:r w:rsidRPr="0078531E">
        <w:rPr>
          <w:spacing w:val="-3"/>
        </w:rPr>
        <w:t xml:space="preserve"> </w:t>
      </w:r>
      <w:r w:rsidRPr="0078531E">
        <w:t>fejlődéséhez,</w:t>
      </w:r>
      <w:r w:rsidRPr="0078531E">
        <w:rPr>
          <w:spacing w:val="-1"/>
        </w:rPr>
        <w:t xml:space="preserve"> </w:t>
      </w:r>
      <w:r w:rsidRPr="0078531E">
        <w:t>fejlesztéséhez</w:t>
      </w:r>
      <w:r w:rsidRPr="0078531E">
        <w:rPr>
          <w:spacing w:val="-2"/>
        </w:rPr>
        <w:t xml:space="preserve"> </w:t>
      </w:r>
      <w:r w:rsidRPr="0078531E">
        <w:rPr>
          <w:spacing w:val="-10"/>
        </w:rPr>
        <w:t>a</w:t>
      </w:r>
    </w:p>
    <w:p w14:paraId="10CE68FA" w14:textId="77777777" w:rsidR="00AE0CFD" w:rsidRPr="0078531E" w:rsidRDefault="00C3522D" w:rsidP="00782837">
      <w:pPr>
        <w:pStyle w:val="Szvegtrzs"/>
        <w:spacing w:before="137" w:line="360" w:lineRule="auto"/>
        <w:ind w:right="469"/>
        <w:jc w:val="both"/>
      </w:pPr>
      <w:r w:rsidRPr="0078531E">
        <w:t>napirend</w:t>
      </w:r>
      <w:r w:rsidRPr="0078531E">
        <w:rPr>
          <w:spacing w:val="-3"/>
        </w:rPr>
        <w:t xml:space="preserve"> </w:t>
      </w:r>
      <w:r w:rsidRPr="0078531E">
        <w:t>és</w:t>
      </w:r>
      <w:r w:rsidRPr="0078531E">
        <w:rPr>
          <w:spacing w:val="-2"/>
        </w:rPr>
        <w:t xml:space="preserve"> </w:t>
      </w:r>
      <w:r w:rsidRPr="0078531E">
        <w:t>a</w:t>
      </w:r>
      <w:r w:rsidRPr="0078531E">
        <w:rPr>
          <w:spacing w:val="-4"/>
        </w:rPr>
        <w:t xml:space="preserve"> </w:t>
      </w:r>
      <w:r w:rsidRPr="0078531E">
        <w:t>heti</w:t>
      </w:r>
      <w:r w:rsidRPr="0078531E">
        <w:rPr>
          <w:spacing w:val="-3"/>
        </w:rPr>
        <w:t xml:space="preserve"> </w:t>
      </w:r>
      <w:r w:rsidRPr="0078531E">
        <w:t>rend</w:t>
      </w:r>
      <w:r w:rsidRPr="0078531E">
        <w:rPr>
          <w:spacing w:val="-3"/>
        </w:rPr>
        <w:t xml:space="preserve"> </w:t>
      </w:r>
      <w:r w:rsidRPr="0078531E">
        <w:t>biztosítja</w:t>
      </w:r>
      <w:r w:rsidRPr="0078531E">
        <w:rPr>
          <w:spacing w:val="-3"/>
        </w:rPr>
        <w:t xml:space="preserve"> </w:t>
      </w:r>
      <w:r w:rsidRPr="0078531E">
        <w:t>a</w:t>
      </w:r>
      <w:r w:rsidRPr="0078531E">
        <w:rPr>
          <w:spacing w:val="-4"/>
        </w:rPr>
        <w:t xml:space="preserve"> </w:t>
      </w:r>
      <w:r w:rsidRPr="0078531E">
        <w:t>feltételeket,</w:t>
      </w:r>
      <w:r w:rsidRPr="0078531E">
        <w:rPr>
          <w:spacing w:val="-3"/>
        </w:rPr>
        <w:t xml:space="preserve"> </w:t>
      </w:r>
      <w:r w:rsidRPr="0078531E">
        <w:t>melyek</w:t>
      </w:r>
      <w:r w:rsidRPr="0078531E">
        <w:rPr>
          <w:spacing w:val="-2"/>
        </w:rPr>
        <w:t xml:space="preserve"> </w:t>
      </w:r>
      <w:r w:rsidRPr="0078531E">
        <w:t>a</w:t>
      </w:r>
      <w:r w:rsidRPr="0078531E">
        <w:rPr>
          <w:spacing w:val="-4"/>
        </w:rPr>
        <w:t xml:space="preserve"> </w:t>
      </w:r>
      <w:r w:rsidRPr="0078531E">
        <w:t>megfelelő</w:t>
      </w:r>
      <w:r w:rsidRPr="0078531E">
        <w:rPr>
          <w:spacing w:val="-3"/>
        </w:rPr>
        <w:t xml:space="preserve"> </w:t>
      </w:r>
      <w:r w:rsidRPr="0078531E">
        <w:t>időtartamú,</w:t>
      </w:r>
      <w:r w:rsidRPr="0078531E">
        <w:rPr>
          <w:spacing w:val="-3"/>
        </w:rPr>
        <w:t xml:space="preserve"> </w:t>
      </w:r>
      <w:r w:rsidRPr="0078531E">
        <w:t>párhuzamosan is végezhető, differenciált tevékenységek, valamint a gyermek együttműködő képességét,</w:t>
      </w:r>
    </w:p>
    <w:p w14:paraId="599DF119" w14:textId="77777777" w:rsidR="00AE0CFD" w:rsidRPr="0078531E" w:rsidRDefault="00C3522D" w:rsidP="00782837">
      <w:pPr>
        <w:pStyle w:val="Szvegtrzs"/>
        <w:spacing w:line="360" w:lineRule="auto"/>
        <w:ind w:right="469"/>
        <w:jc w:val="both"/>
      </w:pPr>
      <w:r w:rsidRPr="0078531E">
        <w:t>feladattudatát</w:t>
      </w:r>
      <w:r w:rsidRPr="0078531E">
        <w:rPr>
          <w:spacing w:val="-5"/>
        </w:rPr>
        <w:t xml:space="preserve"> </w:t>
      </w:r>
      <w:r w:rsidRPr="0078531E">
        <w:t>fejlesztő,</w:t>
      </w:r>
      <w:r w:rsidRPr="0078531E">
        <w:rPr>
          <w:spacing w:val="-5"/>
        </w:rPr>
        <w:t xml:space="preserve"> </w:t>
      </w:r>
      <w:r w:rsidRPr="0078531E">
        <w:t>növekvő</w:t>
      </w:r>
      <w:r w:rsidRPr="0078531E">
        <w:rPr>
          <w:spacing w:val="-5"/>
        </w:rPr>
        <w:t xml:space="preserve"> </w:t>
      </w:r>
      <w:r w:rsidRPr="0078531E">
        <w:t>időtartamú</w:t>
      </w:r>
      <w:r w:rsidRPr="0078531E">
        <w:rPr>
          <w:spacing w:val="-6"/>
        </w:rPr>
        <w:t xml:space="preserve"> </w:t>
      </w:r>
      <w:r w:rsidRPr="0078531E">
        <w:t>(5-35</w:t>
      </w:r>
      <w:r w:rsidRPr="0078531E">
        <w:rPr>
          <w:spacing w:val="-4"/>
        </w:rPr>
        <w:t xml:space="preserve"> </w:t>
      </w:r>
      <w:r w:rsidRPr="0078531E">
        <w:t>perces)</w:t>
      </w:r>
      <w:r w:rsidRPr="0078531E">
        <w:rPr>
          <w:spacing w:val="-5"/>
        </w:rPr>
        <w:t xml:space="preserve"> </w:t>
      </w:r>
      <w:r w:rsidRPr="0078531E">
        <w:t>csoportos</w:t>
      </w:r>
      <w:r w:rsidRPr="0078531E">
        <w:rPr>
          <w:spacing w:val="-6"/>
        </w:rPr>
        <w:t xml:space="preserve"> </w:t>
      </w:r>
      <w:r w:rsidRPr="0078531E">
        <w:t>foglalkozások tervezésével, szervezésével valósulnak meg. A napirend igazodik a különböző</w:t>
      </w:r>
    </w:p>
    <w:p w14:paraId="1B37215A" w14:textId="77777777" w:rsidR="00AE0CFD" w:rsidRPr="0078531E" w:rsidRDefault="00C3522D" w:rsidP="00782837">
      <w:pPr>
        <w:pStyle w:val="Szvegtrzs"/>
        <w:jc w:val="both"/>
      </w:pPr>
      <w:r w:rsidRPr="0078531E">
        <w:t>tevékenységekhez</w:t>
      </w:r>
      <w:r w:rsidRPr="0078531E">
        <w:rPr>
          <w:spacing w:val="-3"/>
        </w:rPr>
        <w:t xml:space="preserve"> </w:t>
      </w:r>
      <w:r w:rsidRPr="0078531E">
        <w:t>és</w:t>
      </w:r>
      <w:r w:rsidRPr="0078531E">
        <w:rPr>
          <w:spacing w:val="-3"/>
        </w:rPr>
        <w:t xml:space="preserve"> </w:t>
      </w:r>
      <w:r w:rsidRPr="0078531E">
        <w:t>a</w:t>
      </w:r>
      <w:r w:rsidRPr="0078531E">
        <w:rPr>
          <w:spacing w:val="-1"/>
        </w:rPr>
        <w:t xml:space="preserve"> </w:t>
      </w:r>
      <w:r w:rsidRPr="0078531E">
        <w:t>gyermek</w:t>
      </w:r>
      <w:r w:rsidRPr="0078531E">
        <w:rPr>
          <w:spacing w:val="-1"/>
        </w:rPr>
        <w:t xml:space="preserve"> </w:t>
      </w:r>
      <w:r w:rsidRPr="0078531E">
        <w:t>egyéni</w:t>
      </w:r>
      <w:r w:rsidRPr="0078531E">
        <w:rPr>
          <w:spacing w:val="-2"/>
        </w:rPr>
        <w:t xml:space="preserve"> </w:t>
      </w:r>
      <w:r w:rsidRPr="0078531E">
        <w:t>szükségleteihez,</w:t>
      </w:r>
      <w:r w:rsidRPr="0078531E">
        <w:rPr>
          <w:spacing w:val="-2"/>
        </w:rPr>
        <w:t xml:space="preserve"> </w:t>
      </w:r>
      <w:r w:rsidRPr="0078531E">
        <w:t>valamint</w:t>
      </w:r>
      <w:r w:rsidRPr="0078531E">
        <w:rPr>
          <w:spacing w:val="-1"/>
        </w:rPr>
        <w:t xml:space="preserve"> </w:t>
      </w:r>
      <w:r w:rsidRPr="0078531E">
        <w:t>tekintettel</w:t>
      </w:r>
      <w:r w:rsidRPr="0078531E">
        <w:rPr>
          <w:spacing w:val="-2"/>
        </w:rPr>
        <w:t xml:space="preserve"> </w:t>
      </w:r>
      <w:r w:rsidRPr="0078531E">
        <w:t>van</w:t>
      </w:r>
      <w:r w:rsidRPr="0078531E">
        <w:rPr>
          <w:spacing w:val="-2"/>
        </w:rPr>
        <w:t xml:space="preserve"> </w:t>
      </w:r>
      <w:r w:rsidRPr="0078531E">
        <w:t>a</w:t>
      </w:r>
      <w:r w:rsidRPr="0078531E">
        <w:rPr>
          <w:spacing w:val="-3"/>
        </w:rPr>
        <w:t xml:space="preserve"> </w:t>
      </w:r>
      <w:r w:rsidRPr="0078531E">
        <w:rPr>
          <w:spacing w:val="-2"/>
        </w:rPr>
        <w:t>helyi</w:t>
      </w:r>
    </w:p>
    <w:p w14:paraId="2D07484C" w14:textId="0967A64C" w:rsidR="00AE0CFD" w:rsidRPr="0078531E" w:rsidRDefault="00C3522D" w:rsidP="00782837">
      <w:pPr>
        <w:pStyle w:val="Szvegtrzs"/>
        <w:spacing w:before="137" w:line="360" w:lineRule="auto"/>
        <w:jc w:val="both"/>
      </w:pPr>
      <w:r w:rsidRPr="0078531E">
        <w:t>szokásokra,</w:t>
      </w:r>
      <w:r w:rsidRPr="0078531E">
        <w:rPr>
          <w:spacing w:val="-4"/>
        </w:rPr>
        <w:t xml:space="preserve"> </w:t>
      </w:r>
      <w:r w:rsidRPr="0078531E">
        <w:t>igényekre.</w:t>
      </w:r>
      <w:r w:rsidRPr="0078531E">
        <w:rPr>
          <w:spacing w:val="-4"/>
        </w:rPr>
        <w:t xml:space="preserve"> </w:t>
      </w:r>
      <w:r w:rsidRPr="0078531E">
        <w:t>A</w:t>
      </w:r>
      <w:r w:rsidRPr="0078531E">
        <w:rPr>
          <w:spacing w:val="-3"/>
        </w:rPr>
        <w:t xml:space="preserve"> </w:t>
      </w:r>
      <w:r w:rsidRPr="0078531E">
        <w:t>rendszeresség</w:t>
      </w:r>
      <w:r w:rsidRPr="0078531E">
        <w:rPr>
          <w:spacing w:val="-5"/>
        </w:rPr>
        <w:t xml:space="preserve"> </w:t>
      </w:r>
      <w:r w:rsidRPr="0078531E">
        <w:t>és</w:t>
      </w:r>
      <w:r w:rsidRPr="0078531E">
        <w:rPr>
          <w:spacing w:val="-5"/>
        </w:rPr>
        <w:t xml:space="preserve"> </w:t>
      </w:r>
      <w:r w:rsidRPr="0078531E">
        <w:t>az</w:t>
      </w:r>
      <w:r w:rsidRPr="0078531E">
        <w:rPr>
          <w:spacing w:val="-3"/>
        </w:rPr>
        <w:t xml:space="preserve"> </w:t>
      </w:r>
      <w:r w:rsidRPr="0078531E">
        <w:t>ismétlődések</w:t>
      </w:r>
      <w:r w:rsidRPr="0078531E">
        <w:rPr>
          <w:spacing w:val="-4"/>
        </w:rPr>
        <w:t xml:space="preserve"> </w:t>
      </w:r>
      <w:r w:rsidRPr="0078531E">
        <w:t>érzelmi</w:t>
      </w:r>
      <w:r w:rsidRPr="0078531E">
        <w:rPr>
          <w:spacing w:val="-4"/>
        </w:rPr>
        <w:t xml:space="preserve"> </w:t>
      </w:r>
      <w:r w:rsidRPr="0078531E">
        <w:t>biztonságot</w:t>
      </w:r>
      <w:r w:rsidRPr="0078531E">
        <w:rPr>
          <w:spacing w:val="-4"/>
        </w:rPr>
        <w:t xml:space="preserve"> </w:t>
      </w:r>
      <w:r w:rsidRPr="0078531E">
        <w:t>teremtenek</w:t>
      </w:r>
      <w:r w:rsidRPr="0078531E">
        <w:rPr>
          <w:spacing w:val="-4"/>
        </w:rPr>
        <w:t xml:space="preserve"> </w:t>
      </w:r>
      <w:r w:rsidRPr="0078531E">
        <w:t xml:space="preserve">a </w:t>
      </w:r>
      <w:r w:rsidRPr="0078531E">
        <w:rPr>
          <w:spacing w:val="-2"/>
        </w:rPr>
        <w:t>gyermeknek.</w:t>
      </w:r>
      <w:r w:rsidR="00782837" w:rsidRPr="0078531E">
        <w:rPr>
          <w:spacing w:val="-2"/>
        </w:rPr>
        <w:t>”</w:t>
      </w:r>
      <w:r w:rsidR="00AB2E6E" w:rsidRPr="0078531E">
        <w:rPr>
          <w:spacing w:val="-2"/>
          <w:vertAlign w:val="superscript"/>
        </w:rPr>
        <w:t>4</w:t>
      </w:r>
    </w:p>
    <w:p w14:paraId="0B6D53D8" w14:textId="77777777" w:rsidR="00AE0CFD" w:rsidRPr="0078531E" w:rsidRDefault="00AE0CFD" w:rsidP="00FA1917">
      <w:pPr>
        <w:pStyle w:val="Szvegtrzs"/>
        <w:spacing w:before="5"/>
        <w:jc w:val="both"/>
      </w:pPr>
    </w:p>
    <w:p w14:paraId="7C363CD6" w14:textId="53ECCE3F" w:rsidR="00AE0CFD" w:rsidRPr="0078531E" w:rsidRDefault="00C3522D" w:rsidP="00A60171">
      <w:pPr>
        <w:pStyle w:val="Szvegtrzs"/>
        <w:spacing w:line="360" w:lineRule="auto"/>
      </w:pPr>
      <w:r w:rsidRPr="0078531E">
        <w:t>A</w:t>
      </w:r>
      <w:r w:rsidRPr="0078531E">
        <w:rPr>
          <w:spacing w:val="-5"/>
        </w:rPr>
        <w:t xml:space="preserve"> </w:t>
      </w:r>
      <w:r w:rsidRPr="0078531E">
        <w:t>jó</w:t>
      </w:r>
      <w:r w:rsidRPr="0078531E">
        <w:rPr>
          <w:spacing w:val="-2"/>
        </w:rPr>
        <w:t xml:space="preserve"> </w:t>
      </w:r>
      <w:r w:rsidRPr="0078531E">
        <w:t>napirendet</w:t>
      </w:r>
      <w:r w:rsidRPr="0078531E">
        <w:rPr>
          <w:spacing w:val="-1"/>
        </w:rPr>
        <w:t xml:space="preserve"> </w:t>
      </w:r>
      <w:r w:rsidRPr="0078531E">
        <w:t>folyamatosság</w:t>
      </w:r>
      <w:r w:rsidRPr="0078531E">
        <w:rPr>
          <w:spacing w:val="-3"/>
        </w:rPr>
        <w:t xml:space="preserve"> </w:t>
      </w:r>
      <w:r w:rsidRPr="0078531E">
        <w:t>és</w:t>
      </w:r>
      <w:r w:rsidRPr="0078531E">
        <w:rPr>
          <w:spacing w:val="-2"/>
        </w:rPr>
        <w:t xml:space="preserve"> </w:t>
      </w:r>
      <w:r w:rsidRPr="0078531E">
        <w:t>rugalmasság</w:t>
      </w:r>
      <w:r w:rsidRPr="0078531E">
        <w:rPr>
          <w:spacing w:val="-4"/>
        </w:rPr>
        <w:t xml:space="preserve"> </w:t>
      </w:r>
      <w:r w:rsidRPr="0078531E">
        <w:t>jellemzi</w:t>
      </w:r>
      <w:r w:rsidR="001929BD" w:rsidRPr="0078531E">
        <w:t xml:space="preserve">, amely igazodik </w:t>
      </w:r>
      <w:r w:rsidR="00A60171" w:rsidRPr="0078531E">
        <w:t xml:space="preserve">a gyermekek motiváltságához, aktivitásához és a változó környezethez. </w:t>
      </w:r>
      <w:r w:rsidRPr="0078531E">
        <w:t>Fontos</w:t>
      </w:r>
      <w:r w:rsidRPr="0078531E">
        <w:rPr>
          <w:spacing w:val="-1"/>
        </w:rPr>
        <w:t xml:space="preserve"> </w:t>
      </w:r>
      <w:r w:rsidRPr="0078531E">
        <w:t>a</w:t>
      </w:r>
      <w:r w:rsidRPr="0078531E">
        <w:rPr>
          <w:spacing w:val="-3"/>
        </w:rPr>
        <w:t xml:space="preserve"> </w:t>
      </w:r>
      <w:r w:rsidRPr="0078531E">
        <w:t>tevékenységek</w:t>
      </w:r>
      <w:r w:rsidRPr="0078531E">
        <w:rPr>
          <w:spacing w:val="-1"/>
        </w:rPr>
        <w:t xml:space="preserve"> </w:t>
      </w:r>
      <w:r w:rsidRPr="0078531E">
        <w:rPr>
          <w:spacing w:val="-2"/>
        </w:rPr>
        <w:t>közötti</w:t>
      </w:r>
    </w:p>
    <w:p w14:paraId="47C8E6DC" w14:textId="1DFDE6BC" w:rsidR="00AE0CFD" w:rsidRPr="0078531E" w:rsidRDefault="00C3522D" w:rsidP="00782837">
      <w:pPr>
        <w:pStyle w:val="Szvegtrzs"/>
        <w:spacing w:before="140" w:line="360" w:lineRule="auto"/>
        <w:ind w:right="469"/>
        <w:jc w:val="both"/>
        <w:rPr>
          <w:vertAlign w:val="superscript"/>
        </w:rPr>
      </w:pPr>
      <w:r w:rsidRPr="0078531E">
        <w:t>harmonikus</w:t>
      </w:r>
      <w:r w:rsidRPr="0078531E">
        <w:rPr>
          <w:spacing w:val="-4"/>
        </w:rPr>
        <w:t xml:space="preserve"> </w:t>
      </w:r>
      <w:r w:rsidRPr="0078531E">
        <w:t>arányok</w:t>
      </w:r>
      <w:r w:rsidRPr="0078531E">
        <w:rPr>
          <w:spacing w:val="-3"/>
        </w:rPr>
        <w:t xml:space="preserve"> </w:t>
      </w:r>
      <w:r w:rsidRPr="0078531E">
        <w:t>kialakítása,</w:t>
      </w:r>
      <w:r w:rsidRPr="0078531E">
        <w:rPr>
          <w:spacing w:val="-3"/>
        </w:rPr>
        <w:t xml:space="preserve"> </w:t>
      </w:r>
      <w:r w:rsidRPr="0078531E">
        <w:t>a</w:t>
      </w:r>
      <w:r w:rsidRPr="0078531E">
        <w:rPr>
          <w:spacing w:val="-4"/>
        </w:rPr>
        <w:t xml:space="preserve"> </w:t>
      </w:r>
      <w:r w:rsidRPr="0078531E">
        <w:t>játék</w:t>
      </w:r>
      <w:r w:rsidRPr="0078531E">
        <w:rPr>
          <w:spacing w:val="-3"/>
        </w:rPr>
        <w:t xml:space="preserve"> </w:t>
      </w:r>
      <w:r w:rsidRPr="0078531E">
        <w:t>kitüntetett</w:t>
      </w:r>
      <w:r w:rsidRPr="0078531E">
        <w:rPr>
          <w:spacing w:val="-3"/>
        </w:rPr>
        <w:t xml:space="preserve"> </w:t>
      </w:r>
      <w:r w:rsidRPr="0078531E">
        <w:t>szerep</w:t>
      </w:r>
      <w:r w:rsidR="00A60171" w:rsidRPr="0078531E">
        <w:t>e</w:t>
      </w:r>
      <w:r w:rsidRPr="0078531E">
        <w:t>.</w:t>
      </w:r>
      <w:r w:rsidRPr="0078531E">
        <w:rPr>
          <w:spacing w:val="-3"/>
        </w:rPr>
        <w:t xml:space="preserve"> </w:t>
      </w:r>
      <w:r w:rsidRPr="0078531E">
        <w:t>A</w:t>
      </w:r>
      <w:r w:rsidRPr="0078531E">
        <w:rPr>
          <w:spacing w:val="-4"/>
        </w:rPr>
        <w:t xml:space="preserve"> </w:t>
      </w:r>
      <w:r w:rsidRPr="0078531E">
        <w:t>napi-</w:t>
      </w:r>
      <w:r w:rsidRPr="0078531E">
        <w:rPr>
          <w:spacing w:val="-4"/>
        </w:rPr>
        <w:t xml:space="preserve"> </w:t>
      </w:r>
      <w:r w:rsidRPr="0078531E">
        <w:t>és</w:t>
      </w:r>
      <w:r w:rsidRPr="0078531E">
        <w:rPr>
          <w:spacing w:val="-4"/>
        </w:rPr>
        <w:t xml:space="preserve"> </w:t>
      </w:r>
      <w:r w:rsidRPr="0078531E">
        <w:t>heti rendet a gyermekcsoport óvodapedagógusai alakítják ki.”</w:t>
      </w:r>
      <w:r w:rsidR="00AB2E6E" w:rsidRPr="0078531E">
        <w:rPr>
          <w:vertAlign w:val="superscript"/>
        </w:rPr>
        <w:t>5</w:t>
      </w:r>
    </w:p>
    <w:p w14:paraId="0408AD9E" w14:textId="77777777" w:rsidR="00A60171" w:rsidRPr="0078531E" w:rsidRDefault="00A60171" w:rsidP="00782837">
      <w:pPr>
        <w:pStyle w:val="Szvegtrzs"/>
        <w:spacing w:before="140" w:line="360" w:lineRule="auto"/>
        <w:ind w:right="469"/>
        <w:jc w:val="both"/>
      </w:pPr>
      <w:r w:rsidRPr="0078531E">
        <w:t xml:space="preserve">Az óvodai élet szervezésében a gondozásnak is kiemelt szerepe van. Az óvodapedagógus a gondozás folyamatában nevel, építi kapcsolatait a gyermekekkel, egyúttal segíti önállóságuk fejlődését, együttműködve a gondozást, nevelést segítő munkatársakkal. </w:t>
      </w:r>
    </w:p>
    <w:p w14:paraId="1BC067D1" w14:textId="77777777" w:rsidR="00A60171" w:rsidRPr="0078531E" w:rsidRDefault="00A60171" w:rsidP="00782837">
      <w:pPr>
        <w:pStyle w:val="Szvegtrzs"/>
        <w:spacing w:before="140" w:line="360" w:lineRule="auto"/>
        <w:ind w:right="469"/>
        <w:jc w:val="both"/>
      </w:pPr>
      <w:r w:rsidRPr="0078531E">
        <w:t xml:space="preserve"> Az óvodai élet megszervezése során törekedni kell a személyes interakciókra, élőszavas mese és közösségi játékélmény biztosításával. </w:t>
      </w:r>
    </w:p>
    <w:p w14:paraId="2BA19B13" w14:textId="77777777" w:rsidR="00A60171" w:rsidRPr="0078531E" w:rsidRDefault="00A60171" w:rsidP="00782837">
      <w:pPr>
        <w:pStyle w:val="Szvegtrzs"/>
        <w:spacing w:before="140" w:line="360" w:lineRule="auto"/>
        <w:ind w:right="469"/>
        <w:jc w:val="both"/>
      </w:pPr>
      <w:r w:rsidRPr="0078531E">
        <w:t xml:space="preserve"> Az óvodai nevelés tervezését, valamint a gyermekek megismerését és fejlesztését, a fejlődésük nyomon követését különböző kötelező dokumentumok szolgálják. </w:t>
      </w:r>
    </w:p>
    <w:p w14:paraId="78B1FDAD" w14:textId="77777777" w:rsidR="00A60171" w:rsidRPr="0078531E" w:rsidRDefault="00A60171" w:rsidP="00782837">
      <w:pPr>
        <w:pStyle w:val="Szvegtrzs"/>
        <w:spacing w:before="140" w:line="360" w:lineRule="auto"/>
        <w:ind w:right="469"/>
        <w:jc w:val="both"/>
      </w:pPr>
      <w:r w:rsidRPr="0078531E">
        <w:t xml:space="preserve">Az óvodai nevelés csak a jóváhagyott pedagógiai program alapján valósulhat meg és a teljes óvodai életet magába foglaló tevékenységek keretében szervezhető meg, az óvodapedagógus </w:t>
      </w:r>
      <w:r w:rsidRPr="0078531E">
        <w:lastRenderedPageBreak/>
        <w:t>feltétlen jelenlétében és közreműködésével.</w:t>
      </w:r>
    </w:p>
    <w:p w14:paraId="10E749C0" w14:textId="77777777" w:rsidR="00A60171" w:rsidRPr="0078531E" w:rsidRDefault="00A60171" w:rsidP="00782837">
      <w:pPr>
        <w:pStyle w:val="Szvegtrzs"/>
        <w:spacing w:before="140" w:line="360" w:lineRule="auto"/>
        <w:ind w:right="469"/>
        <w:jc w:val="both"/>
      </w:pPr>
      <w:r w:rsidRPr="0078531E">
        <w:t xml:space="preserve"> Az óvodai csoportokban a napirendben meghatározott időben külön gyermekközpontú, fejlesztő pedagógiai tevékenység szervezése szükséges a gyermekek számára a tanköteles korukat megelőző nevelési évben a későbbi eredményes iskolai előrehaladásához fontos képességek és készségek fejlődése érdekében. A legalább három óvodai csoporttal működő óvodákban a gyermekek – amennyiben létszámuk eléri a nemzeti köznevelésről szóló 2011. évi CXC. törvény 4. mellékletében meghatározott csoportlétszám minimumát – a tanköteles korukat megelőző nevelési évben az iskolai oktatásban való sikeres részvételük érdekében azonos életkorú gyermekekből álló óvodai csoportban vesznek részt az óvodai nevelésben. Ha a gyermekek létszáma nem éri el a törvényben meghatározott minimális létszámot, akkor a tanköteles korukat megelőző nevelési évet töltő gyermekek saját csoportjukon belül differenciált nevelésben vesznek részt. </w:t>
      </w:r>
    </w:p>
    <w:p w14:paraId="716EAE29" w14:textId="77777777" w:rsidR="00A60171" w:rsidRPr="0078531E" w:rsidRDefault="00A60171" w:rsidP="00782837">
      <w:pPr>
        <w:pStyle w:val="Szvegtrzs"/>
        <w:spacing w:before="140" w:line="360" w:lineRule="auto"/>
        <w:ind w:right="469"/>
        <w:jc w:val="both"/>
      </w:pPr>
      <w:r w:rsidRPr="0078531E">
        <w:t xml:space="preserve">A tanköteles korú, de az óvodában nevelkedő gyermekeket a 6. pont alkalmazása során tanköteles korukat megelőző nevelési évben járóknak kell tekinteni. </w:t>
      </w:r>
    </w:p>
    <w:p w14:paraId="255E9E6B" w14:textId="4B9755DB" w:rsidR="00A60171" w:rsidRPr="0078531E" w:rsidRDefault="00A60171" w:rsidP="00782837">
      <w:pPr>
        <w:pStyle w:val="Szvegtrzs"/>
        <w:spacing w:before="140" w:line="360" w:lineRule="auto"/>
        <w:ind w:right="469"/>
        <w:jc w:val="both"/>
      </w:pPr>
      <w:r w:rsidRPr="0078531E">
        <w:t xml:space="preserve"> A gyermekek fejlődésének vizsgálata céljából a tanköteles kor </w:t>
      </w:r>
      <w:proofErr w:type="spellStart"/>
      <w:r w:rsidRPr="0078531E">
        <w:t>betöltésekori</w:t>
      </w:r>
      <w:proofErr w:type="spellEnd"/>
      <w:r w:rsidRPr="0078531E">
        <w:t xml:space="preserve"> nevelési évben diagnosztikus mérési rendszer alkalmazható.</w:t>
      </w:r>
    </w:p>
    <w:p w14:paraId="12B5729D" w14:textId="684C67B2" w:rsidR="00AE0CFD" w:rsidRPr="0078531E" w:rsidRDefault="00C3522D">
      <w:pPr>
        <w:pStyle w:val="Cmsor4"/>
        <w:numPr>
          <w:ilvl w:val="1"/>
          <w:numId w:val="36"/>
        </w:numPr>
        <w:tabs>
          <w:tab w:val="left" w:pos="616"/>
        </w:tabs>
        <w:spacing w:before="141"/>
        <w:jc w:val="both"/>
      </w:pPr>
      <w:r w:rsidRPr="0078531E">
        <w:t>A</w:t>
      </w:r>
      <w:r w:rsidRPr="0078531E">
        <w:rPr>
          <w:spacing w:val="-5"/>
        </w:rPr>
        <w:t xml:space="preserve"> </w:t>
      </w:r>
      <w:r w:rsidRPr="0078531E">
        <w:t>heti</w:t>
      </w:r>
      <w:r w:rsidR="001B1DF3" w:rsidRPr="0078531E">
        <w:t>-</w:t>
      </w:r>
      <w:r w:rsidRPr="0078531E">
        <w:rPr>
          <w:spacing w:val="-3"/>
        </w:rPr>
        <w:t xml:space="preserve"> </w:t>
      </w:r>
      <w:r w:rsidRPr="0078531E">
        <w:t>és</w:t>
      </w:r>
      <w:r w:rsidRPr="0078531E">
        <w:rPr>
          <w:spacing w:val="-3"/>
        </w:rPr>
        <w:t xml:space="preserve"> </w:t>
      </w:r>
      <w:r w:rsidRPr="0078531E">
        <w:t>napirend</w:t>
      </w:r>
      <w:r w:rsidRPr="0078531E">
        <w:rPr>
          <w:spacing w:val="-2"/>
        </w:rPr>
        <w:t xml:space="preserve"> </w:t>
      </w:r>
      <w:r w:rsidRPr="0078531E">
        <w:t>kialakítás</w:t>
      </w:r>
      <w:r w:rsidRPr="0078531E">
        <w:rPr>
          <w:spacing w:val="-4"/>
        </w:rPr>
        <w:t xml:space="preserve"> </w:t>
      </w:r>
      <w:r w:rsidRPr="0078531E">
        <w:rPr>
          <w:spacing w:val="-2"/>
        </w:rPr>
        <w:t>feladatai</w:t>
      </w:r>
    </w:p>
    <w:p w14:paraId="55FABD3D" w14:textId="77777777" w:rsidR="00AE0CFD" w:rsidRPr="0078531E" w:rsidRDefault="00C3522D">
      <w:pPr>
        <w:pStyle w:val="Listaszerbekezds"/>
        <w:numPr>
          <w:ilvl w:val="0"/>
          <w:numId w:val="18"/>
        </w:numPr>
        <w:tabs>
          <w:tab w:val="left" w:pos="376"/>
        </w:tabs>
        <w:spacing w:before="135" w:line="360" w:lineRule="auto"/>
        <w:ind w:right="613" w:firstLine="0"/>
        <w:jc w:val="both"/>
        <w:rPr>
          <w:sz w:val="24"/>
        </w:rPr>
      </w:pPr>
      <w:r w:rsidRPr="0078531E">
        <w:rPr>
          <w:sz w:val="24"/>
        </w:rPr>
        <w:t>A</w:t>
      </w:r>
      <w:r w:rsidRPr="0078531E">
        <w:rPr>
          <w:spacing w:val="-5"/>
          <w:sz w:val="24"/>
        </w:rPr>
        <w:t xml:space="preserve"> </w:t>
      </w:r>
      <w:r w:rsidRPr="0078531E">
        <w:rPr>
          <w:sz w:val="24"/>
        </w:rPr>
        <w:t>napi</w:t>
      </w:r>
      <w:r w:rsidRPr="0078531E">
        <w:rPr>
          <w:spacing w:val="-4"/>
          <w:sz w:val="24"/>
        </w:rPr>
        <w:t xml:space="preserve"> </w:t>
      </w:r>
      <w:r w:rsidRPr="0078531E">
        <w:rPr>
          <w:sz w:val="24"/>
        </w:rPr>
        <w:t>és</w:t>
      </w:r>
      <w:r w:rsidRPr="0078531E">
        <w:rPr>
          <w:spacing w:val="-5"/>
          <w:sz w:val="24"/>
        </w:rPr>
        <w:t xml:space="preserve"> </w:t>
      </w:r>
      <w:r w:rsidRPr="0078531E">
        <w:rPr>
          <w:sz w:val="24"/>
        </w:rPr>
        <w:t>heti</w:t>
      </w:r>
      <w:r w:rsidRPr="0078531E">
        <w:rPr>
          <w:spacing w:val="-4"/>
          <w:sz w:val="24"/>
        </w:rPr>
        <w:t xml:space="preserve"> </w:t>
      </w:r>
      <w:r w:rsidRPr="0078531E">
        <w:rPr>
          <w:sz w:val="24"/>
        </w:rPr>
        <w:t>rendet</w:t>
      </w:r>
      <w:r w:rsidRPr="0078531E">
        <w:rPr>
          <w:spacing w:val="-4"/>
          <w:sz w:val="24"/>
        </w:rPr>
        <w:t xml:space="preserve"> </w:t>
      </w:r>
      <w:r w:rsidRPr="0078531E">
        <w:rPr>
          <w:sz w:val="24"/>
        </w:rPr>
        <w:t>a</w:t>
      </w:r>
      <w:r w:rsidRPr="0078531E">
        <w:rPr>
          <w:spacing w:val="-3"/>
          <w:sz w:val="24"/>
        </w:rPr>
        <w:t xml:space="preserve"> </w:t>
      </w:r>
      <w:r w:rsidRPr="0078531E">
        <w:rPr>
          <w:sz w:val="24"/>
        </w:rPr>
        <w:t>csoportok</w:t>
      </w:r>
      <w:r w:rsidRPr="0078531E">
        <w:rPr>
          <w:spacing w:val="-4"/>
          <w:sz w:val="24"/>
        </w:rPr>
        <w:t xml:space="preserve"> </w:t>
      </w:r>
      <w:r w:rsidRPr="0078531E">
        <w:rPr>
          <w:sz w:val="24"/>
        </w:rPr>
        <w:t>óvodapedagógusai</w:t>
      </w:r>
      <w:r w:rsidRPr="0078531E">
        <w:rPr>
          <w:spacing w:val="-4"/>
          <w:sz w:val="24"/>
        </w:rPr>
        <w:t xml:space="preserve"> </w:t>
      </w:r>
      <w:r w:rsidRPr="0078531E">
        <w:rPr>
          <w:sz w:val="24"/>
        </w:rPr>
        <w:t>állítják</w:t>
      </w:r>
      <w:r w:rsidRPr="0078531E">
        <w:rPr>
          <w:spacing w:val="-4"/>
          <w:sz w:val="24"/>
        </w:rPr>
        <w:t xml:space="preserve"> </w:t>
      </w:r>
      <w:r w:rsidRPr="0078531E">
        <w:rPr>
          <w:sz w:val="24"/>
        </w:rPr>
        <w:t>össze</w:t>
      </w:r>
      <w:r w:rsidRPr="0078531E">
        <w:rPr>
          <w:spacing w:val="-5"/>
          <w:sz w:val="24"/>
        </w:rPr>
        <w:t xml:space="preserve"> </w:t>
      </w:r>
      <w:r w:rsidRPr="0078531E">
        <w:rPr>
          <w:sz w:val="24"/>
        </w:rPr>
        <w:t>pedagógiai</w:t>
      </w:r>
      <w:r w:rsidRPr="0078531E">
        <w:rPr>
          <w:spacing w:val="-4"/>
          <w:sz w:val="24"/>
        </w:rPr>
        <w:t xml:space="preserve"> </w:t>
      </w:r>
      <w:r w:rsidRPr="0078531E">
        <w:rPr>
          <w:sz w:val="24"/>
        </w:rPr>
        <w:t xml:space="preserve">programunk </w:t>
      </w:r>
      <w:r w:rsidRPr="0078531E">
        <w:rPr>
          <w:spacing w:val="-2"/>
          <w:sz w:val="24"/>
        </w:rPr>
        <w:t>alapján.</w:t>
      </w:r>
    </w:p>
    <w:p w14:paraId="0F3AA817" w14:textId="77777777" w:rsidR="00AE0CFD" w:rsidRPr="0078531E" w:rsidRDefault="00C3522D">
      <w:pPr>
        <w:pStyle w:val="Listaszerbekezds"/>
        <w:numPr>
          <w:ilvl w:val="0"/>
          <w:numId w:val="18"/>
        </w:numPr>
        <w:tabs>
          <w:tab w:val="left" w:pos="376"/>
        </w:tabs>
        <w:spacing w:before="19" w:line="360" w:lineRule="auto"/>
        <w:ind w:right="1859" w:firstLine="0"/>
        <w:jc w:val="both"/>
        <w:rPr>
          <w:sz w:val="24"/>
        </w:rPr>
      </w:pPr>
      <w:r w:rsidRPr="0078531E">
        <w:rPr>
          <w:sz w:val="24"/>
        </w:rPr>
        <w:t>A</w:t>
      </w:r>
      <w:r w:rsidRPr="0078531E">
        <w:rPr>
          <w:spacing w:val="-4"/>
          <w:sz w:val="24"/>
        </w:rPr>
        <w:t xml:space="preserve"> </w:t>
      </w:r>
      <w:r w:rsidRPr="0078531E">
        <w:rPr>
          <w:sz w:val="24"/>
        </w:rPr>
        <w:t>napi</w:t>
      </w:r>
      <w:r w:rsidRPr="0078531E">
        <w:rPr>
          <w:spacing w:val="-3"/>
          <w:sz w:val="24"/>
        </w:rPr>
        <w:t xml:space="preserve"> </w:t>
      </w:r>
      <w:r w:rsidRPr="0078531E">
        <w:rPr>
          <w:sz w:val="24"/>
        </w:rPr>
        <w:t>és</w:t>
      </w:r>
      <w:r w:rsidRPr="0078531E">
        <w:rPr>
          <w:spacing w:val="-4"/>
          <w:sz w:val="24"/>
        </w:rPr>
        <w:t xml:space="preserve"> </w:t>
      </w:r>
      <w:r w:rsidRPr="0078531E">
        <w:rPr>
          <w:sz w:val="24"/>
        </w:rPr>
        <w:t>heti</w:t>
      </w:r>
      <w:r w:rsidRPr="0078531E">
        <w:rPr>
          <w:spacing w:val="-3"/>
          <w:sz w:val="24"/>
        </w:rPr>
        <w:t xml:space="preserve"> </w:t>
      </w:r>
      <w:r w:rsidRPr="0078531E">
        <w:rPr>
          <w:sz w:val="24"/>
        </w:rPr>
        <w:t>rend</w:t>
      </w:r>
      <w:r w:rsidRPr="0078531E">
        <w:rPr>
          <w:spacing w:val="-3"/>
          <w:sz w:val="24"/>
        </w:rPr>
        <w:t xml:space="preserve"> </w:t>
      </w:r>
      <w:r w:rsidRPr="0078531E">
        <w:rPr>
          <w:sz w:val="24"/>
        </w:rPr>
        <w:t>tervezését</w:t>
      </w:r>
      <w:r w:rsidRPr="0078531E">
        <w:rPr>
          <w:spacing w:val="-3"/>
          <w:sz w:val="24"/>
        </w:rPr>
        <w:t xml:space="preserve"> </w:t>
      </w:r>
      <w:r w:rsidRPr="0078531E">
        <w:rPr>
          <w:sz w:val="24"/>
        </w:rPr>
        <w:t>szükséges</w:t>
      </w:r>
      <w:r w:rsidRPr="0078531E">
        <w:rPr>
          <w:spacing w:val="-2"/>
          <w:sz w:val="24"/>
        </w:rPr>
        <w:t xml:space="preserve"> </w:t>
      </w:r>
      <w:r w:rsidRPr="0078531E">
        <w:rPr>
          <w:sz w:val="24"/>
        </w:rPr>
        <w:t>esetben</w:t>
      </w:r>
      <w:r w:rsidRPr="0078531E">
        <w:rPr>
          <w:spacing w:val="-3"/>
          <w:sz w:val="24"/>
        </w:rPr>
        <w:t xml:space="preserve"> </w:t>
      </w:r>
      <w:r w:rsidRPr="0078531E">
        <w:rPr>
          <w:sz w:val="24"/>
        </w:rPr>
        <w:t>össze</w:t>
      </w:r>
      <w:r w:rsidRPr="0078531E">
        <w:rPr>
          <w:spacing w:val="-4"/>
          <w:sz w:val="24"/>
        </w:rPr>
        <w:t xml:space="preserve"> </w:t>
      </w:r>
      <w:r w:rsidRPr="0078531E">
        <w:rPr>
          <w:sz w:val="24"/>
        </w:rPr>
        <w:t>kell</w:t>
      </w:r>
      <w:r w:rsidRPr="0078531E">
        <w:rPr>
          <w:spacing w:val="-3"/>
          <w:sz w:val="24"/>
        </w:rPr>
        <w:t xml:space="preserve"> </w:t>
      </w:r>
      <w:r w:rsidRPr="0078531E">
        <w:rPr>
          <w:sz w:val="24"/>
        </w:rPr>
        <w:t>hangolni</w:t>
      </w:r>
      <w:r w:rsidRPr="0078531E">
        <w:rPr>
          <w:spacing w:val="-3"/>
          <w:sz w:val="24"/>
        </w:rPr>
        <w:t xml:space="preserve"> </w:t>
      </w:r>
      <w:r w:rsidRPr="0078531E">
        <w:rPr>
          <w:sz w:val="24"/>
        </w:rPr>
        <w:t>az</w:t>
      </w:r>
      <w:r w:rsidRPr="0078531E">
        <w:rPr>
          <w:spacing w:val="-3"/>
          <w:sz w:val="24"/>
        </w:rPr>
        <w:t xml:space="preserve"> </w:t>
      </w:r>
      <w:r w:rsidRPr="0078531E">
        <w:rPr>
          <w:sz w:val="24"/>
        </w:rPr>
        <w:t>egyes gyermekcsoportok között (pl. helyiséghasználat).</w:t>
      </w:r>
    </w:p>
    <w:p w14:paraId="0F25ABDD" w14:textId="77777777" w:rsidR="00AB2E6E" w:rsidRPr="0078531E" w:rsidRDefault="00AB2E6E" w:rsidP="00AB2E6E">
      <w:pPr>
        <w:pStyle w:val="Szvegtrzs"/>
        <w:rPr>
          <w:sz w:val="20"/>
        </w:rPr>
      </w:pPr>
    </w:p>
    <w:p w14:paraId="3AE62B7C" w14:textId="77777777" w:rsidR="007567CF" w:rsidRPr="0078531E" w:rsidRDefault="007567CF" w:rsidP="00AB2E6E">
      <w:pPr>
        <w:pStyle w:val="Szvegtrzs"/>
        <w:rPr>
          <w:sz w:val="20"/>
        </w:rPr>
      </w:pPr>
    </w:p>
    <w:p w14:paraId="61AC6BE7" w14:textId="77777777" w:rsidR="007567CF" w:rsidRPr="0078531E" w:rsidRDefault="007567CF" w:rsidP="00AB2E6E">
      <w:pPr>
        <w:pStyle w:val="Szvegtrzs"/>
        <w:rPr>
          <w:sz w:val="20"/>
        </w:rPr>
      </w:pPr>
    </w:p>
    <w:p w14:paraId="592EAE1A" w14:textId="77777777" w:rsidR="007567CF" w:rsidRPr="0078531E" w:rsidRDefault="007567CF" w:rsidP="00AB2E6E">
      <w:pPr>
        <w:pStyle w:val="Szvegtrzs"/>
        <w:rPr>
          <w:sz w:val="20"/>
        </w:rPr>
      </w:pPr>
    </w:p>
    <w:p w14:paraId="3C950CD2" w14:textId="77777777" w:rsidR="007567CF" w:rsidRPr="0078531E" w:rsidRDefault="007567CF" w:rsidP="00AB2E6E">
      <w:pPr>
        <w:pStyle w:val="Szvegtrzs"/>
        <w:rPr>
          <w:sz w:val="20"/>
        </w:rPr>
      </w:pPr>
    </w:p>
    <w:p w14:paraId="19D020FA" w14:textId="77777777" w:rsidR="007567CF" w:rsidRPr="0078531E" w:rsidRDefault="007567CF" w:rsidP="00AB2E6E">
      <w:pPr>
        <w:pStyle w:val="Szvegtrzs"/>
        <w:rPr>
          <w:sz w:val="20"/>
        </w:rPr>
      </w:pPr>
    </w:p>
    <w:p w14:paraId="275DD4BF" w14:textId="77777777" w:rsidR="00782837" w:rsidRPr="0078531E" w:rsidRDefault="00782837" w:rsidP="00AB2E6E">
      <w:pPr>
        <w:pStyle w:val="Szvegtrzs"/>
        <w:rPr>
          <w:sz w:val="20"/>
        </w:rPr>
      </w:pPr>
    </w:p>
    <w:p w14:paraId="2AE1342A" w14:textId="77777777" w:rsidR="00A60171" w:rsidRPr="0078531E" w:rsidRDefault="00A60171" w:rsidP="00AB2E6E">
      <w:pPr>
        <w:pStyle w:val="Szvegtrzs"/>
        <w:rPr>
          <w:sz w:val="20"/>
        </w:rPr>
      </w:pPr>
    </w:p>
    <w:p w14:paraId="7E018C11" w14:textId="77777777" w:rsidR="00A60171" w:rsidRPr="0078531E" w:rsidRDefault="00A60171" w:rsidP="00AB2E6E">
      <w:pPr>
        <w:pStyle w:val="Szvegtrzs"/>
        <w:rPr>
          <w:sz w:val="20"/>
        </w:rPr>
      </w:pPr>
    </w:p>
    <w:p w14:paraId="46B75C00" w14:textId="77777777" w:rsidR="00A60171" w:rsidRPr="0078531E" w:rsidRDefault="00A60171" w:rsidP="00AB2E6E">
      <w:pPr>
        <w:pStyle w:val="Szvegtrzs"/>
        <w:rPr>
          <w:sz w:val="20"/>
        </w:rPr>
      </w:pPr>
    </w:p>
    <w:p w14:paraId="62106255" w14:textId="77777777" w:rsidR="00A60171" w:rsidRPr="0078531E" w:rsidRDefault="00A60171" w:rsidP="00AB2E6E">
      <w:pPr>
        <w:pStyle w:val="Szvegtrzs"/>
        <w:rPr>
          <w:sz w:val="20"/>
        </w:rPr>
      </w:pPr>
    </w:p>
    <w:p w14:paraId="78DFDE1F" w14:textId="77777777" w:rsidR="00A60171" w:rsidRPr="0078531E" w:rsidRDefault="00A60171" w:rsidP="00AB2E6E">
      <w:pPr>
        <w:pStyle w:val="Szvegtrzs"/>
        <w:rPr>
          <w:sz w:val="20"/>
        </w:rPr>
      </w:pPr>
    </w:p>
    <w:p w14:paraId="6CE65DAD" w14:textId="77777777" w:rsidR="00A60171" w:rsidRPr="0078531E" w:rsidRDefault="00A60171" w:rsidP="00AB2E6E">
      <w:pPr>
        <w:pStyle w:val="Szvegtrzs"/>
        <w:rPr>
          <w:sz w:val="20"/>
        </w:rPr>
      </w:pPr>
    </w:p>
    <w:p w14:paraId="00AA4C7E" w14:textId="77777777" w:rsidR="007567CF" w:rsidRPr="0078531E" w:rsidRDefault="007567CF" w:rsidP="00AB2E6E">
      <w:pPr>
        <w:pStyle w:val="Szvegtrzs"/>
        <w:rPr>
          <w:sz w:val="20"/>
        </w:rPr>
      </w:pPr>
    </w:p>
    <w:p w14:paraId="333F0105" w14:textId="77777777" w:rsidR="00AB2E6E" w:rsidRPr="0078531E" w:rsidRDefault="00AB2E6E" w:rsidP="00AB2E6E">
      <w:pPr>
        <w:pStyle w:val="Szvegtrzs"/>
        <w:spacing w:before="11"/>
        <w:rPr>
          <w:sz w:val="20"/>
        </w:rPr>
      </w:pPr>
      <w:r w:rsidRPr="0078531E">
        <w:rPr>
          <w:noProof/>
        </w:rPr>
        <mc:AlternateContent>
          <mc:Choice Requires="wps">
            <w:drawing>
              <wp:anchor distT="0" distB="0" distL="0" distR="0" simplePos="0" relativeHeight="251678720" behindDoc="1" locked="0" layoutInCell="1" allowOverlap="1" wp14:anchorId="62E94368" wp14:editId="29CBE20C">
                <wp:simplePos x="0" y="0"/>
                <wp:positionH relativeFrom="page">
                  <wp:posOffset>899160</wp:posOffset>
                </wp:positionH>
                <wp:positionV relativeFrom="paragraph">
                  <wp:posOffset>168275</wp:posOffset>
                </wp:positionV>
                <wp:extent cx="1829435" cy="9525"/>
                <wp:effectExtent l="3810" t="1270" r="0" b="0"/>
                <wp:wrapTopAndBottom/>
                <wp:docPr id="1083547877"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9525"/>
                        </a:xfrm>
                        <a:custGeom>
                          <a:avLst/>
                          <a:gdLst>
                            <a:gd name="T0" fmla="*/ 1829053 w 1829435"/>
                            <a:gd name="T1" fmla="*/ 0 h 9525"/>
                            <a:gd name="T2" fmla="*/ 0 w 1829435"/>
                            <a:gd name="T3" fmla="*/ 0 h 9525"/>
                            <a:gd name="T4" fmla="*/ 0 w 1829435"/>
                            <a:gd name="T5" fmla="*/ 9144 h 9525"/>
                            <a:gd name="T6" fmla="*/ 1829053 w 1829435"/>
                            <a:gd name="T7" fmla="*/ 9144 h 9525"/>
                            <a:gd name="T8" fmla="*/ 1829053 w 1829435"/>
                            <a:gd name="T9" fmla="*/ 0 h 9525"/>
                          </a:gdLst>
                          <a:ahLst/>
                          <a:cxnLst>
                            <a:cxn ang="0">
                              <a:pos x="T0" y="T1"/>
                            </a:cxn>
                            <a:cxn ang="0">
                              <a:pos x="T2" y="T3"/>
                            </a:cxn>
                            <a:cxn ang="0">
                              <a:pos x="T4" y="T5"/>
                            </a:cxn>
                            <a:cxn ang="0">
                              <a:pos x="T6" y="T7"/>
                            </a:cxn>
                            <a:cxn ang="0">
                              <a:pos x="T8" y="T9"/>
                            </a:cxn>
                          </a:cxnLst>
                          <a:rect l="0" t="0" r="r" b="b"/>
                          <a:pathLst>
                            <a:path w="1829435" h="9525">
                              <a:moveTo>
                                <a:pt x="1829053" y="0"/>
                              </a:moveTo>
                              <a:lnTo>
                                <a:pt x="0" y="0"/>
                              </a:lnTo>
                              <a:lnTo>
                                <a:pt x="0" y="9144"/>
                              </a:lnTo>
                              <a:lnTo>
                                <a:pt x="1829053" y="9144"/>
                              </a:lnTo>
                              <a:lnTo>
                                <a:pt x="18290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97A8C" id="Graphic 10" o:spid="_x0000_s1026" style="position:absolute;margin-left:70.8pt;margin-top:13.25pt;width:144.05pt;height:.7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" path="m1829053,l,,,9144r1829053,l1829053,xe" fillcolor="black" stroked="f">
                <v:path arrowok="t" o:connecttype="custom" o:connectlocs="1829053,0;0,0;0,9144;1829053,9144;1829053,0" o:connectangles="0,0,0,0,0"/>
                <w10:wrap type="topAndBottom" anchorx="page"/>
              </v:shape>
            </w:pict>
          </mc:Fallback>
        </mc:AlternateContent>
      </w:r>
    </w:p>
    <w:p w14:paraId="1316FE73" w14:textId="6606FAD3" w:rsidR="00AB2E6E" w:rsidRPr="0078531E" w:rsidRDefault="00AB2E6E">
      <w:pPr>
        <w:pStyle w:val="Listaszerbekezds"/>
        <w:numPr>
          <w:ilvl w:val="0"/>
          <w:numId w:val="38"/>
        </w:numPr>
        <w:tabs>
          <w:tab w:val="left" w:pos="358"/>
        </w:tabs>
        <w:spacing w:before="100"/>
      </w:pPr>
      <w:r w:rsidRPr="0078531E">
        <w:rPr>
          <w:sz w:val="20"/>
        </w:rPr>
        <w:t>363/2012.</w:t>
      </w:r>
      <w:r w:rsidRPr="0078531E">
        <w:rPr>
          <w:spacing w:val="-6"/>
          <w:sz w:val="20"/>
        </w:rPr>
        <w:t xml:space="preserve"> </w:t>
      </w:r>
      <w:r w:rsidRPr="0078531E">
        <w:rPr>
          <w:sz w:val="20"/>
        </w:rPr>
        <w:t>(XII.</w:t>
      </w:r>
      <w:r w:rsidRPr="0078531E">
        <w:rPr>
          <w:spacing w:val="-8"/>
          <w:sz w:val="20"/>
        </w:rPr>
        <w:t xml:space="preserve"> </w:t>
      </w:r>
      <w:r w:rsidRPr="0078531E">
        <w:rPr>
          <w:sz w:val="20"/>
        </w:rPr>
        <w:t>17.)</w:t>
      </w:r>
      <w:r w:rsidRPr="0078531E">
        <w:rPr>
          <w:spacing w:val="-5"/>
          <w:sz w:val="20"/>
        </w:rPr>
        <w:t xml:space="preserve"> </w:t>
      </w:r>
      <w:r w:rsidRPr="0078531E">
        <w:rPr>
          <w:sz w:val="20"/>
        </w:rPr>
        <w:t>Korm.</w:t>
      </w:r>
      <w:r w:rsidRPr="0078531E">
        <w:rPr>
          <w:spacing w:val="-6"/>
          <w:sz w:val="20"/>
        </w:rPr>
        <w:t xml:space="preserve"> </w:t>
      </w:r>
      <w:r w:rsidRPr="0078531E">
        <w:rPr>
          <w:spacing w:val="-2"/>
          <w:sz w:val="20"/>
        </w:rPr>
        <w:t>rendelet</w:t>
      </w:r>
    </w:p>
    <w:p w14:paraId="27008D03" w14:textId="4EF723E2" w:rsidR="00A60171" w:rsidRPr="0078531E" w:rsidRDefault="00AB2E6E" w:rsidP="00A60171">
      <w:pPr>
        <w:pStyle w:val="Listaszerbekezds"/>
        <w:numPr>
          <w:ilvl w:val="0"/>
          <w:numId w:val="38"/>
        </w:numPr>
        <w:tabs>
          <w:tab w:val="left" w:pos="282"/>
        </w:tabs>
        <w:spacing w:before="24"/>
        <w:rPr>
          <w:sz w:val="20"/>
        </w:rPr>
      </w:pPr>
      <w:r w:rsidRPr="0078531E">
        <w:rPr>
          <w:sz w:val="20"/>
        </w:rPr>
        <w:t>363/2012.</w:t>
      </w:r>
      <w:r w:rsidRPr="0078531E">
        <w:rPr>
          <w:spacing w:val="-7"/>
          <w:sz w:val="20"/>
        </w:rPr>
        <w:t xml:space="preserve"> </w:t>
      </w:r>
      <w:r w:rsidRPr="0078531E">
        <w:rPr>
          <w:sz w:val="20"/>
        </w:rPr>
        <w:t>(XII.</w:t>
      </w:r>
      <w:r w:rsidRPr="0078531E">
        <w:rPr>
          <w:spacing w:val="-7"/>
          <w:sz w:val="20"/>
        </w:rPr>
        <w:t xml:space="preserve"> </w:t>
      </w:r>
      <w:r w:rsidRPr="0078531E">
        <w:rPr>
          <w:sz w:val="20"/>
        </w:rPr>
        <w:t>17.)</w:t>
      </w:r>
      <w:r w:rsidRPr="0078531E">
        <w:rPr>
          <w:spacing w:val="-5"/>
          <w:sz w:val="20"/>
        </w:rPr>
        <w:t xml:space="preserve"> </w:t>
      </w:r>
      <w:r w:rsidRPr="0078531E">
        <w:rPr>
          <w:sz w:val="20"/>
        </w:rPr>
        <w:t>Korm.</w:t>
      </w:r>
      <w:r w:rsidRPr="0078531E">
        <w:rPr>
          <w:spacing w:val="-5"/>
          <w:sz w:val="20"/>
        </w:rPr>
        <w:t xml:space="preserve"> </w:t>
      </w:r>
      <w:r w:rsidRPr="0078531E">
        <w:rPr>
          <w:spacing w:val="-2"/>
          <w:sz w:val="20"/>
        </w:rPr>
        <w:t>rendelet</w:t>
      </w:r>
    </w:p>
    <w:p w14:paraId="21A9DA96" w14:textId="77777777" w:rsidR="00A60171" w:rsidRPr="0078531E" w:rsidRDefault="00A60171" w:rsidP="00A60171">
      <w:pPr>
        <w:pStyle w:val="Listaszerbekezds"/>
        <w:tabs>
          <w:tab w:val="left" w:pos="282"/>
        </w:tabs>
        <w:spacing w:before="24"/>
        <w:ind w:left="495" w:firstLine="0"/>
        <w:rPr>
          <w:sz w:val="20"/>
        </w:rPr>
      </w:pPr>
    </w:p>
    <w:p w14:paraId="5AF9FC5A" w14:textId="77777777" w:rsidR="00E229FB" w:rsidRPr="0078531E" w:rsidRDefault="001B1DF3" w:rsidP="00E229FB">
      <w:pPr>
        <w:pStyle w:val="Cmsor4"/>
        <w:numPr>
          <w:ilvl w:val="1"/>
          <w:numId w:val="36"/>
        </w:numPr>
        <w:tabs>
          <w:tab w:val="left" w:pos="556"/>
        </w:tabs>
        <w:ind w:left="360"/>
        <w:jc w:val="both"/>
      </w:pPr>
      <w:r w:rsidRPr="0078531E">
        <w:t xml:space="preserve"> </w:t>
      </w:r>
      <w:r w:rsidR="00E229FB" w:rsidRPr="0078531E">
        <w:t>Keret</w:t>
      </w:r>
      <w:r w:rsidR="00E229FB" w:rsidRPr="0078531E">
        <w:rPr>
          <w:spacing w:val="-3"/>
        </w:rPr>
        <w:t xml:space="preserve"> </w:t>
      </w:r>
      <w:r w:rsidR="00E229FB" w:rsidRPr="0078531E">
        <w:rPr>
          <w:spacing w:val="-2"/>
        </w:rPr>
        <w:t>napirendünk</w:t>
      </w:r>
    </w:p>
    <w:p w14:paraId="4352E95A" w14:textId="77777777" w:rsidR="00E229FB" w:rsidRPr="0078531E" w:rsidRDefault="00E229FB" w:rsidP="00E229FB">
      <w:pPr>
        <w:pStyle w:val="Szvegtrzs"/>
        <w:spacing w:before="139"/>
        <w:jc w:val="both"/>
        <w:sectPr w:rsidR="00E229FB" w:rsidRPr="0078531E" w:rsidSect="00A42104">
          <w:pgSz w:w="11910" w:h="16840"/>
          <w:pgMar w:top="1320" w:right="980" w:bottom="2033" w:left="1280" w:header="0" w:footer="1003" w:gutter="0"/>
          <w:cols w:space="708"/>
        </w:sectPr>
      </w:pPr>
    </w:p>
    <w:p w14:paraId="5ECF07AC" w14:textId="3607C115" w:rsidR="00E229FB" w:rsidRPr="0078531E" w:rsidRDefault="00E229FB" w:rsidP="00E229FB">
      <w:pPr>
        <w:pStyle w:val="Szvegtrzs"/>
        <w:spacing w:before="139"/>
        <w:ind w:left="136"/>
        <w:jc w:val="both"/>
      </w:pPr>
      <w:r w:rsidRPr="0078531E">
        <w:t>6.45 - 7.30</w:t>
      </w:r>
      <w:r w:rsidRPr="0078531E">
        <w:rPr>
          <w:spacing w:val="-1"/>
        </w:rPr>
        <w:t xml:space="preserve"> </w:t>
      </w:r>
      <w:r w:rsidRPr="0078531E">
        <w:t>közös</w:t>
      </w:r>
      <w:r w:rsidRPr="0078531E">
        <w:rPr>
          <w:spacing w:val="-2"/>
        </w:rPr>
        <w:t xml:space="preserve"> </w:t>
      </w:r>
      <w:r w:rsidRPr="0078531E">
        <w:t>gyülekező</w:t>
      </w:r>
      <w:r w:rsidRPr="0078531E">
        <w:rPr>
          <w:spacing w:val="-1"/>
        </w:rPr>
        <w:t xml:space="preserve"> </w:t>
      </w:r>
      <w:r w:rsidRPr="0078531E">
        <w:t>a</w:t>
      </w:r>
      <w:r w:rsidRPr="0078531E">
        <w:rPr>
          <w:spacing w:val="-2"/>
        </w:rPr>
        <w:t xml:space="preserve"> </w:t>
      </w:r>
      <w:r w:rsidRPr="0078531E">
        <w:t xml:space="preserve">kijelölt </w:t>
      </w:r>
      <w:r w:rsidRPr="0078531E">
        <w:rPr>
          <w:spacing w:val="-2"/>
        </w:rPr>
        <w:t>csoportszobában</w:t>
      </w:r>
      <w:r w:rsidR="00F172A0" w:rsidRPr="0078531E">
        <w:rPr>
          <w:spacing w:val="-2"/>
        </w:rPr>
        <w:t>/udvaron</w:t>
      </w:r>
    </w:p>
    <w:p w14:paraId="4766337E" w14:textId="77777777" w:rsidR="00E229FB" w:rsidRPr="0078531E" w:rsidRDefault="00E229FB" w:rsidP="00E229FB">
      <w:pPr>
        <w:pStyle w:val="Szvegtrzs"/>
        <w:spacing w:before="137" w:line="360" w:lineRule="auto"/>
        <w:ind w:left="136" w:right="4529"/>
        <w:jc w:val="both"/>
      </w:pPr>
      <w:r w:rsidRPr="0078531E">
        <w:t>7.30</w:t>
      </w:r>
      <w:r w:rsidRPr="0078531E">
        <w:rPr>
          <w:spacing w:val="-5"/>
        </w:rPr>
        <w:t xml:space="preserve"> </w:t>
      </w:r>
      <w:r w:rsidRPr="0078531E">
        <w:t>–</w:t>
      </w:r>
      <w:r w:rsidRPr="0078531E">
        <w:rPr>
          <w:spacing w:val="-6"/>
        </w:rPr>
        <w:t xml:space="preserve"> </w:t>
      </w:r>
      <w:r w:rsidRPr="0078531E">
        <w:t>9.00: szabad játék a saját csoportszobában /udvaron, mindennapos mozgás, tisztálkodás, folyamatos reggeli.</w:t>
      </w:r>
    </w:p>
    <w:p w14:paraId="36D232BB" w14:textId="77777777" w:rsidR="00E229FB" w:rsidRPr="0078531E" w:rsidRDefault="00E229FB" w:rsidP="00E229FB">
      <w:pPr>
        <w:pStyle w:val="Szvegtrzs"/>
        <w:spacing w:before="137" w:line="360" w:lineRule="auto"/>
        <w:ind w:left="136" w:right="4529"/>
        <w:jc w:val="both"/>
      </w:pPr>
      <w:r w:rsidRPr="0078531E">
        <w:t>9.00-</w:t>
      </w:r>
      <w:r w:rsidRPr="0078531E">
        <w:rPr>
          <w:spacing w:val="56"/>
        </w:rPr>
        <w:t xml:space="preserve"> </w:t>
      </w:r>
      <w:r w:rsidRPr="0078531E">
        <w:t>szabad</w:t>
      </w:r>
      <w:r w:rsidRPr="0078531E">
        <w:rPr>
          <w:spacing w:val="-1"/>
        </w:rPr>
        <w:t xml:space="preserve">- </w:t>
      </w:r>
      <w:r w:rsidRPr="0078531E">
        <w:t>és</w:t>
      </w:r>
      <w:r w:rsidRPr="0078531E">
        <w:rPr>
          <w:spacing w:val="-2"/>
        </w:rPr>
        <w:t xml:space="preserve"> </w:t>
      </w:r>
      <w:r w:rsidRPr="0078531E">
        <w:t>irányított tevékenységek</w:t>
      </w:r>
      <w:r w:rsidRPr="0078531E">
        <w:rPr>
          <w:spacing w:val="-1"/>
        </w:rPr>
        <w:t xml:space="preserve"> </w:t>
      </w:r>
      <w:r w:rsidRPr="0078531E">
        <w:t>szervezése</w:t>
      </w:r>
      <w:r w:rsidRPr="0078531E">
        <w:rPr>
          <w:spacing w:val="-1"/>
        </w:rPr>
        <w:t xml:space="preserve"> </w:t>
      </w:r>
      <w:r w:rsidRPr="0078531E">
        <w:t>bent</w:t>
      </w:r>
      <w:r w:rsidRPr="0078531E">
        <w:rPr>
          <w:spacing w:val="-1"/>
        </w:rPr>
        <w:t xml:space="preserve"> </w:t>
      </w:r>
      <w:r w:rsidRPr="0078531E">
        <w:t>és/vagy</w:t>
      </w:r>
      <w:r w:rsidRPr="0078531E">
        <w:rPr>
          <w:spacing w:val="-5"/>
        </w:rPr>
        <w:t xml:space="preserve"> </w:t>
      </w:r>
      <w:r w:rsidRPr="0078531E">
        <w:t xml:space="preserve">kint </w:t>
      </w:r>
      <w:r w:rsidRPr="0078531E">
        <w:rPr>
          <w:spacing w:val="-2"/>
        </w:rPr>
        <w:t>(ONOAP) témahétnek megfelelően</w:t>
      </w:r>
    </w:p>
    <w:p w14:paraId="38F0EE20" w14:textId="77777777" w:rsidR="00E229FB" w:rsidRPr="0078531E" w:rsidRDefault="00E229FB" w:rsidP="00E229FB">
      <w:pPr>
        <w:pStyle w:val="Listaszerbekezds"/>
        <w:numPr>
          <w:ilvl w:val="0"/>
          <w:numId w:val="1"/>
        </w:numPr>
        <w:tabs>
          <w:tab w:val="left" w:pos="1201"/>
        </w:tabs>
        <w:spacing w:before="139"/>
        <w:ind w:left="1201"/>
        <w:jc w:val="both"/>
        <w:rPr>
          <w:sz w:val="24"/>
        </w:rPr>
        <w:sectPr w:rsidR="00E229FB" w:rsidRPr="0078531E" w:rsidSect="00A42104">
          <w:type w:val="continuous"/>
          <w:pgSz w:w="11910" w:h="16840"/>
          <w:pgMar w:top="1320" w:right="980" w:bottom="2033" w:left="1280" w:header="0" w:footer="1003" w:gutter="0"/>
          <w:cols w:space="708"/>
        </w:sectPr>
      </w:pPr>
    </w:p>
    <w:p w14:paraId="0DEC1253" w14:textId="77777777" w:rsidR="00E229FB" w:rsidRPr="0078531E" w:rsidRDefault="00E229FB" w:rsidP="00E229FB">
      <w:pPr>
        <w:pStyle w:val="Listaszerbekezds"/>
        <w:numPr>
          <w:ilvl w:val="0"/>
          <w:numId w:val="1"/>
        </w:numPr>
        <w:tabs>
          <w:tab w:val="left" w:pos="1201"/>
        </w:tabs>
        <w:spacing w:before="139"/>
        <w:ind w:left="1201"/>
        <w:jc w:val="both"/>
        <w:rPr>
          <w:sz w:val="24"/>
        </w:rPr>
      </w:pPr>
      <w:r w:rsidRPr="0078531E">
        <w:rPr>
          <w:sz w:val="24"/>
        </w:rPr>
        <w:t>szabad</w:t>
      </w:r>
      <w:r w:rsidRPr="0078531E">
        <w:rPr>
          <w:spacing w:val="-3"/>
          <w:sz w:val="24"/>
        </w:rPr>
        <w:t xml:space="preserve"> </w:t>
      </w:r>
      <w:r w:rsidRPr="0078531E">
        <w:rPr>
          <w:sz w:val="24"/>
        </w:rPr>
        <w:t>és</w:t>
      </w:r>
      <w:r w:rsidRPr="0078531E">
        <w:rPr>
          <w:spacing w:val="-3"/>
          <w:sz w:val="24"/>
        </w:rPr>
        <w:t xml:space="preserve"> </w:t>
      </w:r>
      <w:r w:rsidRPr="0078531E">
        <w:rPr>
          <w:sz w:val="24"/>
        </w:rPr>
        <w:t>irányított</w:t>
      </w:r>
      <w:r w:rsidRPr="0078531E">
        <w:rPr>
          <w:spacing w:val="-3"/>
          <w:sz w:val="24"/>
        </w:rPr>
        <w:t xml:space="preserve"> </w:t>
      </w:r>
      <w:r w:rsidRPr="0078531E">
        <w:rPr>
          <w:sz w:val="24"/>
        </w:rPr>
        <w:t>mozgások,</w:t>
      </w:r>
      <w:r w:rsidRPr="0078531E">
        <w:rPr>
          <w:spacing w:val="-2"/>
          <w:sz w:val="24"/>
        </w:rPr>
        <w:t xml:space="preserve"> </w:t>
      </w:r>
      <w:r w:rsidRPr="0078531E">
        <w:rPr>
          <w:sz w:val="24"/>
        </w:rPr>
        <w:t>mozgásos</w:t>
      </w:r>
      <w:r w:rsidRPr="0078531E">
        <w:rPr>
          <w:spacing w:val="-3"/>
          <w:sz w:val="24"/>
        </w:rPr>
        <w:t xml:space="preserve"> </w:t>
      </w:r>
      <w:r w:rsidRPr="0078531E">
        <w:rPr>
          <w:spacing w:val="-2"/>
          <w:sz w:val="24"/>
        </w:rPr>
        <w:t>játékok</w:t>
      </w:r>
    </w:p>
    <w:p w14:paraId="3487C5AE" w14:textId="77777777" w:rsidR="00E229FB" w:rsidRPr="0078531E" w:rsidRDefault="00E229FB" w:rsidP="00E229FB">
      <w:pPr>
        <w:pStyle w:val="Listaszerbekezds"/>
        <w:numPr>
          <w:ilvl w:val="0"/>
          <w:numId w:val="1"/>
        </w:numPr>
        <w:tabs>
          <w:tab w:val="left" w:pos="1201"/>
        </w:tabs>
        <w:spacing w:before="139"/>
        <w:ind w:left="1201"/>
        <w:jc w:val="both"/>
        <w:rPr>
          <w:sz w:val="24"/>
        </w:rPr>
      </w:pPr>
      <w:r w:rsidRPr="0078531E">
        <w:rPr>
          <w:spacing w:val="-2"/>
          <w:sz w:val="24"/>
        </w:rPr>
        <w:t>speciális fejlesztések (logopédia, fejlesztőpedagógus, gyógypedagógus)</w:t>
      </w:r>
    </w:p>
    <w:p w14:paraId="57B781A5" w14:textId="77777777" w:rsidR="00E229FB" w:rsidRPr="0078531E" w:rsidRDefault="00E229FB" w:rsidP="00E229FB">
      <w:pPr>
        <w:pStyle w:val="Listaszerbekezds"/>
        <w:numPr>
          <w:ilvl w:val="0"/>
          <w:numId w:val="1"/>
        </w:numPr>
        <w:tabs>
          <w:tab w:val="left" w:pos="1201"/>
        </w:tabs>
        <w:spacing w:before="137"/>
        <w:ind w:left="1201"/>
        <w:jc w:val="both"/>
        <w:rPr>
          <w:sz w:val="24"/>
        </w:rPr>
      </w:pPr>
      <w:r w:rsidRPr="0078531E">
        <w:rPr>
          <w:sz w:val="24"/>
        </w:rPr>
        <w:t>élményszerző</w:t>
      </w:r>
      <w:r w:rsidRPr="0078531E">
        <w:rPr>
          <w:spacing w:val="-3"/>
          <w:sz w:val="24"/>
        </w:rPr>
        <w:t xml:space="preserve"> </w:t>
      </w:r>
      <w:r w:rsidRPr="0078531E">
        <w:rPr>
          <w:sz w:val="24"/>
        </w:rPr>
        <w:t>séták,</w:t>
      </w:r>
      <w:r w:rsidRPr="0078531E">
        <w:rPr>
          <w:spacing w:val="-3"/>
          <w:sz w:val="24"/>
        </w:rPr>
        <w:t xml:space="preserve"> </w:t>
      </w:r>
      <w:r w:rsidRPr="0078531E">
        <w:rPr>
          <w:spacing w:val="-2"/>
          <w:sz w:val="24"/>
        </w:rPr>
        <w:t>kirándulások</w:t>
      </w:r>
    </w:p>
    <w:p w14:paraId="35F58430" w14:textId="77777777" w:rsidR="00E229FB" w:rsidRPr="0078531E" w:rsidRDefault="00E229FB" w:rsidP="00E229FB">
      <w:pPr>
        <w:pStyle w:val="Listaszerbekezds"/>
        <w:numPr>
          <w:ilvl w:val="0"/>
          <w:numId w:val="1"/>
        </w:numPr>
        <w:tabs>
          <w:tab w:val="left" w:pos="1201"/>
        </w:tabs>
        <w:spacing w:before="140"/>
        <w:ind w:left="1201"/>
        <w:jc w:val="both"/>
        <w:rPr>
          <w:sz w:val="24"/>
        </w:rPr>
      </w:pPr>
      <w:r w:rsidRPr="0078531E">
        <w:rPr>
          <w:sz w:val="24"/>
        </w:rPr>
        <w:t>élményszerzések,</w:t>
      </w:r>
      <w:r w:rsidRPr="0078531E">
        <w:rPr>
          <w:spacing w:val="-5"/>
          <w:sz w:val="24"/>
        </w:rPr>
        <w:t xml:space="preserve"> </w:t>
      </w:r>
      <w:r w:rsidRPr="0078531E">
        <w:rPr>
          <w:sz w:val="24"/>
        </w:rPr>
        <w:t>tapasztalatszerzések,</w:t>
      </w:r>
      <w:r w:rsidRPr="0078531E">
        <w:rPr>
          <w:spacing w:val="-3"/>
          <w:sz w:val="24"/>
        </w:rPr>
        <w:t xml:space="preserve"> </w:t>
      </w:r>
      <w:r w:rsidRPr="0078531E">
        <w:rPr>
          <w:sz w:val="24"/>
        </w:rPr>
        <w:t>alkotó</w:t>
      </w:r>
      <w:r w:rsidRPr="0078531E">
        <w:rPr>
          <w:spacing w:val="-2"/>
          <w:sz w:val="24"/>
        </w:rPr>
        <w:t>munkák</w:t>
      </w:r>
    </w:p>
    <w:p w14:paraId="26DCF8D6" w14:textId="77777777" w:rsidR="00E229FB" w:rsidRPr="0078531E" w:rsidRDefault="00E229FB" w:rsidP="00E229FB">
      <w:pPr>
        <w:pStyle w:val="Listaszerbekezds"/>
        <w:numPr>
          <w:ilvl w:val="0"/>
          <w:numId w:val="1"/>
        </w:numPr>
        <w:tabs>
          <w:tab w:val="left" w:pos="1201"/>
        </w:tabs>
        <w:spacing w:before="140"/>
        <w:ind w:left="1201"/>
        <w:jc w:val="both"/>
        <w:rPr>
          <w:sz w:val="24"/>
        </w:rPr>
      </w:pPr>
      <w:r w:rsidRPr="0078531E">
        <w:rPr>
          <w:spacing w:val="-2"/>
          <w:sz w:val="24"/>
        </w:rPr>
        <w:t>gyümölcsözés</w:t>
      </w:r>
    </w:p>
    <w:p w14:paraId="0642E397" w14:textId="77777777" w:rsidR="00E229FB" w:rsidRPr="0078531E" w:rsidRDefault="00E229FB" w:rsidP="00E229FB">
      <w:pPr>
        <w:tabs>
          <w:tab w:val="left" w:pos="1201"/>
        </w:tabs>
        <w:spacing w:before="140"/>
        <w:ind w:left="841"/>
        <w:jc w:val="both"/>
        <w:rPr>
          <w:sz w:val="24"/>
        </w:rPr>
      </w:pPr>
    </w:p>
    <w:p w14:paraId="4F21D406" w14:textId="77777777" w:rsidR="00E229FB" w:rsidRPr="0078531E" w:rsidRDefault="00E229FB" w:rsidP="00E229FB">
      <w:pPr>
        <w:pStyle w:val="Szvegtrzs"/>
        <w:tabs>
          <w:tab w:val="left" w:pos="1201"/>
        </w:tabs>
        <w:spacing w:before="72" w:line="360" w:lineRule="auto"/>
        <w:ind w:left="136" w:right="3688"/>
        <w:jc w:val="both"/>
      </w:pPr>
      <w:r w:rsidRPr="0078531E">
        <w:t>11.30 -</w:t>
      </w:r>
      <w:r w:rsidRPr="0078531E">
        <w:rPr>
          <w:spacing w:val="40"/>
        </w:rPr>
        <w:t xml:space="preserve"> </w:t>
      </w:r>
      <w:r w:rsidRPr="0078531E">
        <w:t>13.00</w:t>
      </w:r>
      <w:r w:rsidRPr="0078531E">
        <w:rPr>
          <w:spacing w:val="-4"/>
        </w:rPr>
        <w:t xml:space="preserve"> </w:t>
      </w:r>
      <w:r w:rsidRPr="0078531E">
        <w:t>tisztálkodás</w:t>
      </w:r>
      <w:r w:rsidRPr="0078531E">
        <w:rPr>
          <w:spacing w:val="-3"/>
        </w:rPr>
        <w:t xml:space="preserve">, </w:t>
      </w:r>
      <w:r w:rsidRPr="0078531E">
        <w:t>ebéd</w:t>
      </w:r>
      <w:r w:rsidRPr="0078531E">
        <w:rPr>
          <w:spacing w:val="-4"/>
        </w:rPr>
        <w:t xml:space="preserve">, </w:t>
      </w:r>
      <w:r w:rsidRPr="0078531E">
        <w:t>fogmosás,</w:t>
      </w:r>
      <w:r w:rsidRPr="0078531E">
        <w:rPr>
          <w:spacing w:val="-4"/>
        </w:rPr>
        <w:t xml:space="preserve"> </w:t>
      </w:r>
      <w:r w:rsidRPr="0078531E">
        <w:t>mosdás,</w:t>
      </w:r>
      <w:r w:rsidRPr="0078531E">
        <w:rPr>
          <w:spacing w:val="40"/>
        </w:rPr>
        <w:t xml:space="preserve"> </w:t>
      </w:r>
      <w:r w:rsidRPr="0078531E">
        <w:t>mese 13.00 - 14.30</w:t>
      </w:r>
      <w:r w:rsidRPr="0078531E">
        <w:rPr>
          <w:spacing w:val="40"/>
        </w:rPr>
        <w:t xml:space="preserve"> </w:t>
      </w:r>
      <w:r w:rsidRPr="0078531E">
        <w:t>pihenés/alvás</w:t>
      </w:r>
    </w:p>
    <w:p w14:paraId="5FCFBE8C" w14:textId="77777777" w:rsidR="00E229FB" w:rsidRPr="0078531E" w:rsidRDefault="00E229FB" w:rsidP="00E229FB">
      <w:pPr>
        <w:pStyle w:val="Szvegtrzs"/>
        <w:spacing w:before="1" w:line="360" w:lineRule="auto"/>
        <w:jc w:val="both"/>
      </w:pPr>
      <w:r w:rsidRPr="0078531E">
        <w:t xml:space="preserve">  14.30 - 16.45</w:t>
      </w:r>
      <w:r w:rsidRPr="0078531E">
        <w:rPr>
          <w:spacing w:val="53"/>
        </w:rPr>
        <w:t xml:space="preserve"> </w:t>
      </w:r>
      <w:r w:rsidRPr="0078531E">
        <w:t>ébredés</w:t>
      </w:r>
      <w:r w:rsidRPr="0078531E">
        <w:rPr>
          <w:spacing w:val="-3"/>
        </w:rPr>
        <w:t xml:space="preserve">, folyamatos </w:t>
      </w:r>
      <w:r w:rsidRPr="0078531E">
        <w:rPr>
          <w:spacing w:val="-2"/>
        </w:rPr>
        <w:t>uzsonna,</w:t>
      </w:r>
      <w:r w:rsidRPr="0078531E">
        <w:t xml:space="preserve"> szabad</w:t>
      </w:r>
      <w:r w:rsidRPr="0078531E">
        <w:rPr>
          <w:spacing w:val="-4"/>
        </w:rPr>
        <w:t xml:space="preserve"> </w:t>
      </w:r>
      <w:r w:rsidRPr="0078531E">
        <w:t>játék</w:t>
      </w:r>
      <w:r w:rsidRPr="0078531E">
        <w:rPr>
          <w:spacing w:val="-4"/>
        </w:rPr>
        <w:t xml:space="preserve"> </w:t>
      </w:r>
      <w:r w:rsidRPr="0078531E">
        <w:t>és</w:t>
      </w:r>
      <w:r w:rsidRPr="0078531E">
        <w:rPr>
          <w:spacing w:val="-5"/>
        </w:rPr>
        <w:t xml:space="preserve"> </w:t>
      </w:r>
      <w:r w:rsidRPr="0078531E">
        <w:t>irányított</w:t>
      </w:r>
      <w:r w:rsidRPr="0078531E">
        <w:rPr>
          <w:spacing w:val="-4"/>
        </w:rPr>
        <w:t xml:space="preserve"> </w:t>
      </w:r>
      <w:r w:rsidRPr="0078531E">
        <w:t>tevékenységek</w:t>
      </w:r>
      <w:r w:rsidRPr="0078531E">
        <w:rPr>
          <w:spacing w:val="-4"/>
        </w:rPr>
        <w:t xml:space="preserve"> </w:t>
      </w:r>
      <w:r w:rsidRPr="0078531E">
        <w:t>folytatása</w:t>
      </w:r>
      <w:r w:rsidRPr="0078531E">
        <w:rPr>
          <w:spacing w:val="-5"/>
        </w:rPr>
        <w:t xml:space="preserve"> </w:t>
      </w:r>
      <w:r w:rsidRPr="0078531E">
        <w:t>bent</w:t>
      </w:r>
      <w:r w:rsidRPr="0078531E">
        <w:rPr>
          <w:spacing w:val="-4"/>
        </w:rPr>
        <w:t xml:space="preserve"> </w:t>
      </w:r>
      <w:r w:rsidRPr="0078531E">
        <w:t>és/vagy</w:t>
      </w:r>
      <w:r w:rsidRPr="0078531E">
        <w:rPr>
          <w:spacing w:val="-7"/>
        </w:rPr>
        <w:t xml:space="preserve"> </w:t>
      </w:r>
      <w:r w:rsidRPr="0078531E">
        <w:t>kint, térítéses szolgáltatások igénybevétele</w:t>
      </w:r>
    </w:p>
    <w:p w14:paraId="3FCDEEEE" w14:textId="77777777" w:rsidR="00E229FB" w:rsidRPr="0078531E" w:rsidRDefault="00E229FB" w:rsidP="00E229FB">
      <w:pPr>
        <w:pStyle w:val="Szvegtrzs"/>
        <w:spacing w:before="1" w:line="360" w:lineRule="auto"/>
        <w:jc w:val="both"/>
      </w:pPr>
      <w:r w:rsidRPr="0078531E">
        <w:t xml:space="preserve"> Az óvoda rugalmas napirend alapján működik, követi a helyi szokásokat, rendezvényeket,</w:t>
      </w:r>
      <w:r w:rsidRPr="0078531E">
        <w:rPr>
          <w:spacing w:val="-7"/>
        </w:rPr>
        <w:t xml:space="preserve"> </w:t>
      </w:r>
      <w:r w:rsidRPr="0078531E">
        <w:t>időjárási</w:t>
      </w:r>
      <w:r w:rsidRPr="0078531E">
        <w:rPr>
          <w:spacing w:val="-5"/>
        </w:rPr>
        <w:t xml:space="preserve"> </w:t>
      </w:r>
      <w:r w:rsidRPr="0078531E">
        <w:t>viszonyokat.</w:t>
      </w:r>
      <w:r w:rsidRPr="0078531E">
        <w:rPr>
          <w:spacing w:val="-7"/>
        </w:rPr>
        <w:t xml:space="preserve"> </w:t>
      </w:r>
      <w:r w:rsidRPr="0078531E">
        <w:t>A</w:t>
      </w:r>
      <w:r w:rsidRPr="0078531E">
        <w:rPr>
          <w:spacing w:val="-8"/>
        </w:rPr>
        <w:t xml:space="preserve"> </w:t>
      </w:r>
      <w:r w:rsidRPr="0078531E">
        <w:t>napirend</w:t>
      </w:r>
      <w:r w:rsidRPr="0078531E">
        <w:rPr>
          <w:spacing w:val="-5"/>
        </w:rPr>
        <w:t xml:space="preserve"> </w:t>
      </w:r>
      <w:r w:rsidRPr="0078531E">
        <w:t>szervezését</w:t>
      </w:r>
      <w:r w:rsidRPr="0078531E">
        <w:rPr>
          <w:spacing w:val="-7"/>
        </w:rPr>
        <w:t xml:space="preserve"> </w:t>
      </w:r>
      <w:r w:rsidRPr="0078531E">
        <w:t>az</w:t>
      </w:r>
      <w:r w:rsidRPr="0078531E">
        <w:rPr>
          <w:spacing w:val="-7"/>
        </w:rPr>
        <w:t xml:space="preserve"> </w:t>
      </w:r>
      <w:r w:rsidRPr="0078531E">
        <w:t>óvodapedagógusok végzik, a napirendtől való jelentős időbeli eltérést az óvodavezető engedélyezheti.</w:t>
      </w:r>
    </w:p>
    <w:p w14:paraId="18A7A854" w14:textId="5A53F3C8" w:rsidR="00AE0CFD" w:rsidRPr="0078531E" w:rsidRDefault="00C3522D" w:rsidP="00E229FB">
      <w:pPr>
        <w:pStyle w:val="Cmsor4"/>
        <w:tabs>
          <w:tab w:val="left" w:pos="556"/>
        </w:tabs>
        <w:spacing w:line="360" w:lineRule="auto"/>
        <w:jc w:val="both"/>
        <w:rPr>
          <w:b w:val="0"/>
          <w:bCs w:val="0"/>
        </w:rPr>
      </w:pPr>
      <w:r w:rsidRPr="0078531E">
        <w:t xml:space="preserve"> </w:t>
      </w:r>
      <w:r w:rsidRPr="0078531E">
        <w:rPr>
          <w:b w:val="0"/>
          <w:bCs w:val="0"/>
        </w:rPr>
        <w:t>Az óvoda rugalmas napirend alapján működik, követi a helyi szokásokat,</w:t>
      </w:r>
      <w:r w:rsidR="0022444D" w:rsidRPr="0078531E">
        <w:rPr>
          <w:b w:val="0"/>
          <w:bCs w:val="0"/>
        </w:rPr>
        <w:t xml:space="preserve"> </w:t>
      </w:r>
      <w:r w:rsidRPr="0078531E">
        <w:rPr>
          <w:b w:val="0"/>
          <w:bCs w:val="0"/>
        </w:rPr>
        <w:t>rendezvényeket,</w:t>
      </w:r>
      <w:r w:rsidRPr="0078531E">
        <w:rPr>
          <w:b w:val="0"/>
          <w:bCs w:val="0"/>
          <w:spacing w:val="-7"/>
        </w:rPr>
        <w:t xml:space="preserve"> </w:t>
      </w:r>
      <w:r w:rsidRPr="0078531E">
        <w:rPr>
          <w:b w:val="0"/>
          <w:bCs w:val="0"/>
        </w:rPr>
        <w:t>időjárási</w:t>
      </w:r>
      <w:r w:rsidRPr="0078531E">
        <w:rPr>
          <w:b w:val="0"/>
          <w:bCs w:val="0"/>
          <w:spacing w:val="-5"/>
        </w:rPr>
        <w:t xml:space="preserve"> </w:t>
      </w:r>
      <w:r w:rsidRPr="0078531E">
        <w:rPr>
          <w:b w:val="0"/>
          <w:bCs w:val="0"/>
        </w:rPr>
        <w:t>viszonyokat.</w:t>
      </w:r>
      <w:r w:rsidRPr="0078531E">
        <w:rPr>
          <w:b w:val="0"/>
          <w:bCs w:val="0"/>
          <w:spacing w:val="-7"/>
        </w:rPr>
        <w:t xml:space="preserve"> </w:t>
      </w:r>
      <w:r w:rsidRPr="0078531E">
        <w:rPr>
          <w:b w:val="0"/>
          <w:bCs w:val="0"/>
        </w:rPr>
        <w:t>A</w:t>
      </w:r>
      <w:r w:rsidRPr="0078531E">
        <w:rPr>
          <w:b w:val="0"/>
          <w:bCs w:val="0"/>
          <w:spacing w:val="-8"/>
        </w:rPr>
        <w:t xml:space="preserve"> </w:t>
      </w:r>
      <w:r w:rsidRPr="0078531E">
        <w:rPr>
          <w:b w:val="0"/>
          <w:bCs w:val="0"/>
        </w:rPr>
        <w:t>napirend</w:t>
      </w:r>
      <w:r w:rsidRPr="0078531E">
        <w:rPr>
          <w:b w:val="0"/>
          <w:bCs w:val="0"/>
          <w:spacing w:val="-5"/>
        </w:rPr>
        <w:t xml:space="preserve"> </w:t>
      </w:r>
      <w:r w:rsidRPr="0078531E">
        <w:rPr>
          <w:b w:val="0"/>
          <w:bCs w:val="0"/>
        </w:rPr>
        <w:t>szervezését</w:t>
      </w:r>
      <w:r w:rsidRPr="0078531E">
        <w:rPr>
          <w:b w:val="0"/>
          <w:bCs w:val="0"/>
          <w:spacing w:val="-7"/>
        </w:rPr>
        <w:t xml:space="preserve"> </w:t>
      </w:r>
      <w:r w:rsidRPr="0078531E">
        <w:rPr>
          <w:b w:val="0"/>
          <w:bCs w:val="0"/>
        </w:rPr>
        <w:t>a</w:t>
      </w:r>
      <w:r w:rsidR="0022444D" w:rsidRPr="0078531E">
        <w:rPr>
          <w:b w:val="0"/>
          <w:bCs w:val="0"/>
        </w:rPr>
        <w:t>z</w:t>
      </w:r>
      <w:r w:rsidRPr="0078531E">
        <w:rPr>
          <w:b w:val="0"/>
          <w:bCs w:val="0"/>
          <w:spacing w:val="-7"/>
        </w:rPr>
        <w:t xml:space="preserve"> </w:t>
      </w:r>
      <w:r w:rsidRPr="0078531E">
        <w:rPr>
          <w:b w:val="0"/>
          <w:bCs w:val="0"/>
        </w:rPr>
        <w:t>óvodapedagógusok végzik, a napirendtől való jelentős időbeli eltérést az óvodavezető engedélyezheti.</w:t>
      </w:r>
    </w:p>
    <w:p w14:paraId="72F15B0E" w14:textId="77777777" w:rsidR="00AE0CFD" w:rsidRPr="0078531E" w:rsidRDefault="00AE0CFD" w:rsidP="00FA1917">
      <w:pPr>
        <w:pStyle w:val="Szvegtrzs"/>
        <w:spacing w:before="5"/>
        <w:jc w:val="both"/>
      </w:pPr>
    </w:p>
    <w:p w14:paraId="303F1F4C" w14:textId="2008B6F1" w:rsidR="00AE0CFD" w:rsidRPr="0078531E" w:rsidRDefault="00C3522D">
      <w:pPr>
        <w:pStyle w:val="Cmsor4"/>
        <w:numPr>
          <w:ilvl w:val="1"/>
          <w:numId w:val="36"/>
        </w:numPr>
        <w:tabs>
          <w:tab w:val="left" w:pos="556"/>
        </w:tabs>
        <w:ind w:left="556" w:hanging="420"/>
      </w:pPr>
      <w:r w:rsidRPr="0078531E">
        <w:t>Keret</w:t>
      </w:r>
      <w:r w:rsidRPr="0078531E">
        <w:rPr>
          <w:spacing w:val="-3"/>
        </w:rPr>
        <w:t xml:space="preserve"> </w:t>
      </w:r>
      <w:r w:rsidRPr="0078531E">
        <w:t>heti</w:t>
      </w:r>
      <w:r w:rsidRPr="0078531E">
        <w:rPr>
          <w:spacing w:val="-2"/>
        </w:rPr>
        <w:t>rendünk</w:t>
      </w:r>
    </w:p>
    <w:p w14:paraId="00A08027" w14:textId="77777777" w:rsidR="00AE0CFD" w:rsidRPr="0078531E" w:rsidRDefault="00AE0CFD">
      <w:pPr>
        <w:pStyle w:val="Szvegtrzs"/>
        <w:spacing w:before="272"/>
        <w:rPr>
          <w:b/>
        </w:rPr>
      </w:pPr>
    </w:p>
    <w:p w14:paraId="28610DF8" w14:textId="77777777" w:rsidR="00AE0CFD" w:rsidRPr="0078531E" w:rsidRDefault="00C3522D" w:rsidP="00782837">
      <w:pPr>
        <w:pStyle w:val="Szvegtrzs"/>
        <w:spacing w:line="360" w:lineRule="auto"/>
        <w:ind w:left="136" w:right="434"/>
        <w:jc w:val="both"/>
      </w:pPr>
      <w:r w:rsidRPr="0078531E">
        <w:t>Rugalmas</w:t>
      </w:r>
      <w:r w:rsidRPr="0078531E">
        <w:rPr>
          <w:spacing w:val="-7"/>
        </w:rPr>
        <w:t xml:space="preserve"> </w:t>
      </w:r>
      <w:r w:rsidRPr="0078531E">
        <w:t>heti</w:t>
      </w:r>
      <w:r w:rsidRPr="0078531E">
        <w:rPr>
          <w:spacing w:val="-6"/>
        </w:rPr>
        <w:t xml:space="preserve"> </w:t>
      </w:r>
      <w:r w:rsidRPr="0078531E">
        <w:t>renddel</w:t>
      </w:r>
      <w:r w:rsidRPr="0078531E">
        <w:rPr>
          <w:spacing w:val="-6"/>
        </w:rPr>
        <w:t xml:space="preserve"> </w:t>
      </w:r>
      <w:r w:rsidRPr="0078531E">
        <w:t>dolgozunk,</w:t>
      </w:r>
      <w:r w:rsidRPr="0078531E">
        <w:rPr>
          <w:spacing w:val="-5"/>
        </w:rPr>
        <w:t xml:space="preserve"> </w:t>
      </w:r>
      <w:r w:rsidRPr="0078531E">
        <w:t>melyben</w:t>
      </w:r>
      <w:r w:rsidRPr="0078531E">
        <w:rPr>
          <w:spacing w:val="-7"/>
        </w:rPr>
        <w:t xml:space="preserve"> </w:t>
      </w:r>
      <w:r w:rsidRPr="0078531E">
        <w:t>lehetőséget</w:t>
      </w:r>
      <w:r w:rsidRPr="0078531E">
        <w:rPr>
          <w:spacing w:val="-6"/>
        </w:rPr>
        <w:t xml:space="preserve"> </w:t>
      </w:r>
      <w:r w:rsidRPr="0078531E">
        <w:t>biztosítunk</w:t>
      </w:r>
      <w:r w:rsidRPr="0078531E">
        <w:rPr>
          <w:spacing w:val="-6"/>
        </w:rPr>
        <w:t xml:space="preserve"> </w:t>
      </w:r>
      <w:r w:rsidRPr="0078531E">
        <w:t>a</w:t>
      </w:r>
      <w:r w:rsidRPr="0078531E">
        <w:rPr>
          <w:spacing w:val="-8"/>
        </w:rPr>
        <w:t xml:space="preserve"> </w:t>
      </w:r>
      <w:r w:rsidRPr="0078531E">
        <w:t>párhuzamosan</w:t>
      </w:r>
      <w:r w:rsidRPr="0078531E">
        <w:rPr>
          <w:spacing w:val="-7"/>
        </w:rPr>
        <w:t xml:space="preserve"> </w:t>
      </w:r>
      <w:r w:rsidRPr="0078531E">
        <w:t>végezhető differenciált tevékenységek számára. A tevékenységek napja, időtartama (5-35 perc) rugalmasan változhat, ha a témafeldolgozások menete – a gyermeki aktivitást is figyelembe véve</w:t>
      </w:r>
      <w:r w:rsidRPr="0078531E">
        <w:rPr>
          <w:spacing w:val="-7"/>
        </w:rPr>
        <w:t xml:space="preserve"> </w:t>
      </w:r>
      <w:r w:rsidRPr="0078531E">
        <w:t>–</w:t>
      </w:r>
      <w:r w:rsidRPr="0078531E">
        <w:rPr>
          <w:spacing w:val="-7"/>
        </w:rPr>
        <w:t xml:space="preserve"> </w:t>
      </w:r>
      <w:r w:rsidRPr="0078531E">
        <w:t>azt</w:t>
      </w:r>
      <w:r w:rsidRPr="0078531E">
        <w:rPr>
          <w:spacing w:val="-6"/>
        </w:rPr>
        <w:t xml:space="preserve"> </w:t>
      </w:r>
      <w:r w:rsidRPr="0078531E">
        <w:t>indokolja.</w:t>
      </w:r>
      <w:r w:rsidRPr="0078531E">
        <w:rPr>
          <w:spacing w:val="-7"/>
        </w:rPr>
        <w:t xml:space="preserve"> </w:t>
      </w:r>
      <w:r w:rsidRPr="0078531E">
        <w:t>Az</w:t>
      </w:r>
      <w:r w:rsidRPr="0078531E">
        <w:rPr>
          <w:spacing w:val="-7"/>
        </w:rPr>
        <w:t xml:space="preserve"> </w:t>
      </w:r>
      <w:r w:rsidRPr="0078531E">
        <w:t>együttműködő</w:t>
      </w:r>
      <w:r w:rsidRPr="0078531E">
        <w:rPr>
          <w:spacing w:val="-6"/>
        </w:rPr>
        <w:t xml:space="preserve"> </w:t>
      </w:r>
      <w:r w:rsidRPr="0078531E">
        <w:t>képesség</w:t>
      </w:r>
      <w:r w:rsidRPr="0078531E">
        <w:rPr>
          <w:spacing w:val="-7"/>
        </w:rPr>
        <w:t xml:space="preserve"> </w:t>
      </w:r>
      <w:r w:rsidRPr="0078531E">
        <w:t>és</w:t>
      </w:r>
      <w:r w:rsidRPr="0078531E">
        <w:rPr>
          <w:spacing w:val="-7"/>
        </w:rPr>
        <w:t xml:space="preserve"> </w:t>
      </w:r>
      <w:r w:rsidRPr="0078531E">
        <w:t>a</w:t>
      </w:r>
      <w:r w:rsidRPr="0078531E">
        <w:rPr>
          <w:spacing w:val="-7"/>
        </w:rPr>
        <w:t xml:space="preserve"> </w:t>
      </w:r>
      <w:r w:rsidRPr="0078531E">
        <w:t>feladattudat</w:t>
      </w:r>
      <w:r w:rsidRPr="0078531E">
        <w:rPr>
          <w:spacing w:val="-6"/>
        </w:rPr>
        <w:t xml:space="preserve"> </w:t>
      </w:r>
      <w:r w:rsidRPr="0078531E">
        <w:t>erősítése</w:t>
      </w:r>
      <w:r w:rsidRPr="0078531E">
        <w:rPr>
          <w:spacing w:val="-6"/>
        </w:rPr>
        <w:t xml:space="preserve"> </w:t>
      </w:r>
      <w:r w:rsidRPr="0078531E">
        <w:t>kiemelt</w:t>
      </w:r>
      <w:r w:rsidRPr="0078531E">
        <w:rPr>
          <w:spacing w:val="-6"/>
        </w:rPr>
        <w:t xml:space="preserve"> </w:t>
      </w:r>
      <w:r w:rsidRPr="0078531E">
        <w:t>fontosságú szempont a tevékenységek tervezésénél.</w:t>
      </w:r>
    </w:p>
    <w:p w14:paraId="2E61A69B" w14:textId="77777777" w:rsidR="00AE0CFD" w:rsidRPr="0078531E" w:rsidRDefault="00C3522D" w:rsidP="00FA1917">
      <w:pPr>
        <w:pStyle w:val="Szvegtrzs"/>
        <w:spacing w:before="1" w:line="360" w:lineRule="auto"/>
        <w:ind w:left="136" w:right="435"/>
        <w:jc w:val="both"/>
      </w:pPr>
      <w:r w:rsidRPr="0078531E">
        <w:lastRenderedPageBreak/>
        <w:t>A foglalkozásokat az óvodapedagógus tervezi, irányítja, tiszteletben tartva a játék kitüntetett szerepét, s megtartva a harmonikus arányokat a játék és az irányított tevékenységek között.</w:t>
      </w:r>
    </w:p>
    <w:p w14:paraId="73416089" w14:textId="77777777" w:rsidR="00AE0CFD" w:rsidRPr="0078531E" w:rsidRDefault="00C3522D" w:rsidP="00FA1917">
      <w:pPr>
        <w:pStyle w:val="Szvegtrzs"/>
        <w:ind w:left="136"/>
        <w:jc w:val="both"/>
      </w:pPr>
      <w:r w:rsidRPr="0078531E">
        <w:t>A</w:t>
      </w:r>
      <w:r w:rsidRPr="0078531E">
        <w:rPr>
          <w:spacing w:val="-5"/>
        </w:rPr>
        <w:t xml:space="preserve"> </w:t>
      </w:r>
      <w:r w:rsidRPr="0078531E">
        <w:t>rendszeresség</w:t>
      </w:r>
      <w:r w:rsidRPr="0078531E">
        <w:rPr>
          <w:spacing w:val="-5"/>
        </w:rPr>
        <w:t xml:space="preserve"> </w:t>
      </w:r>
      <w:r w:rsidRPr="0078531E">
        <w:t>és</w:t>
      </w:r>
      <w:r w:rsidRPr="0078531E">
        <w:rPr>
          <w:spacing w:val="-3"/>
        </w:rPr>
        <w:t xml:space="preserve"> </w:t>
      </w:r>
      <w:r w:rsidRPr="0078531E">
        <w:t>az</w:t>
      </w:r>
      <w:r w:rsidRPr="0078531E">
        <w:rPr>
          <w:spacing w:val="-1"/>
        </w:rPr>
        <w:t xml:space="preserve"> </w:t>
      </w:r>
      <w:r w:rsidRPr="0078531E">
        <w:t>ismétlődések</w:t>
      </w:r>
      <w:r w:rsidRPr="0078531E">
        <w:rPr>
          <w:spacing w:val="-2"/>
        </w:rPr>
        <w:t xml:space="preserve"> </w:t>
      </w:r>
      <w:r w:rsidRPr="0078531E">
        <w:t>érzelmi</w:t>
      </w:r>
      <w:r w:rsidRPr="0078531E">
        <w:rPr>
          <w:spacing w:val="-2"/>
        </w:rPr>
        <w:t xml:space="preserve"> </w:t>
      </w:r>
      <w:r w:rsidRPr="0078531E">
        <w:t>biztonságot</w:t>
      </w:r>
      <w:r w:rsidRPr="0078531E">
        <w:rPr>
          <w:spacing w:val="-2"/>
        </w:rPr>
        <w:t xml:space="preserve"> </w:t>
      </w:r>
      <w:r w:rsidRPr="0078531E">
        <w:t xml:space="preserve">teremtenek a </w:t>
      </w:r>
      <w:r w:rsidRPr="0078531E">
        <w:rPr>
          <w:spacing w:val="-2"/>
        </w:rPr>
        <w:t>gyermeknek.</w:t>
      </w:r>
    </w:p>
    <w:p w14:paraId="2E215042" w14:textId="77777777" w:rsidR="00AE0CFD" w:rsidRPr="0078531E" w:rsidRDefault="00AE0CFD">
      <w:pPr>
        <w:pStyle w:val="Szvegtrzs"/>
      </w:pPr>
    </w:p>
    <w:p w14:paraId="4F10C62C" w14:textId="77777777" w:rsidR="00AE0CFD" w:rsidRPr="0078531E" w:rsidRDefault="00AE0CFD">
      <w:pPr>
        <w:pStyle w:val="Szvegtrzs"/>
        <w:spacing w:before="1"/>
      </w:pPr>
    </w:p>
    <w:p w14:paraId="518F69CA" w14:textId="77777777" w:rsidR="00AE0CFD" w:rsidRPr="0078531E" w:rsidRDefault="00C3522D" w:rsidP="005C46A5">
      <w:pPr>
        <w:pStyle w:val="Szvegtrzs"/>
        <w:ind w:left="136"/>
        <w:jc w:val="center"/>
        <w:rPr>
          <w:b/>
          <w:bCs/>
          <w:sz w:val="28"/>
          <w:szCs w:val="28"/>
        </w:rPr>
      </w:pPr>
      <w:r w:rsidRPr="0078531E">
        <w:rPr>
          <w:b/>
          <w:bCs/>
          <w:sz w:val="28"/>
          <w:szCs w:val="28"/>
        </w:rPr>
        <w:t>Hetirend</w:t>
      </w:r>
      <w:r w:rsidRPr="0078531E">
        <w:rPr>
          <w:b/>
          <w:bCs/>
          <w:spacing w:val="-2"/>
          <w:sz w:val="28"/>
          <w:szCs w:val="28"/>
        </w:rPr>
        <w:t xml:space="preserve"> </w:t>
      </w:r>
      <w:r w:rsidRPr="0078531E">
        <w:rPr>
          <w:b/>
          <w:bCs/>
          <w:sz w:val="28"/>
          <w:szCs w:val="28"/>
        </w:rPr>
        <w:t>-</w:t>
      </w:r>
      <w:r w:rsidRPr="0078531E">
        <w:rPr>
          <w:b/>
          <w:bCs/>
          <w:spacing w:val="57"/>
          <w:sz w:val="28"/>
          <w:szCs w:val="28"/>
        </w:rPr>
        <w:t xml:space="preserve"> </w:t>
      </w:r>
      <w:r w:rsidRPr="0078531E">
        <w:rPr>
          <w:b/>
          <w:bCs/>
          <w:spacing w:val="-2"/>
          <w:sz w:val="28"/>
          <w:szCs w:val="28"/>
        </w:rPr>
        <w:t>minta</w:t>
      </w:r>
    </w:p>
    <w:p w14:paraId="05DA4221" w14:textId="77777777" w:rsidR="00AE0CFD" w:rsidRPr="0078531E" w:rsidRDefault="00AE0CFD">
      <w:pPr>
        <w:pStyle w:val="Szvegtrzs"/>
        <w:spacing w:before="4"/>
        <w:rPr>
          <w:sz w:val="12"/>
        </w:rPr>
      </w:pPr>
    </w:p>
    <w:tbl>
      <w:tblPr>
        <w:tblStyle w:val="TableNormal"/>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9"/>
        <w:gridCol w:w="3039"/>
        <w:gridCol w:w="3571"/>
      </w:tblGrid>
      <w:tr w:rsidR="0078531E" w:rsidRPr="0078531E" w14:paraId="7B0161E6" w14:textId="77777777" w:rsidTr="002238B9">
        <w:trPr>
          <w:trHeight w:val="414"/>
        </w:trPr>
        <w:tc>
          <w:tcPr>
            <w:tcW w:w="3029" w:type="dxa"/>
          </w:tcPr>
          <w:p w14:paraId="21279401" w14:textId="20F94F00" w:rsidR="00AE0CFD" w:rsidRPr="0078531E" w:rsidRDefault="00B42495" w:rsidP="00B42495">
            <w:pPr>
              <w:pStyle w:val="TableParagraph"/>
              <w:jc w:val="center"/>
              <w:rPr>
                <w:sz w:val="24"/>
              </w:rPr>
            </w:pPr>
            <w:r w:rsidRPr="0078531E">
              <w:rPr>
                <w:sz w:val="24"/>
              </w:rPr>
              <w:t>Napok</w:t>
            </w:r>
          </w:p>
        </w:tc>
        <w:tc>
          <w:tcPr>
            <w:tcW w:w="3039" w:type="dxa"/>
          </w:tcPr>
          <w:p w14:paraId="06659DB1" w14:textId="77777777" w:rsidR="00AE0CFD" w:rsidRPr="0078531E" w:rsidRDefault="00C3522D">
            <w:pPr>
              <w:pStyle w:val="TableParagraph"/>
              <w:spacing w:line="270" w:lineRule="exact"/>
              <w:ind w:left="107"/>
              <w:rPr>
                <w:sz w:val="24"/>
              </w:rPr>
            </w:pPr>
            <w:r w:rsidRPr="0078531E">
              <w:rPr>
                <w:sz w:val="24"/>
              </w:rPr>
              <w:t>Irányított</w:t>
            </w:r>
            <w:r w:rsidRPr="0078531E">
              <w:rPr>
                <w:spacing w:val="-5"/>
                <w:sz w:val="24"/>
              </w:rPr>
              <w:t xml:space="preserve"> </w:t>
            </w:r>
            <w:r w:rsidRPr="0078531E">
              <w:rPr>
                <w:spacing w:val="-2"/>
                <w:sz w:val="24"/>
              </w:rPr>
              <w:t>tevékenység</w:t>
            </w:r>
          </w:p>
        </w:tc>
        <w:tc>
          <w:tcPr>
            <w:tcW w:w="3571" w:type="dxa"/>
          </w:tcPr>
          <w:p w14:paraId="035F530A" w14:textId="77777777" w:rsidR="00AE0CFD" w:rsidRPr="0078531E" w:rsidRDefault="00C3522D">
            <w:pPr>
              <w:pStyle w:val="TableParagraph"/>
              <w:spacing w:line="270" w:lineRule="exact"/>
              <w:ind w:left="109"/>
              <w:rPr>
                <w:sz w:val="24"/>
              </w:rPr>
            </w:pPr>
            <w:r w:rsidRPr="0078531E">
              <w:rPr>
                <w:sz w:val="24"/>
              </w:rPr>
              <w:t>Szabad</w:t>
            </w:r>
            <w:r w:rsidRPr="0078531E">
              <w:rPr>
                <w:spacing w:val="-1"/>
                <w:sz w:val="24"/>
              </w:rPr>
              <w:t xml:space="preserve"> </w:t>
            </w:r>
            <w:r w:rsidRPr="0078531E">
              <w:rPr>
                <w:spacing w:val="-2"/>
                <w:sz w:val="24"/>
              </w:rPr>
              <w:t>tevékenység</w:t>
            </w:r>
          </w:p>
        </w:tc>
      </w:tr>
      <w:tr w:rsidR="0078531E" w:rsidRPr="0078531E" w14:paraId="046085D7" w14:textId="77777777" w:rsidTr="002238B9">
        <w:trPr>
          <w:trHeight w:val="1374"/>
        </w:trPr>
        <w:tc>
          <w:tcPr>
            <w:tcW w:w="3029" w:type="dxa"/>
            <w:tcBorders>
              <w:bottom w:val="nil"/>
            </w:tcBorders>
          </w:tcPr>
          <w:p w14:paraId="7F15A864" w14:textId="77777777" w:rsidR="00AE0CFD" w:rsidRPr="0078531E" w:rsidRDefault="00C3522D">
            <w:pPr>
              <w:pStyle w:val="TableParagraph"/>
              <w:spacing w:line="270" w:lineRule="exact"/>
              <w:ind w:left="14" w:right="3"/>
              <w:jc w:val="center"/>
              <w:rPr>
                <w:sz w:val="24"/>
              </w:rPr>
            </w:pPr>
            <w:r w:rsidRPr="0078531E">
              <w:rPr>
                <w:spacing w:val="-2"/>
                <w:sz w:val="24"/>
              </w:rPr>
              <w:t>Hétfő</w:t>
            </w:r>
          </w:p>
        </w:tc>
        <w:tc>
          <w:tcPr>
            <w:tcW w:w="3039" w:type="dxa"/>
            <w:tcBorders>
              <w:bottom w:val="nil"/>
            </w:tcBorders>
          </w:tcPr>
          <w:p w14:paraId="7CE9FDA2" w14:textId="77777777" w:rsidR="00AE0CFD" w:rsidRPr="0078531E" w:rsidRDefault="00C3522D">
            <w:pPr>
              <w:pStyle w:val="TableParagraph"/>
              <w:spacing w:line="270" w:lineRule="exact"/>
              <w:ind w:left="107"/>
              <w:rPr>
                <w:sz w:val="24"/>
              </w:rPr>
            </w:pPr>
            <w:r w:rsidRPr="0078531E">
              <w:rPr>
                <w:sz w:val="24"/>
              </w:rPr>
              <w:t>Hétvégi</w:t>
            </w:r>
            <w:r w:rsidRPr="0078531E">
              <w:rPr>
                <w:spacing w:val="-4"/>
                <w:sz w:val="24"/>
              </w:rPr>
              <w:t xml:space="preserve"> </w:t>
            </w:r>
            <w:r w:rsidRPr="0078531E">
              <w:rPr>
                <w:spacing w:val="-2"/>
                <w:sz w:val="24"/>
              </w:rPr>
              <w:t>beszámolók</w:t>
            </w:r>
          </w:p>
          <w:p w14:paraId="37B4330D" w14:textId="77777777" w:rsidR="00AE0CFD" w:rsidRPr="0078531E" w:rsidRDefault="00C3522D">
            <w:pPr>
              <w:pStyle w:val="TableParagraph"/>
              <w:spacing w:before="137" w:line="360" w:lineRule="auto"/>
              <w:ind w:left="107"/>
              <w:rPr>
                <w:sz w:val="24"/>
              </w:rPr>
            </w:pPr>
            <w:r w:rsidRPr="0078531E">
              <w:rPr>
                <w:sz w:val="24"/>
              </w:rPr>
              <w:t>Az aktuális heti terv indítása beszélgető körben</w:t>
            </w:r>
          </w:p>
        </w:tc>
        <w:tc>
          <w:tcPr>
            <w:tcW w:w="3571" w:type="dxa"/>
            <w:vMerge w:val="restart"/>
          </w:tcPr>
          <w:p w14:paraId="171755AA" w14:textId="77777777" w:rsidR="00AE0CFD" w:rsidRPr="0078531E" w:rsidRDefault="00C3522D">
            <w:pPr>
              <w:pStyle w:val="TableParagraph"/>
              <w:spacing w:line="270" w:lineRule="exact"/>
              <w:ind w:left="109"/>
              <w:jc w:val="both"/>
              <w:rPr>
                <w:sz w:val="24"/>
              </w:rPr>
            </w:pPr>
            <w:r w:rsidRPr="0078531E">
              <w:rPr>
                <w:sz w:val="24"/>
              </w:rPr>
              <w:t>Játék,</w:t>
            </w:r>
            <w:r w:rsidRPr="0078531E">
              <w:rPr>
                <w:spacing w:val="-1"/>
                <w:sz w:val="24"/>
              </w:rPr>
              <w:t xml:space="preserve"> </w:t>
            </w:r>
            <w:r w:rsidRPr="0078531E">
              <w:rPr>
                <w:sz w:val="24"/>
              </w:rPr>
              <w:t xml:space="preserve">mese, </w:t>
            </w:r>
            <w:r w:rsidRPr="0078531E">
              <w:rPr>
                <w:spacing w:val="-2"/>
                <w:sz w:val="24"/>
              </w:rPr>
              <w:t>mozgás</w:t>
            </w:r>
          </w:p>
          <w:p w14:paraId="753E095C" w14:textId="77777777" w:rsidR="00AE0CFD" w:rsidRPr="0078531E" w:rsidRDefault="00C3522D">
            <w:pPr>
              <w:pStyle w:val="TableParagraph"/>
              <w:numPr>
                <w:ilvl w:val="0"/>
                <w:numId w:val="17"/>
              </w:numPr>
              <w:tabs>
                <w:tab w:val="left" w:pos="828"/>
              </w:tabs>
              <w:ind w:left="828" w:hanging="359"/>
              <w:jc w:val="both"/>
              <w:rPr>
                <w:sz w:val="24"/>
              </w:rPr>
            </w:pPr>
            <w:r w:rsidRPr="0078531E">
              <w:rPr>
                <w:spacing w:val="-2"/>
                <w:sz w:val="24"/>
              </w:rPr>
              <w:t>tapasztalatszerzések</w:t>
            </w:r>
          </w:p>
          <w:p w14:paraId="67FA0DDF" w14:textId="59A4FF5F" w:rsidR="00AE0CFD" w:rsidRPr="0078531E" w:rsidRDefault="00C3522D">
            <w:pPr>
              <w:pStyle w:val="TableParagraph"/>
              <w:numPr>
                <w:ilvl w:val="0"/>
                <w:numId w:val="17"/>
              </w:numPr>
              <w:tabs>
                <w:tab w:val="left" w:pos="828"/>
              </w:tabs>
              <w:ind w:left="828" w:hanging="359"/>
              <w:jc w:val="both"/>
              <w:rPr>
                <w:sz w:val="24"/>
              </w:rPr>
            </w:pPr>
            <w:r w:rsidRPr="0078531E">
              <w:rPr>
                <w:sz w:val="24"/>
              </w:rPr>
              <w:t>alkotó</w:t>
            </w:r>
            <w:r w:rsidRPr="0078531E">
              <w:rPr>
                <w:spacing w:val="-2"/>
                <w:sz w:val="24"/>
              </w:rPr>
              <w:t>munkák</w:t>
            </w:r>
          </w:p>
          <w:p w14:paraId="55B1E961" w14:textId="77777777" w:rsidR="00782837" w:rsidRPr="0078531E" w:rsidRDefault="00782837">
            <w:pPr>
              <w:pStyle w:val="TableParagraph"/>
              <w:numPr>
                <w:ilvl w:val="0"/>
                <w:numId w:val="17"/>
              </w:numPr>
              <w:tabs>
                <w:tab w:val="left" w:pos="829"/>
              </w:tabs>
              <w:ind w:right="94"/>
              <w:jc w:val="both"/>
              <w:rPr>
                <w:sz w:val="24"/>
              </w:rPr>
            </w:pPr>
            <w:r w:rsidRPr="0078531E">
              <w:rPr>
                <w:sz w:val="24"/>
              </w:rPr>
              <w:t xml:space="preserve">matematikai, irodalmi, vizuális, zenei nevelési lehetőségek kínálása </w:t>
            </w:r>
            <w:r w:rsidRPr="0078531E">
              <w:rPr>
                <w:spacing w:val="-2"/>
                <w:sz w:val="24"/>
              </w:rPr>
              <w:t>párhuzamos</w:t>
            </w:r>
          </w:p>
          <w:p w14:paraId="25530BFA" w14:textId="77777777" w:rsidR="00782837" w:rsidRPr="0078531E" w:rsidRDefault="00782837" w:rsidP="002238B9">
            <w:pPr>
              <w:pStyle w:val="TableParagraph"/>
              <w:ind w:left="829"/>
              <w:rPr>
                <w:sz w:val="24"/>
              </w:rPr>
            </w:pPr>
            <w:r w:rsidRPr="0078531E">
              <w:rPr>
                <w:spacing w:val="-2"/>
                <w:sz w:val="24"/>
              </w:rPr>
              <w:t>tevékenységek</w:t>
            </w:r>
          </w:p>
          <w:p w14:paraId="7DFF3236" w14:textId="77777777" w:rsidR="00782837" w:rsidRPr="0078531E" w:rsidRDefault="00782837" w:rsidP="002238B9">
            <w:pPr>
              <w:pStyle w:val="TableParagraph"/>
              <w:ind w:left="829"/>
              <w:rPr>
                <w:spacing w:val="-2"/>
                <w:sz w:val="24"/>
              </w:rPr>
            </w:pPr>
            <w:r w:rsidRPr="0078531E">
              <w:rPr>
                <w:spacing w:val="-2"/>
                <w:sz w:val="24"/>
              </w:rPr>
              <w:t>keretében</w:t>
            </w:r>
          </w:p>
          <w:p w14:paraId="4BDE6DEA" w14:textId="1AA8599E" w:rsidR="00782837" w:rsidRPr="0078531E" w:rsidRDefault="00782837">
            <w:pPr>
              <w:pStyle w:val="TableParagraph"/>
              <w:numPr>
                <w:ilvl w:val="0"/>
                <w:numId w:val="17"/>
              </w:numPr>
              <w:tabs>
                <w:tab w:val="left" w:pos="828"/>
              </w:tabs>
              <w:ind w:left="828" w:hanging="359"/>
              <w:jc w:val="both"/>
              <w:rPr>
                <w:sz w:val="24"/>
              </w:rPr>
            </w:pPr>
            <w:r w:rsidRPr="0078531E">
              <w:rPr>
                <w:sz w:val="24"/>
              </w:rPr>
              <w:t>spontán megjelenő mozgásos tevékenységek</w:t>
            </w:r>
          </w:p>
          <w:p w14:paraId="6A07A12A" w14:textId="77777777" w:rsidR="00782837" w:rsidRPr="0078531E" w:rsidRDefault="00782837">
            <w:pPr>
              <w:pStyle w:val="TableParagraph"/>
              <w:spacing w:before="137"/>
              <w:ind w:left="829"/>
              <w:rPr>
                <w:spacing w:val="-2"/>
                <w:sz w:val="24"/>
              </w:rPr>
            </w:pPr>
          </w:p>
          <w:p w14:paraId="14A7CC97" w14:textId="77777777" w:rsidR="00782837" w:rsidRPr="0078531E" w:rsidRDefault="00782837" w:rsidP="00782837">
            <w:pPr>
              <w:pStyle w:val="TableParagraph"/>
              <w:spacing w:before="137"/>
              <w:rPr>
                <w:sz w:val="24"/>
              </w:rPr>
            </w:pPr>
          </w:p>
        </w:tc>
      </w:tr>
      <w:tr w:rsidR="0078531E" w:rsidRPr="0078531E" w14:paraId="1BB3A9FF" w14:textId="77777777" w:rsidTr="002238B9">
        <w:trPr>
          <w:trHeight w:val="1231"/>
        </w:trPr>
        <w:tc>
          <w:tcPr>
            <w:tcW w:w="3029" w:type="dxa"/>
            <w:tcBorders>
              <w:top w:val="nil"/>
              <w:bottom w:val="nil"/>
            </w:tcBorders>
          </w:tcPr>
          <w:p w14:paraId="05FB3970" w14:textId="77777777" w:rsidR="00AE0CFD" w:rsidRPr="0078531E" w:rsidRDefault="00AE0CFD">
            <w:pPr>
              <w:pStyle w:val="TableParagraph"/>
              <w:rPr>
                <w:sz w:val="24"/>
              </w:rPr>
            </w:pPr>
          </w:p>
        </w:tc>
        <w:tc>
          <w:tcPr>
            <w:tcW w:w="3039" w:type="dxa"/>
            <w:tcBorders>
              <w:top w:val="nil"/>
              <w:bottom w:val="nil"/>
            </w:tcBorders>
          </w:tcPr>
          <w:p w14:paraId="11D7373C" w14:textId="77777777" w:rsidR="00AE0CFD" w:rsidRPr="0078531E" w:rsidRDefault="00C3522D">
            <w:pPr>
              <w:pStyle w:val="TableParagraph"/>
              <w:tabs>
                <w:tab w:val="left" w:pos="1132"/>
                <w:tab w:val="left" w:pos="2062"/>
              </w:tabs>
              <w:spacing w:before="266" w:line="360" w:lineRule="auto"/>
              <w:ind w:left="107" w:right="93"/>
              <w:rPr>
                <w:sz w:val="24"/>
              </w:rPr>
            </w:pPr>
            <w:r w:rsidRPr="0078531E">
              <w:rPr>
                <w:spacing w:val="-2"/>
                <w:sz w:val="24"/>
              </w:rPr>
              <w:t>Külső</w:t>
            </w:r>
            <w:r w:rsidRPr="0078531E">
              <w:rPr>
                <w:sz w:val="24"/>
              </w:rPr>
              <w:tab/>
            </w:r>
            <w:r w:rsidRPr="0078531E">
              <w:rPr>
                <w:spacing w:val="-4"/>
                <w:sz w:val="24"/>
              </w:rPr>
              <w:t>világ</w:t>
            </w:r>
            <w:r w:rsidRPr="0078531E">
              <w:rPr>
                <w:sz w:val="24"/>
              </w:rPr>
              <w:tab/>
            </w:r>
            <w:r w:rsidRPr="0078531E">
              <w:rPr>
                <w:spacing w:val="-2"/>
                <w:sz w:val="24"/>
              </w:rPr>
              <w:t>tevékeny megismerése</w:t>
            </w:r>
          </w:p>
        </w:tc>
        <w:tc>
          <w:tcPr>
            <w:tcW w:w="3571" w:type="dxa"/>
            <w:vMerge/>
            <w:tcBorders>
              <w:top w:val="nil"/>
            </w:tcBorders>
          </w:tcPr>
          <w:p w14:paraId="086EBF75" w14:textId="77777777" w:rsidR="00AE0CFD" w:rsidRPr="0078531E" w:rsidRDefault="00AE0CFD">
            <w:pPr>
              <w:rPr>
                <w:sz w:val="2"/>
                <w:szCs w:val="2"/>
              </w:rPr>
            </w:pPr>
          </w:p>
        </w:tc>
      </w:tr>
      <w:tr w:rsidR="00AE0CFD" w:rsidRPr="0078531E" w14:paraId="362BC1DC" w14:textId="77777777" w:rsidTr="002238B9">
        <w:trPr>
          <w:trHeight w:val="1152"/>
        </w:trPr>
        <w:tc>
          <w:tcPr>
            <w:tcW w:w="3029" w:type="dxa"/>
            <w:tcBorders>
              <w:top w:val="nil"/>
            </w:tcBorders>
          </w:tcPr>
          <w:p w14:paraId="568D61D8" w14:textId="77777777" w:rsidR="00AE0CFD" w:rsidRPr="0078531E" w:rsidRDefault="00AE0CFD">
            <w:pPr>
              <w:pStyle w:val="TableParagraph"/>
              <w:rPr>
                <w:sz w:val="24"/>
              </w:rPr>
            </w:pPr>
          </w:p>
        </w:tc>
        <w:tc>
          <w:tcPr>
            <w:tcW w:w="3039" w:type="dxa"/>
            <w:tcBorders>
              <w:top w:val="nil"/>
            </w:tcBorders>
          </w:tcPr>
          <w:p w14:paraId="08EF7CE1" w14:textId="77777777" w:rsidR="00AE0CFD" w:rsidRPr="0078531E" w:rsidRDefault="00C3522D">
            <w:pPr>
              <w:pStyle w:val="TableParagraph"/>
              <w:spacing w:before="266"/>
              <w:ind w:left="107"/>
              <w:rPr>
                <w:sz w:val="24"/>
              </w:rPr>
            </w:pPr>
            <w:r w:rsidRPr="0078531E">
              <w:rPr>
                <w:sz w:val="24"/>
              </w:rPr>
              <w:t>egészségfejlesztő</w:t>
            </w:r>
            <w:r w:rsidRPr="0078531E">
              <w:rPr>
                <w:spacing w:val="-4"/>
                <w:sz w:val="24"/>
              </w:rPr>
              <w:t xml:space="preserve"> </w:t>
            </w:r>
            <w:r w:rsidRPr="0078531E">
              <w:rPr>
                <w:spacing w:val="-2"/>
                <w:sz w:val="24"/>
              </w:rPr>
              <w:t>testmozgás</w:t>
            </w:r>
          </w:p>
        </w:tc>
        <w:tc>
          <w:tcPr>
            <w:tcW w:w="3571" w:type="dxa"/>
            <w:vMerge/>
            <w:tcBorders>
              <w:top w:val="nil"/>
            </w:tcBorders>
          </w:tcPr>
          <w:p w14:paraId="66967C4F" w14:textId="77777777" w:rsidR="00AE0CFD" w:rsidRPr="0078531E" w:rsidRDefault="00AE0CFD">
            <w:pPr>
              <w:rPr>
                <w:sz w:val="2"/>
                <w:szCs w:val="2"/>
              </w:rPr>
            </w:pPr>
          </w:p>
        </w:tc>
      </w:tr>
    </w:tbl>
    <w:p w14:paraId="47B8E29F" w14:textId="77777777" w:rsidR="00AE0CFD" w:rsidRPr="0078531E" w:rsidRDefault="00AE0CFD">
      <w:pPr>
        <w:rPr>
          <w:sz w:val="2"/>
          <w:szCs w:val="2"/>
        </w:rPr>
        <w:sectPr w:rsidR="00AE0CFD" w:rsidRPr="0078531E" w:rsidSect="00A42104">
          <w:type w:val="continuous"/>
          <w:pgSz w:w="11910" w:h="16840"/>
          <w:pgMar w:top="1320" w:right="980" w:bottom="2033" w:left="1280" w:header="0" w:footer="1003" w:gutter="0"/>
          <w:cols w:space="708"/>
        </w:sectPr>
      </w:pPr>
    </w:p>
    <w:tbl>
      <w:tblPr>
        <w:tblStyle w:val="TableNormal"/>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9"/>
        <w:gridCol w:w="3039"/>
        <w:gridCol w:w="3571"/>
      </w:tblGrid>
      <w:tr w:rsidR="0078531E" w:rsidRPr="0078531E" w14:paraId="4E6FF013" w14:textId="77777777" w:rsidTr="002238B9">
        <w:trPr>
          <w:trHeight w:val="4605"/>
        </w:trPr>
        <w:tc>
          <w:tcPr>
            <w:tcW w:w="3029" w:type="dxa"/>
          </w:tcPr>
          <w:p w14:paraId="7B0E3043" w14:textId="77777777" w:rsidR="00AE0CFD" w:rsidRPr="0078531E" w:rsidRDefault="00C3522D">
            <w:pPr>
              <w:pStyle w:val="TableParagraph"/>
              <w:spacing w:line="270" w:lineRule="exact"/>
              <w:ind w:left="14" w:right="6"/>
              <w:jc w:val="center"/>
              <w:rPr>
                <w:sz w:val="24"/>
              </w:rPr>
            </w:pPr>
            <w:r w:rsidRPr="0078531E">
              <w:rPr>
                <w:spacing w:val="-4"/>
                <w:sz w:val="24"/>
              </w:rPr>
              <w:t>Kedd</w:t>
            </w:r>
          </w:p>
        </w:tc>
        <w:tc>
          <w:tcPr>
            <w:tcW w:w="3039" w:type="dxa"/>
          </w:tcPr>
          <w:p w14:paraId="6A5E82DB" w14:textId="77777777" w:rsidR="00AE0CFD" w:rsidRPr="0078531E" w:rsidRDefault="00C3522D">
            <w:pPr>
              <w:pStyle w:val="TableParagraph"/>
              <w:spacing w:line="270" w:lineRule="exact"/>
              <w:ind w:left="107"/>
              <w:rPr>
                <w:sz w:val="24"/>
              </w:rPr>
            </w:pPr>
            <w:r w:rsidRPr="0078531E">
              <w:rPr>
                <w:sz w:val="24"/>
              </w:rPr>
              <w:t>Verselés,</w:t>
            </w:r>
            <w:r w:rsidRPr="0078531E">
              <w:rPr>
                <w:spacing w:val="-4"/>
                <w:sz w:val="24"/>
              </w:rPr>
              <w:t xml:space="preserve"> </w:t>
            </w:r>
            <w:r w:rsidRPr="0078531E">
              <w:rPr>
                <w:spacing w:val="-2"/>
                <w:sz w:val="24"/>
              </w:rPr>
              <w:t>mesélés</w:t>
            </w:r>
          </w:p>
          <w:p w14:paraId="46CF09F6" w14:textId="77777777" w:rsidR="00AE0CFD" w:rsidRPr="0078531E" w:rsidRDefault="00AE0CFD">
            <w:pPr>
              <w:pStyle w:val="TableParagraph"/>
              <w:rPr>
                <w:sz w:val="24"/>
              </w:rPr>
            </w:pPr>
          </w:p>
          <w:p w14:paraId="0FBE0C9E" w14:textId="77777777" w:rsidR="00AE0CFD" w:rsidRPr="0078531E" w:rsidRDefault="00AE0CFD">
            <w:pPr>
              <w:pStyle w:val="TableParagraph"/>
              <w:rPr>
                <w:sz w:val="24"/>
              </w:rPr>
            </w:pPr>
          </w:p>
          <w:p w14:paraId="08F6D29B" w14:textId="77777777" w:rsidR="00AE0CFD" w:rsidRPr="0078531E" w:rsidRDefault="00AE0CFD">
            <w:pPr>
              <w:pStyle w:val="TableParagraph"/>
              <w:spacing w:before="139"/>
              <w:rPr>
                <w:sz w:val="24"/>
              </w:rPr>
            </w:pPr>
          </w:p>
          <w:p w14:paraId="7FFA498A" w14:textId="77777777" w:rsidR="00AE0CFD" w:rsidRPr="0078531E" w:rsidRDefault="00C3522D">
            <w:pPr>
              <w:pStyle w:val="TableParagraph"/>
              <w:ind w:left="107"/>
              <w:rPr>
                <w:sz w:val="24"/>
              </w:rPr>
            </w:pPr>
            <w:r w:rsidRPr="0078531E">
              <w:rPr>
                <w:sz w:val="24"/>
              </w:rPr>
              <w:t>egészségfejlesztő</w:t>
            </w:r>
            <w:r w:rsidRPr="0078531E">
              <w:rPr>
                <w:spacing w:val="-4"/>
                <w:sz w:val="24"/>
              </w:rPr>
              <w:t xml:space="preserve"> </w:t>
            </w:r>
            <w:r w:rsidRPr="0078531E">
              <w:rPr>
                <w:spacing w:val="-2"/>
                <w:sz w:val="24"/>
              </w:rPr>
              <w:t>testmozgás</w:t>
            </w:r>
          </w:p>
        </w:tc>
        <w:tc>
          <w:tcPr>
            <w:tcW w:w="3571" w:type="dxa"/>
          </w:tcPr>
          <w:p w14:paraId="3FE42D0B" w14:textId="77777777" w:rsidR="00AE0CFD" w:rsidRPr="0078531E" w:rsidRDefault="00C3522D">
            <w:pPr>
              <w:pStyle w:val="TableParagraph"/>
              <w:spacing w:line="270" w:lineRule="exact"/>
              <w:ind w:left="109"/>
              <w:jc w:val="both"/>
              <w:rPr>
                <w:sz w:val="24"/>
              </w:rPr>
            </w:pPr>
            <w:r w:rsidRPr="0078531E">
              <w:rPr>
                <w:sz w:val="24"/>
              </w:rPr>
              <w:t>Játék,</w:t>
            </w:r>
            <w:r w:rsidRPr="0078531E">
              <w:rPr>
                <w:spacing w:val="-1"/>
                <w:sz w:val="24"/>
              </w:rPr>
              <w:t xml:space="preserve"> </w:t>
            </w:r>
            <w:r w:rsidRPr="0078531E">
              <w:rPr>
                <w:sz w:val="24"/>
              </w:rPr>
              <w:t xml:space="preserve">mese, </w:t>
            </w:r>
            <w:r w:rsidRPr="0078531E">
              <w:rPr>
                <w:spacing w:val="-2"/>
                <w:sz w:val="24"/>
              </w:rPr>
              <w:t>mozgás</w:t>
            </w:r>
          </w:p>
          <w:p w14:paraId="78D0E24C" w14:textId="77777777" w:rsidR="002238B9" w:rsidRPr="0078531E" w:rsidRDefault="002238B9">
            <w:pPr>
              <w:pStyle w:val="TableParagraph"/>
              <w:numPr>
                <w:ilvl w:val="0"/>
                <w:numId w:val="17"/>
              </w:numPr>
              <w:tabs>
                <w:tab w:val="left" w:pos="828"/>
              </w:tabs>
              <w:ind w:left="828" w:hanging="359"/>
              <w:jc w:val="both"/>
              <w:rPr>
                <w:sz w:val="24"/>
              </w:rPr>
            </w:pPr>
            <w:r w:rsidRPr="0078531E">
              <w:rPr>
                <w:spacing w:val="-2"/>
                <w:sz w:val="24"/>
              </w:rPr>
              <w:t>tapasztalatszerzések</w:t>
            </w:r>
          </w:p>
          <w:p w14:paraId="00866DDB" w14:textId="77777777" w:rsidR="002238B9" w:rsidRPr="0078531E" w:rsidRDefault="002238B9">
            <w:pPr>
              <w:pStyle w:val="TableParagraph"/>
              <w:numPr>
                <w:ilvl w:val="0"/>
                <w:numId w:val="17"/>
              </w:numPr>
              <w:tabs>
                <w:tab w:val="left" w:pos="828"/>
              </w:tabs>
              <w:ind w:left="828" w:hanging="359"/>
              <w:jc w:val="both"/>
              <w:rPr>
                <w:sz w:val="24"/>
              </w:rPr>
            </w:pPr>
            <w:r w:rsidRPr="0078531E">
              <w:rPr>
                <w:sz w:val="24"/>
              </w:rPr>
              <w:t>alkotó</w:t>
            </w:r>
            <w:r w:rsidRPr="0078531E">
              <w:rPr>
                <w:spacing w:val="-2"/>
                <w:sz w:val="24"/>
              </w:rPr>
              <w:t>munkák</w:t>
            </w:r>
          </w:p>
          <w:p w14:paraId="403121EE" w14:textId="77777777" w:rsidR="002238B9" w:rsidRPr="0078531E" w:rsidRDefault="002238B9">
            <w:pPr>
              <w:pStyle w:val="TableParagraph"/>
              <w:numPr>
                <w:ilvl w:val="0"/>
                <w:numId w:val="17"/>
              </w:numPr>
              <w:tabs>
                <w:tab w:val="left" w:pos="829"/>
              </w:tabs>
              <w:ind w:right="94"/>
              <w:jc w:val="both"/>
              <w:rPr>
                <w:sz w:val="24"/>
              </w:rPr>
            </w:pPr>
            <w:r w:rsidRPr="0078531E">
              <w:rPr>
                <w:sz w:val="24"/>
              </w:rPr>
              <w:t xml:space="preserve">matematikai, irodalmi, vizuális, zenei nevelési lehetőségek kínálása </w:t>
            </w:r>
            <w:r w:rsidRPr="0078531E">
              <w:rPr>
                <w:spacing w:val="-2"/>
                <w:sz w:val="24"/>
              </w:rPr>
              <w:t>párhuzamos</w:t>
            </w:r>
          </w:p>
          <w:p w14:paraId="37EF8A38" w14:textId="77777777" w:rsidR="002238B9" w:rsidRPr="0078531E" w:rsidRDefault="002238B9" w:rsidP="002238B9">
            <w:pPr>
              <w:pStyle w:val="TableParagraph"/>
              <w:ind w:left="829"/>
              <w:rPr>
                <w:sz w:val="24"/>
              </w:rPr>
            </w:pPr>
            <w:r w:rsidRPr="0078531E">
              <w:rPr>
                <w:spacing w:val="-2"/>
                <w:sz w:val="24"/>
              </w:rPr>
              <w:t>tevékenységek</w:t>
            </w:r>
          </w:p>
          <w:p w14:paraId="7B9654B7" w14:textId="77777777" w:rsidR="002238B9" w:rsidRPr="0078531E" w:rsidRDefault="002238B9" w:rsidP="002238B9">
            <w:pPr>
              <w:pStyle w:val="TableParagraph"/>
              <w:ind w:left="829"/>
              <w:rPr>
                <w:spacing w:val="-2"/>
                <w:sz w:val="24"/>
              </w:rPr>
            </w:pPr>
            <w:r w:rsidRPr="0078531E">
              <w:rPr>
                <w:spacing w:val="-2"/>
                <w:sz w:val="24"/>
              </w:rPr>
              <w:t>keretében</w:t>
            </w:r>
          </w:p>
          <w:p w14:paraId="513CF088" w14:textId="77777777" w:rsidR="002238B9" w:rsidRPr="0078531E" w:rsidRDefault="002238B9">
            <w:pPr>
              <w:pStyle w:val="TableParagraph"/>
              <w:numPr>
                <w:ilvl w:val="0"/>
                <w:numId w:val="17"/>
              </w:numPr>
              <w:tabs>
                <w:tab w:val="left" w:pos="828"/>
              </w:tabs>
              <w:ind w:left="828" w:hanging="359"/>
              <w:jc w:val="both"/>
              <w:rPr>
                <w:sz w:val="24"/>
              </w:rPr>
            </w:pPr>
            <w:r w:rsidRPr="0078531E">
              <w:rPr>
                <w:sz w:val="24"/>
              </w:rPr>
              <w:t>spontán megjelenő mozgásos tevékenységek</w:t>
            </w:r>
          </w:p>
          <w:p w14:paraId="6C172193" w14:textId="1EE0C8F5" w:rsidR="00AE0CFD" w:rsidRPr="0078531E" w:rsidRDefault="00AE0CFD" w:rsidP="002238B9">
            <w:pPr>
              <w:pStyle w:val="TableParagraph"/>
              <w:tabs>
                <w:tab w:val="left" w:pos="828"/>
              </w:tabs>
              <w:spacing w:before="138"/>
              <w:ind w:left="828"/>
              <w:jc w:val="both"/>
              <w:rPr>
                <w:sz w:val="24"/>
              </w:rPr>
            </w:pPr>
          </w:p>
        </w:tc>
      </w:tr>
      <w:tr w:rsidR="0078531E" w:rsidRPr="0078531E" w14:paraId="1E0EBFA4" w14:textId="77777777" w:rsidTr="002238B9">
        <w:trPr>
          <w:trHeight w:val="4672"/>
        </w:trPr>
        <w:tc>
          <w:tcPr>
            <w:tcW w:w="3029" w:type="dxa"/>
          </w:tcPr>
          <w:p w14:paraId="3759E37E" w14:textId="77777777" w:rsidR="00AE0CFD" w:rsidRPr="0078531E" w:rsidRDefault="00C3522D">
            <w:pPr>
              <w:pStyle w:val="TableParagraph"/>
              <w:spacing w:line="270" w:lineRule="exact"/>
              <w:ind w:left="14"/>
              <w:jc w:val="center"/>
              <w:rPr>
                <w:sz w:val="24"/>
              </w:rPr>
            </w:pPr>
            <w:r w:rsidRPr="0078531E">
              <w:rPr>
                <w:spacing w:val="-2"/>
                <w:sz w:val="24"/>
              </w:rPr>
              <w:lastRenderedPageBreak/>
              <w:t>Szerda</w:t>
            </w:r>
          </w:p>
        </w:tc>
        <w:tc>
          <w:tcPr>
            <w:tcW w:w="3039" w:type="dxa"/>
          </w:tcPr>
          <w:p w14:paraId="0E792368" w14:textId="77777777" w:rsidR="00AE0CFD" w:rsidRPr="0078531E" w:rsidRDefault="00C3522D">
            <w:pPr>
              <w:pStyle w:val="TableParagraph"/>
              <w:spacing w:line="360" w:lineRule="auto"/>
              <w:ind w:left="107"/>
              <w:rPr>
                <w:sz w:val="24"/>
              </w:rPr>
            </w:pPr>
            <w:r w:rsidRPr="0078531E">
              <w:rPr>
                <w:sz w:val="24"/>
              </w:rPr>
              <w:t>Ének,</w:t>
            </w:r>
            <w:r w:rsidRPr="0078531E">
              <w:rPr>
                <w:spacing w:val="80"/>
                <w:sz w:val="24"/>
              </w:rPr>
              <w:t xml:space="preserve"> </w:t>
            </w:r>
            <w:r w:rsidRPr="0078531E">
              <w:rPr>
                <w:sz w:val="24"/>
              </w:rPr>
              <w:t>zene,</w:t>
            </w:r>
            <w:r w:rsidRPr="0078531E">
              <w:rPr>
                <w:spacing w:val="80"/>
                <w:sz w:val="24"/>
              </w:rPr>
              <w:t xml:space="preserve"> </w:t>
            </w:r>
            <w:r w:rsidRPr="0078531E">
              <w:rPr>
                <w:sz w:val="24"/>
              </w:rPr>
              <w:t>énekes</w:t>
            </w:r>
            <w:r w:rsidRPr="0078531E">
              <w:rPr>
                <w:spacing w:val="80"/>
                <w:sz w:val="24"/>
              </w:rPr>
              <w:t xml:space="preserve"> </w:t>
            </w:r>
            <w:r w:rsidRPr="0078531E">
              <w:rPr>
                <w:sz w:val="24"/>
              </w:rPr>
              <w:t xml:space="preserve">játék, </w:t>
            </w:r>
            <w:r w:rsidRPr="0078531E">
              <w:rPr>
                <w:spacing w:val="-2"/>
                <w:sz w:val="24"/>
              </w:rPr>
              <w:t>gyermektánc</w:t>
            </w:r>
          </w:p>
          <w:p w14:paraId="584FFCF6" w14:textId="77777777" w:rsidR="00AE0CFD" w:rsidRPr="0078531E" w:rsidRDefault="00AE0CFD">
            <w:pPr>
              <w:pStyle w:val="TableParagraph"/>
              <w:rPr>
                <w:sz w:val="24"/>
              </w:rPr>
            </w:pPr>
          </w:p>
          <w:p w14:paraId="0FA83B58" w14:textId="77777777" w:rsidR="00AE0CFD" w:rsidRPr="0078531E" w:rsidRDefault="00AE0CFD">
            <w:pPr>
              <w:pStyle w:val="TableParagraph"/>
              <w:spacing w:before="270"/>
              <w:rPr>
                <w:sz w:val="24"/>
              </w:rPr>
            </w:pPr>
          </w:p>
          <w:p w14:paraId="43F94781" w14:textId="77777777" w:rsidR="00AE0CFD" w:rsidRPr="0078531E" w:rsidRDefault="00C3522D">
            <w:pPr>
              <w:pStyle w:val="TableParagraph"/>
              <w:ind w:left="107"/>
              <w:rPr>
                <w:sz w:val="24"/>
              </w:rPr>
            </w:pPr>
            <w:r w:rsidRPr="0078531E">
              <w:rPr>
                <w:sz w:val="24"/>
              </w:rPr>
              <w:t>egészségfejlesztő</w:t>
            </w:r>
            <w:r w:rsidRPr="0078531E">
              <w:rPr>
                <w:spacing w:val="-4"/>
                <w:sz w:val="24"/>
              </w:rPr>
              <w:t xml:space="preserve"> </w:t>
            </w:r>
            <w:r w:rsidRPr="0078531E">
              <w:rPr>
                <w:spacing w:val="-2"/>
                <w:sz w:val="24"/>
              </w:rPr>
              <w:t>testmozgás</w:t>
            </w:r>
          </w:p>
        </w:tc>
        <w:tc>
          <w:tcPr>
            <w:tcW w:w="3571" w:type="dxa"/>
          </w:tcPr>
          <w:p w14:paraId="4D3903F8" w14:textId="77777777" w:rsidR="00AE0CFD" w:rsidRPr="0078531E" w:rsidRDefault="00C3522D">
            <w:pPr>
              <w:pStyle w:val="TableParagraph"/>
              <w:spacing w:line="270" w:lineRule="exact"/>
              <w:ind w:left="109"/>
              <w:jc w:val="both"/>
              <w:rPr>
                <w:sz w:val="24"/>
              </w:rPr>
            </w:pPr>
            <w:r w:rsidRPr="0078531E">
              <w:rPr>
                <w:sz w:val="24"/>
              </w:rPr>
              <w:t>Játék,</w:t>
            </w:r>
            <w:r w:rsidRPr="0078531E">
              <w:rPr>
                <w:spacing w:val="-1"/>
                <w:sz w:val="24"/>
              </w:rPr>
              <w:t xml:space="preserve"> </w:t>
            </w:r>
            <w:r w:rsidRPr="0078531E">
              <w:rPr>
                <w:sz w:val="24"/>
              </w:rPr>
              <w:t xml:space="preserve">mese, </w:t>
            </w:r>
            <w:r w:rsidRPr="0078531E">
              <w:rPr>
                <w:spacing w:val="-2"/>
                <w:sz w:val="24"/>
              </w:rPr>
              <w:t>mozgás</w:t>
            </w:r>
          </w:p>
          <w:p w14:paraId="41D47D9C" w14:textId="77777777" w:rsidR="002238B9" w:rsidRPr="0078531E" w:rsidRDefault="002238B9">
            <w:pPr>
              <w:pStyle w:val="TableParagraph"/>
              <w:numPr>
                <w:ilvl w:val="0"/>
                <w:numId w:val="17"/>
              </w:numPr>
              <w:tabs>
                <w:tab w:val="left" w:pos="828"/>
              </w:tabs>
              <w:ind w:left="828" w:hanging="359"/>
              <w:jc w:val="both"/>
              <w:rPr>
                <w:sz w:val="24"/>
              </w:rPr>
            </w:pPr>
            <w:r w:rsidRPr="0078531E">
              <w:rPr>
                <w:spacing w:val="-2"/>
                <w:sz w:val="24"/>
              </w:rPr>
              <w:t>tapasztalatszerzések</w:t>
            </w:r>
          </w:p>
          <w:p w14:paraId="0FE3B353" w14:textId="77777777" w:rsidR="002238B9" w:rsidRPr="0078531E" w:rsidRDefault="002238B9">
            <w:pPr>
              <w:pStyle w:val="TableParagraph"/>
              <w:numPr>
                <w:ilvl w:val="0"/>
                <w:numId w:val="17"/>
              </w:numPr>
              <w:tabs>
                <w:tab w:val="left" w:pos="828"/>
              </w:tabs>
              <w:ind w:left="828" w:hanging="359"/>
              <w:jc w:val="both"/>
              <w:rPr>
                <w:sz w:val="24"/>
              </w:rPr>
            </w:pPr>
            <w:r w:rsidRPr="0078531E">
              <w:rPr>
                <w:sz w:val="24"/>
              </w:rPr>
              <w:t>alkotó</w:t>
            </w:r>
            <w:r w:rsidRPr="0078531E">
              <w:rPr>
                <w:spacing w:val="-2"/>
                <w:sz w:val="24"/>
              </w:rPr>
              <w:t>munkák</w:t>
            </w:r>
          </w:p>
          <w:p w14:paraId="2D632EFA" w14:textId="77777777" w:rsidR="002238B9" w:rsidRPr="0078531E" w:rsidRDefault="002238B9">
            <w:pPr>
              <w:pStyle w:val="TableParagraph"/>
              <w:numPr>
                <w:ilvl w:val="0"/>
                <w:numId w:val="17"/>
              </w:numPr>
              <w:tabs>
                <w:tab w:val="left" w:pos="829"/>
              </w:tabs>
              <w:ind w:right="94"/>
              <w:jc w:val="both"/>
              <w:rPr>
                <w:sz w:val="24"/>
              </w:rPr>
            </w:pPr>
            <w:r w:rsidRPr="0078531E">
              <w:rPr>
                <w:sz w:val="24"/>
              </w:rPr>
              <w:t xml:space="preserve">matematikai, irodalmi, vizuális, zenei nevelési lehetőségek kínálása </w:t>
            </w:r>
            <w:r w:rsidRPr="0078531E">
              <w:rPr>
                <w:spacing w:val="-2"/>
                <w:sz w:val="24"/>
              </w:rPr>
              <w:t>párhuzamos</w:t>
            </w:r>
          </w:p>
          <w:p w14:paraId="510DECA9" w14:textId="77777777" w:rsidR="002238B9" w:rsidRPr="0078531E" w:rsidRDefault="002238B9" w:rsidP="002238B9">
            <w:pPr>
              <w:pStyle w:val="TableParagraph"/>
              <w:ind w:left="829"/>
              <w:rPr>
                <w:sz w:val="24"/>
              </w:rPr>
            </w:pPr>
            <w:r w:rsidRPr="0078531E">
              <w:rPr>
                <w:spacing w:val="-2"/>
                <w:sz w:val="24"/>
              </w:rPr>
              <w:t>tevékenységek</w:t>
            </w:r>
          </w:p>
          <w:p w14:paraId="1E3CDFF2" w14:textId="77777777" w:rsidR="002238B9" w:rsidRPr="0078531E" w:rsidRDefault="002238B9" w:rsidP="002238B9">
            <w:pPr>
              <w:pStyle w:val="TableParagraph"/>
              <w:ind w:left="829"/>
              <w:rPr>
                <w:spacing w:val="-2"/>
                <w:sz w:val="24"/>
              </w:rPr>
            </w:pPr>
            <w:r w:rsidRPr="0078531E">
              <w:rPr>
                <w:spacing w:val="-2"/>
                <w:sz w:val="24"/>
              </w:rPr>
              <w:t>keretében</w:t>
            </w:r>
          </w:p>
          <w:p w14:paraId="20680482" w14:textId="77777777" w:rsidR="002238B9" w:rsidRPr="0078531E" w:rsidRDefault="002238B9">
            <w:pPr>
              <w:pStyle w:val="TableParagraph"/>
              <w:numPr>
                <w:ilvl w:val="0"/>
                <w:numId w:val="17"/>
              </w:numPr>
              <w:tabs>
                <w:tab w:val="left" w:pos="828"/>
              </w:tabs>
              <w:ind w:left="828" w:hanging="359"/>
              <w:jc w:val="both"/>
              <w:rPr>
                <w:sz w:val="24"/>
              </w:rPr>
            </w:pPr>
            <w:r w:rsidRPr="0078531E">
              <w:rPr>
                <w:sz w:val="24"/>
              </w:rPr>
              <w:t>spontán megjelenő mozgásos tevékenységek</w:t>
            </w:r>
          </w:p>
          <w:p w14:paraId="09E47FFD" w14:textId="19AB8E41" w:rsidR="00AE0CFD" w:rsidRPr="0078531E" w:rsidRDefault="00AE0CFD" w:rsidP="002238B9">
            <w:pPr>
              <w:pStyle w:val="TableParagraph"/>
              <w:tabs>
                <w:tab w:val="left" w:pos="828"/>
              </w:tabs>
              <w:spacing w:before="138"/>
              <w:ind w:left="828"/>
              <w:jc w:val="both"/>
              <w:rPr>
                <w:sz w:val="24"/>
              </w:rPr>
            </w:pPr>
          </w:p>
        </w:tc>
      </w:tr>
      <w:tr w:rsidR="00AE0CFD" w:rsidRPr="0078531E" w14:paraId="1F3E49B2" w14:textId="77777777" w:rsidTr="002238B9">
        <w:trPr>
          <w:trHeight w:val="2952"/>
        </w:trPr>
        <w:tc>
          <w:tcPr>
            <w:tcW w:w="3029" w:type="dxa"/>
          </w:tcPr>
          <w:p w14:paraId="36DAA8EE" w14:textId="77777777" w:rsidR="00AE0CFD" w:rsidRPr="0078531E" w:rsidRDefault="00C3522D">
            <w:pPr>
              <w:pStyle w:val="TableParagraph"/>
              <w:spacing w:line="270" w:lineRule="exact"/>
              <w:ind w:left="14" w:right="4"/>
              <w:jc w:val="center"/>
              <w:rPr>
                <w:sz w:val="24"/>
              </w:rPr>
            </w:pPr>
            <w:r w:rsidRPr="0078531E">
              <w:rPr>
                <w:spacing w:val="-2"/>
                <w:sz w:val="24"/>
              </w:rPr>
              <w:t>Csütörtök</w:t>
            </w:r>
          </w:p>
        </w:tc>
        <w:tc>
          <w:tcPr>
            <w:tcW w:w="3039" w:type="dxa"/>
          </w:tcPr>
          <w:p w14:paraId="7D8F8EB2" w14:textId="77777777" w:rsidR="00AE0CFD" w:rsidRPr="0078531E" w:rsidRDefault="00C3522D">
            <w:pPr>
              <w:pStyle w:val="TableParagraph"/>
              <w:tabs>
                <w:tab w:val="left" w:pos="2019"/>
              </w:tabs>
              <w:spacing w:line="360" w:lineRule="auto"/>
              <w:ind w:left="107" w:right="96"/>
              <w:rPr>
                <w:sz w:val="24"/>
              </w:rPr>
            </w:pPr>
            <w:r w:rsidRPr="0078531E">
              <w:rPr>
                <w:spacing w:val="-2"/>
                <w:sz w:val="24"/>
              </w:rPr>
              <w:t>Rajzolás,</w:t>
            </w:r>
            <w:r w:rsidRPr="0078531E">
              <w:rPr>
                <w:sz w:val="24"/>
              </w:rPr>
              <w:tab/>
            </w:r>
            <w:r w:rsidRPr="0078531E">
              <w:rPr>
                <w:spacing w:val="-2"/>
                <w:sz w:val="24"/>
              </w:rPr>
              <w:t>mintázás, kézimunka</w:t>
            </w:r>
          </w:p>
          <w:p w14:paraId="07623383" w14:textId="77777777" w:rsidR="00AE0CFD" w:rsidRPr="0078531E" w:rsidRDefault="00AE0CFD">
            <w:pPr>
              <w:pStyle w:val="TableParagraph"/>
              <w:spacing w:before="134"/>
              <w:rPr>
                <w:sz w:val="24"/>
              </w:rPr>
            </w:pPr>
          </w:p>
          <w:p w14:paraId="5D5ECAFB" w14:textId="77777777" w:rsidR="00AE0CFD" w:rsidRPr="0078531E" w:rsidRDefault="00C3522D">
            <w:pPr>
              <w:pStyle w:val="TableParagraph"/>
              <w:ind w:left="107"/>
              <w:rPr>
                <w:sz w:val="24"/>
              </w:rPr>
            </w:pPr>
            <w:r w:rsidRPr="0078531E">
              <w:rPr>
                <w:sz w:val="24"/>
              </w:rPr>
              <w:t>egészségfejlesztő</w:t>
            </w:r>
            <w:r w:rsidRPr="0078531E">
              <w:rPr>
                <w:spacing w:val="-4"/>
                <w:sz w:val="24"/>
              </w:rPr>
              <w:t xml:space="preserve"> </w:t>
            </w:r>
            <w:r w:rsidRPr="0078531E">
              <w:rPr>
                <w:spacing w:val="-2"/>
                <w:sz w:val="24"/>
              </w:rPr>
              <w:t>testmozgás</w:t>
            </w:r>
          </w:p>
        </w:tc>
        <w:tc>
          <w:tcPr>
            <w:tcW w:w="3571" w:type="dxa"/>
          </w:tcPr>
          <w:p w14:paraId="189DE756" w14:textId="77777777" w:rsidR="00AE0CFD" w:rsidRPr="0078531E" w:rsidRDefault="00C3522D">
            <w:pPr>
              <w:pStyle w:val="TableParagraph"/>
              <w:spacing w:line="270" w:lineRule="exact"/>
              <w:ind w:left="109"/>
              <w:jc w:val="both"/>
              <w:rPr>
                <w:sz w:val="24"/>
              </w:rPr>
            </w:pPr>
            <w:r w:rsidRPr="0078531E">
              <w:rPr>
                <w:sz w:val="24"/>
              </w:rPr>
              <w:t>Játék,</w:t>
            </w:r>
            <w:r w:rsidRPr="0078531E">
              <w:rPr>
                <w:spacing w:val="-1"/>
                <w:sz w:val="24"/>
              </w:rPr>
              <w:t xml:space="preserve"> </w:t>
            </w:r>
            <w:r w:rsidRPr="0078531E">
              <w:rPr>
                <w:sz w:val="24"/>
              </w:rPr>
              <w:t xml:space="preserve">mese, </w:t>
            </w:r>
            <w:r w:rsidRPr="0078531E">
              <w:rPr>
                <w:spacing w:val="-2"/>
                <w:sz w:val="24"/>
              </w:rPr>
              <w:t>mozgás</w:t>
            </w:r>
          </w:p>
          <w:p w14:paraId="29995425" w14:textId="77777777" w:rsidR="002238B9" w:rsidRPr="0078531E" w:rsidRDefault="002238B9">
            <w:pPr>
              <w:pStyle w:val="TableParagraph"/>
              <w:numPr>
                <w:ilvl w:val="0"/>
                <w:numId w:val="17"/>
              </w:numPr>
              <w:tabs>
                <w:tab w:val="left" w:pos="828"/>
              </w:tabs>
              <w:ind w:left="828" w:hanging="359"/>
              <w:jc w:val="both"/>
              <w:rPr>
                <w:sz w:val="24"/>
              </w:rPr>
            </w:pPr>
            <w:r w:rsidRPr="0078531E">
              <w:rPr>
                <w:spacing w:val="-2"/>
                <w:sz w:val="24"/>
              </w:rPr>
              <w:t>tapasztalatszerzések</w:t>
            </w:r>
          </w:p>
          <w:p w14:paraId="7A3DC623" w14:textId="77777777" w:rsidR="002238B9" w:rsidRPr="0078531E" w:rsidRDefault="002238B9">
            <w:pPr>
              <w:pStyle w:val="TableParagraph"/>
              <w:numPr>
                <w:ilvl w:val="0"/>
                <w:numId w:val="17"/>
              </w:numPr>
              <w:tabs>
                <w:tab w:val="left" w:pos="828"/>
              </w:tabs>
              <w:ind w:left="828" w:hanging="359"/>
              <w:jc w:val="both"/>
              <w:rPr>
                <w:sz w:val="24"/>
              </w:rPr>
            </w:pPr>
            <w:r w:rsidRPr="0078531E">
              <w:rPr>
                <w:sz w:val="24"/>
              </w:rPr>
              <w:t>alkotó</w:t>
            </w:r>
            <w:r w:rsidRPr="0078531E">
              <w:rPr>
                <w:spacing w:val="-2"/>
                <w:sz w:val="24"/>
              </w:rPr>
              <w:t>munkák</w:t>
            </w:r>
          </w:p>
          <w:p w14:paraId="2EE71D7C" w14:textId="77777777" w:rsidR="002238B9" w:rsidRPr="0078531E" w:rsidRDefault="002238B9">
            <w:pPr>
              <w:pStyle w:val="TableParagraph"/>
              <w:numPr>
                <w:ilvl w:val="0"/>
                <w:numId w:val="17"/>
              </w:numPr>
              <w:tabs>
                <w:tab w:val="left" w:pos="829"/>
              </w:tabs>
              <w:ind w:right="94"/>
              <w:jc w:val="both"/>
              <w:rPr>
                <w:sz w:val="24"/>
              </w:rPr>
            </w:pPr>
            <w:r w:rsidRPr="0078531E">
              <w:rPr>
                <w:sz w:val="24"/>
              </w:rPr>
              <w:t xml:space="preserve">matematikai, irodalmi, vizuális, zenei nevelési lehetőségek kínálása </w:t>
            </w:r>
            <w:r w:rsidRPr="0078531E">
              <w:rPr>
                <w:spacing w:val="-2"/>
                <w:sz w:val="24"/>
              </w:rPr>
              <w:t>párhuzamos</w:t>
            </w:r>
          </w:p>
          <w:p w14:paraId="7362DFC2" w14:textId="77777777" w:rsidR="002238B9" w:rsidRPr="0078531E" w:rsidRDefault="002238B9" w:rsidP="002238B9">
            <w:pPr>
              <w:pStyle w:val="TableParagraph"/>
              <w:ind w:left="829"/>
              <w:rPr>
                <w:sz w:val="24"/>
              </w:rPr>
            </w:pPr>
            <w:r w:rsidRPr="0078531E">
              <w:rPr>
                <w:spacing w:val="-2"/>
                <w:sz w:val="24"/>
              </w:rPr>
              <w:t>tevékenységek</w:t>
            </w:r>
          </w:p>
          <w:p w14:paraId="332EFAC8" w14:textId="77777777" w:rsidR="002238B9" w:rsidRPr="0078531E" w:rsidRDefault="002238B9" w:rsidP="002238B9">
            <w:pPr>
              <w:pStyle w:val="TableParagraph"/>
              <w:ind w:left="829"/>
              <w:rPr>
                <w:spacing w:val="-2"/>
                <w:sz w:val="24"/>
              </w:rPr>
            </w:pPr>
            <w:r w:rsidRPr="0078531E">
              <w:rPr>
                <w:spacing w:val="-2"/>
                <w:sz w:val="24"/>
              </w:rPr>
              <w:t>keretében</w:t>
            </w:r>
          </w:p>
          <w:p w14:paraId="2C579450" w14:textId="77777777" w:rsidR="002238B9" w:rsidRPr="0078531E" w:rsidRDefault="002238B9">
            <w:pPr>
              <w:pStyle w:val="TableParagraph"/>
              <w:numPr>
                <w:ilvl w:val="0"/>
                <w:numId w:val="17"/>
              </w:numPr>
              <w:tabs>
                <w:tab w:val="left" w:pos="828"/>
              </w:tabs>
              <w:ind w:left="828" w:hanging="359"/>
              <w:jc w:val="both"/>
              <w:rPr>
                <w:sz w:val="24"/>
              </w:rPr>
            </w:pPr>
            <w:r w:rsidRPr="0078531E">
              <w:rPr>
                <w:sz w:val="24"/>
              </w:rPr>
              <w:t>spontán megjelenő mozgásos tevékenységek</w:t>
            </w:r>
          </w:p>
          <w:p w14:paraId="61449613" w14:textId="2BB2A095" w:rsidR="00AE0CFD" w:rsidRPr="0078531E" w:rsidRDefault="00AE0CFD" w:rsidP="002238B9">
            <w:pPr>
              <w:pStyle w:val="TableParagraph"/>
              <w:tabs>
                <w:tab w:val="left" w:pos="828"/>
              </w:tabs>
              <w:spacing w:before="138"/>
              <w:ind w:left="828"/>
              <w:jc w:val="both"/>
              <w:rPr>
                <w:sz w:val="24"/>
              </w:rPr>
            </w:pPr>
          </w:p>
        </w:tc>
      </w:tr>
    </w:tbl>
    <w:p w14:paraId="339DEFA1" w14:textId="77777777" w:rsidR="00AE0CFD" w:rsidRPr="0078531E" w:rsidRDefault="00AE0CFD">
      <w:pPr>
        <w:rPr>
          <w:sz w:val="24"/>
        </w:rPr>
        <w:sectPr w:rsidR="00AE0CFD" w:rsidRPr="0078531E" w:rsidSect="00A42104">
          <w:type w:val="continuous"/>
          <w:pgSz w:w="11910" w:h="16840"/>
          <w:pgMar w:top="1380" w:right="980" w:bottom="1200" w:left="1280" w:header="0" w:footer="1003" w:gutter="0"/>
          <w:cols w:space="708"/>
        </w:sectPr>
      </w:pPr>
    </w:p>
    <w:tbl>
      <w:tblPr>
        <w:tblStyle w:val="TableNormal"/>
        <w:tblW w:w="963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0"/>
        <w:gridCol w:w="3039"/>
        <w:gridCol w:w="3571"/>
      </w:tblGrid>
      <w:tr w:rsidR="00AE0CFD" w:rsidRPr="0078531E" w14:paraId="4E9F3BDC" w14:textId="77777777" w:rsidTr="002238B9">
        <w:trPr>
          <w:trHeight w:val="4605"/>
        </w:trPr>
        <w:tc>
          <w:tcPr>
            <w:tcW w:w="3020" w:type="dxa"/>
          </w:tcPr>
          <w:p w14:paraId="322CBD99" w14:textId="77777777" w:rsidR="00AE0CFD" w:rsidRPr="0078531E" w:rsidRDefault="00C3522D">
            <w:pPr>
              <w:pStyle w:val="TableParagraph"/>
              <w:spacing w:line="270" w:lineRule="exact"/>
              <w:ind w:left="14" w:right="1"/>
              <w:jc w:val="center"/>
              <w:rPr>
                <w:sz w:val="24"/>
              </w:rPr>
            </w:pPr>
            <w:r w:rsidRPr="0078531E">
              <w:rPr>
                <w:spacing w:val="-2"/>
                <w:sz w:val="24"/>
              </w:rPr>
              <w:t>Péntek</w:t>
            </w:r>
          </w:p>
        </w:tc>
        <w:tc>
          <w:tcPr>
            <w:tcW w:w="3039" w:type="dxa"/>
          </w:tcPr>
          <w:p w14:paraId="7972640E" w14:textId="77777777" w:rsidR="00AE0CFD" w:rsidRPr="0078531E" w:rsidRDefault="00C3522D">
            <w:pPr>
              <w:pStyle w:val="TableParagraph"/>
              <w:spacing w:line="270" w:lineRule="exact"/>
              <w:ind w:left="167"/>
              <w:rPr>
                <w:sz w:val="24"/>
              </w:rPr>
            </w:pPr>
            <w:r w:rsidRPr="0078531E">
              <w:rPr>
                <w:spacing w:val="-2"/>
                <w:sz w:val="24"/>
              </w:rPr>
              <w:t>Mozgás</w:t>
            </w:r>
          </w:p>
        </w:tc>
        <w:tc>
          <w:tcPr>
            <w:tcW w:w="3571" w:type="dxa"/>
          </w:tcPr>
          <w:p w14:paraId="3475663F" w14:textId="77777777" w:rsidR="00AE0CFD" w:rsidRPr="0078531E" w:rsidRDefault="00C3522D">
            <w:pPr>
              <w:pStyle w:val="TableParagraph"/>
              <w:spacing w:line="270" w:lineRule="exact"/>
              <w:ind w:left="109"/>
              <w:jc w:val="both"/>
              <w:rPr>
                <w:spacing w:val="-2"/>
                <w:sz w:val="24"/>
              </w:rPr>
            </w:pPr>
            <w:r w:rsidRPr="0078531E">
              <w:rPr>
                <w:sz w:val="24"/>
              </w:rPr>
              <w:t>Játék,</w:t>
            </w:r>
            <w:r w:rsidRPr="0078531E">
              <w:rPr>
                <w:spacing w:val="-1"/>
                <w:sz w:val="24"/>
              </w:rPr>
              <w:t xml:space="preserve"> </w:t>
            </w:r>
            <w:r w:rsidRPr="0078531E">
              <w:rPr>
                <w:sz w:val="24"/>
              </w:rPr>
              <w:t xml:space="preserve">mese, </w:t>
            </w:r>
            <w:r w:rsidRPr="0078531E">
              <w:rPr>
                <w:spacing w:val="-2"/>
                <w:sz w:val="24"/>
              </w:rPr>
              <w:t>mozgás</w:t>
            </w:r>
          </w:p>
          <w:p w14:paraId="728D143D" w14:textId="77777777" w:rsidR="002238B9" w:rsidRPr="0078531E" w:rsidRDefault="002238B9">
            <w:pPr>
              <w:pStyle w:val="TableParagraph"/>
              <w:spacing w:line="270" w:lineRule="exact"/>
              <w:ind w:left="109"/>
              <w:jc w:val="both"/>
              <w:rPr>
                <w:sz w:val="24"/>
              </w:rPr>
            </w:pPr>
          </w:p>
          <w:p w14:paraId="027218DC" w14:textId="77777777" w:rsidR="002238B9" w:rsidRPr="0078531E" w:rsidRDefault="002238B9">
            <w:pPr>
              <w:pStyle w:val="TableParagraph"/>
              <w:numPr>
                <w:ilvl w:val="0"/>
                <w:numId w:val="17"/>
              </w:numPr>
              <w:tabs>
                <w:tab w:val="left" w:pos="828"/>
              </w:tabs>
              <w:ind w:left="828" w:hanging="359"/>
              <w:jc w:val="both"/>
              <w:rPr>
                <w:sz w:val="24"/>
              </w:rPr>
            </w:pPr>
            <w:r w:rsidRPr="0078531E">
              <w:rPr>
                <w:spacing w:val="-2"/>
                <w:sz w:val="24"/>
              </w:rPr>
              <w:t>tapasztalatszerzések</w:t>
            </w:r>
          </w:p>
          <w:p w14:paraId="6E3050AA" w14:textId="77777777" w:rsidR="002238B9" w:rsidRPr="0078531E" w:rsidRDefault="002238B9">
            <w:pPr>
              <w:pStyle w:val="TableParagraph"/>
              <w:numPr>
                <w:ilvl w:val="0"/>
                <w:numId w:val="17"/>
              </w:numPr>
              <w:tabs>
                <w:tab w:val="left" w:pos="828"/>
              </w:tabs>
              <w:ind w:left="828" w:hanging="359"/>
              <w:jc w:val="both"/>
              <w:rPr>
                <w:sz w:val="24"/>
              </w:rPr>
            </w:pPr>
            <w:r w:rsidRPr="0078531E">
              <w:rPr>
                <w:sz w:val="24"/>
              </w:rPr>
              <w:t>alkotó</w:t>
            </w:r>
            <w:r w:rsidRPr="0078531E">
              <w:rPr>
                <w:spacing w:val="-2"/>
                <w:sz w:val="24"/>
              </w:rPr>
              <w:t>munkák</w:t>
            </w:r>
          </w:p>
          <w:p w14:paraId="4E93720F" w14:textId="77777777" w:rsidR="002238B9" w:rsidRPr="0078531E" w:rsidRDefault="002238B9">
            <w:pPr>
              <w:pStyle w:val="TableParagraph"/>
              <w:numPr>
                <w:ilvl w:val="0"/>
                <w:numId w:val="17"/>
              </w:numPr>
              <w:tabs>
                <w:tab w:val="left" w:pos="829"/>
              </w:tabs>
              <w:ind w:right="94"/>
              <w:jc w:val="both"/>
              <w:rPr>
                <w:sz w:val="24"/>
              </w:rPr>
            </w:pPr>
            <w:r w:rsidRPr="0078531E">
              <w:rPr>
                <w:sz w:val="24"/>
              </w:rPr>
              <w:t xml:space="preserve">matematikai, irodalmi, vizuális, zenei nevelési lehetőségek kínálása </w:t>
            </w:r>
            <w:r w:rsidRPr="0078531E">
              <w:rPr>
                <w:spacing w:val="-2"/>
                <w:sz w:val="24"/>
              </w:rPr>
              <w:t>párhuzamos</w:t>
            </w:r>
          </w:p>
          <w:p w14:paraId="098B9460" w14:textId="77777777" w:rsidR="002238B9" w:rsidRPr="0078531E" w:rsidRDefault="002238B9" w:rsidP="002238B9">
            <w:pPr>
              <w:pStyle w:val="TableParagraph"/>
              <w:ind w:left="829"/>
              <w:rPr>
                <w:sz w:val="24"/>
              </w:rPr>
            </w:pPr>
            <w:r w:rsidRPr="0078531E">
              <w:rPr>
                <w:spacing w:val="-2"/>
                <w:sz w:val="24"/>
              </w:rPr>
              <w:t>tevékenységek</w:t>
            </w:r>
          </w:p>
          <w:p w14:paraId="4AC7E211" w14:textId="77777777" w:rsidR="002238B9" w:rsidRPr="0078531E" w:rsidRDefault="002238B9" w:rsidP="002238B9">
            <w:pPr>
              <w:pStyle w:val="TableParagraph"/>
              <w:ind w:left="829"/>
              <w:rPr>
                <w:spacing w:val="-2"/>
                <w:sz w:val="24"/>
              </w:rPr>
            </w:pPr>
            <w:r w:rsidRPr="0078531E">
              <w:rPr>
                <w:spacing w:val="-2"/>
                <w:sz w:val="24"/>
              </w:rPr>
              <w:t>keretében</w:t>
            </w:r>
          </w:p>
          <w:p w14:paraId="7138930B" w14:textId="77777777" w:rsidR="002238B9" w:rsidRPr="0078531E" w:rsidRDefault="002238B9">
            <w:pPr>
              <w:pStyle w:val="TableParagraph"/>
              <w:numPr>
                <w:ilvl w:val="0"/>
                <w:numId w:val="17"/>
              </w:numPr>
              <w:tabs>
                <w:tab w:val="left" w:pos="828"/>
              </w:tabs>
              <w:ind w:left="828" w:hanging="359"/>
              <w:jc w:val="both"/>
              <w:rPr>
                <w:sz w:val="24"/>
              </w:rPr>
            </w:pPr>
            <w:r w:rsidRPr="0078531E">
              <w:rPr>
                <w:sz w:val="24"/>
              </w:rPr>
              <w:t>spontán megjelenő mozgásos tevékenységek</w:t>
            </w:r>
          </w:p>
          <w:p w14:paraId="0A5088DD" w14:textId="36E189BE" w:rsidR="00AE0CFD" w:rsidRPr="0078531E" w:rsidRDefault="00AE0CFD">
            <w:pPr>
              <w:pStyle w:val="TableParagraph"/>
              <w:spacing w:before="137"/>
              <w:ind w:left="109"/>
              <w:rPr>
                <w:sz w:val="24"/>
              </w:rPr>
            </w:pPr>
          </w:p>
        </w:tc>
      </w:tr>
    </w:tbl>
    <w:p w14:paraId="4DC83BE4" w14:textId="77777777" w:rsidR="00AE0CFD" w:rsidRPr="0078531E" w:rsidRDefault="00AE0CFD">
      <w:pPr>
        <w:pStyle w:val="Szvegtrzs"/>
        <w:spacing w:before="19"/>
      </w:pPr>
    </w:p>
    <w:p w14:paraId="640C9C7D" w14:textId="77777777" w:rsidR="002238B9" w:rsidRPr="0078531E" w:rsidRDefault="002238B9">
      <w:pPr>
        <w:pStyle w:val="Szvegtrzs"/>
        <w:spacing w:before="19"/>
      </w:pPr>
    </w:p>
    <w:p w14:paraId="6A691BC2" w14:textId="77777777" w:rsidR="002238B9" w:rsidRPr="0078531E" w:rsidRDefault="002238B9">
      <w:pPr>
        <w:pStyle w:val="Szvegtrzs"/>
        <w:spacing w:before="19"/>
      </w:pPr>
    </w:p>
    <w:p w14:paraId="15AE72EC" w14:textId="0262A3F5" w:rsidR="00AE0CFD" w:rsidRPr="0078531E" w:rsidRDefault="00C3522D">
      <w:pPr>
        <w:pStyle w:val="Cmsor4"/>
        <w:numPr>
          <w:ilvl w:val="0"/>
          <w:numId w:val="36"/>
        </w:numPr>
        <w:spacing w:before="1"/>
        <w:ind w:left="0" w:firstLine="0"/>
      </w:pPr>
      <w:r w:rsidRPr="0078531E">
        <w:lastRenderedPageBreak/>
        <w:t>Csoport</w:t>
      </w:r>
      <w:r w:rsidR="002238B9" w:rsidRPr="0078531E">
        <w:rPr>
          <w:spacing w:val="-3"/>
        </w:rPr>
        <w:t>-</w:t>
      </w:r>
      <w:r w:rsidRPr="0078531E">
        <w:t>és</w:t>
      </w:r>
      <w:r w:rsidRPr="0078531E">
        <w:rPr>
          <w:spacing w:val="-3"/>
        </w:rPr>
        <w:t xml:space="preserve"> </w:t>
      </w:r>
      <w:r w:rsidRPr="0078531E">
        <w:t>fejlődési</w:t>
      </w:r>
      <w:r w:rsidRPr="0078531E">
        <w:rPr>
          <w:spacing w:val="-1"/>
        </w:rPr>
        <w:t xml:space="preserve"> </w:t>
      </w:r>
      <w:r w:rsidRPr="0078531E">
        <w:rPr>
          <w:spacing w:val="-2"/>
        </w:rPr>
        <w:t>napló</w:t>
      </w:r>
    </w:p>
    <w:p w14:paraId="607B7A16" w14:textId="77777777" w:rsidR="00AE0CFD" w:rsidRPr="0078531E" w:rsidRDefault="00AE0CFD">
      <w:pPr>
        <w:pStyle w:val="Szvegtrzs"/>
        <w:spacing w:before="139"/>
        <w:rPr>
          <w:b/>
        </w:rPr>
      </w:pPr>
    </w:p>
    <w:p w14:paraId="7C077A3A" w14:textId="77777777" w:rsidR="00AE0CFD" w:rsidRPr="0078531E" w:rsidRDefault="00C3522D">
      <w:pPr>
        <w:pStyle w:val="Szvegtrzs"/>
        <w:spacing w:line="360" w:lineRule="auto"/>
        <w:ind w:left="136" w:right="1472"/>
        <w:jc w:val="both"/>
      </w:pPr>
      <w:r w:rsidRPr="0078531E">
        <w:t>Az</w:t>
      </w:r>
      <w:r w:rsidRPr="0078531E">
        <w:rPr>
          <w:spacing w:val="-4"/>
        </w:rPr>
        <w:t xml:space="preserve"> </w:t>
      </w:r>
      <w:r w:rsidRPr="0078531E">
        <w:t>óvodai</w:t>
      </w:r>
      <w:r w:rsidRPr="0078531E">
        <w:rPr>
          <w:spacing w:val="-4"/>
        </w:rPr>
        <w:t xml:space="preserve"> </w:t>
      </w:r>
      <w:r w:rsidRPr="0078531E">
        <w:t>nevelés</w:t>
      </w:r>
      <w:r w:rsidRPr="0078531E">
        <w:rPr>
          <w:spacing w:val="-5"/>
        </w:rPr>
        <w:t xml:space="preserve"> </w:t>
      </w:r>
      <w:r w:rsidRPr="0078531E">
        <w:t>tervezését,</w:t>
      </w:r>
      <w:r w:rsidRPr="0078531E">
        <w:rPr>
          <w:spacing w:val="-4"/>
        </w:rPr>
        <w:t xml:space="preserve"> </w:t>
      </w:r>
      <w:r w:rsidRPr="0078531E">
        <w:t>valamint</w:t>
      </w:r>
      <w:r w:rsidRPr="0078531E">
        <w:rPr>
          <w:spacing w:val="-4"/>
        </w:rPr>
        <w:t xml:space="preserve"> </w:t>
      </w:r>
      <w:r w:rsidRPr="0078531E">
        <w:t>a</w:t>
      </w:r>
      <w:r w:rsidRPr="0078531E">
        <w:rPr>
          <w:spacing w:val="-3"/>
        </w:rPr>
        <w:t xml:space="preserve"> </w:t>
      </w:r>
      <w:r w:rsidRPr="0078531E">
        <w:t>gyermekek</w:t>
      </w:r>
      <w:r w:rsidRPr="0078531E">
        <w:rPr>
          <w:spacing w:val="-4"/>
        </w:rPr>
        <w:t xml:space="preserve"> </w:t>
      </w:r>
      <w:r w:rsidRPr="0078531E">
        <w:t>megismerését</w:t>
      </w:r>
      <w:r w:rsidRPr="0078531E">
        <w:rPr>
          <w:spacing w:val="-2"/>
        </w:rPr>
        <w:t xml:space="preserve"> </w:t>
      </w:r>
      <w:r w:rsidRPr="0078531E">
        <w:t>és</w:t>
      </w:r>
      <w:r w:rsidRPr="0078531E">
        <w:rPr>
          <w:spacing w:val="-5"/>
        </w:rPr>
        <w:t xml:space="preserve"> </w:t>
      </w:r>
      <w:r w:rsidRPr="0078531E">
        <w:t>fejlesztését,</w:t>
      </w:r>
      <w:r w:rsidRPr="0078531E">
        <w:rPr>
          <w:spacing w:val="-4"/>
        </w:rPr>
        <w:t xml:space="preserve"> </w:t>
      </w:r>
      <w:r w:rsidRPr="0078531E">
        <w:t>a fejlődésük nyomon követését különböző kötelező dokumentumok szolgálják.</w:t>
      </w:r>
    </w:p>
    <w:p w14:paraId="45E8F3EA" w14:textId="77777777" w:rsidR="00AE0CFD" w:rsidRPr="0078531E" w:rsidRDefault="00AE0CFD">
      <w:pPr>
        <w:pStyle w:val="Szvegtrzs"/>
        <w:spacing w:before="3"/>
      </w:pPr>
    </w:p>
    <w:p w14:paraId="420FC0FE" w14:textId="40E4C364" w:rsidR="00AE0CFD" w:rsidRPr="0078531E" w:rsidRDefault="00B0450B" w:rsidP="00B0450B">
      <w:pPr>
        <w:pStyle w:val="Listaszerbekezds"/>
        <w:tabs>
          <w:tab w:val="left" w:pos="1276"/>
        </w:tabs>
        <w:spacing w:before="114"/>
        <w:ind w:left="0" w:firstLine="0"/>
        <w:rPr>
          <w:b/>
          <w:sz w:val="24"/>
        </w:rPr>
      </w:pPr>
      <w:r w:rsidRPr="0078531E">
        <w:rPr>
          <w:b/>
          <w:sz w:val="24"/>
        </w:rPr>
        <w:t>5.</w:t>
      </w:r>
      <w:r w:rsidR="001670A2" w:rsidRPr="0078531E">
        <w:rPr>
          <w:b/>
          <w:sz w:val="24"/>
        </w:rPr>
        <w:t xml:space="preserve"> </w:t>
      </w:r>
      <w:r w:rsidRPr="0078531E">
        <w:rPr>
          <w:b/>
          <w:sz w:val="24"/>
        </w:rPr>
        <w:t xml:space="preserve">      </w:t>
      </w:r>
      <w:r w:rsidR="001670A2" w:rsidRPr="0078531E">
        <w:rPr>
          <w:b/>
          <w:sz w:val="24"/>
        </w:rPr>
        <w:t>Jeles napok, hagyományok</w:t>
      </w:r>
    </w:p>
    <w:p w14:paraId="716B962E" w14:textId="77777777" w:rsidR="00AE0CFD" w:rsidRPr="0078531E" w:rsidRDefault="00C3522D" w:rsidP="002238B9">
      <w:pPr>
        <w:pStyle w:val="Szvegtrzs"/>
        <w:spacing w:before="259" w:line="360" w:lineRule="auto"/>
        <w:ind w:right="729" w:firstLine="360"/>
        <w:jc w:val="both"/>
      </w:pPr>
      <w:r w:rsidRPr="0078531E">
        <w:t>Fontos, hogy a gyorsan változó világban a hagyomány értékeiről, mint a társadalmi környezetünk egyik fontos területéről, ne feledkezzünk meg. A hagyományok ápolása közben történő együtt játszás, együtt munkálkodás, tervezgetés izgalmassá teszi a várakozás időszakát. Minden jeles napot érdemes egy</w:t>
      </w:r>
      <w:r w:rsidRPr="0078531E">
        <w:rPr>
          <w:spacing w:val="-4"/>
        </w:rPr>
        <w:t xml:space="preserve"> </w:t>
      </w:r>
      <w:r w:rsidRPr="0078531E">
        <w:t>hosszabb előkészülettel megelőzni, amelyhez</w:t>
      </w:r>
      <w:r w:rsidRPr="0078531E">
        <w:rPr>
          <w:spacing w:val="-10"/>
        </w:rPr>
        <w:t xml:space="preserve"> </w:t>
      </w:r>
      <w:r w:rsidRPr="0078531E">
        <w:t>a</w:t>
      </w:r>
      <w:r w:rsidRPr="0078531E">
        <w:rPr>
          <w:spacing w:val="-13"/>
        </w:rPr>
        <w:t xml:space="preserve"> </w:t>
      </w:r>
      <w:r w:rsidRPr="0078531E">
        <w:t>gyermekek</w:t>
      </w:r>
      <w:r w:rsidRPr="0078531E">
        <w:rPr>
          <w:spacing w:val="-12"/>
        </w:rPr>
        <w:t xml:space="preserve"> </w:t>
      </w:r>
      <w:r w:rsidRPr="0078531E">
        <w:t>kíváncsiságát</w:t>
      </w:r>
      <w:r w:rsidRPr="0078531E">
        <w:rPr>
          <w:spacing w:val="-11"/>
        </w:rPr>
        <w:t xml:space="preserve"> </w:t>
      </w:r>
      <w:r w:rsidRPr="0078531E">
        <w:t>kielégítve</w:t>
      </w:r>
      <w:r w:rsidRPr="0078531E">
        <w:rPr>
          <w:spacing w:val="-13"/>
        </w:rPr>
        <w:t xml:space="preserve"> </w:t>
      </w:r>
      <w:r w:rsidRPr="0078531E">
        <w:t>folyamatosan</w:t>
      </w:r>
      <w:r w:rsidRPr="0078531E">
        <w:rPr>
          <w:spacing w:val="-12"/>
        </w:rPr>
        <w:t xml:space="preserve"> </w:t>
      </w:r>
      <w:r w:rsidRPr="0078531E">
        <w:t>biztosítani</w:t>
      </w:r>
      <w:r w:rsidRPr="0078531E">
        <w:rPr>
          <w:spacing w:val="-14"/>
        </w:rPr>
        <w:t xml:space="preserve"> </w:t>
      </w:r>
      <w:r w:rsidRPr="0078531E">
        <w:t>lehet</w:t>
      </w:r>
      <w:r w:rsidRPr="0078531E">
        <w:rPr>
          <w:spacing w:val="-11"/>
        </w:rPr>
        <w:t xml:space="preserve"> </w:t>
      </w:r>
      <w:r w:rsidRPr="0078531E">
        <w:t>a</w:t>
      </w:r>
      <w:r w:rsidRPr="0078531E">
        <w:rPr>
          <w:spacing w:val="-13"/>
        </w:rPr>
        <w:t xml:space="preserve"> </w:t>
      </w:r>
      <w:r w:rsidRPr="0078531E">
        <w:t xml:space="preserve">változatos </w:t>
      </w:r>
      <w:r w:rsidRPr="0078531E">
        <w:rPr>
          <w:spacing w:val="-2"/>
        </w:rPr>
        <w:t>tevékenységeket.</w:t>
      </w:r>
    </w:p>
    <w:p w14:paraId="476D4E9C" w14:textId="3D5261D1" w:rsidR="00AE0CFD" w:rsidRPr="0078531E" w:rsidRDefault="00C3522D" w:rsidP="002238B9">
      <w:pPr>
        <w:pStyle w:val="Szvegtrzs"/>
        <w:spacing w:before="1" w:line="360" w:lineRule="auto"/>
        <w:ind w:right="1511"/>
        <w:jc w:val="both"/>
      </w:pPr>
      <w:r w:rsidRPr="0078531E">
        <w:t>Az ünnepek előkészítésére nagy hangsúlyt fordítunk: a hangulatot a csoportokban</w:t>
      </w:r>
      <w:r w:rsidR="002238B9" w:rsidRPr="0078531E">
        <w:t xml:space="preserve"> </w:t>
      </w:r>
      <w:r w:rsidRPr="0078531E">
        <w:t>megvalósuló</w:t>
      </w:r>
      <w:r w:rsidRPr="0078531E">
        <w:rPr>
          <w:spacing w:val="-3"/>
        </w:rPr>
        <w:t xml:space="preserve"> </w:t>
      </w:r>
      <w:r w:rsidRPr="0078531E">
        <w:t>témák</w:t>
      </w:r>
      <w:r w:rsidRPr="0078531E">
        <w:rPr>
          <w:spacing w:val="-1"/>
        </w:rPr>
        <w:t xml:space="preserve"> </w:t>
      </w:r>
      <w:r w:rsidRPr="0078531E">
        <w:t>feldolgozásán túl,</w:t>
      </w:r>
      <w:r w:rsidRPr="0078531E">
        <w:rPr>
          <w:spacing w:val="-1"/>
        </w:rPr>
        <w:t xml:space="preserve"> </w:t>
      </w:r>
      <w:r w:rsidRPr="0078531E">
        <w:t>a</w:t>
      </w:r>
      <w:r w:rsidRPr="0078531E">
        <w:rPr>
          <w:spacing w:val="-2"/>
        </w:rPr>
        <w:t xml:space="preserve"> </w:t>
      </w:r>
      <w:r w:rsidRPr="0078531E">
        <w:t>csoportszobák, folyosók</w:t>
      </w:r>
      <w:r w:rsidRPr="0078531E">
        <w:rPr>
          <w:spacing w:val="-1"/>
        </w:rPr>
        <w:t xml:space="preserve"> </w:t>
      </w:r>
      <w:r w:rsidRPr="0078531E">
        <w:t>közös</w:t>
      </w:r>
      <w:r w:rsidRPr="0078531E">
        <w:rPr>
          <w:spacing w:val="-1"/>
        </w:rPr>
        <w:t xml:space="preserve"> </w:t>
      </w:r>
      <w:r w:rsidRPr="0078531E">
        <w:rPr>
          <w:spacing w:val="-2"/>
        </w:rPr>
        <w:t>díszítésével</w:t>
      </w:r>
    </w:p>
    <w:p w14:paraId="476D7FBA" w14:textId="77777777" w:rsidR="00AE0CFD" w:rsidRPr="0078531E" w:rsidRDefault="00AE0CFD" w:rsidP="002238B9">
      <w:pPr>
        <w:spacing w:line="360" w:lineRule="auto"/>
        <w:jc w:val="both"/>
        <w:sectPr w:rsidR="00AE0CFD" w:rsidRPr="0078531E" w:rsidSect="00A42104">
          <w:type w:val="continuous"/>
          <w:pgSz w:w="11910" w:h="16840"/>
          <w:pgMar w:top="1380" w:right="980" w:bottom="1200" w:left="1280" w:header="0" w:footer="1003" w:gutter="0"/>
          <w:cols w:space="708"/>
        </w:sectPr>
      </w:pPr>
    </w:p>
    <w:p w14:paraId="4EC9E03B" w14:textId="77777777" w:rsidR="00AE0CFD" w:rsidRPr="0078531E" w:rsidRDefault="00C3522D" w:rsidP="002238B9">
      <w:pPr>
        <w:pStyle w:val="Szvegtrzs"/>
        <w:spacing w:before="72" w:line="360" w:lineRule="auto"/>
        <w:ind w:right="469"/>
        <w:jc w:val="both"/>
      </w:pPr>
      <w:r w:rsidRPr="0078531E">
        <w:t>készítjük</w:t>
      </w:r>
      <w:r w:rsidRPr="0078531E">
        <w:rPr>
          <w:spacing w:val="-4"/>
        </w:rPr>
        <w:t xml:space="preserve"> </w:t>
      </w:r>
      <w:r w:rsidRPr="0078531E">
        <w:t>elő.</w:t>
      </w:r>
      <w:r w:rsidRPr="0078531E">
        <w:rPr>
          <w:spacing w:val="-4"/>
        </w:rPr>
        <w:t xml:space="preserve"> </w:t>
      </w:r>
      <w:r w:rsidRPr="0078531E">
        <w:t>Az</w:t>
      </w:r>
      <w:r w:rsidRPr="0078531E">
        <w:rPr>
          <w:spacing w:val="-4"/>
        </w:rPr>
        <w:t xml:space="preserve"> </w:t>
      </w:r>
      <w:r w:rsidRPr="0078531E">
        <w:t>évszakoknak</w:t>
      </w:r>
      <w:r w:rsidRPr="0078531E">
        <w:rPr>
          <w:spacing w:val="-4"/>
        </w:rPr>
        <w:t xml:space="preserve"> </w:t>
      </w:r>
      <w:r w:rsidRPr="0078531E">
        <w:t>és</w:t>
      </w:r>
      <w:r w:rsidRPr="0078531E">
        <w:rPr>
          <w:spacing w:val="-5"/>
        </w:rPr>
        <w:t xml:space="preserve"> </w:t>
      </w:r>
      <w:r w:rsidRPr="0078531E">
        <w:t>ünnepeknek</w:t>
      </w:r>
      <w:r w:rsidRPr="0078531E">
        <w:rPr>
          <w:spacing w:val="-4"/>
        </w:rPr>
        <w:t xml:space="preserve"> </w:t>
      </w:r>
      <w:r w:rsidRPr="0078531E">
        <w:t>megfelelően</w:t>
      </w:r>
      <w:r w:rsidRPr="0078531E">
        <w:rPr>
          <w:spacing w:val="-4"/>
        </w:rPr>
        <w:t xml:space="preserve"> </w:t>
      </w:r>
      <w:r w:rsidRPr="0078531E">
        <w:t>öltöztetjük</w:t>
      </w:r>
      <w:r w:rsidRPr="0078531E">
        <w:rPr>
          <w:spacing w:val="-4"/>
        </w:rPr>
        <w:t xml:space="preserve"> </w:t>
      </w:r>
      <w:r w:rsidRPr="0078531E">
        <w:t>díszbe</w:t>
      </w:r>
      <w:r w:rsidRPr="0078531E">
        <w:rPr>
          <w:spacing w:val="-5"/>
        </w:rPr>
        <w:t xml:space="preserve"> </w:t>
      </w:r>
      <w:r w:rsidRPr="0078531E">
        <w:t>az</w:t>
      </w:r>
      <w:r w:rsidRPr="0078531E">
        <w:rPr>
          <w:spacing w:val="-3"/>
        </w:rPr>
        <w:t xml:space="preserve"> </w:t>
      </w:r>
      <w:r w:rsidRPr="0078531E">
        <w:t>óvoda bejáratát is.</w:t>
      </w:r>
    </w:p>
    <w:p w14:paraId="31AC1339" w14:textId="77777777" w:rsidR="00AE0CFD" w:rsidRPr="0078531E" w:rsidRDefault="00C3522D" w:rsidP="002238B9">
      <w:pPr>
        <w:pStyle w:val="Szvegtrzs"/>
        <w:spacing w:before="195" w:line="360" w:lineRule="auto"/>
        <w:ind w:right="434"/>
        <w:jc w:val="both"/>
      </w:pPr>
      <w:r w:rsidRPr="0078531E">
        <w:t>Évente</w:t>
      </w:r>
      <w:r w:rsidRPr="0078531E">
        <w:rPr>
          <w:spacing w:val="-4"/>
        </w:rPr>
        <w:t xml:space="preserve"> </w:t>
      </w:r>
      <w:r w:rsidRPr="0078531E">
        <w:t>legalább</w:t>
      </w:r>
      <w:r w:rsidRPr="0078531E">
        <w:rPr>
          <w:spacing w:val="-3"/>
        </w:rPr>
        <w:t xml:space="preserve"> </w:t>
      </w:r>
      <w:r w:rsidRPr="0078531E">
        <w:t>egy</w:t>
      </w:r>
      <w:r w:rsidRPr="0078531E">
        <w:rPr>
          <w:spacing w:val="-8"/>
        </w:rPr>
        <w:t xml:space="preserve"> </w:t>
      </w:r>
      <w:r w:rsidRPr="0078531E">
        <w:t>óvónői</w:t>
      </w:r>
      <w:r w:rsidRPr="0078531E">
        <w:rPr>
          <w:spacing w:val="-4"/>
        </w:rPr>
        <w:t xml:space="preserve"> </w:t>
      </w:r>
      <w:r w:rsidRPr="0078531E">
        <w:t>meglepetés</w:t>
      </w:r>
      <w:r w:rsidRPr="0078531E">
        <w:rPr>
          <w:spacing w:val="-5"/>
        </w:rPr>
        <w:t xml:space="preserve"> </w:t>
      </w:r>
      <w:r w:rsidRPr="0078531E">
        <w:t>műsorral</w:t>
      </w:r>
      <w:r w:rsidRPr="0078531E">
        <w:rPr>
          <w:spacing w:val="-2"/>
        </w:rPr>
        <w:t xml:space="preserve"> </w:t>
      </w:r>
      <w:r w:rsidRPr="0078531E">
        <w:t>kedveskedünk</w:t>
      </w:r>
      <w:r w:rsidRPr="0078531E">
        <w:rPr>
          <w:spacing w:val="-2"/>
        </w:rPr>
        <w:t xml:space="preserve"> </w:t>
      </w:r>
      <w:r w:rsidRPr="0078531E">
        <w:t>a</w:t>
      </w:r>
      <w:r w:rsidRPr="0078531E">
        <w:rPr>
          <w:spacing w:val="-3"/>
        </w:rPr>
        <w:t xml:space="preserve"> </w:t>
      </w:r>
      <w:r w:rsidRPr="0078531E">
        <w:t>gyermekeknek,</w:t>
      </w:r>
      <w:r w:rsidRPr="0078531E">
        <w:rPr>
          <w:spacing w:val="-4"/>
        </w:rPr>
        <w:t xml:space="preserve"> </w:t>
      </w:r>
      <w:r w:rsidRPr="0078531E">
        <w:t>de</w:t>
      </w:r>
      <w:r w:rsidRPr="0078531E">
        <w:rPr>
          <w:spacing w:val="-5"/>
        </w:rPr>
        <w:t xml:space="preserve"> </w:t>
      </w:r>
      <w:r w:rsidRPr="0078531E">
        <w:t>javasolt az egyéb ünnepélyek alkalmával is.</w:t>
      </w:r>
    </w:p>
    <w:p w14:paraId="316A38BE" w14:textId="3B0CDD1C" w:rsidR="00AE0CFD" w:rsidRPr="0078531E" w:rsidRDefault="00C3522D" w:rsidP="002238B9">
      <w:pPr>
        <w:pStyle w:val="Szvegtrzs"/>
        <w:spacing w:before="200" w:line="360" w:lineRule="auto"/>
        <w:jc w:val="both"/>
      </w:pPr>
      <w:r w:rsidRPr="0078531E">
        <w:t>A</w:t>
      </w:r>
      <w:r w:rsidRPr="0078531E">
        <w:rPr>
          <w:spacing w:val="-4"/>
        </w:rPr>
        <w:t xml:space="preserve"> </w:t>
      </w:r>
      <w:r w:rsidRPr="0078531E">
        <w:t>színe</w:t>
      </w:r>
      <w:r w:rsidR="00DB6870" w:rsidRPr="0078531E">
        <w:t>s és a szülők felé nyitott</w:t>
      </w:r>
      <w:r w:rsidRPr="0078531E">
        <w:t xml:space="preserve"> hagyományok</w:t>
      </w:r>
      <w:r w:rsidR="00DB6870" w:rsidRPr="0078531E">
        <w:t xml:space="preserve"> és ünnepek</w:t>
      </w:r>
      <w:r w:rsidRPr="0078531E">
        <w:rPr>
          <w:spacing w:val="-1"/>
        </w:rPr>
        <w:t xml:space="preserve"> </w:t>
      </w:r>
      <w:r w:rsidRPr="0078531E">
        <w:t xml:space="preserve">megrendezését </w:t>
      </w:r>
      <w:r w:rsidRPr="0078531E">
        <w:rPr>
          <w:spacing w:val="-2"/>
        </w:rPr>
        <w:t>preferáljuk,</w:t>
      </w:r>
    </w:p>
    <w:p w14:paraId="70D77270" w14:textId="6774BFDD" w:rsidR="00AE0CFD" w:rsidRPr="0078531E" w:rsidRDefault="00C3522D" w:rsidP="002238B9">
      <w:pPr>
        <w:pStyle w:val="Szvegtrzs"/>
        <w:spacing w:before="243" w:line="360" w:lineRule="auto"/>
        <w:ind w:right="620"/>
        <w:jc w:val="both"/>
      </w:pPr>
      <w:r w:rsidRPr="0078531E">
        <w:t>amelyeken</w:t>
      </w:r>
      <w:r w:rsidRPr="0078531E">
        <w:rPr>
          <w:spacing w:val="-2"/>
        </w:rPr>
        <w:t xml:space="preserve"> </w:t>
      </w:r>
      <w:r w:rsidRPr="0078531E">
        <w:t>a</w:t>
      </w:r>
      <w:r w:rsidRPr="0078531E">
        <w:rPr>
          <w:spacing w:val="-3"/>
        </w:rPr>
        <w:t xml:space="preserve"> </w:t>
      </w:r>
      <w:r w:rsidRPr="0078531E">
        <w:t>gyermekek</w:t>
      </w:r>
      <w:r w:rsidRPr="0078531E">
        <w:rPr>
          <w:spacing w:val="-2"/>
        </w:rPr>
        <w:t xml:space="preserve"> </w:t>
      </w:r>
      <w:r w:rsidRPr="0078531E">
        <w:t>szerepeltetése</w:t>
      </w:r>
      <w:r w:rsidRPr="0078531E">
        <w:rPr>
          <w:spacing w:val="-6"/>
        </w:rPr>
        <w:t xml:space="preserve"> </w:t>
      </w:r>
      <w:r w:rsidRPr="0078531E">
        <w:t>háttérbe</w:t>
      </w:r>
      <w:r w:rsidRPr="0078531E">
        <w:rPr>
          <w:spacing w:val="-6"/>
        </w:rPr>
        <w:t xml:space="preserve"> </w:t>
      </w:r>
      <w:r w:rsidRPr="0078531E">
        <w:t>szorul</w:t>
      </w:r>
      <w:r w:rsidR="00BA5911" w:rsidRPr="0078531E">
        <w:t xml:space="preserve">. </w:t>
      </w:r>
      <w:r w:rsidRPr="0078531E">
        <w:t>Az</w:t>
      </w:r>
      <w:r w:rsidRPr="0078531E">
        <w:rPr>
          <w:spacing w:val="-4"/>
        </w:rPr>
        <w:t xml:space="preserve"> </w:t>
      </w:r>
      <w:r w:rsidRPr="0078531E">
        <w:t>ünnepek,</w:t>
      </w:r>
      <w:r w:rsidRPr="0078531E">
        <w:rPr>
          <w:spacing w:val="-4"/>
        </w:rPr>
        <w:t xml:space="preserve"> </w:t>
      </w:r>
      <w:r w:rsidRPr="0078531E">
        <w:t>hagyományok</w:t>
      </w:r>
      <w:r w:rsidRPr="0078531E">
        <w:rPr>
          <w:spacing w:val="-4"/>
        </w:rPr>
        <w:t xml:space="preserve"> </w:t>
      </w:r>
      <w:r w:rsidRPr="0078531E">
        <w:t>szervezésének</w:t>
      </w:r>
      <w:r w:rsidRPr="0078531E">
        <w:rPr>
          <w:spacing w:val="-4"/>
        </w:rPr>
        <w:t xml:space="preserve"> </w:t>
      </w:r>
      <w:r w:rsidRPr="0078531E">
        <w:t>formáját</w:t>
      </w:r>
      <w:r w:rsidRPr="0078531E">
        <w:rPr>
          <w:spacing w:val="-4"/>
        </w:rPr>
        <w:t xml:space="preserve"> </w:t>
      </w:r>
      <w:r w:rsidRPr="0078531E">
        <w:t>(óvodai</w:t>
      </w:r>
      <w:r w:rsidRPr="0078531E">
        <w:rPr>
          <w:spacing w:val="-4"/>
        </w:rPr>
        <w:t xml:space="preserve"> </w:t>
      </w:r>
      <w:r w:rsidRPr="0078531E">
        <w:t>vagy</w:t>
      </w:r>
      <w:r w:rsidRPr="0078531E">
        <w:rPr>
          <w:spacing w:val="-9"/>
        </w:rPr>
        <w:t xml:space="preserve"> </w:t>
      </w:r>
      <w:r w:rsidRPr="0078531E">
        <w:t>csoportszintű,</w:t>
      </w:r>
      <w:r w:rsidRPr="0078531E">
        <w:rPr>
          <w:spacing w:val="-7"/>
        </w:rPr>
        <w:t xml:space="preserve"> </w:t>
      </w:r>
      <w:r w:rsidRPr="0078531E">
        <w:t>zártkörű vagy nyilvános) és időpontját, a mindenkori éves munkatervbe foglaljuk.</w:t>
      </w:r>
    </w:p>
    <w:p w14:paraId="144E2661" w14:textId="24833681" w:rsidR="00AE0CFD" w:rsidRPr="0078531E" w:rsidRDefault="00C3522D" w:rsidP="002238B9">
      <w:pPr>
        <w:pStyle w:val="Szvegtrzs"/>
        <w:spacing w:before="88" w:line="360" w:lineRule="auto"/>
        <w:jc w:val="both"/>
        <w:rPr>
          <w:spacing w:val="-2"/>
        </w:rPr>
      </w:pPr>
      <w:r w:rsidRPr="0078531E">
        <w:t>Kiemelten készülünk a „zöld” jeles napokra és hagyományosan a kultúránkhoz kapcsolódó ünnepekre.</w:t>
      </w:r>
      <w:r w:rsidRPr="0078531E">
        <w:rPr>
          <w:spacing w:val="-4"/>
        </w:rPr>
        <w:t xml:space="preserve"> </w:t>
      </w:r>
      <w:r w:rsidRPr="0078531E">
        <w:t>Nevelőtestületünk</w:t>
      </w:r>
      <w:r w:rsidRPr="0078531E">
        <w:rPr>
          <w:spacing w:val="-5"/>
        </w:rPr>
        <w:t xml:space="preserve"> </w:t>
      </w:r>
      <w:r w:rsidR="00EC4E41" w:rsidRPr="0078531E">
        <w:rPr>
          <w:b/>
        </w:rPr>
        <w:t>Zöldülj</w:t>
      </w:r>
      <w:r w:rsidRPr="0078531E">
        <w:rPr>
          <w:b/>
          <w:spacing w:val="-6"/>
        </w:rPr>
        <w:t xml:space="preserve"> </w:t>
      </w:r>
      <w:r w:rsidRPr="0078531E">
        <w:rPr>
          <w:b/>
        </w:rPr>
        <w:t>Munkaközössége</w:t>
      </w:r>
      <w:r w:rsidRPr="0078531E">
        <w:rPr>
          <w:b/>
          <w:spacing w:val="-7"/>
        </w:rPr>
        <w:t xml:space="preserve"> </w:t>
      </w:r>
      <w:r w:rsidRPr="0078531E">
        <w:t>ezen</w:t>
      </w:r>
      <w:r w:rsidRPr="0078531E">
        <w:rPr>
          <w:spacing w:val="-6"/>
        </w:rPr>
        <w:t xml:space="preserve"> </w:t>
      </w:r>
      <w:r w:rsidRPr="0078531E">
        <w:t>programok</w:t>
      </w:r>
      <w:r w:rsidRPr="0078531E">
        <w:rPr>
          <w:spacing w:val="-6"/>
        </w:rPr>
        <w:t xml:space="preserve"> </w:t>
      </w:r>
      <w:r w:rsidRPr="0078531E">
        <w:t xml:space="preserve">megszervezését </w:t>
      </w:r>
      <w:r w:rsidRPr="0078531E">
        <w:rPr>
          <w:spacing w:val="-2"/>
        </w:rPr>
        <w:t>koordinálja.</w:t>
      </w:r>
    </w:p>
    <w:p w14:paraId="5C989342" w14:textId="77777777" w:rsidR="002238B9" w:rsidRPr="0078531E" w:rsidRDefault="002238B9" w:rsidP="002238B9">
      <w:pPr>
        <w:pStyle w:val="Szvegtrzs"/>
        <w:spacing w:before="88" w:line="360" w:lineRule="auto"/>
        <w:jc w:val="both"/>
      </w:pPr>
    </w:p>
    <w:p w14:paraId="4E9A0831" w14:textId="01B63B5D" w:rsidR="00AE0CFD" w:rsidRPr="0078531E" w:rsidRDefault="00C3522D" w:rsidP="00B0450B">
      <w:pPr>
        <w:pStyle w:val="Szvegtrzs"/>
        <w:spacing w:line="275" w:lineRule="exact"/>
        <w:rPr>
          <w:spacing w:val="-2"/>
          <w:u w:val="single"/>
        </w:rPr>
      </w:pPr>
      <w:r w:rsidRPr="0078531E">
        <w:rPr>
          <w:u w:val="single"/>
        </w:rPr>
        <w:t>A</w:t>
      </w:r>
      <w:r w:rsidR="000E40EE" w:rsidRPr="0078531E">
        <w:rPr>
          <w:u w:val="single"/>
        </w:rPr>
        <w:t xml:space="preserve"> Balatonvilágosi Szivárvány </w:t>
      </w:r>
      <w:r w:rsidRPr="0078531E">
        <w:rPr>
          <w:u w:val="single"/>
        </w:rPr>
        <w:t>Óvodában</w:t>
      </w:r>
      <w:r w:rsidRPr="0078531E">
        <w:rPr>
          <w:spacing w:val="-1"/>
          <w:u w:val="single"/>
        </w:rPr>
        <w:t xml:space="preserve"> </w:t>
      </w:r>
      <w:r w:rsidRPr="0078531E">
        <w:rPr>
          <w:u w:val="single"/>
        </w:rPr>
        <w:t>ezek</w:t>
      </w:r>
      <w:r w:rsidRPr="0078531E">
        <w:rPr>
          <w:spacing w:val="-2"/>
          <w:u w:val="single"/>
        </w:rPr>
        <w:t xml:space="preserve"> </w:t>
      </w:r>
      <w:r w:rsidRPr="0078531E">
        <w:rPr>
          <w:u w:val="single"/>
        </w:rPr>
        <w:t xml:space="preserve">az </w:t>
      </w:r>
      <w:r w:rsidRPr="0078531E">
        <w:rPr>
          <w:spacing w:val="-2"/>
          <w:u w:val="single"/>
        </w:rPr>
        <w:t>alábbiak:</w:t>
      </w:r>
    </w:p>
    <w:p w14:paraId="779A25EC" w14:textId="77777777" w:rsidR="00004A51" w:rsidRPr="0078531E" w:rsidRDefault="00004A51" w:rsidP="00996FFA">
      <w:pPr>
        <w:pStyle w:val="Szvegtrzs"/>
        <w:spacing w:line="275" w:lineRule="exact"/>
        <w:ind w:left="136"/>
        <w:rPr>
          <w:spacing w:val="-2"/>
        </w:rPr>
      </w:pPr>
    </w:p>
    <w:p w14:paraId="52B940AB" w14:textId="60E54435" w:rsidR="00004A51" w:rsidRPr="0078531E" w:rsidRDefault="00004A51" w:rsidP="002238B9">
      <w:pPr>
        <w:pStyle w:val="Szvegtrzs"/>
        <w:spacing w:before="240" w:line="275" w:lineRule="exact"/>
        <w:jc w:val="both"/>
      </w:pPr>
      <w:r w:rsidRPr="0078531E">
        <w:t>Szeptember 23</w:t>
      </w:r>
      <w:r w:rsidR="006075C2" w:rsidRPr="0078531E">
        <w:t>.</w:t>
      </w:r>
      <w:r w:rsidRPr="0078531E">
        <w:t xml:space="preserve"> Takarítás Világnapja</w:t>
      </w:r>
    </w:p>
    <w:p w14:paraId="0639184C" w14:textId="77777777" w:rsidR="00AE0CFD" w:rsidRPr="0078531E" w:rsidRDefault="00C3522D" w:rsidP="002238B9">
      <w:pPr>
        <w:tabs>
          <w:tab w:val="left" w:pos="856"/>
        </w:tabs>
        <w:spacing w:before="240"/>
        <w:jc w:val="both"/>
        <w:rPr>
          <w:sz w:val="24"/>
        </w:rPr>
      </w:pPr>
      <w:r w:rsidRPr="0078531E">
        <w:rPr>
          <w:sz w:val="24"/>
        </w:rPr>
        <w:t>Szüreti</w:t>
      </w:r>
      <w:r w:rsidRPr="0078531E">
        <w:rPr>
          <w:spacing w:val="-1"/>
          <w:sz w:val="24"/>
        </w:rPr>
        <w:t xml:space="preserve"> </w:t>
      </w:r>
      <w:r w:rsidRPr="0078531E">
        <w:rPr>
          <w:sz w:val="24"/>
        </w:rPr>
        <w:t>mulatság</w:t>
      </w:r>
      <w:r w:rsidRPr="0078531E">
        <w:rPr>
          <w:spacing w:val="-4"/>
          <w:sz w:val="24"/>
        </w:rPr>
        <w:t xml:space="preserve"> </w:t>
      </w:r>
      <w:r w:rsidRPr="0078531E">
        <w:rPr>
          <w:sz w:val="24"/>
        </w:rPr>
        <w:t>az óvoda</w:t>
      </w:r>
      <w:r w:rsidRPr="0078531E">
        <w:rPr>
          <w:spacing w:val="-1"/>
          <w:sz w:val="24"/>
        </w:rPr>
        <w:t xml:space="preserve"> </w:t>
      </w:r>
      <w:r w:rsidRPr="0078531E">
        <w:rPr>
          <w:spacing w:val="-2"/>
          <w:sz w:val="24"/>
        </w:rPr>
        <w:t>udvarán</w:t>
      </w:r>
    </w:p>
    <w:p w14:paraId="7C44AAEC" w14:textId="1B606070" w:rsidR="006075C2" w:rsidRPr="0078531E" w:rsidRDefault="006075C2" w:rsidP="002238B9">
      <w:pPr>
        <w:tabs>
          <w:tab w:val="left" w:pos="856"/>
        </w:tabs>
        <w:spacing w:before="240"/>
        <w:jc w:val="both"/>
        <w:rPr>
          <w:sz w:val="24"/>
        </w:rPr>
      </w:pPr>
      <w:r w:rsidRPr="0078531E">
        <w:rPr>
          <w:spacing w:val="-2"/>
          <w:sz w:val="24"/>
        </w:rPr>
        <w:t>Szeptember 29. Mihály napi vásár</w:t>
      </w:r>
    </w:p>
    <w:p w14:paraId="0FD877DA" w14:textId="5F57582D" w:rsidR="006075C2" w:rsidRPr="0078531E" w:rsidRDefault="00B0450B" w:rsidP="002238B9">
      <w:pPr>
        <w:tabs>
          <w:tab w:val="left" w:pos="856"/>
        </w:tabs>
        <w:spacing w:before="240"/>
        <w:jc w:val="both"/>
        <w:rPr>
          <w:sz w:val="24"/>
        </w:rPr>
      </w:pPr>
      <w:r w:rsidRPr="0078531E">
        <w:rPr>
          <w:spacing w:val="-2"/>
          <w:sz w:val="24"/>
        </w:rPr>
        <w:t>O</w:t>
      </w:r>
      <w:r w:rsidR="006075C2" w:rsidRPr="0078531E">
        <w:rPr>
          <w:spacing w:val="-2"/>
          <w:sz w:val="24"/>
        </w:rPr>
        <w:t>któber 1. Idősek Világnapja</w:t>
      </w:r>
    </w:p>
    <w:p w14:paraId="5765BC94" w14:textId="471001C7" w:rsidR="00AE0CFD" w:rsidRPr="0078531E" w:rsidRDefault="00C3522D" w:rsidP="002238B9">
      <w:pPr>
        <w:tabs>
          <w:tab w:val="left" w:pos="856"/>
        </w:tabs>
        <w:spacing w:before="240" w:after="240"/>
        <w:jc w:val="both"/>
        <w:rPr>
          <w:sz w:val="24"/>
        </w:rPr>
      </w:pPr>
      <w:r w:rsidRPr="0078531E">
        <w:rPr>
          <w:sz w:val="24"/>
        </w:rPr>
        <w:lastRenderedPageBreak/>
        <w:t>Október</w:t>
      </w:r>
      <w:r w:rsidRPr="0078531E">
        <w:rPr>
          <w:spacing w:val="-3"/>
          <w:sz w:val="24"/>
        </w:rPr>
        <w:t xml:space="preserve"> </w:t>
      </w:r>
      <w:r w:rsidRPr="0078531E">
        <w:rPr>
          <w:sz w:val="24"/>
        </w:rPr>
        <w:t>4.</w:t>
      </w:r>
      <w:r w:rsidRPr="0078531E">
        <w:rPr>
          <w:spacing w:val="-1"/>
          <w:sz w:val="24"/>
        </w:rPr>
        <w:t xml:space="preserve"> </w:t>
      </w:r>
      <w:r w:rsidRPr="0078531E">
        <w:rPr>
          <w:sz w:val="24"/>
        </w:rPr>
        <w:t>Állatok Világnapja</w:t>
      </w:r>
      <w:r w:rsidRPr="0078531E">
        <w:rPr>
          <w:spacing w:val="-1"/>
          <w:sz w:val="24"/>
        </w:rPr>
        <w:t xml:space="preserve"> </w:t>
      </w:r>
    </w:p>
    <w:p w14:paraId="01077F8E" w14:textId="77777777" w:rsidR="00A61326" w:rsidRPr="0078531E" w:rsidRDefault="00C3522D" w:rsidP="002238B9">
      <w:pPr>
        <w:tabs>
          <w:tab w:val="left" w:pos="856"/>
        </w:tabs>
        <w:spacing w:before="139" w:after="240"/>
        <w:jc w:val="both"/>
        <w:rPr>
          <w:sz w:val="24"/>
        </w:rPr>
      </w:pPr>
      <w:r w:rsidRPr="0078531E">
        <w:rPr>
          <w:sz w:val="24"/>
        </w:rPr>
        <w:t>Október</w:t>
      </w:r>
      <w:r w:rsidRPr="0078531E">
        <w:rPr>
          <w:spacing w:val="-1"/>
          <w:sz w:val="24"/>
        </w:rPr>
        <w:t xml:space="preserve"> </w:t>
      </w:r>
      <w:r w:rsidRPr="0078531E">
        <w:rPr>
          <w:sz w:val="24"/>
        </w:rPr>
        <w:t>21.</w:t>
      </w:r>
      <w:r w:rsidRPr="0078531E">
        <w:rPr>
          <w:spacing w:val="-2"/>
          <w:sz w:val="24"/>
        </w:rPr>
        <w:t xml:space="preserve"> </w:t>
      </w:r>
      <w:r w:rsidRPr="0078531E">
        <w:rPr>
          <w:sz w:val="24"/>
        </w:rPr>
        <w:t>Földünkért</w:t>
      </w:r>
      <w:r w:rsidRPr="0078531E">
        <w:rPr>
          <w:spacing w:val="1"/>
          <w:sz w:val="24"/>
        </w:rPr>
        <w:t xml:space="preserve"> </w:t>
      </w:r>
      <w:r w:rsidRPr="0078531E">
        <w:rPr>
          <w:spacing w:val="-2"/>
          <w:sz w:val="24"/>
        </w:rPr>
        <w:t>Világnap</w:t>
      </w:r>
    </w:p>
    <w:p w14:paraId="4DE5CBA2" w14:textId="16F2F0AB" w:rsidR="0022555E" w:rsidRPr="0078531E" w:rsidRDefault="0022555E" w:rsidP="002238B9">
      <w:pPr>
        <w:tabs>
          <w:tab w:val="left" w:pos="856"/>
        </w:tabs>
        <w:spacing w:before="139" w:after="240"/>
        <w:jc w:val="both"/>
        <w:rPr>
          <w:sz w:val="24"/>
        </w:rPr>
      </w:pPr>
      <w:r w:rsidRPr="0078531E">
        <w:rPr>
          <w:spacing w:val="-2"/>
          <w:sz w:val="24"/>
        </w:rPr>
        <w:t>Tökfaragás a szülőkkel</w:t>
      </w:r>
    </w:p>
    <w:p w14:paraId="28213828" w14:textId="109E6E9B" w:rsidR="00AE0CFD" w:rsidRPr="0078531E" w:rsidRDefault="006075C2" w:rsidP="002238B9">
      <w:pPr>
        <w:tabs>
          <w:tab w:val="left" w:pos="856"/>
        </w:tabs>
        <w:spacing w:before="137" w:after="240" w:line="360" w:lineRule="auto"/>
        <w:jc w:val="both"/>
        <w:rPr>
          <w:sz w:val="24"/>
        </w:rPr>
      </w:pPr>
      <w:r w:rsidRPr="0078531E">
        <w:rPr>
          <w:sz w:val="24"/>
        </w:rPr>
        <w:t xml:space="preserve">Szülőkkel közös </w:t>
      </w:r>
      <w:r w:rsidR="00C3522D" w:rsidRPr="0078531E">
        <w:rPr>
          <w:sz w:val="24"/>
        </w:rPr>
        <w:t>Adventi</w:t>
      </w:r>
      <w:r w:rsidR="00C3522D" w:rsidRPr="0078531E">
        <w:rPr>
          <w:spacing w:val="-2"/>
          <w:sz w:val="24"/>
        </w:rPr>
        <w:t xml:space="preserve"> </w:t>
      </w:r>
      <w:r w:rsidR="00004A51" w:rsidRPr="0078531E">
        <w:rPr>
          <w:spacing w:val="-2"/>
          <w:sz w:val="24"/>
        </w:rPr>
        <w:t>vásár</w:t>
      </w:r>
    </w:p>
    <w:p w14:paraId="79840362" w14:textId="716D6F34" w:rsidR="00004A51" w:rsidRPr="0078531E" w:rsidRDefault="00004A51" w:rsidP="002238B9">
      <w:pPr>
        <w:tabs>
          <w:tab w:val="left" w:pos="856"/>
        </w:tabs>
        <w:spacing w:before="137" w:after="240" w:line="360" w:lineRule="auto"/>
        <w:jc w:val="both"/>
        <w:rPr>
          <w:sz w:val="24"/>
        </w:rPr>
      </w:pPr>
      <w:r w:rsidRPr="0078531E">
        <w:rPr>
          <w:spacing w:val="-2"/>
          <w:sz w:val="24"/>
        </w:rPr>
        <w:t>Adventi műsor községi rendezvényen</w:t>
      </w:r>
    </w:p>
    <w:p w14:paraId="6BF8B77E" w14:textId="127B4A5C" w:rsidR="00B0450B" w:rsidRPr="0078531E" w:rsidRDefault="00C3522D" w:rsidP="002238B9">
      <w:pPr>
        <w:tabs>
          <w:tab w:val="left" w:pos="856"/>
        </w:tabs>
        <w:spacing w:before="137" w:after="240" w:line="360" w:lineRule="auto"/>
        <w:jc w:val="both"/>
        <w:rPr>
          <w:sz w:val="24"/>
        </w:rPr>
      </w:pPr>
      <w:r w:rsidRPr="0078531E">
        <w:rPr>
          <w:sz w:val="24"/>
        </w:rPr>
        <w:t>December</w:t>
      </w:r>
      <w:r w:rsidRPr="0078531E">
        <w:rPr>
          <w:spacing w:val="-2"/>
          <w:sz w:val="24"/>
        </w:rPr>
        <w:t xml:space="preserve"> </w:t>
      </w:r>
      <w:r w:rsidRPr="0078531E">
        <w:rPr>
          <w:sz w:val="24"/>
        </w:rPr>
        <w:t>6.</w:t>
      </w:r>
      <w:r w:rsidRPr="0078531E">
        <w:rPr>
          <w:spacing w:val="-1"/>
          <w:sz w:val="24"/>
        </w:rPr>
        <w:t xml:space="preserve"> </w:t>
      </w:r>
      <w:r w:rsidRPr="0078531E">
        <w:rPr>
          <w:spacing w:val="-2"/>
          <w:sz w:val="24"/>
        </w:rPr>
        <w:t>Mikulás</w:t>
      </w:r>
    </w:p>
    <w:p w14:paraId="51075BA6" w14:textId="77777777" w:rsidR="00AE0CFD" w:rsidRPr="0078531E" w:rsidRDefault="00C3522D" w:rsidP="002238B9">
      <w:pPr>
        <w:tabs>
          <w:tab w:val="left" w:pos="856"/>
        </w:tabs>
        <w:spacing w:after="240" w:line="360" w:lineRule="auto"/>
        <w:jc w:val="both"/>
        <w:rPr>
          <w:sz w:val="24"/>
        </w:rPr>
      </w:pPr>
      <w:r w:rsidRPr="0078531E">
        <w:rPr>
          <w:sz w:val="24"/>
        </w:rPr>
        <w:t>Február</w:t>
      </w:r>
      <w:r w:rsidRPr="0078531E">
        <w:rPr>
          <w:spacing w:val="-2"/>
          <w:sz w:val="24"/>
        </w:rPr>
        <w:t xml:space="preserve"> </w:t>
      </w:r>
      <w:r w:rsidRPr="0078531E">
        <w:rPr>
          <w:sz w:val="24"/>
        </w:rPr>
        <w:t>2.</w:t>
      </w:r>
      <w:r w:rsidRPr="0078531E">
        <w:rPr>
          <w:spacing w:val="-1"/>
          <w:sz w:val="24"/>
        </w:rPr>
        <w:t xml:space="preserve"> </w:t>
      </w:r>
      <w:r w:rsidRPr="0078531E">
        <w:rPr>
          <w:sz w:val="24"/>
        </w:rPr>
        <w:t>Mackó</w:t>
      </w:r>
      <w:r w:rsidRPr="0078531E">
        <w:rPr>
          <w:spacing w:val="-1"/>
          <w:sz w:val="24"/>
        </w:rPr>
        <w:t xml:space="preserve"> </w:t>
      </w:r>
      <w:r w:rsidRPr="0078531E">
        <w:rPr>
          <w:spacing w:val="-5"/>
          <w:sz w:val="24"/>
        </w:rPr>
        <w:t>nap</w:t>
      </w:r>
    </w:p>
    <w:p w14:paraId="2253CAF2" w14:textId="7A4A9518" w:rsidR="00AE0CFD" w:rsidRPr="0078531E" w:rsidRDefault="00BE6974" w:rsidP="002238B9">
      <w:pPr>
        <w:tabs>
          <w:tab w:val="left" w:pos="856"/>
        </w:tabs>
        <w:spacing w:before="139" w:after="240" w:line="360" w:lineRule="auto"/>
        <w:jc w:val="both"/>
        <w:rPr>
          <w:sz w:val="24"/>
        </w:rPr>
      </w:pPr>
      <w:r w:rsidRPr="0078531E">
        <w:rPr>
          <w:spacing w:val="-2"/>
          <w:sz w:val="24"/>
        </w:rPr>
        <w:t xml:space="preserve">Február </w:t>
      </w:r>
      <w:r w:rsidR="00C3522D" w:rsidRPr="0078531E">
        <w:rPr>
          <w:spacing w:val="-2"/>
          <w:sz w:val="24"/>
        </w:rPr>
        <w:t>Farsang</w:t>
      </w:r>
    </w:p>
    <w:p w14:paraId="039D5F03" w14:textId="5F0713CF" w:rsidR="00AE0CFD" w:rsidRPr="0078531E" w:rsidRDefault="00C3522D" w:rsidP="002238B9">
      <w:pPr>
        <w:tabs>
          <w:tab w:val="left" w:pos="856"/>
        </w:tabs>
        <w:spacing w:before="137" w:after="240" w:line="360" w:lineRule="auto"/>
        <w:jc w:val="both"/>
        <w:rPr>
          <w:sz w:val="24"/>
        </w:rPr>
      </w:pPr>
      <w:r w:rsidRPr="0078531E">
        <w:rPr>
          <w:sz w:val="24"/>
        </w:rPr>
        <w:t>Március</w:t>
      </w:r>
      <w:r w:rsidRPr="0078531E">
        <w:rPr>
          <w:spacing w:val="-3"/>
          <w:sz w:val="24"/>
        </w:rPr>
        <w:t xml:space="preserve"> </w:t>
      </w:r>
      <w:r w:rsidRPr="0078531E">
        <w:rPr>
          <w:sz w:val="24"/>
        </w:rPr>
        <w:t>10.</w:t>
      </w:r>
      <w:r w:rsidRPr="0078531E">
        <w:rPr>
          <w:spacing w:val="-2"/>
          <w:sz w:val="24"/>
        </w:rPr>
        <w:t xml:space="preserve"> </w:t>
      </w:r>
      <w:r w:rsidR="002238B9" w:rsidRPr="0078531E">
        <w:rPr>
          <w:sz w:val="24"/>
        </w:rPr>
        <w:t>B</w:t>
      </w:r>
      <w:r w:rsidRPr="0078531E">
        <w:rPr>
          <w:sz w:val="24"/>
        </w:rPr>
        <w:t>eporzók</w:t>
      </w:r>
      <w:r w:rsidRPr="0078531E">
        <w:rPr>
          <w:spacing w:val="-2"/>
          <w:sz w:val="24"/>
        </w:rPr>
        <w:t xml:space="preserve"> </w:t>
      </w:r>
      <w:r w:rsidR="002238B9" w:rsidRPr="0078531E">
        <w:rPr>
          <w:spacing w:val="-2"/>
          <w:sz w:val="24"/>
        </w:rPr>
        <w:t>N</w:t>
      </w:r>
      <w:r w:rsidRPr="0078531E">
        <w:rPr>
          <w:spacing w:val="-2"/>
          <w:sz w:val="24"/>
        </w:rPr>
        <w:t>apja</w:t>
      </w:r>
    </w:p>
    <w:p w14:paraId="4752B94D" w14:textId="77777777" w:rsidR="00AE0CFD" w:rsidRPr="0078531E" w:rsidRDefault="00C3522D" w:rsidP="002238B9">
      <w:pPr>
        <w:tabs>
          <w:tab w:val="left" w:pos="856"/>
        </w:tabs>
        <w:spacing w:before="140" w:after="240" w:line="360" w:lineRule="auto"/>
        <w:jc w:val="both"/>
        <w:rPr>
          <w:sz w:val="24"/>
        </w:rPr>
      </w:pPr>
      <w:r w:rsidRPr="0078531E">
        <w:rPr>
          <w:sz w:val="24"/>
        </w:rPr>
        <w:t>Március</w:t>
      </w:r>
      <w:r w:rsidRPr="0078531E">
        <w:rPr>
          <w:spacing w:val="-4"/>
          <w:sz w:val="24"/>
        </w:rPr>
        <w:t xml:space="preserve"> </w:t>
      </w:r>
      <w:r w:rsidRPr="0078531E">
        <w:rPr>
          <w:sz w:val="24"/>
        </w:rPr>
        <w:t>15.</w:t>
      </w:r>
      <w:r w:rsidRPr="0078531E">
        <w:rPr>
          <w:spacing w:val="-2"/>
          <w:sz w:val="24"/>
        </w:rPr>
        <w:t xml:space="preserve"> </w:t>
      </w:r>
      <w:r w:rsidRPr="0078531E">
        <w:rPr>
          <w:sz w:val="24"/>
        </w:rPr>
        <w:t>Nemzeti</w:t>
      </w:r>
      <w:r w:rsidRPr="0078531E">
        <w:rPr>
          <w:spacing w:val="-2"/>
          <w:sz w:val="24"/>
        </w:rPr>
        <w:t xml:space="preserve"> ünnep</w:t>
      </w:r>
    </w:p>
    <w:p w14:paraId="12609E04" w14:textId="77777777" w:rsidR="00AE0CFD" w:rsidRPr="0078531E" w:rsidRDefault="00C3522D" w:rsidP="002238B9">
      <w:pPr>
        <w:tabs>
          <w:tab w:val="left" w:pos="856"/>
        </w:tabs>
        <w:spacing w:before="136" w:after="240" w:line="360" w:lineRule="auto"/>
        <w:jc w:val="both"/>
        <w:rPr>
          <w:sz w:val="24"/>
        </w:rPr>
      </w:pPr>
      <w:r w:rsidRPr="0078531E">
        <w:rPr>
          <w:sz w:val="24"/>
        </w:rPr>
        <w:t>Március</w:t>
      </w:r>
      <w:r w:rsidRPr="0078531E">
        <w:rPr>
          <w:spacing w:val="-3"/>
          <w:sz w:val="24"/>
        </w:rPr>
        <w:t xml:space="preserve"> </w:t>
      </w:r>
      <w:r w:rsidRPr="0078531E">
        <w:rPr>
          <w:sz w:val="24"/>
        </w:rPr>
        <w:t>22.</w:t>
      </w:r>
      <w:r w:rsidRPr="0078531E">
        <w:rPr>
          <w:spacing w:val="-2"/>
          <w:sz w:val="24"/>
        </w:rPr>
        <w:t xml:space="preserve"> </w:t>
      </w:r>
      <w:r w:rsidRPr="0078531E">
        <w:rPr>
          <w:sz w:val="24"/>
        </w:rPr>
        <w:t xml:space="preserve">Víz </w:t>
      </w:r>
      <w:r w:rsidRPr="0078531E">
        <w:rPr>
          <w:spacing w:val="-2"/>
          <w:sz w:val="24"/>
        </w:rPr>
        <w:t>Világnapja</w:t>
      </w:r>
    </w:p>
    <w:p w14:paraId="1F9AC091" w14:textId="77777777" w:rsidR="00AE0CFD" w:rsidRPr="0078531E" w:rsidRDefault="00C3522D" w:rsidP="002238B9">
      <w:pPr>
        <w:tabs>
          <w:tab w:val="left" w:pos="856"/>
        </w:tabs>
        <w:spacing w:before="140" w:after="240" w:line="360" w:lineRule="auto"/>
        <w:jc w:val="both"/>
        <w:rPr>
          <w:sz w:val="24"/>
        </w:rPr>
      </w:pPr>
      <w:r w:rsidRPr="0078531E">
        <w:rPr>
          <w:spacing w:val="-2"/>
          <w:sz w:val="24"/>
        </w:rPr>
        <w:t>Húsvét</w:t>
      </w:r>
    </w:p>
    <w:p w14:paraId="596E92CE" w14:textId="42BB8F71" w:rsidR="006675EF" w:rsidRPr="0078531E" w:rsidRDefault="006675EF" w:rsidP="002238B9">
      <w:pPr>
        <w:tabs>
          <w:tab w:val="left" w:pos="856"/>
        </w:tabs>
        <w:spacing w:before="140" w:after="240" w:line="360" w:lineRule="auto"/>
        <w:jc w:val="both"/>
        <w:rPr>
          <w:sz w:val="24"/>
        </w:rPr>
      </w:pPr>
      <w:r w:rsidRPr="0078531E">
        <w:rPr>
          <w:spacing w:val="-2"/>
          <w:sz w:val="24"/>
        </w:rPr>
        <w:t>Óvodai Jótékonysági bál a gyerekekért (szülőknek)</w:t>
      </w:r>
    </w:p>
    <w:p w14:paraId="680607D7" w14:textId="3BB7721C" w:rsidR="00AE0CFD" w:rsidRPr="0078531E" w:rsidRDefault="00C3522D" w:rsidP="002238B9">
      <w:pPr>
        <w:tabs>
          <w:tab w:val="left" w:pos="856"/>
        </w:tabs>
        <w:spacing w:before="72" w:after="240" w:line="360" w:lineRule="auto"/>
        <w:jc w:val="both"/>
        <w:rPr>
          <w:sz w:val="24"/>
        </w:rPr>
      </w:pPr>
      <w:r w:rsidRPr="0078531E">
        <w:rPr>
          <w:sz w:val="24"/>
        </w:rPr>
        <w:t>Április</w:t>
      </w:r>
      <w:r w:rsidRPr="0078531E">
        <w:rPr>
          <w:spacing w:val="-5"/>
          <w:sz w:val="24"/>
        </w:rPr>
        <w:t xml:space="preserve"> </w:t>
      </w:r>
      <w:r w:rsidRPr="0078531E">
        <w:rPr>
          <w:sz w:val="24"/>
        </w:rPr>
        <w:t>22.</w:t>
      </w:r>
      <w:r w:rsidRPr="0078531E">
        <w:rPr>
          <w:spacing w:val="-1"/>
          <w:sz w:val="24"/>
        </w:rPr>
        <w:t xml:space="preserve"> </w:t>
      </w:r>
      <w:r w:rsidRPr="0078531E">
        <w:rPr>
          <w:sz w:val="24"/>
        </w:rPr>
        <w:t>Föld</w:t>
      </w:r>
      <w:r w:rsidRPr="0078531E">
        <w:rPr>
          <w:spacing w:val="-2"/>
          <w:sz w:val="24"/>
        </w:rPr>
        <w:t xml:space="preserve"> </w:t>
      </w:r>
      <w:r w:rsidRPr="0078531E">
        <w:rPr>
          <w:sz w:val="24"/>
        </w:rPr>
        <w:t>napja-</w:t>
      </w:r>
      <w:r w:rsidRPr="0078531E">
        <w:rPr>
          <w:spacing w:val="-2"/>
          <w:sz w:val="24"/>
        </w:rPr>
        <w:t xml:space="preserve"> </w:t>
      </w:r>
      <w:r w:rsidRPr="0078531E">
        <w:rPr>
          <w:sz w:val="24"/>
        </w:rPr>
        <w:t>1</w:t>
      </w:r>
      <w:r w:rsidRPr="0078531E">
        <w:rPr>
          <w:spacing w:val="1"/>
          <w:sz w:val="24"/>
        </w:rPr>
        <w:t xml:space="preserve"> </w:t>
      </w:r>
      <w:r w:rsidR="008126D2" w:rsidRPr="0078531E">
        <w:rPr>
          <w:sz w:val="24"/>
        </w:rPr>
        <w:t>palánta</w:t>
      </w:r>
      <w:r w:rsidRPr="0078531E">
        <w:rPr>
          <w:sz w:val="24"/>
        </w:rPr>
        <w:t>-1</w:t>
      </w:r>
      <w:r w:rsidRPr="0078531E">
        <w:rPr>
          <w:spacing w:val="-2"/>
          <w:sz w:val="24"/>
        </w:rPr>
        <w:t xml:space="preserve"> </w:t>
      </w:r>
      <w:r w:rsidR="008126D2" w:rsidRPr="0078531E">
        <w:rPr>
          <w:sz w:val="24"/>
        </w:rPr>
        <w:t>gyerek</w:t>
      </w:r>
      <w:r w:rsidRPr="0078531E">
        <w:rPr>
          <w:spacing w:val="2"/>
          <w:sz w:val="24"/>
        </w:rPr>
        <w:t xml:space="preserve"> </w:t>
      </w:r>
      <w:r w:rsidRPr="0078531E">
        <w:rPr>
          <w:spacing w:val="-2"/>
          <w:sz w:val="24"/>
        </w:rPr>
        <w:t>rendezvény</w:t>
      </w:r>
    </w:p>
    <w:p w14:paraId="589DBE3C" w14:textId="3B2756D3" w:rsidR="008126D2" w:rsidRPr="0078531E" w:rsidRDefault="008126D2" w:rsidP="002238B9">
      <w:pPr>
        <w:tabs>
          <w:tab w:val="left" w:pos="856"/>
        </w:tabs>
        <w:spacing w:before="72" w:after="240" w:line="360" w:lineRule="auto"/>
        <w:jc w:val="both"/>
        <w:rPr>
          <w:sz w:val="24"/>
        </w:rPr>
      </w:pPr>
      <w:r w:rsidRPr="0078531E">
        <w:rPr>
          <w:spacing w:val="-2"/>
          <w:sz w:val="24"/>
        </w:rPr>
        <w:t>Anyák napi készülődés</w:t>
      </w:r>
    </w:p>
    <w:p w14:paraId="4A67AF27" w14:textId="77777777" w:rsidR="00AE0CFD" w:rsidRPr="0078531E" w:rsidRDefault="00C3522D" w:rsidP="002238B9">
      <w:pPr>
        <w:tabs>
          <w:tab w:val="left" w:pos="856"/>
        </w:tabs>
        <w:spacing w:before="139" w:after="240" w:line="360" w:lineRule="auto"/>
        <w:jc w:val="both"/>
        <w:rPr>
          <w:sz w:val="24"/>
        </w:rPr>
      </w:pPr>
      <w:r w:rsidRPr="0078531E">
        <w:rPr>
          <w:sz w:val="24"/>
        </w:rPr>
        <w:t>Május</w:t>
      </w:r>
      <w:r w:rsidRPr="0078531E">
        <w:rPr>
          <w:spacing w:val="-3"/>
          <w:sz w:val="24"/>
        </w:rPr>
        <w:t xml:space="preserve"> </w:t>
      </w:r>
      <w:r w:rsidRPr="0078531E">
        <w:rPr>
          <w:sz w:val="24"/>
        </w:rPr>
        <w:t>10.</w:t>
      </w:r>
      <w:r w:rsidRPr="0078531E">
        <w:rPr>
          <w:spacing w:val="-2"/>
          <w:sz w:val="24"/>
        </w:rPr>
        <w:t xml:space="preserve"> </w:t>
      </w:r>
      <w:r w:rsidRPr="0078531E">
        <w:rPr>
          <w:sz w:val="24"/>
        </w:rPr>
        <w:t>Madarak</w:t>
      </w:r>
      <w:r w:rsidRPr="0078531E">
        <w:rPr>
          <w:spacing w:val="1"/>
          <w:sz w:val="24"/>
        </w:rPr>
        <w:t xml:space="preserve"> </w:t>
      </w:r>
      <w:r w:rsidRPr="0078531E">
        <w:rPr>
          <w:sz w:val="24"/>
        </w:rPr>
        <w:t>és</w:t>
      </w:r>
      <w:r w:rsidRPr="0078531E">
        <w:rPr>
          <w:spacing w:val="-3"/>
          <w:sz w:val="24"/>
        </w:rPr>
        <w:t xml:space="preserve"> </w:t>
      </w:r>
      <w:r w:rsidRPr="0078531E">
        <w:rPr>
          <w:sz w:val="24"/>
        </w:rPr>
        <w:t>fák</w:t>
      </w:r>
      <w:r w:rsidRPr="0078531E">
        <w:rPr>
          <w:spacing w:val="-1"/>
          <w:sz w:val="24"/>
        </w:rPr>
        <w:t xml:space="preserve"> </w:t>
      </w:r>
      <w:r w:rsidRPr="0078531E">
        <w:rPr>
          <w:spacing w:val="-2"/>
          <w:sz w:val="24"/>
        </w:rPr>
        <w:t>napja</w:t>
      </w:r>
    </w:p>
    <w:p w14:paraId="6F13A24A" w14:textId="39DC5858" w:rsidR="006675EF" w:rsidRPr="0078531E" w:rsidRDefault="006675EF" w:rsidP="002238B9">
      <w:pPr>
        <w:tabs>
          <w:tab w:val="left" w:pos="856"/>
        </w:tabs>
        <w:spacing w:before="139" w:after="240" w:line="360" w:lineRule="auto"/>
        <w:jc w:val="both"/>
        <w:rPr>
          <w:sz w:val="24"/>
        </w:rPr>
      </w:pPr>
      <w:r w:rsidRPr="0078531E">
        <w:rPr>
          <w:spacing w:val="-2"/>
          <w:sz w:val="24"/>
        </w:rPr>
        <w:t>Május 29. Kihívás napja</w:t>
      </w:r>
      <w:r w:rsidR="00AF1A75" w:rsidRPr="0078531E">
        <w:rPr>
          <w:spacing w:val="-2"/>
          <w:sz w:val="24"/>
        </w:rPr>
        <w:t xml:space="preserve"> (sportdélután a szülőkkel)</w:t>
      </w:r>
    </w:p>
    <w:p w14:paraId="11B67D9A" w14:textId="77777777" w:rsidR="00AE0CFD" w:rsidRPr="0078531E" w:rsidRDefault="00C3522D" w:rsidP="002238B9">
      <w:pPr>
        <w:tabs>
          <w:tab w:val="left" w:pos="856"/>
        </w:tabs>
        <w:spacing w:before="137" w:after="240" w:line="360" w:lineRule="auto"/>
        <w:jc w:val="both"/>
        <w:rPr>
          <w:sz w:val="24"/>
        </w:rPr>
      </w:pPr>
      <w:r w:rsidRPr="0078531E">
        <w:rPr>
          <w:sz w:val="24"/>
        </w:rPr>
        <w:t>Gyermeknapi</w:t>
      </w:r>
      <w:r w:rsidRPr="0078531E">
        <w:rPr>
          <w:spacing w:val="-6"/>
          <w:sz w:val="24"/>
        </w:rPr>
        <w:t xml:space="preserve"> </w:t>
      </w:r>
      <w:r w:rsidRPr="0078531E">
        <w:rPr>
          <w:spacing w:val="-5"/>
          <w:sz w:val="24"/>
        </w:rPr>
        <w:t>hét</w:t>
      </w:r>
    </w:p>
    <w:p w14:paraId="483D4F58" w14:textId="3DBC8A57" w:rsidR="00BE6974" w:rsidRPr="0078531E" w:rsidRDefault="00BE6974" w:rsidP="002238B9">
      <w:pPr>
        <w:tabs>
          <w:tab w:val="left" w:pos="856"/>
        </w:tabs>
        <w:spacing w:before="137" w:after="240" w:line="360" w:lineRule="auto"/>
        <w:jc w:val="both"/>
        <w:rPr>
          <w:sz w:val="24"/>
        </w:rPr>
      </w:pPr>
      <w:r w:rsidRPr="0078531E">
        <w:rPr>
          <w:spacing w:val="-5"/>
          <w:sz w:val="24"/>
        </w:rPr>
        <w:t>Apák napja</w:t>
      </w:r>
    </w:p>
    <w:p w14:paraId="20FD3CF0" w14:textId="787C80F8" w:rsidR="00AE0CFD" w:rsidRPr="0078531E" w:rsidRDefault="006675EF" w:rsidP="002238B9">
      <w:pPr>
        <w:pStyle w:val="Listaszerbekezds"/>
        <w:tabs>
          <w:tab w:val="left" w:pos="856"/>
        </w:tabs>
        <w:spacing w:before="139" w:after="240" w:line="360" w:lineRule="auto"/>
        <w:ind w:left="0" w:firstLine="0"/>
        <w:jc w:val="both"/>
        <w:rPr>
          <w:sz w:val="24"/>
        </w:rPr>
      </w:pPr>
      <w:r w:rsidRPr="0078531E">
        <w:rPr>
          <w:sz w:val="24"/>
        </w:rPr>
        <w:t>B</w:t>
      </w:r>
      <w:r w:rsidR="00C3522D" w:rsidRPr="0078531E">
        <w:rPr>
          <w:sz w:val="24"/>
        </w:rPr>
        <w:t>allagók</w:t>
      </w:r>
      <w:r w:rsidR="00C3522D" w:rsidRPr="0078531E">
        <w:rPr>
          <w:spacing w:val="59"/>
          <w:sz w:val="24"/>
        </w:rPr>
        <w:t xml:space="preserve"> </w:t>
      </w:r>
      <w:r w:rsidR="00C3522D" w:rsidRPr="0078531E">
        <w:rPr>
          <w:spacing w:val="-2"/>
          <w:sz w:val="24"/>
        </w:rPr>
        <w:t>búcsúztatása</w:t>
      </w:r>
    </w:p>
    <w:p w14:paraId="78950FF0" w14:textId="662517BA" w:rsidR="00BE6974" w:rsidRPr="0078531E" w:rsidRDefault="00BE6974" w:rsidP="002238B9">
      <w:pPr>
        <w:tabs>
          <w:tab w:val="left" w:pos="856"/>
        </w:tabs>
        <w:spacing w:before="139" w:after="240" w:line="360" w:lineRule="auto"/>
        <w:jc w:val="both"/>
        <w:rPr>
          <w:sz w:val="24"/>
        </w:rPr>
      </w:pPr>
      <w:r w:rsidRPr="0078531E">
        <w:rPr>
          <w:spacing w:val="-2"/>
          <w:sz w:val="24"/>
        </w:rPr>
        <w:t>Naplemente tábor</w:t>
      </w:r>
    </w:p>
    <w:p w14:paraId="2E177B4F" w14:textId="77777777" w:rsidR="00AE0CFD" w:rsidRPr="0078531E" w:rsidRDefault="00AE0CFD">
      <w:pPr>
        <w:pStyle w:val="Szvegtrzs"/>
        <w:spacing w:before="139"/>
      </w:pPr>
    </w:p>
    <w:p w14:paraId="55E26169" w14:textId="1134445E" w:rsidR="00AE0CFD" w:rsidRPr="0078531E" w:rsidRDefault="00C3522D">
      <w:pPr>
        <w:pStyle w:val="Szvegtrzs"/>
        <w:spacing w:before="1"/>
        <w:ind w:left="856"/>
      </w:pPr>
      <w:r w:rsidRPr="0078531E">
        <w:t>A</w:t>
      </w:r>
      <w:r w:rsidRPr="0078531E">
        <w:rPr>
          <w:spacing w:val="-5"/>
        </w:rPr>
        <w:t xml:space="preserve"> </w:t>
      </w:r>
      <w:r w:rsidRPr="0078531E">
        <w:t>gyermekek</w:t>
      </w:r>
      <w:r w:rsidRPr="0078531E">
        <w:rPr>
          <w:spacing w:val="-2"/>
        </w:rPr>
        <w:t xml:space="preserve"> </w:t>
      </w:r>
      <w:r w:rsidRPr="0078531E">
        <w:t>születésnapját</w:t>
      </w:r>
      <w:r w:rsidR="00643B2C" w:rsidRPr="0078531E">
        <w:t xml:space="preserve"> igény szerint</w:t>
      </w:r>
      <w:r w:rsidRPr="0078531E">
        <w:rPr>
          <w:spacing w:val="-1"/>
        </w:rPr>
        <w:t xml:space="preserve"> </w:t>
      </w:r>
      <w:r w:rsidRPr="0078531E">
        <w:t>minden</w:t>
      </w:r>
      <w:r w:rsidRPr="0078531E">
        <w:rPr>
          <w:spacing w:val="-2"/>
        </w:rPr>
        <w:t xml:space="preserve"> </w:t>
      </w:r>
      <w:r w:rsidRPr="0078531E">
        <w:t>csoportban</w:t>
      </w:r>
      <w:r w:rsidRPr="0078531E">
        <w:rPr>
          <w:spacing w:val="1"/>
        </w:rPr>
        <w:t xml:space="preserve"> </w:t>
      </w:r>
      <w:r w:rsidRPr="0078531E">
        <w:rPr>
          <w:spacing w:val="-2"/>
        </w:rPr>
        <w:t>megünnepeljük.</w:t>
      </w:r>
    </w:p>
    <w:p w14:paraId="68BFDF92" w14:textId="77777777" w:rsidR="00AE0CFD" w:rsidRPr="0078531E" w:rsidRDefault="00AE0CFD">
      <w:pPr>
        <w:pStyle w:val="Szvegtrzs"/>
        <w:spacing w:before="149"/>
      </w:pPr>
    </w:p>
    <w:p w14:paraId="23F0C97E" w14:textId="77777777" w:rsidR="00AE0CFD" w:rsidRPr="0078531E" w:rsidRDefault="00C3522D">
      <w:pPr>
        <w:pStyle w:val="Cmsor2"/>
        <w:numPr>
          <w:ilvl w:val="0"/>
          <w:numId w:val="24"/>
        </w:numPr>
        <w:tabs>
          <w:tab w:val="left" w:pos="702"/>
        </w:tabs>
        <w:ind w:left="702" w:hanging="566"/>
        <w:jc w:val="left"/>
        <w:rPr>
          <w:rFonts w:ascii="Times New Roman" w:hAnsi="Times New Roman" w:cs="Times New Roman"/>
        </w:rPr>
      </w:pPr>
      <w:bookmarkStart w:id="13" w:name="_bookmark8"/>
      <w:bookmarkEnd w:id="13"/>
      <w:r w:rsidRPr="0078531E">
        <w:rPr>
          <w:rFonts w:ascii="Times New Roman" w:hAnsi="Times New Roman" w:cs="Times New Roman"/>
        </w:rPr>
        <w:t>Nevelésünk</w:t>
      </w:r>
      <w:r w:rsidRPr="0078531E">
        <w:rPr>
          <w:rFonts w:ascii="Times New Roman" w:hAnsi="Times New Roman" w:cs="Times New Roman"/>
          <w:spacing w:val="-20"/>
        </w:rPr>
        <w:t xml:space="preserve"> </w:t>
      </w:r>
      <w:r w:rsidRPr="0078531E">
        <w:rPr>
          <w:rFonts w:ascii="Times New Roman" w:hAnsi="Times New Roman" w:cs="Times New Roman"/>
          <w:spacing w:val="-2"/>
        </w:rPr>
        <w:t>alapjai</w:t>
      </w:r>
    </w:p>
    <w:p w14:paraId="030B9883" w14:textId="77777777" w:rsidR="002238B9" w:rsidRPr="0078531E" w:rsidRDefault="002238B9" w:rsidP="002238B9">
      <w:pPr>
        <w:pStyle w:val="Cmsor2"/>
        <w:tabs>
          <w:tab w:val="left" w:pos="702"/>
        </w:tabs>
        <w:ind w:left="702"/>
        <w:rPr>
          <w:rFonts w:ascii="Times New Roman" w:hAnsi="Times New Roman" w:cs="Times New Roman"/>
        </w:rPr>
      </w:pPr>
    </w:p>
    <w:p w14:paraId="676EBE5D" w14:textId="77777777" w:rsidR="00AE0CFD" w:rsidRPr="0078531E" w:rsidRDefault="00C3522D" w:rsidP="002238B9">
      <w:pPr>
        <w:pStyle w:val="Szvegtrzs"/>
        <w:spacing w:before="170"/>
        <w:ind w:left="376"/>
        <w:jc w:val="both"/>
      </w:pPr>
      <w:r w:rsidRPr="0078531E">
        <w:t>„Az</w:t>
      </w:r>
      <w:r w:rsidRPr="0078531E">
        <w:rPr>
          <w:spacing w:val="-2"/>
        </w:rPr>
        <w:t xml:space="preserve"> </w:t>
      </w:r>
      <w:r w:rsidRPr="0078531E">
        <w:t>óvodai</w:t>
      </w:r>
      <w:r w:rsidRPr="0078531E">
        <w:rPr>
          <w:spacing w:val="-2"/>
        </w:rPr>
        <w:t xml:space="preserve"> </w:t>
      </w:r>
      <w:r w:rsidRPr="0078531E">
        <w:t>nevelés</w:t>
      </w:r>
      <w:r w:rsidRPr="0078531E">
        <w:rPr>
          <w:spacing w:val="-3"/>
        </w:rPr>
        <w:t xml:space="preserve"> </w:t>
      </w:r>
      <w:r w:rsidRPr="0078531E">
        <w:t>pedagógiai</w:t>
      </w:r>
      <w:r w:rsidRPr="0078531E">
        <w:rPr>
          <w:spacing w:val="-2"/>
        </w:rPr>
        <w:t xml:space="preserve"> </w:t>
      </w:r>
      <w:r w:rsidRPr="0078531E">
        <w:t>alapelveinek</w:t>
      </w:r>
      <w:r w:rsidRPr="0078531E">
        <w:rPr>
          <w:spacing w:val="-1"/>
        </w:rPr>
        <w:t xml:space="preserve"> </w:t>
      </w:r>
      <w:r w:rsidRPr="0078531E">
        <w:t>meghatározásánál abból</w:t>
      </w:r>
      <w:r w:rsidRPr="0078531E">
        <w:rPr>
          <w:spacing w:val="-2"/>
        </w:rPr>
        <w:t xml:space="preserve"> </w:t>
      </w:r>
      <w:r w:rsidRPr="0078531E">
        <w:t>kell</w:t>
      </w:r>
      <w:r w:rsidRPr="0078531E">
        <w:rPr>
          <w:spacing w:val="-2"/>
        </w:rPr>
        <w:t xml:space="preserve"> </w:t>
      </w:r>
      <w:r w:rsidRPr="0078531E">
        <w:t>kiindulni,</w:t>
      </w:r>
      <w:r w:rsidRPr="0078531E">
        <w:rPr>
          <w:spacing w:val="-1"/>
        </w:rPr>
        <w:t xml:space="preserve"> </w:t>
      </w:r>
      <w:r w:rsidRPr="0078531E">
        <w:rPr>
          <w:spacing w:val="-4"/>
        </w:rPr>
        <w:t>hogy</w:t>
      </w:r>
    </w:p>
    <w:p w14:paraId="1E89DC97" w14:textId="77777777" w:rsidR="00AE0CFD" w:rsidRPr="0078531E" w:rsidRDefault="00C3522D">
      <w:pPr>
        <w:pStyle w:val="Listaszerbekezds"/>
        <w:numPr>
          <w:ilvl w:val="1"/>
          <w:numId w:val="24"/>
        </w:numPr>
        <w:tabs>
          <w:tab w:val="left" w:pos="634"/>
        </w:tabs>
        <w:spacing w:before="139" w:line="360" w:lineRule="auto"/>
        <w:ind w:left="136" w:right="933" w:firstLine="240"/>
        <w:jc w:val="both"/>
        <w:rPr>
          <w:i/>
          <w:sz w:val="24"/>
        </w:rPr>
      </w:pPr>
      <w:r w:rsidRPr="0078531E">
        <w:rPr>
          <w:sz w:val="24"/>
        </w:rPr>
        <w:t>a</w:t>
      </w:r>
      <w:r w:rsidRPr="0078531E">
        <w:rPr>
          <w:spacing w:val="-3"/>
          <w:sz w:val="24"/>
        </w:rPr>
        <w:t xml:space="preserve"> </w:t>
      </w:r>
      <w:r w:rsidRPr="0078531E">
        <w:rPr>
          <w:sz w:val="24"/>
        </w:rPr>
        <w:t>gyermeket</w:t>
      </w:r>
      <w:r w:rsidRPr="0078531E">
        <w:rPr>
          <w:spacing w:val="-3"/>
          <w:sz w:val="24"/>
        </w:rPr>
        <w:t xml:space="preserve"> </w:t>
      </w:r>
      <w:r w:rsidRPr="0078531E">
        <w:rPr>
          <w:sz w:val="24"/>
        </w:rPr>
        <w:t>-</w:t>
      </w:r>
      <w:r w:rsidRPr="0078531E">
        <w:rPr>
          <w:spacing w:val="-5"/>
          <w:sz w:val="24"/>
        </w:rPr>
        <w:t xml:space="preserve"> </w:t>
      </w:r>
      <w:r w:rsidRPr="0078531E">
        <w:rPr>
          <w:sz w:val="24"/>
        </w:rPr>
        <w:t>mint</w:t>
      </w:r>
      <w:r w:rsidRPr="0078531E">
        <w:rPr>
          <w:spacing w:val="-4"/>
          <w:sz w:val="24"/>
        </w:rPr>
        <w:t xml:space="preserve"> </w:t>
      </w:r>
      <w:r w:rsidRPr="0078531E">
        <w:rPr>
          <w:sz w:val="24"/>
        </w:rPr>
        <w:t>fejlődő</w:t>
      </w:r>
      <w:r w:rsidRPr="0078531E">
        <w:rPr>
          <w:spacing w:val="-4"/>
          <w:sz w:val="24"/>
        </w:rPr>
        <w:t xml:space="preserve"> </w:t>
      </w:r>
      <w:r w:rsidRPr="0078531E">
        <w:rPr>
          <w:sz w:val="24"/>
        </w:rPr>
        <w:t>személyiséget</w:t>
      </w:r>
      <w:r w:rsidRPr="0078531E">
        <w:rPr>
          <w:spacing w:val="-2"/>
          <w:sz w:val="24"/>
        </w:rPr>
        <w:t xml:space="preserve"> </w:t>
      </w:r>
      <w:r w:rsidRPr="0078531E">
        <w:rPr>
          <w:sz w:val="24"/>
        </w:rPr>
        <w:t>-</w:t>
      </w:r>
      <w:r w:rsidRPr="0078531E">
        <w:rPr>
          <w:spacing w:val="-5"/>
          <w:sz w:val="24"/>
        </w:rPr>
        <w:t xml:space="preserve"> </w:t>
      </w:r>
      <w:r w:rsidRPr="0078531E">
        <w:rPr>
          <w:sz w:val="24"/>
        </w:rPr>
        <w:t>szeretetteljes</w:t>
      </w:r>
      <w:r w:rsidRPr="0078531E">
        <w:rPr>
          <w:spacing w:val="-5"/>
          <w:sz w:val="24"/>
        </w:rPr>
        <w:t xml:space="preserve"> </w:t>
      </w:r>
      <w:r w:rsidRPr="0078531E">
        <w:rPr>
          <w:sz w:val="24"/>
        </w:rPr>
        <w:t>gondoskodás</w:t>
      </w:r>
      <w:r w:rsidRPr="0078531E">
        <w:rPr>
          <w:spacing w:val="-5"/>
          <w:sz w:val="24"/>
        </w:rPr>
        <w:t xml:space="preserve"> </w:t>
      </w:r>
      <w:r w:rsidRPr="0078531E">
        <w:rPr>
          <w:sz w:val="24"/>
        </w:rPr>
        <w:t>és</w:t>
      </w:r>
      <w:r w:rsidRPr="0078531E">
        <w:rPr>
          <w:spacing w:val="-2"/>
          <w:sz w:val="24"/>
        </w:rPr>
        <w:t xml:space="preserve"> </w:t>
      </w:r>
      <w:r w:rsidRPr="0078531E">
        <w:rPr>
          <w:sz w:val="24"/>
        </w:rPr>
        <w:t>különleges védelem illeti meg;</w:t>
      </w:r>
    </w:p>
    <w:p w14:paraId="29E0486D" w14:textId="77777777" w:rsidR="00AE0CFD" w:rsidRPr="0078531E" w:rsidRDefault="00C3522D">
      <w:pPr>
        <w:pStyle w:val="Listaszerbekezds"/>
        <w:numPr>
          <w:ilvl w:val="1"/>
          <w:numId w:val="24"/>
        </w:numPr>
        <w:tabs>
          <w:tab w:val="left" w:pos="634"/>
        </w:tabs>
        <w:spacing w:line="360" w:lineRule="auto"/>
        <w:ind w:left="136" w:right="1419" w:firstLine="240"/>
        <w:jc w:val="both"/>
        <w:rPr>
          <w:i/>
          <w:sz w:val="24"/>
        </w:rPr>
      </w:pPr>
      <w:r w:rsidRPr="0078531E">
        <w:rPr>
          <w:sz w:val="24"/>
        </w:rPr>
        <w:t>a</w:t>
      </w:r>
      <w:r w:rsidRPr="0078531E">
        <w:rPr>
          <w:spacing w:val="-2"/>
          <w:sz w:val="24"/>
        </w:rPr>
        <w:t xml:space="preserve"> </w:t>
      </w:r>
      <w:r w:rsidRPr="0078531E">
        <w:rPr>
          <w:sz w:val="24"/>
        </w:rPr>
        <w:t>gyermek</w:t>
      </w:r>
      <w:r w:rsidRPr="0078531E">
        <w:rPr>
          <w:spacing w:val="-3"/>
          <w:sz w:val="24"/>
        </w:rPr>
        <w:t xml:space="preserve"> </w:t>
      </w:r>
      <w:r w:rsidRPr="0078531E">
        <w:rPr>
          <w:sz w:val="24"/>
        </w:rPr>
        <w:t>nevelése</w:t>
      </w:r>
      <w:r w:rsidRPr="0078531E">
        <w:rPr>
          <w:spacing w:val="-4"/>
          <w:sz w:val="24"/>
        </w:rPr>
        <w:t xml:space="preserve"> </w:t>
      </w:r>
      <w:r w:rsidRPr="0078531E">
        <w:rPr>
          <w:sz w:val="24"/>
        </w:rPr>
        <w:t>elsősorban</w:t>
      </w:r>
      <w:r w:rsidRPr="0078531E">
        <w:rPr>
          <w:spacing w:val="-3"/>
          <w:sz w:val="24"/>
        </w:rPr>
        <w:t xml:space="preserve"> </w:t>
      </w:r>
      <w:r w:rsidRPr="0078531E">
        <w:rPr>
          <w:sz w:val="24"/>
        </w:rPr>
        <w:t>a</w:t>
      </w:r>
      <w:r w:rsidRPr="0078531E">
        <w:rPr>
          <w:spacing w:val="-4"/>
          <w:sz w:val="24"/>
        </w:rPr>
        <w:t xml:space="preserve"> </w:t>
      </w:r>
      <w:r w:rsidRPr="0078531E">
        <w:rPr>
          <w:sz w:val="24"/>
        </w:rPr>
        <w:t>család</w:t>
      </w:r>
      <w:r w:rsidRPr="0078531E">
        <w:rPr>
          <w:spacing w:val="-3"/>
          <w:sz w:val="24"/>
        </w:rPr>
        <w:t xml:space="preserve"> </w:t>
      </w:r>
      <w:r w:rsidRPr="0078531E">
        <w:rPr>
          <w:sz w:val="24"/>
        </w:rPr>
        <w:t>joga</w:t>
      </w:r>
      <w:r w:rsidRPr="0078531E">
        <w:rPr>
          <w:spacing w:val="-4"/>
          <w:sz w:val="24"/>
        </w:rPr>
        <w:t xml:space="preserve"> </w:t>
      </w:r>
      <w:r w:rsidRPr="0078531E">
        <w:rPr>
          <w:sz w:val="24"/>
        </w:rPr>
        <w:t>és kötelessége,</w:t>
      </w:r>
      <w:r w:rsidRPr="0078531E">
        <w:rPr>
          <w:spacing w:val="-3"/>
          <w:sz w:val="24"/>
        </w:rPr>
        <w:t xml:space="preserve"> </w:t>
      </w:r>
      <w:r w:rsidRPr="0078531E">
        <w:rPr>
          <w:sz w:val="24"/>
        </w:rPr>
        <w:t>s</w:t>
      </w:r>
      <w:r w:rsidRPr="0078531E">
        <w:rPr>
          <w:spacing w:val="-4"/>
          <w:sz w:val="24"/>
        </w:rPr>
        <w:t xml:space="preserve"> </w:t>
      </w:r>
      <w:r w:rsidRPr="0078531E">
        <w:rPr>
          <w:sz w:val="24"/>
        </w:rPr>
        <w:t>ebben</w:t>
      </w:r>
      <w:r w:rsidRPr="0078531E">
        <w:rPr>
          <w:spacing w:val="-3"/>
          <w:sz w:val="24"/>
        </w:rPr>
        <w:t xml:space="preserve"> </w:t>
      </w:r>
      <w:r w:rsidRPr="0078531E">
        <w:rPr>
          <w:sz w:val="24"/>
        </w:rPr>
        <w:t>az</w:t>
      </w:r>
      <w:r w:rsidRPr="0078531E">
        <w:rPr>
          <w:spacing w:val="-2"/>
          <w:sz w:val="24"/>
        </w:rPr>
        <w:t xml:space="preserve"> </w:t>
      </w:r>
      <w:r w:rsidRPr="0078531E">
        <w:rPr>
          <w:sz w:val="24"/>
        </w:rPr>
        <w:t>óvodák kiegészítő, esetenként hátránycsökkentő szerepet töltenek be;</w:t>
      </w:r>
    </w:p>
    <w:p w14:paraId="1C474096" w14:textId="0A8B8F4F" w:rsidR="00AE0CFD" w:rsidRPr="0078531E" w:rsidRDefault="00C3522D">
      <w:pPr>
        <w:pStyle w:val="Listaszerbekezds"/>
        <w:numPr>
          <w:ilvl w:val="1"/>
          <w:numId w:val="24"/>
        </w:numPr>
        <w:tabs>
          <w:tab w:val="left" w:pos="620"/>
        </w:tabs>
        <w:spacing w:line="360" w:lineRule="auto"/>
        <w:ind w:left="136" w:right="445" w:firstLine="240"/>
        <w:jc w:val="both"/>
        <w:rPr>
          <w:i/>
          <w:sz w:val="24"/>
        </w:rPr>
      </w:pPr>
      <w:r w:rsidRPr="0078531E">
        <w:rPr>
          <w:sz w:val="24"/>
        </w:rPr>
        <w:t>az óvodai nevelésnek a gyermeki személyiség teljes kibontakozásának elősegítésére kell irányulnia,</w:t>
      </w:r>
      <w:r w:rsidRPr="0078531E">
        <w:rPr>
          <w:spacing w:val="-1"/>
          <w:sz w:val="24"/>
        </w:rPr>
        <w:t xml:space="preserve"> </w:t>
      </w:r>
      <w:r w:rsidRPr="0078531E">
        <w:rPr>
          <w:sz w:val="24"/>
        </w:rPr>
        <w:t>az</w:t>
      </w:r>
      <w:r w:rsidRPr="0078531E">
        <w:rPr>
          <w:spacing w:val="-2"/>
          <w:sz w:val="24"/>
        </w:rPr>
        <w:t xml:space="preserve"> </w:t>
      </w:r>
      <w:r w:rsidRPr="0078531E">
        <w:rPr>
          <w:sz w:val="24"/>
        </w:rPr>
        <w:t>emberi</w:t>
      </w:r>
      <w:r w:rsidRPr="0078531E">
        <w:rPr>
          <w:spacing w:val="-3"/>
          <w:sz w:val="24"/>
        </w:rPr>
        <w:t xml:space="preserve"> </w:t>
      </w:r>
      <w:r w:rsidRPr="0078531E">
        <w:rPr>
          <w:sz w:val="24"/>
        </w:rPr>
        <w:t>jogok</w:t>
      </w:r>
      <w:r w:rsidRPr="0078531E">
        <w:rPr>
          <w:spacing w:val="-3"/>
          <w:sz w:val="24"/>
        </w:rPr>
        <w:t xml:space="preserve"> </w:t>
      </w:r>
      <w:r w:rsidRPr="0078531E">
        <w:rPr>
          <w:sz w:val="24"/>
        </w:rPr>
        <w:t>és</w:t>
      </w:r>
      <w:r w:rsidRPr="0078531E">
        <w:rPr>
          <w:spacing w:val="-4"/>
          <w:sz w:val="24"/>
        </w:rPr>
        <w:t xml:space="preserve"> </w:t>
      </w:r>
      <w:r w:rsidRPr="0078531E">
        <w:rPr>
          <w:sz w:val="24"/>
        </w:rPr>
        <w:t>a</w:t>
      </w:r>
      <w:r w:rsidRPr="0078531E">
        <w:rPr>
          <w:spacing w:val="-2"/>
          <w:sz w:val="24"/>
        </w:rPr>
        <w:t xml:space="preserve"> </w:t>
      </w:r>
      <w:r w:rsidRPr="0078531E">
        <w:rPr>
          <w:sz w:val="24"/>
        </w:rPr>
        <w:t>gyermeket</w:t>
      </w:r>
      <w:r w:rsidRPr="0078531E">
        <w:rPr>
          <w:spacing w:val="-3"/>
          <w:sz w:val="24"/>
        </w:rPr>
        <w:t xml:space="preserve"> </w:t>
      </w:r>
      <w:r w:rsidRPr="0078531E">
        <w:rPr>
          <w:sz w:val="24"/>
        </w:rPr>
        <w:t>megillető</w:t>
      </w:r>
      <w:r w:rsidRPr="0078531E">
        <w:rPr>
          <w:spacing w:val="-3"/>
          <w:sz w:val="24"/>
        </w:rPr>
        <w:t xml:space="preserve"> </w:t>
      </w:r>
      <w:r w:rsidRPr="0078531E">
        <w:rPr>
          <w:sz w:val="24"/>
        </w:rPr>
        <w:t>jogok</w:t>
      </w:r>
      <w:r w:rsidRPr="0078531E">
        <w:rPr>
          <w:spacing w:val="-3"/>
          <w:sz w:val="24"/>
        </w:rPr>
        <w:t xml:space="preserve"> </w:t>
      </w:r>
      <w:r w:rsidRPr="0078531E">
        <w:rPr>
          <w:sz w:val="24"/>
        </w:rPr>
        <w:t>tiszteletben</w:t>
      </w:r>
      <w:r w:rsidRPr="0078531E">
        <w:rPr>
          <w:spacing w:val="-3"/>
          <w:sz w:val="24"/>
        </w:rPr>
        <w:t xml:space="preserve"> </w:t>
      </w:r>
      <w:r w:rsidRPr="0078531E">
        <w:rPr>
          <w:sz w:val="24"/>
        </w:rPr>
        <w:t>tartásával;</w:t>
      </w:r>
      <w:r w:rsidRPr="0078531E">
        <w:rPr>
          <w:spacing w:val="-3"/>
          <w:sz w:val="24"/>
        </w:rPr>
        <w:t xml:space="preserve"> </w:t>
      </w:r>
      <w:r w:rsidRPr="0078531E">
        <w:rPr>
          <w:sz w:val="24"/>
        </w:rPr>
        <w:t>oly</w:t>
      </w:r>
      <w:r w:rsidRPr="0078531E">
        <w:rPr>
          <w:spacing w:val="-8"/>
          <w:sz w:val="24"/>
        </w:rPr>
        <w:t xml:space="preserve"> </w:t>
      </w:r>
      <w:r w:rsidRPr="0078531E">
        <w:rPr>
          <w:sz w:val="24"/>
        </w:rPr>
        <w:t>módon, hogy minden gyermek egyenlő eséllyel részesülhessen színvonalas nevelésben.”</w:t>
      </w:r>
      <w:r w:rsidR="00914541" w:rsidRPr="0078531E">
        <w:rPr>
          <w:sz w:val="24"/>
          <w:vertAlign w:val="superscript"/>
        </w:rPr>
        <w:t>6</w:t>
      </w:r>
    </w:p>
    <w:p w14:paraId="74857CCD" w14:textId="77777777" w:rsidR="00AE0CFD" w:rsidRPr="0078531E" w:rsidRDefault="00AE0CFD">
      <w:pPr>
        <w:pStyle w:val="Szvegtrzs"/>
        <w:spacing w:before="5"/>
      </w:pPr>
    </w:p>
    <w:p w14:paraId="4011BB29" w14:textId="77777777" w:rsidR="00AE0CFD" w:rsidRPr="0078531E" w:rsidRDefault="00C3522D">
      <w:pPr>
        <w:ind w:left="206"/>
        <w:jc w:val="both"/>
        <w:rPr>
          <w:b/>
          <w:sz w:val="28"/>
        </w:rPr>
      </w:pPr>
      <w:r w:rsidRPr="0078531E">
        <w:rPr>
          <w:b/>
          <w:sz w:val="28"/>
        </w:rPr>
        <w:t>Az</w:t>
      </w:r>
      <w:r w:rsidRPr="0078531E">
        <w:rPr>
          <w:b/>
          <w:spacing w:val="-5"/>
          <w:sz w:val="28"/>
        </w:rPr>
        <w:t xml:space="preserve"> </w:t>
      </w:r>
      <w:r w:rsidRPr="0078531E">
        <w:rPr>
          <w:b/>
          <w:sz w:val="28"/>
        </w:rPr>
        <w:t>óvodai</w:t>
      </w:r>
      <w:r w:rsidRPr="0078531E">
        <w:rPr>
          <w:b/>
          <w:spacing w:val="-4"/>
          <w:sz w:val="28"/>
        </w:rPr>
        <w:t xml:space="preserve"> </w:t>
      </w:r>
      <w:r w:rsidRPr="0078531E">
        <w:rPr>
          <w:b/>
          <w:sz w:val="28"/>
        </w:rPr>
        <w:t>nevelés</w:t>
      </w:r>
      <w:r w:rsidRPr="0078531E">
        <w:rPr>
          <w:b/>
          <w:spacing w:val="-6"/>
          <w:sz w:val="28"/>
        </w:rPr>
        <w:t xml:space="preserve"> </w:t>
      </w:r>
      <w:r w:rsidRPr="0078531E">
        <w:rPr>
          <w:b/>
          <w:sz w:val="28"/>
        </w:rPr>
        <w:t>általános</w:t>
      </w:r>
      <w:r w:rsidRPr="0078531E">
        <w:rPr>
          <w:b/>
          <w:spacing w:val="-3"/>
          <w:sz w:val="28"/>
        </w:rPr>
        <w:t xml:space="preserve"> </w:t>
      </w:r>
      <w:r w:rsidRPr="0078531E">
        <w:rPr>
          <w:b/>
          <w:spacing w:val="-2"/>
          <w:sz w:val="28"/>
        </w:rPr>
        <w:t>feladatai</w:t>
      </w:r>
    </w:p>
    <w:p w14:paraId="0345E2F3" w14:textId="77777777" w:rsidR="00AE0CFD" w:rsidRPr="0078531E" w:rsidRDefault="00AE0CFD">
      <w:pPr>
        <w:pStyle w:val="Szvegtrzs"/>
        <w:spacing w:before="118"/>
        <w:rPr>
          <w:b/>
          <w:sz w:val="28"/>
        </w:rPr>
      </w:pPr>
    </w:p>
    <w:p w14:paraId="2B202998" w14:textId="77777777" w:rsidR="00AE0CFD" w:rsidRPr="0078531E" w:rsidRDefault="00C3522D">
      <w:pPr>
        <w:spacing w:line="360" w:lineRule="auto"/>
        <w:ind w:left="136" w:right="535"/>
        <w:jc w:val="both"/>
        <w:rPr>
          <w:sz w:val="24"/>
        </w:rPr>
      </w:pPr>
      <w:r w:rsidRPr="0078531E">
        <w:rPr>
          <w:b/>
          <w:sz w:val="24"/>
        </w:rPr>
        <w:t>A</w:t>
      </w:r>
      <w:r w:rsidRPr="0078531E">
        <w:rPr>
          <w:b/>
          <w:spacing w:val="-5"/>
          <w:sz w:val="24"/>
        </w:rPr>
        <w:t xml:space="preserve"> </w:t>
      </w:r>
      <w:r w:rsidRPr="0078531E">
        <w:rPr>
          <w:b/>
          <w:sz w:val="24"/>
        </w:rPr>
        <w:t>pedagógiai</w:t>
      </w:r>
      <w:r w:rsidRPr="0078531E">
        <w:rPr>
          <w:b/>
          <w:spacing w:val="-4"/>
          <w:sz w:val="24"/>
        </w:rPr>
        <w:t xml:space="preserve"> </w:t>
      </w:r>
      <w:r w:rsidRPr="0078531E">
        <w:rPr>
          <w:b/>
          <w:sz w:val="24"/>
        </w:rPr>
        <w:t>folyamatok</w:t>
      </w:r>
      <w:r w:rsidRPr="0078531E">
        <w:rPr>
          <w:b/>
          <w:spacing w:val="-5"/>
          <w:sz w:val="24"/>
        </w:rPr>
        <w:t xml:space="preserve"> </w:t>
      </w:r>
      <w:r w:rsidRPr="0078531E">
        <w:rPr>
          <w:b/>
          <w:sz w:val="24"/>
        </w:rPr>
        <w:t>tervezésénél,</w:t>
      </w:r>
      <w:r w:rsidRPr="0078531E">
        <w:rPr>
          <w:b/>
          <w:spacing w:val="-4"/>
          <w:sz w:val="24"/>
        </w:rPr>
        <w:t xml:space="preserve"> </w:t>
      </w:r>
      <w:r w:rsidRPr="0078531E">
        <w:rPr>
          <w:b/>
          <w:sz w:val="24"/>
        </w:rPr>
        <w:t>irányításánál</w:t>
      </w:r>
      <w:r w:rsidRPr="0078531E">
        <w:rPr>
          <w:b/>
          <w:spacing w:val="-4"/>
          <w:sz w:val="24"/>
        </w:rPr>
        <w:t xml:space="preserve"> </w:t>
      </w:r>
      <w:r w:rsidRPr="0078531E">
        <w:rPr>
          <w:b/>
          <w:sz w:val="24"/>
        </w:rPr>
        <w:t>alapvető</w:t>
      </w:r>
      <w:r w:rsidRPr="0078531E">
        <w:rPr>
          <w:b/>
          <w:spacing w:val="-2"/>
          <w:sz w:val="24"/>
        </w:rPr>
        <w:t xml:space="preserve"> </w:t>
      </w:r>
      <w:r w:rsidRPr="0078531E">
        <w:rPr>
          <w:sz w:val="24"/>
        </w:rPr>
        <w:t>szempont</w:t>
      </w:r>
      <w:r w:rsidRPr="0078531E">
        <w:rPr>
          <w:spacing w:val="-6"/>
          <w:sz w:val="24"/>
        </w:rPr>
        <w:t xml:space="preserve"> </w:t>
      </w:r>
      <w:r w:rsidRPr="0078531E">
        <w:rPr>
          <w:sz w:val="24"/>
        </w:rPr>
        <w:t>a</w:t>
      </w:r>
      <w:r w:rsidRPr="0078531E">
        <w:rPr>
          <w:spacing w:val="-5"/>
          <w:sz w:val="24"/>
        </w:rPr>
        <w:t xml:space="preserve"> </w:t>
      </w:r>
      <w:r w:rsidRPr="0078531E">
        <w:rPr>
          <w:sz w:val="24"/>
        </w:rPr>
        <w:t>személyiség-</w:t>
      </w:r>
      <w:r w:rsidRPr="0078531E">
        <w:rPr>
          <w:spacing w:val="-3"/>
          <w:sz w:val="24"/>
        </w:rPr>
        <w:t xml:space="preserve"> </w:t>
      </w:r>
      <w:r w:rsidRPr="0078531E">
        <w:rPr>
          <w:sz w:val="24"/>
        </w:rPr>
        <w:t>és a</w:t>
      </w:r>
      <w:r w:rsidRPr="0078531E">
        <w:rPr>
          <w:spacing w:val="-5"/>
          <w:sz w:val="24"/>
        </w:rPr>
        <w:t xml:space="preserve"> </w:t>
      </w:r>
      <w:r w:rsidRPr="0078531E">
        <w:rPr>
          <w:sz w:val="24"/>
        </w:rPr>
        <w:t>közösségfejlesztés,</w:t>
      </w:r>
      <w:r w:rsidRPr="0078531E">
        <w:rPr>
          <w:spacing w:val="-4"/>
          <w:sz w:val="24"/>
        </w:rPr>
        <w:t xml:space="preserve"> </w:t>
      </w:r>
      <w:r w:rsidRPr="0078531E">
        <w:rPr>
          <w:sz w:val="24"/>
        </w:rPr>
        <w:t>nevelési-oktatási</w:t>
      </w:r>
      <w:r w:rsidRPr="0078531E">
        <w:rPr>
          <w:spacing w:val="-4"/>
          <w:sz w:val="24"/>
        </w:rPr>
        <w:t xml:space="preserve"> </w:t>
      </w:r>
      <w:r w:rsidRPr="0078531E">
        <w:rPr>
          <w:sz w:val="24"/>
        </w:rPr>
        <w:t>eredmények</w:t>
      </w:r>
      <w:r w:rsidRPr="0078531E">
        <w:rPr>
          <w:spacing w:val="-4"/>
          <w:sz w:val="24"/>
        </w:rPr>
        <w:t xml:space="preserve"> </w:t>
      </w:r>
      <w:r w:rsidRPr="0078531E">
        <w:rPr>
          <w:sz w:val="24"/>
        </w:rPr>
        <w:t>elérése,</w:t>
      </w:r>
      <w:r w:rsidRPr="0078531E">
        <w:rPr>
          <w:spacing w:val="-4"/>
          <w:sz w:val="24"/>
        </w:rPr>
        <w:t xml:space="preserve"> </w:t>
      </w:r>
      <w:r w:rsidRPr="0078531E">
        <w:rPr>
          <w:sz w:val="24"/>
        </w:rPr>
        <w:t>hátránycsökkentés,</w:t>
      </w:r>
      <w:r w:rsidRPr="0078531E">
        <w:rPr>
          <w:spacing w:val="-4"/>
          <w:sz w:val="24"/>
        </w:rPr>
        <w:t xml:space="preserve"> </w:t>
      </w:r>
      <w:r w:rsidRPr="0078531E">
        <w:rPr>
          <w:sz w:val="24"/>
        </w:rPr>
        <w:t>a</w:t>
      </w:r>
      <w:r w:rsidRPr="0078531E">
        <w:rPr>
          <w:spacing w:val="-6"/>
          <w:sz w:val="24"/>
        </w:rPr>
        <w:t xml:space="preserve"> </w:t>
      </w:r>
      <w:r w:rsidRPr="0078531E">
        <w:rPr>
          <w:sz w:val="24"/>
        </w:rPr>
        <w:t>gyerekek,</w:t>
      </w:r>
      <w:r w:rsidRPr="0078531E">
        <w:rPr>
          <w:spacing w:val="40"/>
          <w:sz w:val="24"/>
        </w:rPr>
        <w:t xml:space="preserve"> </w:t>
      </w:r>
      <w:r w:rsidRPr="0078531E">
        <w:rPr>
          <w:sz w:val="24"/>
        </w:rPr>
        <w:t>a szülők és a munkatársak elégedettsége és a fenntartói elvárásoknak való megfelelés. Az</w:t>
      </w:r>
    </w:p>
    <w:p w14:paraId="0BE8713C" w14:textId="77777777" w:rsidR="00AE0CFD" w:rsidRPr="0078531E" w:rsidRDefault="00C3522D">
      <w:pPr>
        <w:pStyle w:val="Szvegtrzs"/>
        <w:spacing w:line="360" w:lineRule="auto"/>
        <w:ind w:left="136" w:right="973"/>
        <w:jc w:val="both"/>
      </w:pPr>
      <w:r w:rsidRPr="0078531E">
        <w:t>óvodai</w:t>
      </w:r>
      <w:r w:rsidRPr="0078531E">
        <w:rPr>
          <w:spacing w:val="-4"/>
        </w:rPr>
        <w:t xml:space="preserve"> </w:t>
      </w:r>
      <w:r w:rsidRPr="0078531E">
        <w:t>nevelés</w:t>
      </w:r>
      <w:r w:rsidRPr="0078531E">
        <w:rPr>
          <w:spacing w:val="-5"/>
        </w:rPr>
        <w:t xml:space="preserve"> </w:t>
      </w:r>
      <w:r w:rsidRPr="0078531E">
        <w:t>feladata</w:t>
      </w:r>
      <w:r w:rsidRPr="0078531E">
        <w:rPr>
          <w:spacing w:val="-5"/>
        </w:rPr>
        <w:t xml:space="preserve"> </w:t>
      </w:r>
      <w:r w:rsidRPr="0078531E">
        <w:t>az</w:t>
      </w:r>
      <w:r w:rsidRPr="0078531E">
        <w:rPr>
          <w:spacing w:val="-3"/>
        </w:rPr>
        <w:t xml:space="preserve"> </w:t>
      </w:r>
      <w:r w:rsidRPr="0078531E">
        <w:t>óvodáskorú</w:t>
      </w:r>
      <w:r w:rsidRPr="0078531E">
        <w:rPr>
          <w:spacing w:val="-4"/>
        </w:rPr>
        <w:t xml:space="preserve"> </w:t>
      </w:r>
      <w:r w:rsidRPr="0078531E">
        <w:t>gyermek</w:t>
      </w:r>
      <w:r w:rsidRPr="0078531E">
        <w:rPr>
          <w:spacing w:val="-4"/>
        </w:rPr>
        <w:t xml:space="preserve"> </w:t>
      </w:r>
      <w:r w:rsidRPr="0078531E">
        <w:t>testi</w:t>
      </w:r>
      <w:r w:rsidRPr="0078531E">
        <w:rPr>
          <w:spacing w:val="-3"/>
        </w:rPr>
        <w:t xml:space="preserve"> </w:t>
      </w:r>
      <w:r w:rsidRPr="0078531E">
        <w:t>és</w:t>
      </w:r>
      <w:r w:rsidRPr="0078531E">
        <w:rPr>
          <w:spacing w:val="-5"/>
        </w:rPr>
        <w:t xml:space="preserve"> </w:t>
      </w:r>
      <w:r w:rsidRPr="0078531E">
        <w:t>lelki</w:t>
      </w:r>
      <w:r w:rsidRPr="0078531E">
        <w:rPr>
          <w:spacing w:val="-4"/>
        </w:rPr>
        <w:t xml:space="preserve"> </w:t>
      </w:r>
      <w:r w:rsidRPr="0078531E">
        <w:t>szükségleteinek</w:t>
      </w:r>
      <w:r w:rsidRPr="0078531E">
        <w:rPr>
          <w:spacing w:val="-4"/>
        </w:rPr>
        <w:t xml:space="preserve"> </w:t>
      </w:r>
      <w:r w:rsidRPr="0078531E">
        <w:t>kielégítése. Ezen belül:</w:t>
      </w:r>
    </w:p>
    <w:p w14:paraId="6F4CBA13" w14:textId="77777777" w:rsidR="00AE0CFD" w:rsidRPr="0078531E" w:rsidRDefault="00C3522D">
      <w:pPr>
        <w:pStyle w:val="Listaszerbekezds"/>
        <w:numPr>
          <w:ilvl w:val="0"/>
          <w:numId w:val="16"/>
        </w:numPr>
        <w:tabs>
          <w:tab w:val="left" w:pos="514"/>
        </w:tabs>
        <w:ind w:left="514" w:hanging="138"/>
        <w:jc w:val="both"/>
        <w:rPr>
          <w:sz w:val="24"/>
        </w:rPr>
      </w:pPr>
      <w:r w:rsidRPr="0078531E">
        <w:rPr>
          <w:sz w:val="24"/>
        </w:rPr>
        <w:t>az</w:t>
      </w:r>
      <w:r w:rsidRPr="0078531E">
        <w:rPr>
          <w:spacing w:val="-1"/>
          <w:sz w:val="24"/>
        </w:rPr>
        <w:t xml:space="preserve"> </w:t>
      </w:r>
      <w:r w:rsidRPr="0078531E">
        <w:rPr>
          <w:sz w:val="24"/>
        </w:rPr>
        <w:t>egészséges</w:t>
      </w:r>
      <w:r w:rsidRPr="0078531E">
        <w:rPr>
          <w:spacing w:val="-3"/>
          <w:sz w:val="24"/>
        </w:rPr>
        <w:t xml:space="preserve"> </w:t>
      </w:r>
      <w:r w:rsidRPr="0078531E">
        <w:rPr>
          <w:sz w:val="24"/>
        </w:rPr>
        <w:t>életmód</w:t>
      </w:r>
      <w:r w:rsidRPr="0078531E">
        <w:rPr>
          <w:spacing w:val="1"/>
          <w:sz w:val="24"/>
        </w:rPr>
        <w:t xml:space="preserve"> </w:t>
      </w:r>
      <w:r w:rsidRPr="0078531E">
        <w:rPr>
          <w:spacing w:val="-2"/>
          <w:sz w:val="24"/>
        </w:rPr>
        <w:t>alakítása,</w:t>
      </w:r>
    </w:p>
    <w:p w14:paraId="6D8B5C57" w14:textId="77777777" w:rsidR="00AE0CFD" w:rsidRPr="0078531E" w:rsidRDefault="00C3522D">
      <w:pPr>
        <w:pStyle w:val="Listaszerbekezds"/>
        <w:numPr>
          <w:ilvl w:val="0"/>
          <w:numId w:val="16"/>
        </w:numPr>
        <w:tabs>
          <w:tab w:val="left" w:pos="514"/>
        </w:tabs>
        <w:spacing w:before="139"/>
        <w:ind w:left="514" w:hanging="138"/>
        <w:jc w:val="both"/>
        <w:rPr>
          <w:sz w:val="24"/>
        </w:rPr>
      </w:pPr>
      <w:r w:rsidRPr="0078531E">
        <w:rPr>
          <w:sz w:val="24"/>
        </w:rPr>
        <w:t>az</w:t>
      </w:r>
      <w:r w:rsidRPr="0078531E">
        <w:rPr>
          <w:spacing w:val="-1"/>
          <w:sz w:val="24"/>
        </w:rPr>
        <w:t xml:space="preserve"> </w:t>
      </w:r>
      <w:r w:rsidRPr="0078531E">
        <w:rPr>
          <w:sz w:val="24"/>
        </w:rPr>
        <w:t>érzelmi,</w:t>
      </w:r>
      <w:r w:rsidRPr="0078531E">
        <w:rPr>
          <w:spacing w:val="-2"/>
          <w:sz w:val="24"/>
        </w:rPr>
        <w:t xml:space="preserve"> </w:t>
      </w:r>
      <w:r w:rsidRPr="0078531E">
        <w:rPr>
          <w:sz w:val="24"/>
        </w:rPr>
        <w:t>az</w:t>
      </w:r>
      <w:r w:rsidRPr="0078531E">
        <w:rPr>
          <w:spacing w:val="-1"/>
          <w:sz w:val="24"/>
        </w:rPr>
        <w:t xml:space="preserve"> </w:t>
      </w:r>
      <w:r w:rsidRPr="0078531E">
        <w:rPr>
          <w:sz w:val="24"/>
        </w:rPr>
        <w:t>erkölcsi</w:t>
      </w:r>
      <w:r w:rsidRPr="0078531E">
        <w:rPr>
          <w:spacing w:val="-2"/>
          <w:sz w:val="24"/>
        </w:rPr>
        <w:t xml:space="preserve"> </w:t>
      </w:r>
      <w:r w:rsidRPr="0078531E">
        <w:rPr>
          <w:sz w:val="24"/>
        </w:rPr>
        <w:t>és</w:t>
      </w:r>
      <w:r w:rsidRPr="0078531E">
        <w:rPr>
          <w:spacing w:val="-3"/>
          <w:sz w:val="24"/>
        </w:rPr>
        <w:t xml:space="preserve"> </w:t>
      </w:r>
      <w:r w:rsidRPr="0078531E">
        <w:rPr>
          <w:sz w:val="24"/>
        </w:rPr>
        <w:t>az értékorientált</w:t>
      </w:r>
      <w:r w:rsidRPr="0078531E">
        <w:rPr>
          <w:spacing w:val="-2"/>
          <w:sz w:val="24"/>
        </w:rPr>
        <w:t xml:space="preserve"> </w:t>
      </w:r>
      <w:r w:rsidRPr="0078531E">
        <w:rPr>
          <w:sz w:val="24"/>
        </w:rPr>
        <w:t>közösségi</w:t>
      </w:r>
      <w:r w:rsidRPr="0078531E">
        <w:rPr>
          <w:spacing w:val="-1"/>
          <w:sz w:val="24"/>
        </w:rPr>
        <w:t xml:space="preserve"> </w:t>
      </w:r>
      <w:r w:rsidRPr="0078531E">
        <w:rPr>
          <w:spacing w:val="-2"/>
          <w:sz w:val="24"/>
        </w:rPr>
        <w:t>nevelés,</w:t>
      </w:r>
    </w:p>
    <w:p w14:paraId="1662761C" w14:textId="13DAE3D0" w:rsidR="00AE0CFD" w:rsidRPr="0078531E" w:rsidRDefault="00C3522D">
      <w:pPr>
        <w:pStyle w:val="Listaszerbekezds"/>
        <w:numPr>
          <w:ilvl w:val="0"/>
          <w:numId w:val="16"/>
        </w:numPr>
        <w:tabs>
          <w:tab w:val="left" w:pos="514"/>
        </w:tabs>
        <w:spacing w:before="136"/>
        <w:ind w:left="514" w:hanging="138"/>
        <w:jc w:val="both"/>
        <w:rPr>
          <w:sz w:val="24"/>
        </w:rPr>
      </w:pPr>
      <w:r w:rsidRPr="0078531E">
        <w:rPr>
          <w:sz w:val="24"/>
        </w:rPr>
        <w:t>az</w:t>
      </w:r>
      <w:r w:rsidRPr="0078531E">
        <w:rPr>
          <w:spacing w:val="-4"/>
          <w:sz w:val="24"/>
        </w:rPr>
        <w:t xml:space="preserve"> </w:t>
      </w:r>
      <w:r w:rsidRPr="0078531E">
        <w:rPr>
          <w:sz w:val="24"/>
        </w:rPr>
        <w:t>anyanyelvi,</w:t>
      </w:r>
      <w:r w:rsidRPr="0078531E">
        <w:rPr>
          <w:spacing w:val="-3"/>
          <w:sz w:val="24"/>
        </w:rPr>
        <w:t xml:space="preserve"> </w:t>
      </w:r>
      <w:r w:rsidRPr="0078531E">
        <w:rPr>
          <w:sz w:val="24"/>
        </w:rPr>
        <w:t>értelmi</w:t>
      </w:r>
      <w:r w:rsidRPr="0078531E">
        <w:rPr>
          <w:spacing w:val="-3"/>
          <w:sz w:val="24"/>
        </w:rPr>
        <w:t xml:space="preserve"> </w:t>
      </w:r>
      <w:r w:rsidRPr="0078531E">
        <w:rPr>
          <w:sz w:val="24"/>
        </w:rPr>
        <w:t>fejlesztés</w:t>
      </w:r>
      <w:r w:rsidRPr="0078531E">
        <w:rPr>
          <w:spacing w:val="-4"/>
          <w:sz w:val="24"/>
        </w:rPr>
        <w:t xml:space="preserve"> </w:t>
      </w:r>
      <w:r w:rsidRPr="0078531E">
        <w:rPr>
          <w:sz w:val="24"/>
        </w:rPr>
        <w:t>és</w:t>
      </w:r>
      <w:r w:rsidRPr="0078531E">
        <w:rPr>
          <w:spacing w:val="-4"/>
          <w:sz w:val="24"/>
        </w:rPr>
        <w:t xml:space="preserve"> </w:t>
      </w:r>
      <w:r w:rsidRPr="0078531E">
        <w:rPr>
          <w:sz w:val="24"/>
        </w:rPr>
        <w:t>nevelés</w:t>
      </w:r>
      <w:r w:rsidRPr="0078531E">
        <w:rPr>
          <w:spacing w:val="-3"/>
          <w:sz w:val="24"/>
        </w:rPr>
        <w:t xml:space="preserve"> </w:t>
      </w:r>
      <w:r w:rsidRPr="0078531E">
        <w:rPr>
          <w:spacing w:val="-2"/>
          <w:sz w:val="24"/>
        </w:rPr>
        <w:t>megvalósítása.”</w:t>
      </w:r>
      <w:r w:rsidR="00914541" w:rsidRPr="0078531E">
        <w:rPr>
          <w:spacing w:val="-2"/>
          <w:sz w:val="24"/>
          <w:vertAlign w:val="superscript"/>
        </w:rPr>
        <w:t>7</w:t>
      </w:r>
    </w:p>
    <w:p w14:paraId="43AA66D6" w14:textId="77777777" w:rsidR="00AE0CFD" w:rsidRPr="0078531E" w:rsidRDefault="00AE0CFD">
      <w:pPr>
        <w:pStyle w:val="Szvegtrzs"/>
        <w:spacing w:before="206"/>
      </w:pPr>
    </w:p>
    <w:p w14:paraId="7B37EB57" w14:textId="77777777" w:rsidR="00AE0CFD" w:rsidRPr="0078531E" w:rsidRDefault="00C3522D">
      <w:pPr>
        <w:pStyle w:val="Listaszerbekezds"/>
        <w:numPr>
          <w:ilvl w:val="0"/>
          <w:numId w:val="15"/>
        </w:numPr>
        <w:tabs>
          <w:tab w:val="left" w:pos="854"/>
        </w:tabs>
        <w:ind w:left="854" w:hanging="358"/>
        <w:rPr>
          <w:b/>
          <w:sz w:val="28"/>
        </w:rPr>
      </w:pPr>
      <w:r w:rsidRPr="0078531E">
        <w:rPr>
          <w:b/>
          <w:sz w:val="28"/>
        </w:rPr>
        <w:t>Az</w:t>
      </w:r>
      <w:r w:rsidRPr="0078531E">
        <w:rPr>
          <w:b/>
          <w:spacing w:val="-6"/>
          <w:sz w:val="28"/>
        </w:rPr>
        <w:t xml:space="preserve"> </w:t>
      </w:r>
      <w:r w:rsidRPr="0078531E">
        <w:rPr>
          <w:b/>
          <w:sz w:val="28"/>
        </w:rPr>
        <w:t>egészséges</w:t>
      </w:r>
      <w:r w:rsidRPr="0078531E">
        <w:rPr>
          <w:b/>
          <w:spacing w:val="-6"/>
          <w:sz w:val="28"/>
        </w:rPr>
        <w:t xml:space="preserve"> </w:t>
      </w:r>
      <w:r w:rsidRPr="0078531E">
        <w:rPr>
          <w:b/>
          <w:sz w:val="28"/>
        </w:rPr>
        <w:t>életmód</w:t>
      </w:r>
      <w:r w:rsidRPr="0078531E">
        <w:rPr>
          <w:b/>
          <w:spacing w:val="-5"/>
          <w:sz w:val="28"/>
        </w:rPr>
        <w:t xml:space="preserve"> </w:t>
      </w:r>
      <w:r w:rsidRPr="0078531E">
        <w:rPr>
          <w:b/>
          <w:spacing w:val="-2"/>
          <w:sz w:val="28"/>
        </w:rPr>
        <w:t>alakítása</w:t>
      </w:r>
    </w:p>
    <w:p w14:paraId="2B4C7360" w14:textId="77777777" w:rsidR="00AE0CFD" w:rsidRPr="0078531E" w:rsidRDefault="00AE0CFD">
      <w:pPr>
        <w:pStyle w:val="Szvegtrzs"/>
        <w:rPr>
          <w:b/>
          <w:sz w:val="20"/>
        </w:rPr>
      </w:pPr>
    </w:p>
    <w:p w14:paraId="61AEE58B" w14:textId="777D8BF1" w:rsidR="00AE0CFD" w:rsidRPr="0078531E" w:rsidRDefault="00C3522D">
      <w:pPr>
        <w:pStyle w:val="Cmsor4"/>
        <w:numPr>
          <w:ilvl w:val="1"/>
          <w:numId w:val="14"/>
        </w:numPr>
        <w:tabs>
          <w:tab w:val="left" w:pos="609"/>
        </w:tabs>
        <w:spacing w:before="76"/>
        <w:ind w:hanging="473"/>
        <w:jc w:val="left"/>
      </w:pPr>
      <w:r w:rsidRPr="0078531E">
        <w:rPr>
          <w:spacing w:val="-2"/>
        </w:rPr>
        <w:t>Alapja</w:t>
      </w:r>
    </w:p>
    <w:p w14:paraId="0DA8E81B" w14:textId="77777777" w:rsidR="00AE0CFD" w:rsidRPr="0078531E" w:rsidRDefault="00C3522D">
      <w:pPr>
        <w:pStyle w:val="Szvegtrzs"/>
        <w:ind w:left="136"/>
      </w:pPr>
      <w:r w:rsidRPr="0078531E">
        <w:t>Az</w:t>
      </w:r>
      <w:r w:rsidRPr="0078531E">
        <w:rPr>
          <w:spacing w:val="-5"/>
        </w:rPr>
        <w:t xml:space="preserve"> </w:t>
      </w:r>
      <w:r w:rsidRPr="0078531E">
        <w:t>ÓNOAP</w:t>
      </w:r>
      <w:r w:rsidRPr="0078531E">
        <w:rPr>
          <w:spacing w:val="-2"/>
        </w:rPr>
        <w:t xml:space="preserve"> </w:t>
      </w:r>
      <w:r w:rsidRPr="0078531E">
        <w:t>meghatározása</w:t>
      </w:r>
      <w:r w:rsidRPr="0078531E">
        <w:rPr>
          <w:spacing w:val="-2"/>
        </w:rPr>
        <w:t xml:space="preserve"> alapján.</w:t>
      </w:r>
    </w:p>
    <w:p w14:paraId="23DD08C9" w14:textId="77777777" w:rsidR="00AE0CFD" w:rsidRPr="0078531E" w:rsidRDefault="00AE0CFD">
      <w:pPr>
        <w:pStyle w:val="Szvegtrzs"/>
        <w:spacing w:before="65"/>
      </w:pPr>
    </w:p>
    <w:p w14:paraId="71A6CA9A" w14:textId="77777777" w:rsidR="00AE0CFD" w:rsidRPr="0078531E" w:rsidRDefault="00C3522D">
      <w:pPr>
        <w:pStyle w:val="Cmsor4"/>
        <w:numPr>
          <w:ilvl w:val="1"/>
          <w:numId w:val="14"/>
        </w:numPr>
        <w:tabs>
          <w:tab w:val="left" w:pos="609"/>
        </w:tabs>
        <w:spacing w:line="275" w:lineRule="exact"/>
        <w:ind w:hanging="473"/>
        <w:jc w:val="left"/>
      </w:pPr>
      <w:r w:rsidRPr="0078531E">
        <w:rPr>
          <w:spacing w:val="-2"/>
        </w:rPr>
        <w:t>Célja</w:t>
      </w:r>
    </w:p>
    <w:p w14:paraId="26B77001" w14:textId="77777777" w:rsidR="00AE0CFD" w:rsidRPr="0078531E" w:rsidRDefault="00C3522D">
      <w:pPr>
        <w:pStyle w:val="Szvegtrzs"/>
        <w:spacing w:line="360" w:lineRule="auto"/>
        <w:ind w:left="136" w:right="531"/>
      </w:pPr>
      <w:r w:rsidRPr="0078531E">
        <w:t>Az</w:t>
      </w:r>
      <w:r w:rsidRPr="0078531E">
        <w:rPr>
          <w:spacing w:val="-4"/>
        </w:rPr>
        <w:t xml:space="preserve"> </w:t>
      </w:r>
      <w:r w:rsidRPr="0078531E">
        <w:rPr>
          <w:i/>
        </w:rPr>
        <w:t>egészség</w:t>
      </w:r>
      <w:r w:rsidRPr="0078531E">
        <w:rPr>
          <w:i/>
          <w:spacing w:val="-4"/>
        </w:rPr>
        <w:t xml:space="preserve"> </w:t>
      </w:r>
      <w:r w:rsidRPr="0078531E">
        <w:rPr>
          <w:i/>
        </w:rPr>
        <w:t>védelmére</w:t>
      </w:r>
      <w:r w:rsidRPr="0078531E">
        <w:t>,</w:t>
      </w:r>
      <w:r w:rsidRPr="0078531E">
        <w:rPr>
          <w:spacing w:val="-2"/>
        </w:rPr>
        <w:t xml:space="preserve"> </w:t>
      </w:r>
      <w:r w:rsidRPr="0078531E">
        <w:t>az</w:t>
      </w:r>
      <w:r w:rsidRPr="0078531E">
        <w:rPr>
          <w:spacing w:val="-3"/>
        </w:rPr>
        <w:t xml:space="preserve"> </w:t>
      </w:r>
      <w:r w:rsidRPr="0078531E">
        <w:t>egészség</w:t>
      </w:r>
      <w:r w:rsidRPr="0078531E">
        <w:rPr>
          <w:spacing w:val="-7"/>
        </w:rPr>
        <w:t xml:space="preserve"> </w:t>
      </w:r>
      <w:r w:rsidRPr="0078531E">
        <w:t>értékként</w:t>
      </w:r>
      <w:r w:rsidRPr="0078531E">
        <w:rPr>
          <w:spacing w:val="-4"/>
        </w:rPr>
        <w:t xml:space="preserve"> </w:t>
      </w:r>
      <w:r w:rsidRPr="0078531E">
        <w:t>való</w:t>
      </w:r>
      <w:r w:rsidRPr="0078531E">
        <w:rPr>
          <w:spacing w:val="-2"/>
        </w:rPr>
        <w:t xml:space="preserve"> </w:t>
      </w:r>
      <w:r w:rsidRPr="0078531E">
        <w:t>kezelésére</w:t>
      </w:r>
      <w:r w:rsidRPr="0078531E">
        <w:rPr>
          <w:spacing w:val="-6"/>
        </w:rPr>
        <w:t xml:space="preserve"> </w:t>
      </w:r>
      <w:r w:rsidRPr="0078531E">
        <w:t>nevelés,</w:t>
      </w:r>
      <w:r w:rsidRPr="0078531E">
        <w:rPr>
          <w:spacing w:val="-3"/>
        </w:rPr>
        <w:t xml:space="preserve"> </w:t>
      </w:r>
      <w:r w:rsidRPr="0078531E">
        <w:t>az</w:t>
      </w:r>
      <w:r w:rsidRPr="0078531E">
        <w:rPr>
          <w:spacing w:val="-3"/>
        </w:rPr>
        <w:t xml:space="preserve"> </w:t>
      </w:r>
      <w:r w:rsidRPr="0078531E">
        <w:t>egészség magatartási szokásainak alakításával.</w:t>
      </w:r>
    </w:p>
    <w:p w14:paraId="6650AC27" w14:textId="77777777" w:rsidR="00AE0CFD" w:rsidRPr="0078531E" w:rsidRDefault="00C3522D">
      <w:pPr>
        <w:pStyle w:val="Listaszerbekezds"/>
        <w:numPr>
          <w:ilvl w:val="2"/>
          <w:numId w:val="14"/>
        </w:numPr>
        <w:tabs>
          <w:tab w:val="left" w:pos="274"/>
        </w:tabs>
        <w:spacing w:before="76"/>
        <w:ind w:left="274" w:hanging="138"/>
        <w:rPr>
          <w:i/>
          <w:sz w:val="24"/>
        </w:rPr>
      </w:pPr>
      <w:r w:rsidRPr="0078531E">
        <w:rPr>
          <w:sz w:val="24"/>
        </w:rPr>
        <w:t>A</w:t>
      </w:r>
      <w:r w:rsidRPr="0078531E">
        <w:rPr>
          <w:spacing w:val="-1"/>
          <w:sz w:val="24"/>
        </w:rPr>
        <w:t xml:space="preserve"> </w:t>
      </w:r>
      <w:r w:rsidRPr="0078531E">
        <w:rPr>
          <w:sz w:val="24"/>
        </w:rPr>
        <w:t>gyermekek</w:t>
      </w:r>
      <w:r w:rsidRPr="0078531E">
        <w:rPr>
          <w:spacing w:val="-2"/>
          <w:sz w:val="24"/>
        </w:rPr>
        <w:t xml:space="preserve"> </w:t>
      </w:r>
      <w:r w:rsidRPr="0078531E">
        <w:rPr>
          <w:sz w:val="24"/>
        </w:rPr>
        <w:t>harmonikus</w:t>
      </w:r>
      <w:r w:rsidRPr="0078531E">
        <w:rPr>
          <w:spacing w:val="-2"/>
          <w:sz w:val="24"/>
        </w:rPr>
        <w:t xml:space="preserve"> </w:t>
      </w:r>
      <w:r w:rsidRPr="0078531E">
        <w:rPr>
          <w:sz w:val="24"/>
        </w:rPr>
        <w:t>testi-lelki</w:t>
      </w:r>
      <w:r w:rsidRPr="0078531E">
        <w:rPr>
          <w:spacing w:val="-1"/>
          <w:sz w:val="24"/>
        </w:rPr>
        <w:t xml:space="preserve"> </w:t>
      </w:r>
      <w:r w:rsidRPr="0078531E">
        <w:rPr>
          <w:sz w:val="24"/>
        </w:rPr>
        <w:t>fejlődésének elősegítése,</w:t>
      </w:r>
      <w:r w:rsidRPr="0078531E">
        <w:rPr>
          <w:spacing w:val="-2"/>
          <w:sz w:val="24"/>
        </w:rPr>
        <w:t xml:space="preserve"> </w:t>
      </w:r>
      <w:r w:rsidRPr="0078531E">
        <w:rPr>
          <w:sz w:val="24"/>
        </w:rPr>
        <w:t xml:space="preserve">az </w:t>
      </w:r>
      <w:r w:rsidRPr="0078531E">
        <w:rPr>
          <w:i/>
          <w:sz w:val="24"/>
        </w:rPr>
        <w:t>egészségvédő</w:t>
      </w:r>
      <w:r w:rsidRPr="0078531E">
        <w:rPr>
          <w:i/>
          <w:spacing w:val="-1"/>
          <w:sz w:val="24"/>
        </w:rPr>
        <w:t xml:space="preserve"> </w:t>
      </w:r>
      <w:r w:rsidRPr="0078531E">
        <w:rPr>
          <w:i/>
          <w:spacing w:val="-2"/>
          <w:sz w:val="24"/>
        </w:rPr>
        <w:t>szokások</w:t>
      </w:r>
    </w:p>
    <w:p w14:paraId="238A0678" w14:textId="77777777" w:rsidR="00914541" w:rsidRPr="0078531E" w:rsidRDefault="00C3522D">
      <w:pPr>
        <w:pStyle w:val="Szvegtrzs"/>
        <w:spacing w:before="139" w:line="360" w:lineRule="auto"/>
        <w:ind w:left="136" w:right="434"/>
      </w:pPr>
      <w:r w:rsidRPr="0078531E">
        <w:t>elsajátíttatása</w:t>
      </w:r>
      <w:r w:rsidRPr="0078531E">
        <w:rPr>
          <w:spacing w:val="-6"/>
        </w:rPr>
        <w:t xml:space="preserve"> </w:t>
      </w:r>
      <w:r w:rsidRPr="0078531E">
        <w:t>révén:</w:t>
      </w:r>
      <w:r w:rsidRPr="0078531E">
        <w:rPr>
          <w:spacing w:val="-4"/>
        </w:rPr>
        <w:t xml:space="preserve"> </w:t>
      </w:r>
      <w:r w:rsidRPr="0078531E">
        <w:t>a</w:t>
      </w:r>
      <w:r w:rsidRPr="0078531E">
        <w:rPr>
          <w:spacing w:val="-4"/>
        </w:rPr>
        <w:t xml:space="preserve"> </w:t>
      </w:r>
      <w:r w:rsidRPr="0078531E">
        <w:t>testápolás,</w:t>
      </w:r>
      <w:r w:rsidRPr="0078531E">
        <w:rPr>
          <w:spacing w:val="-4"/>
        </w:rPr>
        <w:t xml:space="preserve"> </w:t>
      </w:r>
      <w:r w:rsidRPr="0078531E">
        <w:t>az</w:t>
      </w:r>
      <w:r w:rsidRPr="0078531E">
        <w:rPr>
          <w:spacing w:val="-3"/>
        </w:rPr>
        <w:t xml:space="preserve"> </w:t>
      </w:r>
      <w:r w:rsidRPr="0078531E">
        <w:t>étkezés,</w:t>
      </w:r>
      <w:r w:rsidRPr="0078531E">
        <w:rPr>
          <w:spacing w:val="-4"/>
        </w:rPr>
        <w:t xml:space="preserve"> </w:t>
      </w:r>
      <w:r w:rsidRPr="0078531E">
        <w:t>az</w:t>
      </w:r>
      <w:r w:rsidRPr="0078531E">
        <w:rPr>
          <w:spacing w:val="-3"/>
        </w:rPr>
        <w:t xml:space="preserve"> </w:t>
      </w:r>
      <w:r w:rsidRPr="0078531E">
        <w:t>öltözködés,</w:t>
      </w:r>
      <w:r w:rsidRPr="0078531E">
        <w:rPr>
          <w:spacing w:val="-4"/>
        </w:rPr>
        <w:t xml:space="preserve"> </w:t>
      </w:r>
      <w:r w:rsidRPr="0078531E">
        <w:t>az</w:t>
      </w:r>
      <w:r w:rsidRPr="0078531E">
        <w:rPr>
          <w:spacing w:val="-3"/>
        </w:rPr>
        <w:t xml:space="preserve"> </w:t>
      </w:r>
      <w:r w:rsidRPr="0078531E">
        <w:t>egyéni</w:t>
      </w:r>
      <w:r w:rsidRPr="0078531E">
        <w:rPr>
          <w:spacing w:val="-4"/>
        </w:rPr>
        <w:t xml:space="preserve"> </w:t>
      </w:r>
      <w:r w:rsidRPr="0078531E">
        <w:t>igényeknek</w:t>
      </w:r>
      <w:r w:rsidRPr="0078531E">
        <w:rPr>
          <w:spacing w:val="-4"/>
        </w:rPr>
        <w:t xml:space="preserve"> </w:t>
      </w:r>
      <w:r w:rsidRPr="0078531E">
        <w:t xml:space="preserve">megfelelő </w:t>
      </w:r>
    </w:p>
    <w:p w14:paraId="3C8C67D3" w14:textId="77777777" w:rsidR="00914541" w:rsidRPr="0078531E" w:rsidRDefault="00914541" w:rsidP="00914541">
      <w:pPr>
        <w:pStyle w:val="Szvegtrzs"/>
        <w:rPr>
          <w:b/>
          <w:sz w:val="20"/>
        </w:rPr>
      </w:pPr>
    </w:p>
    <w:p w14:paraId="7177E1EA" w14:textId="77777777" w:rsidR="00914541" w:rsidRPr="0078531E" w:rsidRDefault="00914541" w:rsidP="00914541">
      <w:pPr>
        <w:pStyle w:val="Szvegtrzs"/>
        <w:spacing w:before="82"/>
        <w:rPr>
          <w:b/>
          <w:sz w:val="20"/>
        </w:rPr>
      </w:pPr>
      <w:r w:rsidRPr="0078531E">
        <w:rPr>
          <w:noProof/>
        </w:rPr>
        <mc:AlternateContent>
          <mc:Choice Requires="wps">
            <w:drawing>
              <wp:anchor distT="0" distB="0" distL="0" distR="0" simplePos="0" relativeHeight="251680768" behindDoc="1" locked="0" layoutInCell="1" allowOverlap="1" wp14:anchorId="5AD968AC" wp14:editId="619179B4">
                <wp:simplePos x="0" y="0"/>
                <wp:positionH relativeFrom="page">
                  <wp:posOffset>899160</wp:posOffset>
                </wp:positionH>
                <wp:positionV relativeFrom="paragraph">
                  <wp:posOffset>213995</wp:posOffset>
                </wp:positionV>
                <wp:extent cx="1829435" cy="9525"/>
                <wp:effectExtent l="3810" t="0" r="0" b="3810"/>
                <wp:wrapTopAndBottom/>
                <wp:docPr id="19674700"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9525"/>
                        </a:xfrm>
                        <a:custGeom>
                          <a:avLst/>
                          <a:gdLst>
                            <a:gd name="T0" fmla="*/ 1829053 w 1829435"/>
                            <a:gd name="T1" fmla="*/ 0 h 9525"/>
                            <a:gd name="T2" fmla="*/ 0 w 1829435"/>
                            <a:gd name="T3" fmla="*/ 0 h 9525"/>
                            <a:gd name="T4" fmla="*/ 0 w 1829435"/>
                            <a:gd name="T5" fmla="*/ 9143 h 9525"/>
                            <a:gd name="T6" fmla="*/ 1829053 w 1829435"/>
                            <a:gd name="T7" fmla="*/ 9143 h 9525"/>
                            <a:gd name="T8" fmla="*/ 1829053 w 1829435"/>
                            <a:gd name="T9" fmla="*/ 0 h 9525"/>
                          </a:gdLst>
                          <a:ahLst/>
                          <a:cxnLst>
                            <a:cxn ang="0">
                              <a:pos x="T0" y="T1"/>
                            </a:cxn>
                            <a:cxn ang="0">
                              <a:pos x="T2" y="T3"/>
                            </a:cxn>
                            <a:cxn ang="0">
                              <a:pos x="T4" y="T5"/>
                            </a:cxn>
                            <a:cxn ang="0">
                              <a:pos x="T6" y="T7"/>
                            </a:cxn>
                            <a:cxn ang="0">
                              <a:pos x="T8" y="T9"/>
                            </a:cxn>
                          </a:cxnLst>
                          <a:rect l="0" t="0" r="r" b="b"/>
                          <a:pathLst>
                            <a:path w="1829435" h="9525">
                              <a:moveTo>
                                <a:pt x="1829053" y="0"/>
                              </a:moveTo>
                              <a:lnTo>
                                <a:pt x="0" y="0"/>
                              </a:lnTo>
                              <a:lnTo>
                                <a:pt x="0" y="9143"/>
                              </a:lnTo>
                              <a:lnTo>
                                <a:pt x="1829053" y="9143"/>
                              </a:lnTo>
                              <a:lnTo>
                                <a:pt x="18290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4AAF9" id="Graphic 11" o:spid="_x0000_s1026" style="position:absolute;margin-left:70.8pt;margin-top:16.85pt;width:144.05pt;height:.7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" path="m1829053,l,,,9143r1829053,l1829053,xe" fillcolor="black" stroked="f">
                <v:path arrowok="t" o:connecttype="custom" o:connectlocs="1829053,0;0,0;0,9143;1829053,9143;1829053,0" o:connectangles="0,0,0,0,0"/>
                <w10:wrap type="topAndBottom" anchorx="page"/>
              </v:shape>
            </w:pict>
          </mc:Fallback>
        </mc:AlternateContent>
      </w:r>
    </w:p>
    <w:p w14:paraId="1F22CD2A" w14:textId="31070792" w:rsidR="00914541" w:rsidRPr="0078531E" w:rsidRDefault="00914541">
      <w:pPr>
        <w:pStyle w:val="Listaszerbekezds"/>
        <w:numPr>
          <w:ilvl w:val="0"/>
          <w:numId w:val="38"/>
        </w:numPr>
        <w:tabs>
          <w:tab w:val="left" w:pos="373"/>
        </w:tabs>
        <w:spacing w:before="102"/>
        <w:rPr>
          <w:sz w:val="20"/>
        </w:rPr>
      </w:pPr>
      <w:r w:rsidRPr="0078531E">
        <w:rPr>
          <w:sz w:val="20"/>
        </w:rPr>
        <w:t>363/2012.</w:t>
      </w:r>
      <w:r w:rsidRPr="0078531E">
        <w:rPr>
          <w:spacing w:val="-7"/>
          <w:sz w:val="20"/>
        </w:rPr>
        <w:t xml:space="preserve"> </w:t>
      </w:r>
      <w:r w:rsidRPr="0078531E">
        <w:rPr>
          <w:sz w:val="20"/>
        </w:rPr>
        <w:t>(XII.</w:t>
      </w:r>
      <w:r w:rsidRPr="0078531E">
        <w:rPr>
          <w:spacing w:val="-6"/>
          <w:sz w:val="20"/>
        </w:rPr>
        <w:t xml:space="preserve"> </w:t>
      </w:r>
      <w:r w:rsidRPr="0078531E">
        <w:rPr>
          <w:sz w:val="20"/>
        </w:rPr>
        <w:t>17.)</w:t>
      </w:r>
      <w:r w:rsidRPr="0078531E">
        <w:rPr>
          <w:spacing w:val="-6"/>
          <w:sz w:val="20"/>
        </w:rPr>
        <w:t xml:space="preserve"> </w:t>
      </w:r>
      <w:r w:rsidRPr="0078531E">
        <w:rPr>
          <w:sz w:val="20"/>
        </w:rPr>
        <w:t>Korm.</w:t>
      </w:r>
      <w:r w:rsidRPr="0078531E">
        <w:rPr>
          <w:spacing w:val="-7"/>
          <w:sz w:val="20"/>
        </w:rPr>
        <w:t xml:space="preserve"> </w:t>
      </w:r>
      <w:r w:rsidRPr="0078531E">
        <w:rPr>
          <w:spacing w:val="-2"/>
          <w:sz w:val="20"/>
        </w:rPr>
        <w:t>rendelet</w:t>
      </w:r>
    </w:p>
    <w:p w14:paraId="04746A2D" w14:textId="66877C26" w:rsidR="00914541" w:rsidRPr="0078531E" w:rsidRDefault="00914541">
      <w:pPr>
        <w:pStyle w:val="Listaszerbekezds"/>
        <w:numPr>
          <w:ilvl w:val="0"/>
          <w:numId w:val="38"/>
        </w:numPr>
        <w:tabs>
          <w:tab w:val="left" w:pos="282"/>
        </w:tabs>
        <w:spacing w:before="1"/>
        <w:ind w:left="282" w:hanging="146"/>
        <w:rPr>
          <w:sz w:val="20"/>
        </w:rPr>
      </w:pPr>
      <w:r w:rsidRPr="0078531E">
        <w:rPr>
          <w:sz w:val="20"/>
        </w:rPr>
        <w:t xml:space="preserve"> 363/2012.</w:t>
      </w:r>
      <w:r w:rsidRPr="0078531E">
        <w:rPr>
          <w:spacing w:val="-7"/>
          <w:sz w:val="20"/>
        </w:rPr>
        <w:t xml:space="preserve"> </w:t>
      </w:r>
      <w:r w:rsidRPr="0078531E">
        <w:rPr>
          <w:sz w:val="20"/>
        </w:rPr>
        <w:t>(XII.</w:t>
      </w:r>
      <w:r w:rsidRPr="0078531E">
        <w:rPr>
          <w:spacing w:val="-7"/>
          <w:sz w:val="20"/>
        </w:rPr>
        <w:t xml:space="preserve"> </w:t>
      </w:r>
      <w:r w:rsidRPr="0078531E">
        <w:rPr>
          <w:sz w:val="20"/>
        </w:rPr>
        <w:t>17.)</w:t>
      </w:r>
      <w:r w:rsidRPr="0078531E">
        <w:rPr>
          <w:spacing w:val="-5"/>
          <w:sz w:val="20"/>
        </w:rPr>
        <w:t xml:space="preserve"> </w:t>
      </w:r>
      <w:r w:rsidRPr="0078531E">
        <w:rPr>
          <w:sz w:val="20"/>
        </w:rPr>
        <w:t>Korm.</w:t>
      </w:r>
      <w:r w:rsidRPr="0078531E">
        <w:rPr>
          <w:spacing w:val="-5"/>
          <w:sz w:val="20"/>
        </w:rPr>
        <w:t xml:space="preserve"> </w:t>
      </w:r>
      <w:r w:rsidRPr="0078531E">
        <w:rPr>
          <w:spacing w:val="-2"/>
          <w:sz w:val="20"/>
        </w:rPr>
        <w:t>rendelet</w:t>
      </w:r>
    </w:p>
    <w:p w14:paraId="3E842EB0" w14:textId="77777777" w:rsidR="00914541" w:rsidRPr="0078531E" w:rsidRDefault="00914541" w:rsidP="00914541">
      <w:pPr>
        <w:pStyle w:val="Listaszerbekezds"/>
        <w:tabs>
          <w:tab w:val="left" w:pos="282"/>
        </w:tabs>
        <w:spacing w:before="1"/>
        <w:ind w:left="282" w:firstLine="0"/>
        <w:rPr>
          <w:sz w:val="20"/>
        </w:rPr>
      </w:pPr>
    </w:p>
    <w:p w14:paraId="2CA404FD" w14:textId="02C61731" w:rsidR="00914541" w:rsidRPr="0078531E" w:rsidRDefault="00C3522D" w:rsidP="00914541">
      <w:pPr>
        <w:pStyle w:val="Listaszerbekezds"/>
        <w:tabs>
          <w:tab w:val="left" w:pos="282"/>
        </w:tabs>
        <w:spacing w:before="1" w:line="360" w:lineRule="auto"/>
        <w:ind w:left="282" w:firstLine="0"/>
        <w:rPr>
          <w:sz w:val="24"/>
          <w:szCs w:val="24"/>
        </w:rPr>
      </w:pPr>
      <w:r w:rsidRPr="0078531E">
        <w:rPr>
          <w:sz w:val="24"/>
          <w:szCs w:val="24"/>
        </w:rPr>
        <w:lastRenderedPageBreak/>
        <w:t>pihenés, illetve a mozgás segítségével a helyes életritmus alakításával.</w:t>
      </w:r>
    </w:p>
    <w:p w14:paraId="5A068C16" w14:textId="77777777" w:rsidR="005568A6" w:rsidRPr="0078531E" w:rsidRDefault="005568A6" w:rsidP="001929BD">
      <w:pPr>
        <w:pStyle w:val="Listaszerbekezds"/>
        <w:numPr>
          <w:ilvl w:val="2"/>
          <w:numId w:val="14"/>
        </w:numPr>
        <w:tabs>
          <w:tab w:val="left" w:pos="282"/>
        </w:tabs>
        <w:spacing w:before="1" w:line="360" w:lineRule="auto"/>
        <w:jc w:val="both"/>
        <w:rPr>
          <w:sz w:val="24"/>
          <w:szCs w:val="24"/>
        </w:rPr>
      </w:pPr>
      <w:r w:rsidRPr="0078531E">
        <w:rPr>
          <w:sz w:val="24"/>
          <w:szCs w:val="24"/>
        </w:rPr>
        <w:t>Az egészséges életmód, a testápolás, a tisztálkodás, az étkezés, különösen a magas cukortartalmú ételek és italok, a magas só- és telítettzsír-tartalmú ételek fogyasztásának csökkentése, a zöldségek és gyümölcsök, illetve tejtermékek fogyasztásának ösztönzése, a fogmosás, az öltözködés, a pihenés, a betegségmegelőzés és az egészségmegőrzés szokásainak alakítása.</w:t>
      </w:r>
    </w:p>
    <w:p w14:paraId="6438B09B" w14:textId="07301E68" w:rsidR="005568A6" w:rsidRPr="0078531E" w:rsidRDefault="005568A6" w:rsidP="001929BD">
      <w:pPr>
        <w:pStyle w:val="Listaszerbekezds"/>
        <w:numPr>
          <w:ilvl w:val="2"/>
          <w:numId w:val="14"/>
        </w:numPr>
        <w:tabs>
          <w:tab w:val="left" w:pos="282"/>
        </w:tabs>
        <w:spacing w:before="1" w:line="360" w:lineRule="auto"/>
        <w:jc w:val="both"/>
        <w:rPr>
          <w:sz w:val="24"/>
          <w:szCs w:val="24"/>
        </w:rPr>
      </w:pPr>
      <w:r w:rsidRPr="0078531E">
        <w:rPr>
          <w:sz w:val="24"/>
          <w:szCs w:val="24"/>
        </w:rPr>
        <w:t xml:space="preserve"> Az életvezetési készségek fejlesztése, amelyek szükségesek a problémamegoldáshoz, a rugalmas alkalmazkodó képességhez, a nehézségek leküzdéséhez, a mérlegelő gondolkodáshoz, a hatékony kommunikációhoz. Az életvezetési készségeken alapuló nevelés hozzásegíti a gyermekeket azon ismeretek, készségek, képességek megszerzéséhez, amelyek szükségesek az egészséges életmód kialakításához</w:t>
      </w:r>
      <w:r w:rsidR="001929BD" w:rsidRPr="0078531E">
        <w:rPr>
          <w:sz w:val="24"/>
          <w:szCs w:val="24"/>
        </w:rPr>
        <w:t>.</w:t>
      </w:r>
    </w:p>
    <w:p w14:paraId="7536F39A" w14:textId="77777777" w:rsidR="00AE0CFD" w:rsidRPr="0078531E" w:rsidRDefault="00C3522D">
      <w:pPr>
        <w:pStyle w:val="Listaszerbekezds"/>
        <w:numPr>
          <w:ilvl w:val="2"/>
          <w:numId w:val="14"/>
        </w:numPr>
        <w:tabs>
          <w:tab w:val="left" w:pos="274"/>
        </w:tabs>
        <w:spacing w:before="77" w:line="360" w:lineRule="auto"/>
        <w:ind w:right="449" w:firstLine="0"/>
        <w:jc w:val="both"/>
        <w:rPr>
          <w:sz w:val="24"/>
        </w:rPr>
      </w:pPr>
      <w:r w:rsidRPr="0078531E">
        <w:rPr>
          <w:sz w:val="24"/>
        </w:rPr>
        <w:t>Az</w:t>
      </w:r>
      <w:r w:rsidRPr="0078531E">
        <w:rPr>
          <w:spacing w:val="-5"/>
          <w:sz w:val="24"/>
        </w:rPr>
        <w:t xml:space="preserve"> </w:t>
      </w:r>
      <w:r w:rsidRPr="0078531E">
        <w:rPr>
          <w:sz w:val="24"/>
        </w:rPr>
        <w:t>egészséges,</w:t>
      </w:r>
      <w:r w:rsidRPr="0078531E">
        <w:rPr>
          <w:spacing w:val="-5"/>
          <w:sz w:val="24"/>
        </w:rPr>
        <w:t xml:space="preserve"> </w:t>
      </w:r>
      <w:r w:rsidRPr="0078531E">
        <w:rPr>
          <w:sz w:val="24"/>
        </w:rPr>
        <w:t>és</w:t>
      </w:r>
      <w:r w:rsidRPr="0078531E">
        <w:rPr>
          <w:spacing w:val="-6"/>
          <w:sz w:val="24"/>
        </w:rPr>
        <w:t xml:space="preserve"> </w:t>
      </w:r>
      <w:r w:rsidRPr="0078531E">
        <w:rPr>
          <w:sz w:val="24"/>
        </w:rPr>
        <w:t>biztonságos</w:t>
      </w:r>
      <w:r w:rsidRPr="0078531E">
        <w:rPr>
          <w:spacing w:val="-2"/>
          <w:sz w:val="24"/>
        </w:rPr>
        <w:t xml:space="preserve"> </w:t>
      </w:r>
      <w:r w:rsidRPr="0078531E">
        <w:rPr>
          <w:i/>
          <w:sz w:val="24"/>
        </w:rPr>
        <w:t>környezet</w:t>
      </w:r>
      <w:r w:rsidRPr="0078531E">
        <w:rPr>
          <w:i/>
          <w:spacing w:val="-5"/>
          <w:sz w:val="24"/>
        </w:rPr>
        <w:t xml:space="preserve"> </w:t>
      </w:r>
      <w:r w:rsidRPr="0078531E">
        <w:rPr>
          <w:sz w:val="24"/>
        </w:rPr>
        <w:t>(óvoda</w:t>
      </w:r>
      <w:r w:rsidRPr="0078531E">
        <w:rPr>
          <w:spacing w:val="-4"/>
          <w:sz w:val="24"/>
        </w:rPr>
        <w:t xml:space="preserve"> </w:t>
      </w:r>
      <w:r w:rsidRPr="0078531E">
        <w:rPr>
          <w:sz w:val="24"/>
        </w:rPr>
        <w:t>épülete,</w:t>
      </w:r>
      <w:r w:rsidRPr="0078531E">
        <w:rPr>
          <w:spacing w:val="-5"/>
          <w:sz w:val="24"/>
        </w:rPr>
        <w:t xml:space="preserve"> </w:t>
      </w:r>
      <w:r w:rsidRPr="0078531E">
        <w:rPr>
          <w:sz w:val="24"/>
        </w:rPr>
        <w:t>udvara)</w:t>
      </w:r>
      <w:r w:rsidRPr="0078531E">
        <w:rPr>
          <w:spacing w:val="-5"/>
          <w:sz w:val="24"/>
        </w:rPr>
        <w:t xml:space="preserve"> </w:t>
      </w:r>
      <w:r w:rsidRPr="0078531E">
        <w:rPr>
          <w:sz w:val="24"/>
        </w:rPr>
        <w:t>megteremtésével</w:t>
      </w:r>
      <w:r w:rsidRPr="0078531E">
        <w:rPr>
          <w:spacing w:val="-5"/>
          <w:sz w:val="24"/>
        </w:rPr>
        <w:t xml:space="preserve"> </w:t>
      </w:r>
      <w:r w:rsidRPr="0078531E">
        <w:rPr>
          <w:sz w:val="24"/>
        </w:rPr>
        <w:t>megfelelő feltételek biztosítása az óvoda egészséges életmódra nevelési feladatainak megvalósításához.</w:t>
      </w:r>
    </w:p>
    <w:p w14:paraId="582C61AA" w14:textId="77777777" w:rsidR="00AE0CFD" w:rsidRPr="0078531E" w:rsidRDefault="00C3522D">
      <w:pPr>
        <w:pStyle w:val="Listaszerbekezds"/>
        <w:numPr>
          <w:ilvl w:val="2"/>
          <w:numId w:val="14"/>
        </w:numPr>
        <w:tabs>
          <w:tab w:val="left" w:pos="274"/>
        </w:tabs>
        <w:spacing w:before="78" w:line="360" w:lineRule="auto"/>
        <w:ind w:right="600" w:firstLine="0"/>
        <w:jc w:val="both"/>
        <w:rPr>
          <w:sz w:val="24"/>
        </w:rPr>
      </w:pPr>
      <w:r w:rsidRPr="0078531E">
        <w:rPr>
          <w:sz w:val="24"/>
        </w:rPr>
        <w:t>A</w:t>
      </w:r>
      <w:r w:rsidRPr="0078531E">
        <w:rPr>
          <w:spacing w:val="-5"/>
          <w:sz w:val="24"/>
        </w:rPr>
        <w:t xml:space="preserve"> </w:t>
      </w:r>
      <w:r w:rsidRPr="0078531E">
        <w:rPr>
          <w:sz w:val="24"/>
        </w:rPr>
        <w:t>nevelési</w:t>
      </w:r>
      <w:r w:rsidRPr="0078531E">
        <w:rPr>
          <w:spacing w:val="-4"/>
          <w:sz w:val="24"/>
        </w:rPr>
        <w:t xml:space="preserve"> </w:t>
      </w:r>
      <w:r w:rsidRPr="0078531E">
        <w:rPr>
          <w:sz w:val="24"/>
        </w:rPr>
        <w:t>területhez</w:t>
      </w:r>
      <w:r w:rsidRPr="0078531E">
        <w:rPr>
          <w:spacing w:val="-4"/>
          <w:sz w:val="24"/>
        </w:rPr>
        <w:t xml:space="preserve"> </w:t>
      </w:r>
      <w:r w:rsidRPr="0078531E">
        <w:rPr>
          <w:sz w:val="24"/>
        </w:rPr>
        <w:t>kapcsolódó</w:t>
      </w:r>
      <w:r w:rsidRPr="0078531E">
        <w:rPr>
          <w:spacing w:val="-3"/>
          <w:sz w:val="24"/>
        </w:rPr>
        <w:t xml:space="preserve"> </w:t>
      </w:r>
      <w:r w:rsidRPr="0078531E">
        <w:rPr>
          <w:i/>
          <w:sz w:val="24"/>
        </w:rPr>
        <w:t>prevenciós,</w:t>
      </w:r>
      <w:r w:rsidRPr="0078531E">
        <w:rPr>
          <w:i/>
          <w:spacing w:val="-4"/>
          <w:sz w:val="24"/>
        </w:rPr>
        <w:t xml:space="preserve"> </w:t>
      </w:r>
      <w:r w:rsidRPr="0078531E">
        <w:rPr>
          <w:sz w:val="24"/>
        </w:rPr>
        <w:t>alkalmanként</w:t>
      </w:r>
      <w:r w:rsidRPr="0078531E">
        <w:rPr>
          <w:spacing w:val="-4"/>
          <w:sz w:val="24"/>
        </w:rPr>
        <w:t xml:space="preserve"> </w:t>
      </w:r>
      <w:r w:rsidRPr="0078531E">
        <w:rPr>
          <w:i/>
          <w:sz w:val="24"/>
        </w:rPr>
        <w:t>korrekciós</w:t>
      </w:r>
      <w:r w:rsidRPr="0078531E">
        <w:rPr>
          <w:i/>
          <w:spacing w:val="-4"/>
          <w:sz w:val="24"/>
        </w:rPr>
        <w:t xml:space="preserve"> </w:t>
      </w:r>
      <w:r w:rsidRPr="0078531E">
        <w:rPr>
          <w:sz w:val="24"/>
        </w:rPr>
        <w:t>feladatok</w:t>
      </w:r>
      <w:r w:rsidRPr="0078531E">
        <w:rPr>
          <w:spacing w:val="-4"/>
          <w:sz w:val="24"/>
        </w:rPr>
        <w:t xml:space="preserve"> </w:t>
      </w:r>
      <w:r w:rsidRPr="0078531E">
        <w:rPr>
          <w:sz w:val="24"/>
        </w:rPr>
        <w:t>ellátása</w:t>
      </w:r>
      <w:r w:rsidRPr="0078531E">
        <w:rPr>
          <w:spacing w:val="-3"/>
          <w:sz w:val="24"/>
        </w:rPr>
        <w:t xml:space="preserve"> </w:t>
      </w:r>
      <w:r w:rsidRPr="0078531E">
        <w:rPr>
          <w:sz w:val="24"/>
        </w:rPr>
        <w:t>az óvodai élet során.</w:t>
      </w:r>
    </w:p>
    <w:p w14:paraId="39ABA760" w14:textId="77777777" w:rsidR="00AE0CFD" w:rsidRPr="0078531E" w:rsidRDefault="00C3522D">
      <w:pPr>
        <w:pStyle w:val="Listaszerbekezds"/>
        <w:numPr>
          <w:ilvl w:val="2"/>
          <w:numId w:val="14"/>
        </w:numPr>
        <w:tabs>
          <w:tab w:val="left" w:pos="274"/>
        </w:tabs>
        <w:spacing w:before="76" w:line="360" w:lineRule="auto"/>
        <w:ind w:right="617" w:firstLine="0"/>
        <w:jc w:val="both"/>
        <w:rPr>
          <w:sz w:val="24"/>
        </w:rPr>
      </w:pPr>
      <w:r w:rsidRPr="0078531E">
        <w:rPr>
          <w:sz w:val="24"/>
        </w:rPr>
        <w:t>Öntevékeny,</w:t>
      </w:r>
      <w:r w:rsidRPr="0078531E">
        <w:rPr>
          <w:spacing w:val="-3"/>
          <w:sz w:val="24"/>
        </w:rPr>
        <w:t xml:space="preserve"> </w:t>
      </w:r>
      <w:r w:rsidRPr="0078531E">
        <w:rPr>
          <w:sz w:val="24"/>
        </w:rPr>
        <w:t>változó</w:t>
      </w:r>
      <w:r w:rsidRPr="0078531E">
        <w:rPr>
          <w:spacing w:val="-5"/>
          <w:sz w:val="24"/>
        </w:rPr>
        <w:t xml:space="preserve"> </w:t>
      </w:r>
      <w:r w:rsidRPr="0078531E">
        <w:rPr>
          <w:sz w:val="24"/>
        </w:rPr>
        <w:t>feltételekhez</w:t>
      </w:r>
      <w:r w:rsidRPr="0078531E">
        <w:rPr>
          <w:spacing w:val="-4"/>
          <w:sz w:val="24"/>
        </w:rPr>
        <w:t xml:space="preserve"> </w:t>
      </w:r>
      <w:r w:rsidRPr="0078531E">
        <w:rPr>
          <w:sz w:val="24"/>
        </w:rPr>
        <w:t>való</w:t>
      </w:r>
      <w:r w:rsidRPr="0078531E">
        <w:rPr>
          <w:spacing w:val="-5"/>
          <w:sz w:val="24"/>
        </w:rPr>
        <w:t xml:space="preserve"> </w:t>
      </w:r>
      <w:r w:rsidRPr="0078531E">
        <w:rPr>
          <w:sz w:val="24"/>
        </w:rPr>
        <w:t>magatartás</w:t>
      </w:r>
      <w:r w:rsidRPr="0078531E">
        <w:rPr>
          <w:spacing w:val="-6"/>
          <w:sz w:val="24"/>
        </w:rPr>
        <w:t xml:space="preserve"> </w:t>
      </w:r>
      <w:r w:rsidRPr="0078531E">
        <w:rPr>
          <w:sz w:val="24"/>
        </w:rPr>
        <w:t>kialakítása</w:t>
      </w:r>
      <w:r w:rsidRPr="0078531E">
        <w:rPr>
          <w:spacing w:val="-6"/>
          <w:sz w:val="24"/>
        </w:rPr>
        <w:t xml:space="preserve"> </w:t>
      </w:r>
      <w:r w:rsidRPr="0078531E">
        <w:rPr>
          <w:sz w:val="24"/>
        </w:rPr>
        <w:t>az</w:t>
      </w:r>
      <w:r w:rsidRPr="0078531E">
        <w:rPr>
          <w:spacing w:val="-4"/>
          <w:sz w:val="24"/>
        </w:rPr>
        <w:t xml:space="preserve"> </w:t>
      </w:r>
      <w:r w:rsidRPr="0078531E">
        <w:rPr>
          <w:sz w:val="24"/>
        </w:rPr>
        <w:t>egészséges</w:t>
      </w:r>
      <w:r w:rsidRPr="0078531E">
        <w:rPr>
          <w:spacing w:val="-6"/>
          <w:sz w:val="24"/>
        </w:rPr>
        <w:t xml:space="preserve"> </w:t>
      </w:r>
      <w:r w:rsidRPr="0078531E">
        <w:rPr>
          <w:sz w:val="24"/>
        </w:rPr>
        <w:t>életmód</w:t>
      </w:r>
      <w:r w:rsidRPr="0078531E">
        <w:rPr>
          <w:spacing w:val="-5"/>
          <w:sz w:val="24"/>
        </w:rPr>
        <w:t xml:space="preserve"> </w:t>
      </w:r>
      <w:r w:rsidRPr="0078531E">
        <w:rPr>
          <w:sz w:val="24"/>
        </w:rPr>
        <w:t xml:space="preserve">egyes területeit illetően, különös figyelemmel a </w:t>
      </w:r>
      <w:r w:rsidRPr="0078531E">
        <w:rPr>
          <w:i/>
          <w:sz w:val="24"/>
        </w:rPr>
        <w:t>szabadidős tevékenységekre</w:t>
      </w:r>
      <w:r w:rsidRPr="0078531E">
        <w:rPr>
          <w:sz w:val="24"/>
        </w:rPr>
        <w:t>, illetve a szülőkkel,</w:t>
      </w:r>
    </w:p>
    <w:p w14:paraId="0940E7F1" w14:textId="77777777" w:rsidR="00AE0CFD" w:rsidRPr="0078531E" w:rsidRDefault="00C3522D" w:rsidP="00914541">
      <w:pPr>
        <w:pStyle w:val="Szvegtrzs"/>
        <w:spacing w:before="1" w:line="360" w:lineRule="auto"/>
        <w:ind w:left="136"/>
        <w:jc w:val="both"/>
      </w:pPr>
      <w:r w:rsidRPr="0078531E">
        <w:t>partnerekkel</w:t>
      </w:r>
      <w:r w:rsidRPr="0078531E">
        <w:rPr>
          <w:spacing w:val="-1"/>
        </w:rPr>
        <w:t xml:space="preserve"> </w:t>
      </w:r>
      <w:r w:rsidRPr="0078531E">
        <w:t>való</w:t>
      </w:r>
      <w:r w:rsidRPr="0078531E">
        <w:rPr>
          <w:spacing w:val="-1"/>
        </w:rPr>
        <w:t xml:space="preserve"> </w:t>
      </w:r>
      <w:r w:rsidRPr="0078531E">
        <w:t>együttműködési</w:t>
      </w:r>
      <w:r w:rsidRPr="0078531E">
        <w:rPr>
          <w:spacing w:val="-1"/>
        </w:rPr>
        <w:t xml:space="preserve"> </w:t>
      </w:r>
      <w:r w:rsidRPr="0078531E">
        <w:rPr>
          <w:spacing w:val="-2"/>
        </w:rPr>
        <w:t>formákra.</w:t>
      </w:r>
    </w:p>
    <w:p w14:paraId="1A0EC8C4" w14:textId="17CF47E7" w:rsidR="00AE0CFD" w:rsidRPr="0078531E" w:rsidRDefault="00C3522D">
      <w:pPr>
        <w:pStyle w:val="Listaszerbekezds"/>
        <w:numPr>
          <w:ilvl w:val="2"/>
          <w:numId w:val="14"/>
        </w:numPr>
        <w:tabs>
          <w:tab w:val="left" w:pos="274"/>
        </w:tabs>
        <w:spacing w:before="213" w:line="360" w:lineRule="auto"/>
        <w:ind w:right="963" w:firstLine="0"/>
        <w:jc w:val="both"/>
        <w:rPr>
          <w:sz w:val="24"/>
        </w:rPr>
      </w:pPr>
      <w:r w:rsidRPr="0078531E">
        <w:rPr>
          <w:sz w:val="24"/>
        </w:rPr>
        <w:t>Pozitív</w:t>
      </w:r>
      <w:r w:rsidRPr="0078531E">
        <w:rPr>
          <w:spacing w:val="-3"/>
          <w:sz w:val="24"/>
        </w:rPr>
        <w:t xml:space="preserve"> </w:t>
      </w:r>
      <w:r w:rsidRPr="0078531E">
        <w:rPr>
          <w:sz w:val="24"/>
        </w:rPr>
        <w:t>attitűdök</w:t>
      </w:r>
      <w:r w:rsidRPr="0078531E">
        <w:rPr>
          <w:spacing w:val="-3"/>
          <w:sz w:val="24"/>
        </w:rPr>
        <w:t xml:space="preserve"> </w:t>
      </w:r>
      <w:r w:rsidRPr="0078531E">
        <w:rPr>
          <w:sz w:val="24"/>
        </w:rPr>
        <w:t>alakítása</w:t>
      </w:r>
      <w:r w:rsidRPr="0078531E">
        <w:rPr>
          <w:spacing w:val="-5"/>
          <w:sz w:val="24"/>
        </w:rPr>
        <w:t xml:space="preserve"> </w:t>
      </w:r>
      <w:r w:rsidRPr="0078531E">
        <w:rPr>
          <w:sz w:val="24"/>
        </w:rPr>
        <w:t>az</w:t>
      </w:r>
      <w:r w:rsidRPr="0078531E">
        <w:rPr>
          <w:spacing w:val="-2"/>
          <w:sz w:val="24"/>
        </w:rPr>
        <w:t xml:space="preserve"> </w:t>
      </w:r>
      <w:r w:rsidRPr="0078531E">
        <w:rPr>
          <w:i/>
          <w:sz w:val="24"/>
        </w:rPr>
        <w:t>egészséget</w:t>
      </w:r>
      <w:r w:rsidRPr="0078531E">
        <w:rPr>
          <w:i/>
          <w:spacing w:val="-3"/>
          <w:sz w:val="24"/>
        </w:rPr>
        <w:t xml:space="preserve"> </w:t>
      </w:r>
      <w:r w:rsidRPr="0078531E">
        <w:rPr>
          <w:i/>
          <w:sz w:val="24"/>
        </w:rPr>
        <w:t>preferáló</w:t>
      </w:r>
      <w:r w:rsidRPr="0078531E">
        <w:rPr>
          <w:i/>
          <w:spacing w:val="-3"/>
          <w:sz w:val="24"/>
        </w:rPr>
        <w:t xml:space="preserve"> </w:t>
      </w:r>
      <w:r w:rsidRPr="0078531E">
        <w:rPr>
          <w:i/>
          <w:sz w:val="24"/>
        </w:rPr>
        <w:t>magatartási</w:t>
      </w:r>
      <w:r w:rsidRPr="0078531E">
        <w:rPr>
          <w:i/>
          <w:spacing w:val="-3"/>
          <w:sz w:val="24"/>
        </w:rPr>
        <w:t xml:space="preserve"> </w:t>
      </w:r>
      <w:r w:rsidRPr="0078531E">
        <w:rPr>
          <w:i/>
          <w:sz w:val="24"/>
        </w:rPr>
        <w:t>szokások</w:t>
      </w:r>
      <w:r w:rsidRPr="0078531E">
        <w:rPr>
          <w:i/>
          <w:spacing w:val="-4"/>
          <w:sz w:val="24"/>
        </w:rPr>
        <w:t xml:space="preserve"> </w:t>
      </w:r>
      <w:r w:rsidRPr="0078531E">
        <w:rPr>
          <w:sz w:val="24"/>
        </w:rPr>
        <w:t>iránt.</w:t>
      </w:r>
      <w:r w:rsidRPr="0078531E">
        <w:rPr>
          <w:spacing w:val="-3"/>
          <w:sz w:val="24"/>
        </w:rPr>
        <w:t xml:space="preserve"> </w:t>
      </w:r>
      <w:r w:rsidRPr="0078531E">
        <w:rPr>
          <w:sz w:val="24"/>
        </w:rPr>
        <w:t>(a</w:t>
      </w:r>
      <w:r w:rsidRPr="0078531E">
        <w:rPr>
          <w:spacing w:val="-5"/>
          <w:sz w:val="24"/>
        </w:rPr>
        <w:t xml:space="preserve"> </w:t>
      </w:r>
      <w:r w:rsidRPr="0078531E">
        <w:rPr>
          <w:sz w:val="24"/>
        </w:rPr>
        <w:t>helyes egészségi</w:t>
      </w:r>
      <w:r w:rsidRPr="0078531E">
        <w:rPr>
          <w:spacing w:val="-5"/>
          <w:sz w:val="24"/>
        </w:rPr>
        <w:t xml:space="preserve"> </w:t>
      </w:r>
      <w:r w:rsidRPr="0078531E">
        <w:rPr>
          <w:sz w:val="24"/>
        </w:rPr>
        <w:t>ismeretek</w:t>
      </w:r>
      <w:r w:rsidRPr="0078531E">
        <w:rPr>
          <w:spacing w:val="-5"/>
          <w:sz w:val="24"/>
        </w:rPr>
        <w:t xml:space="preserve"> </w:t>
      </w:r>
      <w:r w:rsidRPr="0078531E">
        <w:rPr>
          <w:sz w:val="24"/>
        </w:rPr>
        <w:t>beépítésével,</w:t>
      </w:r>
      <w:r w:rsidRPr="0078531E">
        <w:rPr>
          <w:spacing w:val="-5"/>
          <w:sz w:val="24"/>
        </w:rPr>
        <w:t xml:space="preserve"> </w:t>
      </w:r>
      <w:r w:rsidRPr="0078531E">
        <w:rPr>
          <w:sz w:val="24"/>
        </w:rPr>
        <w:t>a</w:t>
      </w:r>
      <w:r w:rsidRPr="0078531E">
        <w:rPr>
          <w:spacing w:val="-5"/>
          <w:sz w:val="24"/>
        </w:rPr>
        <w:t xml:space="preserve"> </w:t>
      </w:r>
      <w:r w:rsidRPr="0078531E">
        <w:rPr>
          <w:sz w:val="24"/>
        </w:rPr>
        <w:t>dolgozók</w:t>
      </w:r>
      <w:r w:rsidRPr="0078531E">
        <w:rPr>
          <w:spacing w:val="-5"/>
          <w:sz w:val="24"/>
        </w:rPr>
        <w:t xml:space="preserve"> </w:t>
      </w:r>
      <w:r w:rsidRPr="0078531E">
        <w:rPr>
          <w:sz w:val="24"/>
        </w:rPr>
        <w:t>mintaadásával,</w:t>
      </w:r>
      <w:r w:rsidRPr="0078531E">
        <w:rPr>
          <w:spacing w:val="-5"/>
          <w:sz w:val="24"/>
        </w:rPr>
        <w:t xml:space="preserve"> </w:t>
      </w:r>
      <w:r w:rsidRPr="0078531E">
        <w:rPr>
          <w:sz w:val="24"/>
        </w:rPr>
        <w:t>az</w:t>
      </w:r>
      <w:r w:rsidRPr="0078531E">
        <w:rPr>
          <w:spacing w:val="-5"/>
          <w:sz w:val="24"/>
        </w:rPr>
        <w:t xml:space="preserve"> </w:t>
      </w:r>
      <w:r w:rsidRPr="0078531E">
        <w:rPr>
          <w:sz w:val="24"/>
        </w:rPr>
        <w:t>egészséget</w:t>
      </w:r>
      <w:r w:rsidRPr="0078531E">
        <w:rPr>
          <w:spacing w:val="-3"/>
          <w:sz w:val="24"/>
        </w:rPr>
        <w:t xml:space="preserve"> </w:t>
      </w:r>
      <w:r w:rsidRPr="0078531E">
        <w:rPr>
          <w:sz w:val="24"/>
        </w:rPr>
        <w:t>veszélyeztető magatartási formák elutasításával</w:t>
      </w:r>
      <w:r w:rsidR="004F1D4A" w:rsidRPr="0078531E">
        <w:rPr>
          <w:sz w:val="24"/>
        </w:rPr>
        <w:t xml:space="preserve"> </w:t>
      </w:r>
      <w:r w:rsidRPr="0078531E">
        <w:rPr>
          <w:sz w:val="24"/>
        </w:rPr>
        <w:t>stb.)</w:t>
      </w:r>
    </w:p>
    <w:p w14:paraId="4438D43B" w14:textId="77777777" w:rsidR="00AE0CFD" w:rsidRPr="0078531E" w:rsidRDefault="00AE0CFD">
      <w:pPr>
        <w:pStyle w:val="Szvegtrzs"/>
        <w:spacing w:before="141"/>
      </w:pPr>
    </w:p>
    <w:p w14:paraId="5332AAC8" w14:textId="77777777" w:rsidR="00AE0CFD" w:rsidRPr="0078531E" w:rsidRDefault="00C3522D">
      <w:pPr>
        <w:pStyle w:val="Cmsor4"/>
        <w:numPr>
          <w:ilvl w:val="1"/>
          <w:numId w:val="14"/>
        </w:numPr>
        <w:tabs>
          <w:tab w:val="left" w:pos="609"/>
        </w:tabs>
        <w:spacing w:line="275" w:lineRule="exact"/>
        <w:ind w:hanging="473"/>
        <w:jc w:val="left"/>
      </w:pPr>
      <w:r w:rsidRPr="0078531E">
        <w:rPr>
          <w:spacing w:val="-2"/>
        </w:rPr>
        <w:t>Feladata</w:t>
      </w:r>
    </w:p>
    <w:p w14:paraId="59CEA235" w14:textId="77777777" w:rsidR="00AE0CFD" w:rsidRPr="0078531E" w:rsidRDefault="00C3522D">
      <w:pPr>
        <w:pStyle w:val="Listaszerbekezds"/>
        <w:numPr>
          <w:ilvl w:val="0"/>
          <w:numId w:val="13"/>
        </w:numPr>
        <w:tabs>
          <w:tab w:val="left" w:pos="856"/>
        </w:tabs>
        <w:spacing w:line="293" w:lineRule="exact"/>
        <w:rPr>
          <w:sz w:val="24"/>
        </w:rPr>
      </w:pPr>
      <w:r w:rsidRPr="0078531E">
        <w:rPr>
          <w:sz w:val="24"/>
        </w:rPr>
        <w:t>A</w:t>
      </w:r>
      <w:r w:rsidRPr="0078531E">
        <w:rPr>
          <w:spacing w:val="-6"/>
          <w:sz w:val="24"/>
        </w:rPr>
        <w:t xml:space="preserve"> </w:t>
      </w:r>
      <w:r w:rsidRPr="0078531E">
        <w:rPr>
          <w:sz w:val="24"/>
        </w:rPr>
        <w:t>gyermekek gondozása,</w:t>
      </w:r>
      <w:r w:rsidRPr="0078531E">
        <w:rPr>
          <w:spacing w:val="-1"/>
          <w:sz w:val="24"/>
        </w:rPr>
        <w:t xml:space="preserve"> </w:t>
      </w:r>
      <w:r w:rsidRPr="0078531E">
        <w:rPr>
          <w:sz w:val="24"/>
        </w:rPr>
        <w:t>testi</w:t>
      </w:r>
      <w:r w:rsidRPr="0078531E">
        <w:rPr>
          <w:spacing w:val="-3"/>
          <w:sz w:val="24"/>
        </w:rPr>
        <w:t xml:space="preserve"> </w:t>
      </w:r>
      <w:r w:rsidRPr="0078531E">
        <w:rPr>
          <w:sz w:val="24"/>
        </w:rPr>
        <w:t>szükségleteik,</w:t>
      </w:r>
      <w:r w:rsidRPr="0078531E">
        <w:rPr>
          <w:spacing w:val="-2"/>
          <w:sz w:val="24"/>
        </w:rPr>
        <w:t xml:space="preserve"> </w:t>
      </w:r>
      <w:r w:rsidRPr="0078531E">
        <w:rPr>
          <w:sz w:val="24"/>
        </w:rPr>
        <w:t>mozgásigényük</w:t>
      </w:r>
      <w:r w:rsidRPr="0078531E">
        <w:rPr>
          <w:spacing w:val="-2"/>
          <w:sz w:val="24"/>
        </w:rPr>
        <w:t xml:space="preserve"> kielégítése.</w:t>
      </w:r>
    </w:p>
    <w:p w14:paraId="6731A624" w14:textId="77777777" w:rsidR="00AE0CFD" w:rsidRPr="0078531E" w:rsidRDefault="00C3522D">
      <w:pPr>
        <w:pStyle w:val="Listaszerbekezds"/>
        <w:numPr>
          <w:ilvl w:val="0"/>
          <w:numId w:val="13"/>
        </w:numPr>
        <w:tabs>
          <w:tab w:val="left" w:pos="856"/>
        </w:tabs>
        <w:spacing w:before="76"/>
        <w:rPr>
          <w:sz w:val="24"/>
        </w:rPr>
      </w:pPr>
      <w:r w:rsidRPr="0078531E">
        <w:rPr>
          <w:sz w:val="24"/>
        </w:rPr>
        <w:t>A</w:t>
      </w:r>
      <w:r w:rsidRPr="0078531E">
        <w:rPr>
          <w:spacing w:val="-7"/>
          <w:sz w:val="24"/>
        </w:rPr>
        <w:t xml:space="preserve"> </w:t>
      </w:r>
      <w:r w:rsidRPr="0078531E">
        <w:rPr>
          <w:sz w:val="24"/>
        </w:rPr>
        <w:t>gyermekek</w:t>
      </w:r>
      <w:r w:rsidRPr="0078531E">
        <w:rPr>
          <w:spacing w:val="-1"/>
          <w:sz w:val="24"/>
        </w:rPr>
        <w:t xml:space="preserve"> </w:t>
      </w:r>
      <w:r w:rsidRPr="0078531E">
        <w:rPr>
          <w:sz w:val="24"/>
        </w:rPr>
        <w:t>fejlődéséhez</w:t>
      </w:r>
      <w:r w:rsidRPr="0078531E">
        <w:rPr>
          <w:spacing w:val="-2"/>
          <w:sz w:val="24"/>
        </w:rPr>
        <w:t xml:space="preserve"> </w:t>
      </w:r>
      <w:r w:rsidRPr="0078531E">
        <w:rPr>
          <w:sz w:val="24"/>
        </w:rPr>
        <w:t>szükséges</w:t>
      </w:r>
      <w:r w:rsidRPr="0078531E">
        <w:rPr>
          <w:spacing w:val="-4"/>
          <w:sz w:val="24"/>
        </w:rPr>
        <w:t xml:space="preserve"> </w:t>
      </w:r>
      <w:r w:rsidRPr="0078531E">
        <w:rPr>
          <w:sz w:val="24"/>
        </w:rPr>
        <w:t>egészséges</w:t>
      </w:r>
      <w:r w:rsidRPr="0078531E">
        <w:rPr>
          <w:spacing w:val="-4"/>
          <w:sz w:val="24"/>
        </w:rPr>
        <w:t xml:space="preserve"> </w:t>
      </w:r>
      <w:r w:rsidRPr="0078531E">
        <w:rPr>
          <w:sz w:val="24"/>
        </w:rPr>
        <w:t>környezet</w:t>
      </w:r>
      <w:r w:rsidRPr="0078531E">
        <w:rPr>
          <w:spacing w:val="-3"/>
          <w:sz w:val="24"/>
        </w:rPr>
        <w:t xml:space="preserve"> </w:t>
      </w:r>
      <w:r w:rsidRPr="0078531E">
        <w:rPr>
          <w:spacing w:val="-2"/>
          <w:sz w:val="24"/>
        </w:rPr>
        <w:t>biztosítása.</w:t>
      </w:r>
    </w:p>
    <w:p w14:paraId="76BF9994" w14:textId="77777777" w:rsidR="00AE0CFD" w:rsidRPr="0078531E" w:rsidRDefault="00C3522D">
      <w:pPr>
        <w:pStyle w:val="Listaszerbekezds"/>
        <w:numPr>
          <w:ilvl w:val="0"/>
          <w:numId w:val="13"/>
        </w:numPr>
        <w:tabs>
          <w:tab w:val="left" w:pos="856"/>
        </w:tabs>
        <w:spacing w:before="78"/>
        <w:rPr>
          <w:sz w:val="24"/>
        </w:rPr>
      </w:pPr>
      <w:r w:rsidRPr="0078531E">
        <w:rPr>
          <w:sz w:val="24"/>
        </w:rPr>
        <w:t>A</w:t>
      </w:r>
      <w:r w:rsidRPr="0078531E">
        <w:rPr>
          <w:spacing w:val="-7"/>
          <w:sz w:val="24"/>
        </w:rPr>
        <w:t xml:space="preserve"> </w:t>
      </w:r>
      <w:r w:rsidRPr="0078531E">
        <w:rPr>
          <w:sz w:val="24"/>
        </w:rPr>
        <w:t>gyermekek</w:t>
      </w:r>
      <w:r w:rsidRPr="0078531E">
        <w:rPr>
          <w:spacing w:val="-2"/>
          <w:sz w:val="24"/>
        </w:rPr>
        <w:t xml:space="preserve"> </w:t>
      </w:r>
      <w:r w:rsidRPr="0078531E">
        <w:rPr>
          <w:sz w:val="24"/>
        </w:rPr>
        <w:t>egészségének</w:t>
      </w:r>
      <w:r w:rsidRPr="0078531E">
        <w:rPr>
          <w:spacing w:val="-3"/>
          <w:sz w:val="24"/>
        </w:rPr>
        <w:t xml:space="preserve"> </w:t>
      </w:r>
      <w:r w:rsidRPr="0078531E">
        <w:rPr>
          <w:sz w:val="24"/>
        </w:rPr>
        <w:t>védelme,</w:t>
      </w:r>
      <w:r w:rsidRPr="0078531E">
        <w:rPr>
          <w:spacing w:val="-2"/>
          <w:sz w:val="24"/>
        </w:rPr>
        <w:t xml:space="preserve"> </w:t>
      </w:r>
      <w:r w:rsidRPr="0078531E">
        <w:rPr>
          <w:sz w:val="24"/>
        </w:rPr>
        <w:t>edzettségük</w:t>
      </w:r>
      <w:r w:rsidRPr="0078531E">
        <w:rPr>
          <w:spacing w:val="-1"/>
          <w:sz w:val="24"/>
        </w:rPr>
        <w:t xml:space="preserve"> </w:t>
      </w:r>
      <w:r w:rsidRPr="0078531E">
        <w:rPr>
          <w:spacing w:val="-2"/>
          <w:sz w:val="24"/>
        </w:rPr>
        <w:t>biztosítása.</w:t>
      </w:r>
    </w:p>
    <w:p w14:paraId="2F73AF30" w14:textId="77777777" w:rsidR="00AE0CFD" w:rsidRPr="0078531E" w:rsidRDefault="00C3522D">
      <w:pPr>
        <w:pStyle w:val="Listaszerbekezds"/>
        <w:numPr>
          <w:ilvl w:val="0"/>
          <w:numId w:val="13"/>
        </w:numPr>
        <w:tabs>
          <w:tab w:val="left" w:pos="856"/>
        </w:tabs>
        <w:spacing w:before="78" w:line="237" w:lineRule="auto"/>
        <w:ind w:right="1370"/>
        <w:rPr>
          <w:sz w:val="24"/>
        </w:rPr>
      </w:pPr>
      <w:r w:rsidRPr="0078531E">
        <w:rPr>
          <w:sz w:val="24"/>
        </w:rPr>
        <w:t>Speciális</w:t>
      </w:r>
      <w:r w:rsidRPr="0078531E">
        <w:rPr>
          <w:spacing w:val="-5"/>
          <w:sz w:val="24"/>
        </w:rPr>
        <w:t xml:space="preserve"> </w:t>
      </w:r>
      <w:r w:rsidRPr="0078531E">
        <w:rPr>
          <w:sz w:val="24"/>
        </w:rPr>
        <w:t>prevenciós</w:t>
      </w:r>
      <w:r w:rsidRPr="0078531E">
        <w:rPr>
          <w:spacing w:val="-5"/>
          <w:sz w:val="24"/>
        </w:rPr>
        <w:t xml:space="preserve"> </w:t>
      </w:r>
      <w:r w:rsidRPr="0078531E">
        <w:rPr>
          <w:sz w:val="24"/>
        </w:rPr>
        <w:t>és</w:t>
      </w:r>
      <w:r w:rsidRPr="0078531E">
        <w:rPr>
          <w:spacing w:val="-5"/>
          <w:sz w:val="24"/>
        </w:rPr>
        <w:t xml:space="preserve"> </w:t>
      </w:r>
      <w:r w:rsidRPr="0078531E">
        <w:rPr>
          <w:sz w:val="24"/>
        </w:rPr>
        <w:t>korrekciós</w:t>
      </w:r>
      <w:r w:rsidRPr="0078531E">
        <w:rPr>
          <w:spacing w:val="-5"/>
          <w:sz w:val="24"/>
        </w:rPr>
        <w:t xml:space="preserve"> </w:t>
      </w:r>
      <w:r w:rsidRPr="0078531E">
        <w:rPr>
          <w:sz w:val="24"/>
        </w:rPr>
        <w:t>feladatok</w:t>
      </w:r>
      <w:r w:rsidRPr="0078531E">
        <w:rPr>
          <w:spacing w:val="-2"/>
          <w:sz w:val="24"/>
        </w:rPr>
        <w:t xml:space="preserve"> </w:t>
      </w:r>
      <w:r w:rsidRPr="0078531E">
        <w:rPr>
          <w:sz w:val="24"/>
        </w:rPr>
        <w:t>ellátása,</w:t>
      </w:r>
      <w:r w:rsidRPr="0078531E">
        <w:rPr>
          <w:spacing w:val="-4"/>
          <w:sz w:val="24"/>
        </w:rPr>
        <w:t xml:space="preserve"> </w:t>
      </w:r>
      <w:r w:rsidRPr="0078531E">
        <w:rPr>
          <w:sz w:val="24"/>
        </w:rPr>
        <w:t>ha</w:t>
      </w:r>
      <w:r w:rsidRPr="0078531E">
        <w:rPr>
          <w:spacing w:val="-5"/>
          <w:sz w:val="24"/>
        </w:rPr>
        <w:t xml:space="preserve"> </w:t>
      </w:r>
      <w:r w:rsidRPr="0078531E">
        <w:rPr>
          <w:sz w:val="24"/>
        </w:rPr>
        <w:t>szükséges</w:t>
      </w:r>
      <w:r w:rsidRPr="0078531E">
        <w:rPr>
          <w:spacing w:val="-5"/>
          <w:sz w:val="24"/>
        </w:rPr>
        <w:t xml:space="preserve"> </w:t>
      </w:r>
      <w:r w:rsidRPr="0078531E">
        <w:rPr>
          <w:sz w:val="24"/>
        </w:rPr>
        <w:t>megfelelő szakemberek bevonásával.</w:t>
      </w:r>
    </w:p>
    <w:p w14:paraId="25176655" w14:textId="77777777" w:rsidR="00AE0CFD" w:rsidRPr="0078531E" w:rsidRDefault="00C3522D">
      <w:pPr>
        <w:pStyle w:val="Listaszerbekezds"/>
        <w:numPr>
          <w:ilvl w:val="0"/>
          <w:numId w:val="13"/>
        </w:numPr>
        <w:tabs>
          <w:tab w:val="left" w:pos="856"/>
        </w:tabs>
        <w:spacing w:line="293" w:lineRule="exact"/>
        <w:rPr>
          <w:sz w:val="24"/>
        </w:rPr>
      </w:pPr>
      <w:r w:rsidRPr="0078531E">
        <w:rPr>
          <w:sz w:val="24"/>
        </w:rPr>
        <w:t>Az</w:t>
      </w:r>
      <w:r w:rsidRPr="0078531E">
        <w:rPr>
          <w:spacing w:val="-2"/>
          <w:sz w:val="24"/>
        </w:rPr>
        <w:t xml:space="preserve"> </w:t>
      </w:r>
      <w:r w:rsidRPr="0078531E">
        <w:rPr>
          <w:sz w:val="24"/>
        </w:rPr>
        <w:t>óvodában</w:t>
      </w:r>
      <w:r w:rsidRPr="0078531E">
        <w:rPr>
          <w:spacing w:val="-2"/>
          <w:sz w:val="24"/>
        </w:rPr>
        <w:t xml:space="preserve"> </w:t>
      </w:r>
      <w:r w:rsidRPr="0078531E">
        <w:rPr>
          <w:sz w:val="24"/>
        </w:rPr>
        <w:t>a</w:t>
      </w:r>
      <w:r w:rsidRPr="0078531E">
        <w:rPr>
          <w:spacing w:val="-2"/>
          <w:sz w:val="24"/>
        </w:rPr>
        <w:t xml:space="preserve"> </w:t>
      </w:r>
      <w:r w:rsidRPr="0078531E">
        <w:rPr>
          <w:sz w:val="24"/>
        </w:rPr>
        <w:t>magas</w:t>
      </w:r>
      <w:r w:rsidRPr="0078531E">
        <w:rPr>
          <w:spacing w:val="-3"/>
          <w:sz w:val="24"/>
        </w:rPr>
        <w:t xml:space="preserve"> </w:t>
      </w:r>
      <w:r w:rsidRPr="0078531E">
        <w:rPr>
          <w:sz w:val="24"/>
        </w:rPr>
        <w:t>telítettzsír tartalmú</w:t>
      </w:r>
      <w:r w:rsidRPr="0078531E">
        <w:rPr>
          <w:spacing w:val="-2"/>
          <w:sz w:val="24"/>
        </w:rPr>
        <w:t xml:space="preserve"> </w:t>
      </w:r>
      <w:r w:rsidRPr="0078531E">
        <w:rPr>
          <w:sz w:val="24"/>
        </w:rPr>
        <w:t>ételek</w:t>
      </w:r>
      <w:r w:rsidRPr="0078531E">
        <w:rPr>
          <w:spacing w:val="-1"/>
          <w:sz w:val="24"/>
        </w:rPr>
        <w:t xml:space="preserve"> </w:t>
      </w:r>
      <w:r w:rsidRPr="0078531E">
        <w:rPr>
          <w:sz w:val="24"/>
        </w:rPr>
        <w:t>fogyasztás</w:t>
      </w:r>
      <w:r w:rsidRPr="0078531E">
        <w:rPr>
          <w:spacing w:val="-1"/>
          <w:sz w:val="24"/>
        </w:rPr>
        <w:t xml:space="preserve"> </w:t>
      </w:r>
      <w:r w:rsidRPr="0078531E">
        <w:rPr>
          <w:sz w:val="24"/>
        </w:rPr>
        <w:t>csökkentésének</w:t>
      </w:r>
      <w:r w:rsidRPr="0078531E">
        <w:rPr>
          <w:spacing w:val="-1"/>
          <w:sz w:val="24"/>
        </w:rPr>
        <w:t xml:space="preserve"> </w:t>
      </w:r>
      <w:r w:rsidRPr="0078531E">
        <w:rPr>
          <w:spacing w:val="-2"/>
          <w:sz w:val="24"/>
        </w:rPr>
        <w:t>teendői</w:t>
      </w:r>
    </w:p>
    <w:p w14:paraId="0DBD7ECF" w14:textId="77777777" w:rsidR="00AE0CFD" w:rsidRPr="0078531E" w:rsidRDefault="00AE0CFD">
      <w:pPr>
        <w:pStyle w:val="Szvegtrzs"/>
        <w:spacing w:before="143"/>
      </w:pPr>
    </w:p>
    <w:p w14:paraId="39B679F5" w14:textId="77777777" w:rsidR="00AE0CFD" w:rsidRPr="0078531E" w:rsidRDefault="00C3522D">
      <w:pPr>
        <w:pStyle w:val="Cmsor4"/>
        <w:numPr>
          <w:ilvl w:val="1"/>
          <w:numId w:val="14"/>
        </w:numPr>
        <w:tabs>
          <w:tab w:val="left" w:pos="849"/>
        </w:tabs>
        <w:spacing w:before="1"/>
        <w:ind w:left="849" w:hanging="473"/>
        <w:jc w:val="left"/>
      </w:pPr>
      <w:r w:rsidRPr="0078531E">
        <w:t>Az</w:t>
      </w:r>
      <w:r w:rsidRPr="0078531E">
        <w:rPr>
          <w:spacing w:val="-6"/>
        </w:rPr>
        <w:t xml:space="preserve"> </w:t>
      </w:r>
      <w:r w:rsidRPr="0078531E">
        <w:t>óvodapedagógus</w:t>
      </w:r>
      <w:r w:rsidRPr="0078531E">
        <w:rPr>
          <w:spacing w:val="-6"/>
        </w:rPr>
        <w:t xml:space="preserve"> </w:t>
      </w:r>
      <w:r w:rsidRPr="0078531E">
        <w:rPr>
          <w:spacing w:val="-2"/>
        </w:rPr>
        <w:t>feladatai</w:t>
      </w:r>
    </w:p>
    <w:p w14:paraId="28716CAB" w14:textId="77777777" w:rsidR="00AE0CFD" w:rsidRPr="0078531E" w:rsidRDefault="00AE0CFD">
      <w:pPr>
        <w:pStyle w:val="Szvegtrzs"/>
        <w:spacing w:before="11"/>
        <w:rPr>
          <w:b/>
          <w:sz w:val="11"/>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2"/>
      </w:tblGrid>
      <w:tr w:rsidR="0078531E" w:rsidRPr="0078531E" w14:paraId="6DD454B0" w14:textId="77777777">
        <w:trPr>
          <w:trHeight w:val="830"/>
        </w:trPr>
        <w:tc>
          <w:tcPr>
            <w:tcW w:w="9062" w:type="dxa"/>
          </w:tcPr>
          <w:p w14:paraId="2262AC99" w14:textId="77777777" w:rsidR="00AE0CFD" w:rsidRPr="0078531E" w:rsidRDefault="00C3522D">
            <w:pPr>
              <w:pStyle w:val="TableParagraph"/>
              <w:ind w:left="830" w:hanging="360"/>
              <w:rPr>
                <w:sz w:val="24"/>
              </w:rPr>
            </w:pPr>
            <w:r w:rsidRPr="0078531E">
              <w:rPr>
                <w:sz w:val="24"/>
              </w:rPr>
              <w:t>1.</w:t>
            </w:r>
            <w:r w:rsidRPr="0078531E">
              <w:rPr>
                <w:spacing w:val="80"/>
                <w:sz w:val="24"/>
              </w:rPr>
              <w:t xml:space="preserve"> </w:t>
            </w:r>
            <w:r w:rsidRPr="0078531E">
              <w:rPr>
                <w:sz w:val="24"/>
              </w:rPr>
              <w:t>Higiénikus</w:t>
            </w:r>
            <w:r w:rsidRPr="0078531E">
              <w:rPr>
                <w:spacing w:val="30"/>
                <w:sz w:val="24"/>
              </w:rPr>
              <w:t xml:space="preserve"> </w:t>
            </w:r>
            <w:r w:rsidRPr="0078531E">
              <w:rPr>
                <w:sz w:val="24"/>
              </w:rPr>
              <w:t>szokások,</w:t>
            </w:r>
            <w:r w:rsidRPr="0078531E">
              <w:rPr>
                <w:spacing w:val="31"/>
                <w:sz w:val="24"/>
              </w:rPr>
              <w:t xml:space="preserve"> </w:t>
            </w:r>
            <w:r w:rsidRPr="0078531E">
              <w:rPr>
                <w:sz w:val="24"/>
              </w:rPr>
              <w:t>szabályok</w:t>
            </w:r>
            <w:r w:rsidRPr="0078531E">
              <w:rPr>
                <w:spacing w:val="30"/>
                <w:sz w:val="24"/>
              </w:rPr>
              <w:t xml:space="preserve"> </w:t>
            </w:r>
            <w:r w:rsidRPr="0078531E">
              <w:rPr>
                <w:sz w:val="24"/>
              </w:rPr>
              <w:t>megerősítése,</w:t>
            </w:r>
            <w:r w:rsidRPr="0078531E">
              <w:rPr>
                <w:spacing w:val="30"/>
                <w:sz w:val="24"/>
              </w:rPr>
              <w:t xml:space="preserve"> </w:t>
            </w:r>
            <w:r w:rsidRPr="0078531E">
              <w:rPr>
                <w:sz w:val="24"/>
              </w:rPr>
              <w:t>kialakítása,</w:t>
            </w:r>
            <w:r w:rsidRPr="0078531E">
              <w:rPr>
                <w:spacing w:val="33"/>
                <w:sz w:val="24"/>
              </w:rPr>
              <w:t xml:space="preserve"> </w:t>
            </w:r>
            <w:r w:rsidRPr="0078531E">
              <w:rPr>
                <w:sz w:val="24"/>
              </w:rPr>
              <w:t>az</w:t>
            </w:r>
            <w:r w:rsidRPr="0078531E">
              <w:rPr>
                <w:spacing w:val="32"/>
                <w:sz w:val="24"/>
              </w:rPr>
              <w:t xml:space="preserve"> </w:t>
            </w:r>
            <w:r w:rsidRPr="0078531E">
              <w:rPr>
                <w:sz w:val="24"/>
              </w:rPr>
              <w:t>egész</w:t>
            </w:r>
            <w:r w:rsidRPr="0078531E">
              <w:rPr>
                <w:spacing w:val="32"/>
                <w:sz w:val="24"/>
              </w:rPr>
              <w:t xml:space="preserve"> </w:t>
            </w:r>
            <w:r w:rsidRPr="0078531E">
              <w:rPr>
                <w:sz w:val="24"/>
              </w:rPr>
              <w:t>nap</w:t>
            </w:r>
            <w:r w:rsidRPr="0078531E">
              <w:rPr>
                <w:spacing w:val="33"/>
                <w:sz w:val="24"/>
              </w:rPr>
              <w:t xml:space="preserve"> </w:t>
            </w:r>
            <w:r w:rsidRPr="0078531E">
              <w:rPr>
                <w:sz w:val="24"/>
              </w:rPr>
              <w:t>folyamán kell,</w:t>
            </w:r>
            <w:r w:rsidRPr="0078531E">
              <w:rPr>
                <w:spacing w:val="39"/>
                <w:sz w:val="24"/>
              </w:rPr>
              <w:t xml:space="preserve"> </w:t>
            </w:r>
            <w:r w:rsidRPr="0078531E">
              <w:rPr>
                <w:sz w:val="24"/>
              </w:rPr>
              <w:t>hogy</w:t>
            </w:r>
            <w:r w:rsidRPr="0078531E">
              <w:rPr>
                <w:spacing w:val="35"/>
                <w:sz w:val="24"/>
              </w:rPr>
              <w:t xml:space="preserve"> </w:t>
            </w:r>
            <w:r w:rsidRPr="0078531E">
              <w:rPr>
                <w:sz w:val="24"/>
              </w:rPr>
              <w:t>történjen,</w:t>
            </w:r>
            <w:r w:rsidRPr="0078531E">
              <w:rPr>
                <w:spacing w:val="40"/>
                <w:sz w:val="24"/>
              </w:rPr>
              <w:t xml:space="preserve"> </w:t>
            </w:r>
            <w:r w:rsidRPr="0078531E">
              <w:rPr>
                <w:sz w:val="24"/>
              </w:rPr>
              <w:t>ahol</w:t>
            </w:r>
            <w:r w:rsidRPr="0078531E">
              <w:rPr>
                <w:spacing w:val="41"/>
                <w:sz w:val="24"/>
              </w:rPr>
              <w:t xml:space="preserve"> </w:t>
            </w:r>
            <w:r w:rsidRPr="0078531E">
              <w:rPr>
                <w:sz w:val="24"/>
              </w:rPr>
              <w:t>az</w:t>
            </w:r>
            <w:r w:rsidRPr="0078531E">
              <w:rPr>
                <w:spacing w:val="41"/>
                <w:sz w:val="24"/>
              </w:rPr>
              <w:t xml:space="preserve"> </w:t>
            </w:r>
            <w:r w:rsidRPr="0078531E">
              <w:rPr>
                <w:sz w:val="24"/>
              </w:rPr>
              <w:t>önállóságra</w:t>
            </w:r>
            <w:r w:rsidRPr="0078531E">
              <w:rPr>
                <w:spacing w:val="38"/>
                <w:sz w:val="24"/>
              </w:rPr>
              <w:t xml:space="preserve"> </w:t>
            </w:r>
            <w:r w:rsidRPr="0078531E">
              <w:rPr>
                <w:sz w:val="24"/>
              </w:rPr>
              <w:t>való</w:t>
            </w:r>
            <w:r w:rsidRPr="0078531E">
              <w:rPr>
                <w:spacing w:val="41"/>
                <w:sz w:val="24"/>
              </w:rPr>
              <w:t xml:space="preserve"> </w:t>
            </w:r>
            <w:r w:rsidRPr="0078531E">
              <w:rPr>
                <w:sz w:val="24"/>
              </w:rPr>
              <w:t>ösztönzés</w:t>
            </w:r>
            <w:r w:rsidRPr="0078531E">
              <w:rPr>
                <w:spacing w:val="40"/>
                <w:sz w:val="24"/>
              </w:rPr>
              <w:t xml:space="preserve"> </w:t>
            </w:r>
            <w:r w:rsidRPr="0078531E">
              <w:rPr>
                <w:sz w:val="24"/>
              </w:rPr>
              <w:t>és</w:t>
            </w:r>
            <w:r w:rsidRPr="0078531E">
              <w:rPr>
                <w:spacing w:val="40"/>
                <w:sz w:val="24"/>
              </w:rPr>
              <w:t xml:space="preserve"> </w:t>
            </w:r>
            <w:r w:rsidRPr="0078531E">
              <w:rPr>
                <w:sz w:val="24"/>
              </w:rPr>
              <w:t>a</w:t>
            </w:r>
            <w:r w:rsidRPr="0078531E">
              <w:rPr>
                <w:spacing w:val="39"/>
                <w:sz w:val="24"/>
              </w:rPr>
              <w:t xml:space="preserve"> </w:t>
            </w:r>
            <w:r w:rsidRPr="0078531E">
              <w:rPr>
                <w:sz w:val="24"/>
              </w:rPr>
              <w:t>pozitív</w:t>
            </w:r>
            <w:r w:rsidRPr="0078531E">
              <w:rPr>
                <w:spacing w:val="41"/>
                <w:sz w:val="24"/>
              </w:rPr>
              <w:t xml:space="preserve"> </w:t>
            </w:r>
            <w:r w:rsidRPr="0078531E">
              <w:rPr>
                <w:spacing w:val="-2"/>
                <w:sz w:val="24"/>
              </w:rPr>
              <w:t>megerősítés</w:t>
            </w:r>
          </w:p>
          <w:p w14:paraId="3E842035" w14:textId="77777777" w:rsidR="00AE0CFD" w:rsidRPr="0078531E" w:rsidRDefault="00C3522D">
            <w:pPr>
              <w:pStyle w:val="TableParagraph"/>
              <w:spacing w:line="264" w:lineRule="exact"/>
              <w:ind w:left="830"/>
              <w:rPr>
                <w:sz w:val="24"/>
              </w:rPr>
            </w:pPr>
            <w:r w:rsidRPr="0078531E">
              <w:rPr>
                <w:sz w:val="24"/>
              </w:rPr>
              <w:t>módszerét</w:t>
            </w:r>
            <w:r w:rsidRPr="0078531E">
              <w:rPr>
                <w:spacing w:val="-3"/>
                <w:sz w:val="24"/>
              </w:rPr>
              <w:t xml:space="preserve"> </w:t>
            </w:r>
            <w:r w:rsidRPr="0078531E">
              <w:rPr>
                <w:sz w:val="24"/>
              </w:rPr>
              <w:t>kell</w:t>
            </w:r>
            <w:r w:rsidRPr="0078531E">
              <w:rPr>
                <w:spacing w:val="-2"/>
                <w:sz w:val="24"/>
              </w:rPr>
              <w:t xml:space="preserve"> alkalmazni!</w:t>
            </w:r>
          </w:p>
        </w:tc>
      </w:tr>
      <w:tr w:rsidR="0078531E" w:rsidRPr="0078531E" w14:paraId="79A7464F" w14:textId="77777777">
        <w:trPr>
          <w:trHeight w:val="827"/>
        </w:trPr>
        <w:tc>
          <w:tcPr>
            <w:tcW w:w="9062" w:type="dxa"/>
          </w:tcPr>
          <w:p w14:paraId="7757AD7B" w14:textId="7BECFF31" w:rsidR="00AE0CFD" w:rsidRPr="0078531E" w:rsidRDefault="00C3522D" w:rsidP="006B65AD">
            <w:pPr>
              <w:pStyle w:val="TableParagraph"/>
              <w:spacing w:line="268" w:lineRule="exact"/>
              <w:ind w:left="830" w:hanging="360"/>
              <w:rPr>
                <w:sz w:val="24"/>
              </w:rPr>
            </w:pPr>
            <w:r w:rsidRPr="0078531E">
              <w:rPr>
                <w:sz w:val="24"/>
              </w:rPr>
              <w:t>2.</w:t>
            </w:r>
            <w:r w:rsidRPr="0078531E">
              <w:rPr>
                <w:spacing w:val="26"/>
                <w:sz w:val="24"/>
              </w:rPr>
              <w:t xml:space="preserve">  </w:t>
            </w:r>
            <w:r w:rsidRPr="0078531E">
              <w:rPr>
                <w:sz w:val="24"/>
              </w:rPr>
              <w:t>Tisztálkodás,</w:t>
            </w:r>
            <w:r w:rsidRPr="0078531E">
              <w:rPr>
                <w:spacing w:val="25"/>
                <w:sz w:val="24"/>
              </w:rPr>
              <w:t xml:space="preserve"> </w:t>
            </w:r>
            <w:r w:rsidRPr="0078531E">
              <w:rPr>
                <w:sz w:val="24"/>
              </w:rPr>
              <w:t>szobatisztaság,</w:t>
            </w:r>
            <w:r w:rsidRPr="0078531E">
              <w:rPr>
                <w:spacing w:val="25"/>
                <w:sz w:val="24"/>
              </w:rPr>
              <w:t xml:space="preserve"> </w:t>
            </w:r>
            <w:r w:rsidRPr="0078531E">
              <w:rPr>
                <w:sz w:val="24"/>
              </w:rPr>
              <w:t>WC-használat,</w:t>
            </w:r>
            <w:r w:rsidRPr="0078531E">
              <w:rPr>
                <w:spacing w:val="25"/>
                <w:sz w:val="24"/>
              </w:rPr>
              <w:t xml:space="preserve"> </w:t>
            </w:r>
            <w:r w:rsidRPr="0078531E">
              <w:rPr>
                <w:sz w:val="24"/>
              </w:rPr>
              <w:t>kézmosás,</w:t>
            </w:r>
            <w:r w:rsidR="006B65AD" w:rsidRPr="0078531E">
              <w:rPr>
                <w:sz w:val="24"/>
              </w:rPr>
              <w:t xml:space="preserve"> orrf</w:t>
            </w:r>
            <w:r w:rsidR="00914541" w:rsidRPr="0078531E">
              <w:rPr>
                <w:sz w:val="24"/>
              </w:rPr>
              <w:t>új</w:t>
            </w:r>
            <w:r w:rsidR="006B65AD" w:rsidRPr="0078531E">
              <w:rPr>
                <w:sz w:val="24"/>
              </w:rPr>
              <w:t>ás,</w:t>
            </w:r>
            <w:r w:rsidRPr="0078531E">
              <w:rPr>
                <w:spacing w:val="25"/>
                <w:sz w:val="24"/>
              </w:rPr>
              <w:t xml:space="preserve"> </w:t>
            </w:r>
            <w:r w:rsidRPr="0078531E">
              <w:rPr>
                <w:sz w:val="24"/>
              </w:rPr>
              <w:t>törülközés,</w:t>
            </w:r>
            <w:r w:rsidRPr="0078531E">
              <w:rPr>
                <w:spacing w:val="26"/>
                <w:sz w:val="24"/>
              </w:rPr>
              <w:t xml:space="preserve"> </w:t>
            </w:r>
            <w:r w:rsidRPr="0078531E">
              <w:rPr>
                <w:spacing w:val="-2"/>
                <w:sz w:val="24"/>
              </w:rPr>
              <w:t>fésülködés,</w:t>
            </w:r>
            <w:r w:rsidR="006B65AD" w:rsidRPr="0078531E">
              <w:rPr>
                <w:sz w:val="24"/>
              </w:rPr>
              <w:t xml:space="preserve"> </w:t>
            </w:r>
            <w:r w:rsidRPr="0078531E">
              <w:rPr>
                <w:sz w:val="24"/>
              </w:rPr>
              <w:t>fogápolás</w:t>
            </w:r>
            <w:r w:rsidRPr="0078531E">
              <w:rPr>
                <w:spacing w:val="37"/>
                <w:sz w:val="24"/>
              </w:rPr>
              <w:t xml:space="preserve"> </w:t>
            </w:r>
            <w:r w:rsidRPr="0078531E">
              <w:rPr>
                <w:sz w:val="24"/>
              </w:rPr>
              <w:t>helyes,</w:t>
            </w:r>
            <w:r w:rsidRPr="0078531E">
              <w:rPr>
                <w:spacing w:val="39"/>
                <w:sz w:val="24"/>
              </w:rPr>
              <w:t xml:space="preserve"> </w:t>
            </w:r>
            <w:r w:rsidRPr="0078531E">
              <w:rPr>
                <w:sz w:val="24"/>
              </w:rPr>
              <w:t>rendszeres</w:t>
            </w:r>
            <w:r w:rsidRPr="0078531E">
              <w:rPr>
                <w:spacing w:val="37"/>
                <w:sz w:val="24"/>
              </w:rPr>
              <w:t xml:space="preserve"> </w:t>
            </w:r>
            <w:r w:rsidRPr="0078531E">
              <w:rPr>
                <w:sz w:val="24"/>
              </w:rPr>
              <w:t>végzésére</w:t>
            </w:r>
            <w:r w:rsidRPr="0078531E">
              <w:rPr>
                <w:spacing w:val="36"/>
                <w:sz w:val="24"/>
              </w:rPr>
              <w:t xml:space="preserve"> </w:t>
            </w:r>
            <w:r w:rsidRPr="0078531E">
              <w:rPr>
                <w:sz w:val="24"/>
              </w:rPr>
              <w:t>nevelés</w:t>
            </w:r>
            <w:r w:rsidRPr="0078531E">
              <w:rPr>
                <w:spacing w:val="39"/>
                <w:sz w:val="24"/>
              </w:rPr>
              <w:t xml:space="preserve"> </w:t>
            </w:r>
            <w:r w:rsidRPr="0078531E">
              <w:rPr>
                <w:sz w:val="24"/>
              </w:rPr>
              <w:t>az</w:t>
            </w:r>
            <w:r w:rsidRPr="0078531E">
              <w:rPr>
                <w:spacing w:val="38"/>
                <w:sz w:val="24"/>
              </w:rPr>
              <w:t xml:space="preserve"> </w:t>
            </w:r>
            <w:r w:rsidRPr="0078531E">
              <w:rPr>
                <w:sz w:val="24"/>
              </w:rPr>
              <w:t>egészség</w:t>
            </w:r>
            <w:r w:rsidRPr="0078531E">
              <w:rPr>
                <w:spacing w:val="35"/>
                <w:sz w:val="24"/>
              </w:rPr>
              <w:t xml:space="preserve"> </w:t>
            </w:r>
            <w:r w:rsidRPr="0078531E">
              <w:rPr>
                <w:sz w:val="24"/>
              </w:rPr>
              <w:t>megóvása</w:t>
            </w:r>
            <w:r w:rsidRPr="0078531E">
              <w:rPr>
                <w:spacing w:val="38"/>
                <w:sz w:val="24"/>
              </w:rPr>
              <w:t xml:space="preserve"> </w:t>
            </w:r>
            <w:r w:rsidRPr="0078531E">
              <w:rPr>
                <w:sz w:val="24"/>
              </w:rPr>
              <w:t>érdekében történik, az intimitás tiszteletben tartásával és a nemi identitás figyelembevételével.</w:t>
            </w:r>
          </w:p>
        </w:tc>
      </w:tr>
      <w:tr w:rsidR="0078531E" w:rsidRPr="0078531E" w14:paraId="5F5FB391" w14:textId="77777777">
        <w:trPr>
          <w:trHeight w:val="830"/>
        </w:trPr>
        <w:tc>
          <w:tcPr>
            <w:tcW w:w="9062" w:type="dxa"/>
          </w:tcPr>
          <w:p w14:paraId="5FDAA537" w14:textId="77777777" w:rsidR="00AE0CFD" w:rsidRPr="0078531E" w:rsidRDefault="00C3522D">
            <w:pPr>
              <w:pStyle w:val="TableParagraph"/>
              <w:spacing w:line="270" w:lineRule="exact"/>
              <w:ind w:left="830" w:hanging="360"/>
              <w:rPr>
                <w:sz w:val="24"/>
              </w:rPr>
            </w:pPr>
            <w:r w:rsidRPr="0078531E">
              <w:rPr>
                <w:sz w:val="24"/>
              </w:rPr>
              <w:lastRenderedPageBreak/>
              <w:t>3.</w:t>
            </w:r>
            <w:r w:rsidRPr="0078531E">
              <w:rPr>
                <w:spacing w:val="25"/>
                <w:sz w:val="24"/>
              </w:rPr>
              <w:t xml:space="preserve">  </w:t>
            </w:r>
            <w:r w:rsidRPr="0078531E">
              <w:rPr>
                <w:sz w:val="24"/>
              </w:rPr>
              <w:t>Megteremtjük,</w:t>
            </w:r>
            <w:r w:rsidRPr="0078531E">
              <w:rPr>
                <w:spacing w:val="9"/>
                <w:sz w:val="24"/>
              </w:rPr>
              <w:t xml:space="preserve"> </w:t>
            </w:r>
            <w:r w:rsidRPr="0078531E">
              <w:rPr>
                <w:sz w:val="24"/>
              </w:rPr>
              <w:t>hogy</w:t>
            </w:r>
            <w:r w:rsidRPr="0078531E">
              <w:rPr>
                <w:spacing w:val="2"/>
                <w:sz w:val="24"/>
              </w:rPr>
              <w:t xml:space="preserve"> </w:t>
            </w:r>
            <w:r w:rsidRPr="0078531E">
              <w:rPr>
                <w:sz w:val="24"/>
              </w:rPr>
              <w:t>olyan</w:t>
            </w:r>
            <w:r w:rsidRPr="0078531E">
              <w:rPr>
                <w:spacing w:val="8"/>
                <w:sz w:val="24"/>
              </w:rPr>
              <w:t xml:space="preserve"> </w:t>
            </w:r>
            <w:r w:rsidRPr="0078531E">
              <w:rPr>
                <w:sz w:val="24"/>
              </w:rPr>
              <w:t>nyitott</w:t>
            </w:r>
            <w:r w:rsidRPr="0078531E">
              <w:rPr>
                <w:spacing w:val="8"/>
                <w:sz w:val="24"/>
              </w:rPr>
              <w:t xml:space="preserve"> </w:t>
            </w:r>
            <w:r w:rsidRPr="0078531E">
              <w:rPr>
                <w:sz w:val="24"/>
              </w:rPr>
              <w:t>és</w:t>
            </w:r>
            <w:r w:rsidRPr="0078531E">
              <w:rPr>
                <w:spacing w:val="8"/>
                <w:sz w:val="24"/>
              </w:rPr>
              <w:t xml:space="preserve"> </w:t>
            </w:r>
            <w:r w:rsidRPr="0078531E">
              <w:rPr>
                <w:sz w:val="24"/>
              </w:rPr>
              <w:t>rugalmas</w:t>
            </w:r>
            <w:r w:rsidRPr="0078531E">
              <w:rPr>
                <w:spacing w:val="8"/>
                <w:sz w:val="24"/>
              </w:rPr>
              <w:t xml:space="preserve"> </w:t>
            </w:r>
            <w:r w:rsidRPr="0078531E">
              <w:rPr>
                <w:sz w:val="24"/>
              </w:rPr>
              <w:t>rendszerben</w:t>
            </w:r>
            <w:r w:rsidRPr="0078531E">
              <w:rPr>
                <w:spacing w:val="7"/>
                <w:sz w:val="24"/>
              </w:rPr>
              <w:t xml:space="preserve"> </w:t>
            </w:r>
            <w:r w:rsidRPr="0078531E">
              <w:rPr>
                <w:sz w:val="24"/>
              </w:rPr>
              <w:t>fejlődhessen</w:t>
            </w:r>
            <w:r w:rsidRPr="0078531E">
              <w:rPr>
                <w:spacing w:val="7"/>
                <w:sz w:val="24"/>
              </w:rPr>
              <w:t xml:space="preserve"> </w:t>
            </w:r>
            <w:r w:rsidRPr="0078531E">
              <w:rPr>
                <w:sz w:val="24"/>
              </w:rPr>
              <w:t>a</w:t>
            </w:r>
            <w:r w:rsidRPr="0078531E">
              <w:rPr>
                <w:spacing w:val="9"/>
                <w:sz w:val="24"/>
              </w:rPr>
              <w:t xml:space="preserve"> </w:t>
            </w:r>
            <w:r w:rsidRPr="0078531E">
              <w:rPr>
                <w:spacing w:val="-2"/>
                <w:sz w:val="24"/>
              </w:rPr>
              <w:t>gyermek,</w:t>
            </w:r>
          </w:p>
          <w:p w14:paraId="62011A6D" w14:textId="77777777" w:rsidR="00AE0CFD" w:rsidRPr="0078531E" w:rsidRDefault="00C3522D">
            <w:pPr>
              <w:pStyle w:val="TableParagraph"/>
              <w:tabs>
                <w:tab w:val="left" w:pos="1518"/>
                <w:tab w:val="left" w:pos="2559"/>
                <w:tab w:val="left" w:pos="3410"/>
                <w:tab w:val="left" w:pos="5187"/>
                <w:tab w:val="left" w:pos="6133"/>
                <w:tab w:val="left" w:pos="6545"/>
                <w:tab w:val="left" w:pos="7394"/>
              </w:tabs>
              <w:spacing w:line="270" w:lineRule="atLeast"/>
              <w:ind w:left="830" w:right="98"/>
              <w:rPr>
                <w:sz w:val="24"/>
              </w:rPr>
            </w:pPr>
            <w:r w:rsidRPr="0078531E">
              <w:rPr>
                <w:spacing w:val="-4"/>
                <w:sz w:val="24"/>
              </w:rPr>
              <w:t>mely</w:t>
            </w:r>
            <w:r w:rsidRPr="0078531E">
              <w:rPr>
                <w:sz w:val="24"/>
              </w:rPr>
              <w:tab/>
            </w:r>
            <w:r w:rsidRPr="0078531E">
              <w:rPr>
                <w:spacing w:val="-2"/>
                <w:sz w:val="24"/>
              </w:rPr>
              <w:t>igazodik</w:t>
            </w:r>
            <w:r w:rsidRPr="0078531E">
              <w:rPr>
                <w:sz w:val="24"/>
              </w:rPr>
              <w:tab/>
            </w:r>
            <w:r w:rsidRPr="0078531E">
              <w:rPr>
                <w:spacing w:val="-2"/>
                <w:sz w:val="24"/>
              </w:rPr>
              <w:t>egyéni</w:t>
            </w:r>
            <w:r w:rsidRPr="0078531E">
              <w:rPr>
                <w:sz w:val="24"/>
              </w:rPr>
              <w:tab/>
            </w:r>
            <w:r w:rsidRPr="0078531E">
              <w:rPr>
                <w:spacing w:val="-2"/>
                <w:sz w:val="24"/>
              </w:rPr>
              <w:t>szükségleteihez,</w:t>
            </w:r>
            <w:r w:rsidRPr="0078531E">
              <w:rPr>
                <w:sz w:val="24"/>
              </w:rPr>
              <w:tab/>
            </w:r>
            <w:r w:rsidRPr="0078531E">
              <w:rPr>
                <w:spacing w:val="-2"/>
                <w:sz w:val="24"/>
              </w:rPr>
              <w:t>életkori</w:t>
            </w:r>
            <w:r w:rsidRPr="0078531E">
              <w:rPr>
                <w:sz w:val="24"/>
              </w:rPr>
              <w:tab/>
            </w:r>
            <w:r w:rsidRPr="0078531E">
              <w:rPr>
                <w:spacing w:val="-6"/>
                <w:sz w:val="24"/>
              </w:rPr>
              <w:t>és</w:t>
            </w:r>
            <w:r w:rsidRPr="0078531E">
              <w:rPr>
                <w:sz w:val="24"/>
              </w:rPr>
              <w:tab/>
            </w:r>
            <w:r w:rsidRPr="0078531E">
              <w:rPr>
                <w:spacing w:val="-2"/>
                <w:sz w:val="24"/>
              </w:rPr>
              <w:t>egyéni</w:t>
            </w:r>
            <w:r w:rsidRPr="0078531E">
              <w:rPr>
                <w:sz w:val="24"/>
              </w:rPr>
              <w:tab/>
            </w:r>
            <w:r w:rsidRPr="0078531E">
              <w:rPr>
                <w:spacing w:val="-2"/>
                <w:sz w:val="24"/>
              </w:rPr>
              <w:t xml:space="preserve">sajátosságaihoz, </w:t>
            </w:r>
            <w:r w:rsidRPr="0078531E">
              <w:rPr>
                <w:sz w:val="24"/>
              </w:rPr>
              <w:t>kompetenciájához, fejlődési üteméhez.</w:t>
            </w:r>
          </w:p>
        </w:tc>
      </w:tr>
      <w:tr w:rsidR="0078531E" w:rsidRPr="0078531E" w14:paraId="569EB3EE" w14:textId="77777777">
        <w:trPr>
          <w:trHeight w:val="827"/>
        </w:trPr>
        <w:tc>
          <w:tcPr>
            <w:tcW w:w="9062" w:type="dxa"/>
          </w:tcPr>
          <w:p w14:paraId="7578B80F" w14:textId="77777777" w:rsidR="00AE0CFD" w:rsidRPr="0078531E" w:rsidRDefault="00C3522D">
            <w:pPr>
              <w:pStyle w:val="TableParagraph"/>
              <w:tabs>
                <w:tab w:val="left" w:pos="1818"/>
                <w:tab w:val="left" w:pos="2221"/>
                <w:tab w:val="left" w:pos="2811"/>
                <w:tab w:val="left" w:pos="4469"/>
                <w:tab w:val="left" w:pos="5432"/>
                <w:tab w:val="left" w:pos="5744"/>
                <w:tab w:val="left" w:pos="7287"/>
                <w:tab w:val="left" w:pos="7596"/>
              </w:tabs>
              <w:spacing w:line="232" w:lineRule="auto"/>
              <w:ind w:left="830" w:right="92" w:hanging="360"/>
              <w:rPr>
                <w:sz w:val="24"/>
              </w:rPr>
            </w:pPr>
            <w:r w:rsidRPr="0078531E">
              <w:t>4.</w:t>
            </w:r>
            <w:r w:rsidRPr="0078531E">
              <w:rPr>
                <w:spacing w:val="80"/>
                <w:w w:val="150"/>
              </w:rPr>
              <w:t xml:space="preserve"> </w:t>
            </w:r>
            <w:r w:rsidRPr="0078531E">
              <w:rPr>
                <w:sz w:val="24"/>
              </w:rPr>
              <w:t>A</w:t>
            </w:r>
            <w:r w:rsidRPr="0078531E">
              <w:rPr>
                <w:spacing w:val="-7"/>
                <w:sz w:val="24"/>
              </w:rPr>
              <w:t xml:space="preserve"> </w:t>
            </w:r>
            <w:r w:rsidRPr="0078531E">
              <w:rPr>
                <w:b/>
                <w:i/>
                <w:sz w:val="24"/>
                <w:u w:val="single"/>
              </w:rPr>
              <w:t>tevékenységekhez</w:t>
            </w:r>
            <w:r w:rsidRPr="0078531E">
              <w:rPr>
                <w:b/>
                <w:i/>
                <w:spacing w:val="-7"/>
                <w:sz w:val="24"/>
                <w:u w:val="single"/>
              </w:rPr>
              <w:t xml:space="preserve"> </w:t>
            </w:r>
            <w:r w:rsidRPr="0078531E">
              <w:rPr>
                <w:b/>
                <w:i/>
                <w:sz w:val="24"/>
                <w:u w:val="single"/>
              </w:rPr>
              <w:t>nyugodt,</w:t>
            </w:r>
            <w:r w:rsidRPr="0078531E">
              <w:rPr>
                <w:b/>
                <w:i/>
                <w:spacing w:val="-6"/>
                <w:sz w:val="24"/>
                <w:u w:val="single"/>
              </w:rPr>
              <w:t xml:space="preserve"> </w:t>
            </w:r>
            <w:r w:rsidRPr="0078531E">
              <w:rPr>
                <w:b/>
                <w:i/>
                <w:sz w:val="24"/>
                <w:u w:val="single"/>
              </w:rPr>
              <w:t>sürgetésmentes</w:t>
            </w:r>
            <w:r w:rsidRPr="0078531E">
              <w:rPr>
                <w:b/>
                <w:i/>
                <w:spacing w:val="-7"/>
                <w:sz w:val="24"/>
                <w:u w:val="single"/>
              </w:rPr>
              <w:t xml:space="preserve"> </w:t>
            </w:r>
            <w:r w:rsidRPr="0078531E">
              <w:rPr>
                <w:b/>
                <w:i/>
                <w:sz w:val="24"/>
                <w:u w:val="single"/>
              </w:rPr>
              <w:t>légkört</w:t>
            </w:r>
            <w:r w:rsidRPr="0078531E">
              <w:rPr>
                <w:b/>
                <w:i/>
                <w:spacing w:val="-7"/>
                <w:sz w:val="24"/>
                <w:u w:val="single"/>
              </w:rPr>
              <w:t xml:space="preserve"> </w:t>
            </w:r>
            <w:r w:rsidRPr="0078531E">
              <w:rPr>
                <w:b/>
                <w:i/>
                <w:sz w:val="24"/>
                <w:u w:val="single"/>
              </w:rPr>
              <w:t>teremtünk</w:t>
            </w:r>
            <w:r w:rsidRPr="0078531E">
              <w:rPr>
                <w:b/>
                <w:i/>
                <w:spacing w:val="-6"/>
                <w:sz w:val="24"/>
              </w:rPr>
              <w:t xml:space="preserve"> </w:t>
            </w:r>
            <w:r w:rsidRPr="0078531E">
              <w:rPr>
                <w:sz w:val="24"/>
              </w:rPr>
              <w:t xml:space="preserve">(csoportszobákban </w:t>
            </w:r>
            <w:r w:rsidRPr="0078531E">
              <w:rPr>
                <w:spacing w:val="-2"/>
                <w:sz w:val="24"/>
              </w:rPr>
              <w:t>udvaron</w:t>
            </w:r>
            <w:r w:rsidRPr="0078531E">
              <w:rPr>
                <w:sz w:val="24"/>
              </w:rPr>
              <w:tab/>
            </w:r>
            <w:r w:rsidRPr="0078531E">
              <w:rPr>
                <w:spacing w:val="-5"/>
                <w:sz w:val="24"/>
              </w:rPr>
              <w:t>és</w:t>
            </w:r>
            <w:r w:rsidRPr="0078531E">
              <w:rPr>
                <w:sz w:val="24"/>
              </w:rPr>
              <w:tab/>
            </w:r>
            <w:r w:rsidRPr="0078531E">
              <w:rPr>
                <w:spacing w:val="-5"/>
                <w:sz w:val="24"/>
              </w:rPr>
              <w:t>más</w:t>
            </w:r>
            <w:r w:rsidRPr="0078531E">
              <w:rPr>
                <w:sz w:val="24"/>
              </w:rPr>
              <w:tab/>
            </w:r>
            <w:r w:rsidRPr="0078531E">
              <w:rPr>
                <w:spacing w:val="-2"/>
                <w:sz w:val="24"/>
              </w:rPr>
              <w:t>helyiségekben)</w:t>
            </w:r>
            <w:r w:rsidRPr="0078531E">
              <w:rPr>
                <w:sz w:val="24"/>
              </w:rPr>
              <w:tab/>
            </w:r>
            <w:r w:rsidRPr="0078531E">
              <w:rPr>
                <w:spacing w:val="-2"/>
                <w:sz w:val="24"/>
              </w:rPr>
              <w:t>ügyelve</w:t>
            </w:r>
            <w:r w:rsidRPr="0078531E">
              <w:rPr>
                <w:sz w:val="24"/>
              </w:rPr>
              <w:tab/>
            </w:r>
            <w:r w:rsidRPr="0078531E">
              <w:rPr>
                <w:spacing w:val="-10"/>
                <w:sz w:val="24"/>
              </w:rPr>
              <w:t>a</w:t>
            </w:r>
            <w:r w:rsidRPr="0078531E">
              <w:rPr>
                <w:sz w:val="24"/>
              </w:rPr>
              <w:tab/>
            </w:r>
            <w:r w:rsidRPr="0078531E">
              <w:rPr>
                <w:spacing w:val="-2"/>
                <w:sz w:val="24"/>
              </w:rPr>
              <w:t>hőmérséklete,</w:t>
            </w:r>
            <w:r w:rsidRPr="0078531E">
              <w:rPr>
                <w:sz w:val="24"/>
              </w:rPr>
              <w:tab/>
            </w:r>
            <w:r w:rsidRPr="0078531E">
              <w:rPr>
                <w:spacing w:val="-10"/>
                <w:sz w:val="24"/>
              </w:rPr>
              <w:t>a</w:t>
            </w:r>
            <w:r w:rsidRPr="0078531E">
              <w:rPr>
                <w:sz w:val="24"/>
              </w:rPr>
              <w:tab/>
            </w:r>
            <w:r w:rsidRPr="0078531E">
              <w:rPr>
                <w:spacing w:val="-2"/>
                <w:sz w:val="24"/>
              </w:rPr>
              <w:t>szellőztetésre,</w:t>
            </w:r>
          </w:p>
          <w:p w14:paraId="333A175A" w14:textId="77777777" w:rsidR="00AE0CFD" w:rsidRPr="0078531E" w:rsidRDefault="00C3522D">
            <w:pPr>
              <w:pStyle w:val="TableParagraph"/>
              <w:spacing w:before="1" w:line="264" w:lineRule="exact"/>
              <w:ind w:left="830"/>
              <w:rPr>
                <w:sz w:val="24"/>
              </w:rPr>
            </w:pPr>
            <w:r w:rsidRPr="0078531E">
              <w:rPr>
                <w:sz w:val="24"/>
              </w:rPr>
              <w:t>fényviszonyokra,</w:t>
            </w:r>
            <w:r w:rsidRPr="0078531E">
              <w:rPr>
                <w:spacing w:val="-5"/>
                <w:sz w:val="24"/>
              </w:rPr>
              <w:t xml:space="preserve"> </w:t>
            </w:r>
            <w:r w:rsidRPr="0078531E">
              <w:rPr>
                <w:sz w:val="24"/>
              </w:rPr>
              <w:t>páratartalomra,</w:t>
            </w:r>
            <w:r w:rsidRPr="0078531E">
              <w:rPr>
                <w:spacing w:val="-4"/>
                <w:sz w:val="24"/>
              </w:rPr>
              <w:t xml:space="preserve"> </w:t>
            </w:r>
            <w:r w:rsidRPr="0078531E">
              <w:rPr>
                <w:spacing w:val="-2"/>
                <w:sz w:val="24"/>
              </w:rPr>
              <w:t>zajártalomra.</w:t>
            </w:r>
          </w:p>
        </w:tc>
      </w:tr>
      <w:tr w:rsidR="0078531E" w:rsidRPr="0078531E" w14:paraId="6C8452F0" w14:textId="77777777">
        <w:trPr>
          <w:trHeight w:val="565"/>
        </w:trPr>
        <w:tc>
          <w:tcPr>
            <w:tcW w:w="9062" w:type="dxa"/>
          </w:tcPr>
          <w:p w14:paraId="2169A24E" w14:textId="77777777" w:rsidR="00AE0CFD" w:rsidRPr="0078531E" w:rsidRDefault="00C3522D">
            <w:pPr>
              <w:pStyle w:val="TableParagraph"/>
              <w:spacing w:line="276" w:lineRule="exact"/>
              <w:ind w:left="830" w:hanging="360"/>
              <w:rPr>
                <w:sz w:val="24"/>
              </w:rPr>
            </w:pPr>
            <w:r w:rsidRPr="0078531E">
              <w:rPr>
                <w:sz w:val="24"/>
              </w:rPr>
              <w:t>5.</w:t>
            </w:r>
            <w:r w:rsidRPr="0078531E">
              <w:rPr>
                <w:spacing w:val="80"/>
                <w:sz w:val="24"/>
              </w:rPr>
              <w:t xml:space="preserve"> </w:t>
            </w:r>
            <w:r w:rsidRPr="0078531E">
              <w:rPr>
                <w:sz w:val="24"/>
              </w:rPr>
              <w:t>Az étkezési kultúra alakítása és erősítésekor a gyermekközösség mintaadó erejére is építünk. Ehhez fontos az esztétikus környezet biztosítása: asztalterítő, szalvéta stb.</w:t>
            </w:r>
          </w:p>
        </w:tc>
      </w:tr>
      <w:tr w:rsidR="0078531E" w:rsidRPr="0078531E" w14:paraId="198D49D8" w14:textId="77777777">
        <w:trPr>
          <w:trHeight w:val="827"/>
        </w:trPr>
        <w:tc>
          <w:tcPr>
            <w:tcW w:w="9062" w:type="dxa"/>
          </w:tcPr>
          <w:p w14:paraId="530C4A5A" w14:textId="72FA47BF" w:rsidR="00AE0CFD" w:rsidRPr="0078531E" w:rsidRDefault="00C3522D" w:rsidP="00B42931">
            <w:pPr>
              <w:pStyle w:val="TableParagraph"/>
              <w:ind w:left="830" w:hanging="360"/>
              <w:rPr>
                <w:sz w:val="24"/>
              </w:rPr>
            </w:pPr>
            <w:r w:rsidRPr="0078531E">
              <w:rPr>
                <w:sz w:val="24"/>
              </w:rPr>
              <w:t>6.</w:t>
            </w:r>
            <w:r w:rsidRPr="0078531E">
              <w:rPr>
                <w:spacing w:val="80"/>
                <w:sz w:val="24"/>
              </w:rPr>
              <w:t xml:space="preserve"> </w:t>
            </w:r>
            <w:r w:rsidRPr="0078531E">
              <w:rPr>
                <w:sz w:val="24"/>
              </w:rPr>
              <w:t>Az óvodai étkezést a</w:t>
            </w:r>
            <w:r w:rsidR="006B65AD" w:rsidRPr="0078531E">
              <w:rPr>
                <w:sz w:val="24"/>
              </w:rPr>
              <w:t xml:space="preserve"> helyi általános iskola konyhája biztosítja. </w:t>
            </w:r>
            <w:r w:rsidRPr="0078531E">
              <w:rPr>
                <w:sz w:val="24"/>
              </w:rPr>
              <w:t>Az óvodában a</w:t>
            </w:r>
            <w:r w:rsidRPr="0078531E">
              <w:rPr>
                <w:spacing w:val="40"/>
                <w:sz w:val="24"/>
              </w:rPr>
              <w:t xml:space="preserve"> </w:t>
            </w:r>
            <w:r w:rsidRPr="0078531E">
              <w:rPr>
                <w:sz w:val="24"/>
              </w:rPr>
              <w:t>magas</w:t>
            </w:r>
            <w:r w:rsidRPr="0078531E">
              <w:rPr>
                <w:spacing w:val="37"/>
                <w:sz w:val="24"/>
              </w:rPr>
              <w:t xml:space="preserve"> </w:t>
            </w:r>
            <w:r w:rsidRPr="0078531E">
              <w:rPr>
                <w:sz w:val="24"/>
              </w:rPr>
              <w:t>telítettzsír</w:t>
            </w:r>
            <w:r w:rsidRPr="0078531E">
              <w:rPr>
                <w:spacing w:val="38"/>
                <w:sz w:val="24"/>
              </w:rPr>
              <w:t xml:space="preserve"> </w:t>
            </w:r>
            <w:r w:rsidRPr="0078531E">
              <w:rPr>
                <w:sz w:val="24"/>
              </w:rPr>
              <w:t>tartalmú</w:t>
            </w:r>
            <w:r w:rsidRPr="0078531E">
              <w:rPr>
                <w:spacing w:val="37"/>
                <w:sz w:val="24"/>
              </w:rPr>
              <w:t xml:space="preserve"> </w:t>
            </w:r>
            <w:r w:rsidRPr="0078531E">
              <w:rPr>
                <w:sz w:val="24"/>
              </w:rPr>
              <w:t>ételek</w:t>
            </w:r>
            <w:r w:rsidR="006B65AD" w:rsidRPr="0078531E">
              <w:rPr>
                <w:sz w:val="24"/>
              </w:rPr>
              <w:t xml:space="preserve">, túlzott só és cukor </w:t>
            </w:r>
            <w:r w:rsidRPr="0078531E">
              <w:rPr>
                <w:sz w:val="24"/>
              </w:rPr>
              <w:t>fogyasztás</w:t>
            </w:r>
            <w:r w:rsidR="006B65AD" w:rsidRPr="0078531E">
              <w:rPr>
                <w:sz w:val="24"/>
              </w:rPr>
              <w:t>ának</w:t>
            </w:r>
            <w:r w:rsidRPr="0078531E">
              <w:rPr>
                <w:spacing w:val="38"/>
                <w:sz w:val="24"/>
              </w:rPr>
              <w:t xml:space="preserve"> </w:t>
            </w:r>
            <w:r w:rsidRPr="0078531E">
              <w:rPr>
                <w:sz w:val="24"/>
              </w:rPr>
              <w:t>csökkentés</w:t>
            </w:r>
            <w:r w:rsidR="006B65AD" w:rsidRPr="0078531E">
              <w:rPr>
                <w:sz w:val="24"/>
              </w:rPr>
              <w:t>ére törekszünk.</w:t>
            </w:r>
            <w:r w:rsidRPr="0078531E">
              <w:rPr>
                <w:spacing w:val="39"/>
                <w:sz w:val="24"/>
              </w:rPr>
              <w:t xml:space="preserve"> </w:t>
            </w:r>
          </w:p>
        </w:tc>
      </w:tr>
      <w:tr w:rsidR="0078531E" w:rsidRPr="0078531E" w14:paraId="0533A230" w14:textId="77777777">
        <w:trPr>
          <w:trHeight w:val="568"/>
        </w:trPr>
        <w:tc>
          <w:tcPr>
            <w:tcW w:w="9062" w:type="dxa"/>
          </w:tcPr>
          <w:p w14:paraId="5C56B391" w14:textId="429403C9" w:rsidR="00AE0CFD" w:rsidRPr="0078531E" w:rsidRDefault="00C3522D">
            <w:pPr>
              <w:pStyle w:val="TableParagraph"/>
              <w:spacing w:line="270" w:lineRule="atLeast"/>
              <w:ind w:left="830" w:hanging="360"/>
              <w:rPr>
                <w:sz w:val="24"/>
              </w:rPr>
            </w:pPr>
            <w:r w:rsidRPr="0078531E">
              <w:rPr>
                <w:sz w:val="24"/>
              </w:rPr>
              <w:t>7.</w:t>
            </w:r>
            <w:r w:rsidRPr="0078531E">
              <w:rPr>
                <w:spacing w:val="80"/>
                <w:sz w:val="24"/>
              </w:rPr>
              <w:t xml:space="preserve"> </w:t>
            </w:r>
            <w:r w:rsidRPr="0078531E">
              <w:rPr>
                <w:sz w:val="24"/>
              </w:rPr>
              <w:t xml:space="preserve">A korszerű táplálkozás jegyében rendszeresen nyers formában történik a </w:t>
            </w:r>
            <w:r w:rsidR="00B42931" w:rsidRPr="0078531E">
              <w:rPr>
                <w:sz w:val="24"/>
              </w:rPr>
              <w:t xml:space="preserve">napi </w:t>
            </w:r>
            <w:r w:rsidRPr="0078531E">
              <w:rPr>
                <w:sz w:val="24"/>
              </w:rPr>
              <w:t xml:space="preserve">zöldség és </w:t>
            </w:r>
            <w:r w:rsidRPr="0078531E">
              <w:rPr>
                <w:spacing w:val="-2"/>
                <w:sz w:val="24"/>
              </w:rPr>
              <w:t>gyümölcsfogyasztás.</w:t>
            </w:r>
          </w:p>
        </w:tc>
      </w:tr>
      <w:tr w:rsidR="0078531E" w:rsidRPr="0078531E" w14:paraId="45024739" w14:textId="77777777">
        <w:trPr>
          <w:trHeight w:val="552"/>
        </w:trPr>
        <w:tc>
          <w:tcPr>
            <w:tcW w:w="9062" w:type="dxa"/>
          </w:tcPr>
          <w:p w14:paraId="28E1BD1E" w14:textId="77777777" w:rsidR="00AE0CFD" w:rsidRPr="0078531E" w:rsidRDefault="00C3522D">
            <w:pPr>
              <w:pStyle w:val="TableParagraph"/>
              <w:spacing w:line="268" w:lineRule="exact"/>
              <w:ind w:left="470"/>
              <w:rPr>
                <w:sz w:val="24"/>
              </w:rPr>
            </w:pPr>
            <w:r w:rsidRPr="0078531E">
              <w:rPr>
                <w:sz w:val="24"/>
              </w:rPr>
              <w:t>8.</w:t>
            </w:r>
            <w:r w:rsidRPr="0078531E">
              <w:rPr>
                <w:spacing w:val="28"/>
                <w:sz w:val="24"/>
              </w:rPr>
              <w:t xml:space="preserve">  </w:t>
            </w:r>
            <w:r w:rsidRPr="0078531E">
              <w:rPr>
                <w:sz w:val="24"/>
              </w:rPr>
              <w:t>A</w:t>
            </w:r>
            <w:r w:rsidRPr="0078531E">
              <w:rPr>
                <w:spacing w:val="66"/>
                <w:sz w:val="24"/>
              </w:rPr>
              <w:t xml:space="preserve"> </w:t>
            </w:r>
            <w:r w:rsidRPr="0078531E">
              <w:rPr>
                <w:sz w:val="24"/>
              </w:rPr>
              <w:t>víz</w:t>
            </w:r>
            <w:r w:rsidRPr="0078531E">
              <w:rPr>
                <w:spacing w:val="67"/>
                <w:sz w:val="24"/>
              </w:rPr>
              <w:t xml:space="preserve"> </w:t>
            </w:r>
            <w:r w:rsidRPr="0078531E">
              <w:rPr>
                <w:sz w:val="24"/>
              </w:rPr>
              <w:t>fogyasztására</w:t>
            </w:r>
            <w:r w:rsidRPr="0078531E">
              <w:rPr>
                <w:spacing w:val="65"/>
                <w:sz w:val="24"/>
              </w:rPr>
              <w:t xml:space="preserve"> </w:t>
            </w:r>
            <w:r w:rsidRPr="0078531E">
              <w:rPr>
                <w:sz w:val="24"/>
              </w:rPr>
              <w:t>egész</w:t>
            </w:r>
            <w:r w:rsidRPr="0078531E">
              <w:rPr>
                <w:spacing w:val="67"/>
                <w:sz w:val="24"/>
              </w:rPr>
              <w:t xml:space="preserve"> </w:t>
            </w:r>
            <w:r w:rsidRPr="0078531E">
              <w:rPr>
                <w:sz w:val="24"/>
              </w:rPr>
              <w:t>nap</w:t>
            </w:r>
            <w:r w:rsidRPr="0078531E">
              <w:rPr>
                <w:spacing w:val="65"/>
                <w:sz w:val="24"/>
              </w:rPr>
              <w:t xml:space="preserve"> </w:t>
            </w:r>
            <w:r w:rsidRPr="0078531E">
              <w:rPr>
                <w:sz w:val="24"/>
              </w:rPr>
              <w:t>folyamán</w:t>
            </w:r>
            <w:r w:rsidRPr="0078531E">
              <w:rPr>
                <w:spacing w:val="65"/>
                <w:sz w:val="24"/>
              </w:rPr>
              <w:t xml:space="preserve"> </w:t>
            </w:r>
            <w:r w:rsidRPr="0078531E">
              <w:rPr>
                <w:sz w:val="24"/>
              </w:rPr>
              <w:t>lehetőséget</w:t>
            </w:r>
            <w:r w:rsidRPr="0078531E">
              <w:rPr>
                <w:spacing w:val="70"/>
                <w:sz w:val="24"/>
              </w:rPr>
              <w:t xml:space="preserve"> </w:t>
            </w:r>
            <w:r w:rsidRPr="0078531E">
              <w:rPr>
                <w:sz w:val="24"/>
              </w:rPr>
              <w:t>teremtünk,</w:t>
            </w:r>
            <w:r w:rsidRPr="0078531E">
              <w:rPr>
                <w:spacing w:val="65"/>
                <w:sz w:val="24"/>
              </w:rPr>
              <w:t xml:space="preserve"> </w:t>
            </w:r>
            <w:r w:rsidRPr="0078531E">
              <w:rPr>
                <w:sz w:val="24"/>
              </w:rPr>
              <w:t>ösztönözzük</w:t>
            </w:r>
            <w:r w:rsidRPr="0078531E">
              <w:rPr>
                <w:spacing w:val="65"/>
                <w:sz w:val="24"/>
              </w:rPr>
              <w:t xml:space="preserve"> </w:t>
            </w:r>
            <w:r w:rsidRPr="0078531E">
              <w:rPr>
                <w:spacing w:val="-10"/>
                <w:sz w:val="24"/>
              </w:rPr>
              <w:t>a</w:t>
            </w:r>
          </w:p>
          <w:p w14:paraId="7720EBC8" w14:textId="77777777" w:rsidR="00AE0CFD" w:rsidRPr="0078531E" w:rsidRDefault="00C3522D">
            <w:pPr>
              <w:pStyle w:val="TableParagraph"/>
              <w:spacing w:line="264" w:lineRule="exact"/>
              <w:ind w:left="830"/>
              <w:rPr>
                <w:sz w:val="24"/>
              </w:rPr>
            </w:pPr>
            <w:r w:rsidRPr="0078531E">
              <w:rPr>
                <w:sz w:val="24"/>
              </w:rPr>
              <w:t>gyermekeket</w:t>
            </w:r>
            <w:r w:rsidRPr="0078531E">
              <w:rPr>
                <w:spacing w:val="-4"/>
                <w:sz w:val="24"/>
              </w:rPr>
              <w:t xml:space="preserve"> </w:t>
            </w:r>
            <w:r w:rsidRPr="0078531E">
              <w:rPr>
                <w:sz w:val="24"/>
              </w:rPr>
              <w:t>az</w:t>
            </w:r>
            <w:r w:rsidRPr="0078531E">
              <w:rPr>
                <w:spacing w:val="-3"/>
                <w:sz w:val="24"/>
              </w:rPr>
              <w:t xml:space="preserve"> </w:t>
            </w:r>
            <w:r w:rsidRPr="0078531E">
              <w:rPr>
                <w:sz w:val="24"/>
              </w:rPr>
              <w:t>elegendő</w:t>
            </w:r>
            <w:r w:rsidRPr="0078531E">
              <w:rPr>
                <w:spacing w:val="-2"/>
                <w:sz w:val="24"/>
              </w:rPr>
              <w:t xml:space="preserve"> </w:t>
            </w:r>
            <w:r w:rsidRPr="0078531E">
              <w:rPr>
                <w:sz w:val="24"/>
              </w:rPr>
              <w:t>mennyiségű</w:t>
            </w:r>
            <w:r w:rsidRPr="0078531E">
              <w:rPr>
                <w:spacing w:val="-3"/>
                <w:sz w:val="24"/>
              </w:rPr>
              <w:t xml:space="preserve"> </w:t>
            </w:r>
            <w:r w:rsidRPr="0078531E">
              <w:rPr>
                <w:spacing w:val="-2"/>
                <w:sz w:val="24"/>
              </w:rPr>
              <w:t>vízfogyasztásra.</w:t>
            </w:r>
          </w:p>
        </w:tc>
      </w:tr>
      <w:tr w:rsidR="0078531E" w:rsidRPr="0078531E" w14:paraId="5049AFC6" w14:textId="77777777">
        <w:trPr>
          <w:trHeight w:val="827"/>
        </w:trPr>
        <w:tc>
          <w:tcPr>
            <w:tcW w:w="9062" w:type="dxa"/>
          </w:tcPr>
          <w:p w14:paraId="03734162" w14:textId="77777777" w:rsidR="00AE0CFD" w:rsidRPr="0078531E" w:rsidRDefault="00C3522D">
            <w:pPr>
              <w:pStyle w:val="TableParagraph"/>
              <w:tabs>
                <w:tab w:val="left" w:pos="1244"/>
                <w:tab w:val="left" w:pos="2219"/>
                <w:tab w:val="left" w:pos="3648"/>
                <w:tab w:val="left" w:pos="5222"/>
                <w:tab w:val="left" w:pos="5679"/>
                <w:tab w:val="left" w:pos="6560"/>
                <w:tab w:val="left" w:pos="7001"/>
                <w:tab w:val="left" w:pos="8193"/>
              </w:tabs>
              <w:ind w:left="830" w:right="99" w:hanging="360"/>
              <w:rPr>
                <w:sz w:val="24"/>
              </w:rPr>
            </w:pPr>
            <w:r w:rsidRPr="0078531E">
              <w:rPr>
                <w:sz w:val="24"/>
              </w:rPr>
              <w:t>9.</w:t>
            </w:r>
            <w:r w:rsidRPr="0078531E">
              <w:rPr>
                <w:spacing w:val="80"/>
                <w:sz w:val="24"/>
              </w:rPr>
              <w:t xml:space="preserve"> </w:t>
            </w:r>
            <w:r w:rsidRPr="0078531E">
              <w:rPr>
                <w:sz w:val="24"/>
              </w:rPr>
              <w:t>A</w:t>
            </w:r>
            <w:r w:rsidRPr="0078531E">
              <w:rPr>
                <w:sz w:val="24"/>
              </w:rPr>
              <w:tab/>
            </w:r>
            <w:r w:rsidRPr="0078531E">
              <w:rPr>
                <w:spacing w:val="-2"/>
                <w:sz w:val="24"/>
              </w:rPr>
              <w:t>pihenés</w:t>
            </w:r>
            <w:r w:rsidRPr="0078531E">
              <w:rPr>
                <w:sz w:val="24"/>
              </w:rPr>
              <w:tab/>
            </w:r>
            <w:r w:rsidRPr="0078531E">
              <w:rPr>
                <w:spacing w:val="-2"/>
                <w:sz w:val="24"/>
              </w:rPr>
              <w:t>feltételeinek</w:t>
            </w:r>
            <w:r w:rsidRPr="0078531E">
              <w:rPr>
                <w:sz w:val="24"/>
              </w:rPr>
              <w:tab/>
            </w:r>
            <w:r w:rsidRPr="0078531E">
              <w:rPr>
                <w:spacing w:val="-2"/>
                <w:sz w:val="24"/>
              </w:rPr>
              <w:t>megteremtése</w:t>
            </w:r>
            <w:r w:rsidRPr="0078531E">
              <w:rPr>
                <w:sz w:val="24"/>
              </w:rPr>
              <w:tab/>
            </w:r>
            <w:r w:rsidRPr="0078531E">
              <w:rPr>
                <w:spacing w:val="-6"/>
                <w:sz w:val="24"/>
              </w:rPr>
              <w:t>az</w:t>
            </w:r>
            <w:r w:rsidRPr="0078531E">
              <w:rPr>
                <w:sz w:val="24"/>
              </w:rPr>
              <w:tab/>
            </w:r>
            <w:r w:rsidRPr="0078531E">
              <w:rPr>
                <w:spacing w:val="-2"/>
                <w:sz w:val="24"/>
              </w:rPr>
              <w:t>egyéni</w:t>
            </w:r>
            <w:r w:rsidRPr="0078531E">
              <w:rPr>
                <w:sz w:val="24"/>
              </w:rPr>
              <w:tab/>
            </w:r>
            <w:r w:rsidRPr="0078531E">
              <w:rPr>
                <w:spacing w:val="-6"/>
                <w:sz w:val="24"/>
              </w:rPr>
              <w:t>és</w:t>
            </w:r>
            <w:r w:rsidRPr="0078531E">
              <w:rPr>
                <w:sz w:val="24"/>
              </w:rPr>
              <w:tab/>
            </w:r>
            <w:r w:rsidRPr="0078531E">
              <w:rPr>
                <w:spacing w:val="-2"/>
                <w:sz w:val="24"/>
              </w:rPr>
              <w:t>közösségi</w:t>
            </w:r>
            <w:r w:rsidRPr="0078531E">
              <w:rPr>
                <w:sz w:val="24"/>
              </w:rPr>
              <w:tab/>
            </w:r>
            <w:r w:rsidRPr="0078531E">
              <w:rPr>
                <w:spacing w:val="-2"/>
                <w:sz w:val="24"/>
              </w:rPr>
              <w:t xml:space="preserve">érdekek </w:t>
            </w:r>
            <w:r w:rsidRPr="0078531E">
              <w:rPr>
                <w:sz w:val="24"/>
              </w:rPr>
              <w:t>összehangolásával</w:t>
            </w:r>
            <w:r w:rsidRPr="0078531E">
              <w:rPr>
                <w:spacing w:val="2"/>
                <w:sz w:val="24"/>
              </w:rPr>
              <w:t xml:space="preserve"> </w:t>
            </w:r>
            <w:r w:rsidRPr="0078531E">
              <w:rPr>
                <w:sz w:val="24"/>
              </w:rPr>
              <w:t>történik,</w:t>
            </w:r>
            <w:r w:rsidRPr="0078531E">
              <w:rPr>
                <w:spacing w:val="4"/>
                <w:sz w:val="24"/>
              </w:rPr>
              <w:t xml:space="preserve"> </w:t>
            </w:r>
            <w:r w:rsidRPr="0078531E">
              <w:rPr>
                <w:sz w:val="24"/>
              </w:rPr>
              <w:t>figyelembe</w:t>
            </w:r>
            <w:r w:rsidRPr="0078531E">
              <w:rPr>
                <w:spacing w:val="4"/>
                <w:sz w:val="24"/>
              </w:rPr>
              <w:t xml:space="preserve"> </w:t>
            </w:r>
            <w:r w:rsidRPr="0078531E">
              <w:rPr>
                <w:sz w:val="24"/>
              </w:rPr>
              <w:t>véve</w:t>
            </w:r>
            <w:r w:rsidRPr="0078531E">
              <w:rPr>
                <w:spacing w:val="3"/>
                <w:sz w:val="24"/>
              </w:rPr>
              <w:t xml:space="preserve"> </w:t>
            </w:r>
            <w:r w:rsidRPr="0078531E">
              <w:rPr>
                <w:sz w:val="24"/>
              </w:rPr>
              <w:t>a</w:t>
            </w:r>
            <w:r w:rsidRPr="0078531E">
              <w:rPr>
                <w:spacing w:val="6"/>
                <w:sz w:val="24"/>
              </w:rPr>
              <w:t xml:space="preserve"> </w:t>
            </w:r>
            <w:r w:rsidRPr="0078531E">
              <w:rPr>
                <w:sz w:val="24"/>
              </w:rPr>
              <w:t>gyermekek</w:t>
            </w:r>
            <w:r w:rsidRPr="0078531E">
              <w:rPr>
                <w:spacing w:val="3"/>
                <w:sz w:val="24"/>
              </w:rPr>
              <w:t xml:space="preserve"> </w:t>
            </w:r>
            <w:r w:rsidRPr="0078531E">
              <w:rPr>
                <w:sz w:val="24"/>
              </w:rPr>
              <w:t>életkorából</w:t>
            </w:r>
            <w:r w:rsidRPr="0078531E">
              <w:rPr>
                <w:spacing w:val="5"/>
                <w:sz w:val="24"/>
              </w:rPr>
              <w:t xml:space="preserve"> </w:t>
            </w:r>
            <w:r w:rsidRPr="0078531E">
              <w:rPr>
                <w:spacing w:val="-2"/>
                <w:sz w:val="24"/>
              </w:rPr>
              <w:t>fejlettségéből</w:t>
            </w:r>
          </w:p>
          <w:p w14:paraId="77A000C0" w14:textId="77777777" w:rsidR="00AE0CFD" w:rsidRPr="0078531E" w:rsidRDefault="00C3522D">
            <w:pPr>
              <w:pStyle w:val="TableParagraph"/>
              <w:spacing w:line="264" w:lineRule="exact"/>
              <w:ind w:left="830"/>
              <w:rPr>
                <w:sz w:val="24"/>
              </w:rPr>
            </w:pPr>
            <w:r w:rsidRPr="0078531E">
              <w:rPr>
                <w:sz w:val="24"/>
              </w:rPr>
              <w:t>adódó</w:t>
            </w:r>
            <w:r w:rsidRPr="0078531E">
              <w:rPr>
                <w:spacing w:val="-1"/>
                <w:sz w:val="24"/>
              </w:rPr>
              <w:t xml:space="preserve"> </w:t>
            </w:r>
            <w:r w:rsidRPr="0078531E">
              <w:rPr>
                <w:spacing w:val="-2"/>
                <w:sz w:val="24"/>
              </w:rPr>
              <w:t>különbségeket.</w:t>
            </w:r>
          </w:p>
        </w:tc>
      </w:tr>
      <w:tr w:rsidR="0078531E" w:rsidRPr="0078531E" w14:paraId="4A8A8DB0" w14:textId="77777777">
        <w:trPr>
          <w:trHeight w:val="566"/>
        </w:trPr>
        <w:tc>
          <w:tcPr>
            <w:tcW w:w="9062" w:type="dxa"/>
          </w:tcPr>
          <w:p w14:paraId="35E919AB" w14:textId="77777777" w:rsidR="00AE0CFD" w:rsidRPr="0078531E" w:rsidRDefault="00C3522D">
            <w:pPr>
              <w:pStyle w:val="TableParagraph"/>
              <w:spacing w:before="138"/>
              <w:ind w:left="470"/>
              <w:rPr>
                <w:sz w:val="24"/>
              </w:rPr>
            </w:pPr>
            <w:r w:rsidRPr="0078531E">
              <w:rPr>
                <w:sz w:val="24"/>
              </w:rPr>
              <w:t>10.</w:t>
            </w:r>
            <w:r w:rsidRPr="0078531E">
              <w:rPr>
                <w:spacing w:val="-4"/>
                <w:sz w:val="24"/>
              </w:rPr>
              <w:t xml:space="preserve"> </w:t>
            </w:r>
            <w:r w:rsidRPr="0078531E">
              <w:rPr>
                <w:sz w:val="24"/>
              </w:rPr>
              <w:t>Délutáni</w:t>
            </w:r>
            <w:r w:rsidRPr="0078531E">
              <w:rPr>
                <w:spacing w:val="-8"/>
                <w:sz w:val="24"/>
              </w:rPr>
              <w:t xml:space="preserve"> </w:t>
            </w:r>
            <w:r w:rsidRPr="0078531E">
              <w:rPr>
                <w:sz w:val="24"/>
              </w:rPr>
              <w:t>pihenést</w:t>
            </w:r>
            <w:r w:rsidRPr="0078531E">
              <w:rPr>
                <w:spacing w:val="-5"/>
                <w:sz w:val="24"/>
              </w:rPr>
              <w:t xml:space="preserve"> </w:t>
            </w:r>
            <w:r w:rsidRPr="0078531E">
              <w:rPr>
                <w:sz w:val="24"/>
              </w:rPr>
              <w:t>segíti</w:t>
            </w:r>
            <w:r w:rsidRPr="0078531E">
              <w:rPr>
                <w:spacing w:val="-7"/>
                <w:sz w:val="24"/>
              </w:rPr>
              <w:t xml:space="preserve"> </w:t>
            </w:r>
            <w:r w:rsidRPr="0078531E">
              <w:rPr>
                <w:sz w:val="24"/>
              </w:rPr>
              <w:t>a</w:t>
            </w:r>
            <w:r w:rsidRPr="0078531E">
              <w:rPr>
                <w:spacing w:val="-6"/>
                <w:sz w:val="24"/>
              </w:rPr>
              <w:t xml:space="preserve"> </w:t>
            </w:r>
            <w:r w:rsidRPr="0078531E">
              <w:rPr>
                <w:sz w:val="24"/>
              </w:rPr>
              <w:t>rövid</w:t>
            </w:r>
            <w:r w:rsidRPr="0078531E">
              <w:rPr>
                <w:spacing w:val="-8"/>
                <w:sz w:val="24"/>
              </w:rPr>
              <w:t xml:space="preserve"> </w:t>
            </w:r>
            <w:r w:rsidRPr="0078531E">
              <w:rPr>
                <w:sz w:val="24"/>
              </w:rPr>
              <w:t>mese-</w:t>
            </w:r>
            <w:r w:rsidRPr="0078531E">
              <w:rPr>
                <w:spacing w:val="-9"/>
                <w:sz w:val="24"/>
              </w:rPr>
              <w:t xml:space="preserve"> </w:t>
            </w:r>
            <w:r w:rsidRPr="0078531E">
              <w:rPr>
                <w:sz w:val="24"/>
              </w:rPr>
              <w:t>vagy</w:t>
            </w:r>
            <w:r w:rsidRPr="0078531E">
              <w:rPr>
                <w:spacing w:val="-10"/>
                <w:sz w:val="24"/>
              </w:rPr>
              <w:t xml:space="preserve"> </w:t>
            </w:r>
            <w:r w:rsidRPr="0078531E">
              <w:rPr>
                <w:sz w:val="24"/>
              </w:rPr>
              <w:t>a</w:t>
            </w:r>
            <w:r w:rsidRPr="0078531E">
              <w:rPr>
                <w:spacing w:val="-9"/>
                <w:sz w:val="24"/>
              </w:rPr>
              <w:t xml:space="preserve"> </w:t>
            </w:r>
            <w:r w:rsidRPr="0078531E">
              <w:rPr>
                <w:sz w:val="24"/>
              </w:rPr>
              <w:t>halk</w:t>
            </w:r>
            <w:r w:rsidRPr="0078531E">
              <w:rPr>
                <w:spacing w:val="-3"/>
                <w:sz w:val="24"/>
              </w:rPr>
              <w:t xml:space="preserve"> </w:t>
            </w:r>
            <w:r w:rsidRPr="0078531E">
              <w:rPr>
                <w:sz w:val="24"/>
              </w:rPr>
              <w:t>zene</w:t>
            </w:r>
            <w:r w:rsidRPr="0078531E">
              <w:rPr>
                <w:spacing w:val="-9"/>
                <w:sz w:val="24"/>
              </w:rPr>
              <w:t xml:space="preserve"> </w:t>
            </w:r>
            <w:r w:rsidRPr="0078531E">
              <w:rPr>
                <w:sz w:val="24"/>
              </w:rPr>
              <w:t>vagy</w:t>
            </w:r>
            <w:r w:rsidRPr="0078531E">
              <w:rPr>
                <w:spacing w:val="-10"/>
                <w:sz w:val="24"/>
              </w:rPr>
              <w:t xml:space="preserve"> </w:t>
            </w:r>
            <w:r w:rsidRPr="0078531E">
              <w:rPr>
                <w:sz w:val="24"/>
              </w:rPr>
              <w:t>altatódal,</w:t>
            </w:r>
            <w:r w:rsidRPr="0078531E">
              <w:rPr>
                <w:spacing w:val="-5"/>
                <w:sz w:val="24"/>
              </w:rPr>
              <w:t xml:space="preserve"> </w:t>
            </w:r>
            <w:r w:rsidRPr="0078531E">
              <w:rPr>
                <w:spacing w:val="-2"/>
                <w:sz w:val="24"/>
              </w:rPr>
              <w:t>énekhallgatás.</w:t>
            </w:r>
          </w:p>
        </w:tc>
      </w:tr>
      <w:tr w:rsidR="0078531E" w:rsidRPr="0078531E" w14:paraId="4D0761E1" w14:textId="77777777">
        <w:trPr>
          <w:trHeight w:val="568"/>
        </w:trPr>
        <w:tc>
          <w:tcPr>
            <w:tcW w:w="9062" w:type="dxa"/>
          </w:tcPr>
          <w:p w14:paraId="406A673D" w14:textId="77777777" w:rsidR="00AE0CFD" w:rsidRPr="0078531E" w:rsidRDefault="00C3522D">
            <w:pPr>
              <w:pStyle w:val="TableParagraph"/>
              <w:spacing w:line="270" w:lineRule="atLeast"/>
              <w:ind w:left="830" w:hanging="360"/>
              <w:rPr>
                <w:sz w:val="24"/>
              </w:rPr>
            </w:pPr>
            <w:r w:rsidRPr="0078531E">
              <w:rPr>
                <w:sz w:val="24"/>
              </w:rPr>
              <w:t>11.</w:t>
            </w:r>
            <w:r w:rsidRPr="0078531E">
              <w:rPr>
                <w:spacing w:val="-6"/>
                <w:sz w:val="24"/>
              </w:rPr>
              <w:t xml:space="preserve"> </w:t>
            </w:r>
            <w:r w:rsidRPr="0078531E">
              <w:rPr>
                <w:sz w:val="24"/>
              </w:rPr>
              <w:t>A</w:t>
            </w:r>
            <w:r w:rsidRPr="0078531E">
              <w:rPr>
                <w:spacing w:val="-10"/>
                <w:sz w:val="24"/>
              </w:rPr>
              <w:t xml:space="preserve"> </w:t>
            </w:r>
            <w:r w:rsidRPr="0078531E">
              <w:rPr>
                <w:sz w:val="24"/>
              </w:rPr>
              <w:t>zavartalan</w:t>
            </w:r>
            <w:r w:rsidRPr="0078531E">
              <w:rPr>
                <w:spacing w:val="-10"/>
                <w:sz w:val="24"/>
              </w:rPr>
              <w:t xml:space="preserve"> </w:t>
            </w:r>
            <w:r w:rsidRPr="0078531E">
              <w:rPr>
                <w:sz w:val="24"/>
              </w:rPr>
              <w:t>pihenés</w:t>
            </w:r>
            <w:r w:rsidRPr="0078531E">
              <w:rPr>
                <w:spacing w:val="-9"/>
                <w:sz w:val="24"/>
              </w:rPr>
              <w:t xml:space="preserve"> </w:t>
            </w:r>
            <w:r w:rsidRPr="0078531E">
              <w:rPr>
                <w:sz w:val="24"/>
              </w:rPr>
              <w:t>érdekében</w:t>
            </w:r>
            <w:r w:rsidRPr="0078531E">
              <w:rPr>
                <w:spacing w:val="-9"/>
                <w:sz w:val="24"/>
              </w:rPr>
              <w:t xml:space="preserve"> </w:t>
            </w:r>
            <w:r w:rsidRPr="0078531E">
              <w:rPr>
                <w:sz w:val="24"/>
              </w:rPr>
              <w:t>biztosítjuk</w:t>
            </w:r>
            <w:r w:rsidRPr="0078531E">
              <w:rPr>
                <w:spacing w:val="-9"/>
                <w:sz w:val="24"/>
              </w:rPr>
              <w:t xml:space="preserve"> </w:t>
            </w:r>
            <w:r w:rsidRPr="0078531E">
              <w:rPr>
                <w:sz w:val="24"/>
              </w:rPr>
              <w:t>a</w:t>
            </w:r>
            <w:r w:rsidRPr="0078531E">
              <w:rPr>
                <w:spacing w:val="-13"/>
                <w:sz w:val="24"/>
              </w:rPr>
              <w:t xml:space="preserve"> </w:t>
            </w:r>
            <w:r w:rsidRPr="0078531E">
              <w:rPr>
                <w:sz w:val="24"/>
              </w:rPr>
              <w:t>megfelelő</w:t>
            </w:r>
            <w:r w:rsidRPr="0078531E">
              <w:rPr>
                <w:spacing w:val="-9"/>
                <w:sz w:val="24"/>
              </w:rPr>
              <w:t xml:space="preserve"> </w:t>
            </w:r>
            <w:r w:rsidRPr="0078531E">
              <w:rPr>
                <w:sz w:val="24"/>
              </w:rPr>
              <w:t>méretű</w:t>
            </w:r>
            <w:r w:rsidRPr="0078531E">
              <w:rPr>
                <w:spacing w:val="-9"/>
                <w:sz w:val="24"/>
              </w:rPr>
              <w:t xml:space="preserve"> </w:t>
            </w:r>
            <w:r w:rsidRPr="0078531E">
              <w:rPr>
                <w:sz w:val="24"/>
              </w:rPr>
              <w:t>ágyakat,</w:t>
            </w:r>
            <w:r w:rsidRPr="0078531E">
              <w:rPr>
                <w:spacing w:val="-9"/>
                <w:sz w:val="24"/>
              </w:rPr>
              <w:t xml:space="preserve"> </w:t>
            </w:r>
            <w:r w:rsidRPr="0078531E">
              <w:rPr>
                <w:sz w:val="24"/>
              </w:rPr>
              <w:t>takarókat,</w:t>
            </w:r>
            <w:r w:rsidRPr="0078531E">
              <w:rPr>
                <w:spacing w:val="-9"/>
                <w:sz w:val="24"/>
              </w:rPr>
              <w:t xml:space="preserve"> </w:t>
            </w:r>
            <w:r w:rsidRPr="0078531E">
              <w:rPr>
                <w:sz w:val="24"/>
              </w:rPr>
              <w:t>és az „otthont jelentő”, és balesetveszélyt nem rejtő „játék alvókák” használatát.</w:t>
            </w:r>
          </w:p>
        </w:tc>
      </w:tr>
      <w:tr w:rsidR="0078531E" w:rsidRPr="0078531E" w14:paraId="3409B243" w14:textId="77777777">
        <w:trPr>
          <w:trHeight w:val="566"/>
        </w:trPr>
        <w:tc>
          <w:tcPr>
            <w:tcW w:w="9062" w:type="dxa"/>
          </w:tcPr>
          <w:p w14:paraId="2F42E2F6" w14:textId="43621029" w:rsidR="00AE0CFD" w:rsidRPr="0078531E" w:rsidRDefault="00C3522D">
            <w:pPr>
              <w:pStyle w:val="TableParagraph"/>
              <w:spacing w:before="138"/>
              <w:ind w:left="470"/>
              <w:rPr>
                <w:sz w:val="24"/>
              </w:rPr>
            </w:pPr>
            <w:r w:rsidRPr="0078531E">
              <w:rPr>
                <w:sz w:val="24"/>
              </w:rPr>
              <w:t>12.</w:t>
            </w:r>
            <w:r w:rsidRPr="0078531E">
              <w:rPr>
                <w:spacing w:val="-5"/>
                <w:sz w:val="24"/>
              </w:rPr>
              <w:t xml:space="preserve"> </w:t>
            </w:r>
            <w:r w:rsidRPr="0078531E">
              <w:rPr>
                <w:sz w:val="24"/>
              </w:rPr>
              <w:t>A</w:t>
            </w:r>
            <w:r w:rsidRPr="0078531E">
              <w:rPr>
                <w:spacing w:val="-7"/>
                <w:sz w:val="24"/>
              </w:rPr>
              <w:t xml:space="preserve"> </w:t>
            </w:r>
            <w:r w:rsidRPr="0078531E">
              <w:rPr>
                <w:sz w:val="24"/>
              </w:rPr>
              <w:t>szabad</w:t>
            </w:r>
            <w:r w:rsidRPr="0078531E">
              <w:rPr>
                <w:spacing w:val="-6"/>
                <w:sz w:val="24"/>
              </w:rPr>
              <w:t xml:space="preserve"> </w:t>
            </w:r>
            <w:r w:rsidRPr="0078531E">
              <w:rPr>
                <w:sz w:val="24"/>
              </w:rPr>
              <w:t>levegőn</w:t>
            </w:r>
            <w:r w:rsidRPr="0078531E">
              <w:rPr>
                <w:spacing w:val="-6"/>
                <w:sz w:val="24"/>
              </w:rPr>
              <w:t xml:space="preserve"> </w:t>
            </w:r>
            <w:r w:rsidRPr="0078531E">
              <w:rPr>
                <w:sz w:val="24"/>
              </w:rPr>
              <w:t>való</w:t>
            </w:r>
            <w:r w:rsidRPr="0078531E">
              <w:rPr>
                <w:spacing w:val="-6"/>
                <w:sz w:val="24"/>
              </w:rPr>
              <w:t xml:space="preserve"> </w:t>
            </w:r>
            <w:r w:rsidRPr="0078531E">
              <w:rPr>
                <w:sz w:val="24"/>
              </w:rPr>
              <w:t>tartózkodásnak</w:t>
            </w:r>
            <w:r w:rsidRPr="0078531E">
              <w:rPr>
                <w:spacing w:val="-6"/>
                <w:sz w:val="24"/>
              </w:rPr>
              <w:t xml:space="preserve"> </w:t>
            </w:r>
            <w:r w:rsidRPr="0078531E">
              <w:rPr>
                <w:sz w:val="24"/>
              </w:rPr>
              <w:t>fontos</w:t>
            </w:r>
            <w:r w:rsidRPr="0078531E">
              <w:rPr>
                <w:spacing w:val="-6"/>
                <w:sz w:val="24"/>
              </w:rPr>
              <w:t xml:space="preserve"> </w:t>
            </w:r>
            <w:r w:rsidRPr="0078531E">
              <w:rPr>
                <w:sz w:val="24"/>
              </w:rPr>
              <w:t>elemének</w:t>
            </w:r>
            <w:r w:rsidRPr="0078531E">
              <w:rPr>
                <w:spacing w:val="-6"/>
                <w:sz w:val="24"/>
              </w:rPr>
              <w:t xml:space="preserve"> </w:t>
            </w:r>
            <w:r w:rsidRPr="0078531E">
              <w:rPr>
                <w:sz w:val="24"/>
              </w:rPr>
              <w:t>kell</w:t>
            </w:r>
            <w:r w:rsidRPr="0078531E">
              <w:rPr>
                <w:spacing w:val="-5"/>
                <w:sz w:val="24"/>
              </w:rPr>
              <w:t xml:space="preserve"> </w:t>
            </w:r>
            <w:r w:rsidRPr="0078531E">
              <w:rPr>
                <w:sz w:val="24"/>
              </w:rPr>
              <w:t>lennie</w:t>
            </w:r>
            <w:r w:rsidRPr="0078531E">
              <w:rPr>
                <w:spacing w:val="-7"/>
                <w:sz w:val="24"/>
              </w:rPr>
              <w:t xml:space="preserve"> </w:t>
            </w:r>
            <w:r w:rsidRPr="0078531E">
              <w:rPr>
                <w:sz w:val="24"/>
              </w:rPr>
              <w:t>a</w:t>
            </w:r>
            <w:r w:rsidRPr="0078531E">
              <w:rPr>
                <w:spacing w:val="-5"/>
                <w:sz w:val="24"/>
              </w:rPr>
              <w:t xml:space="preserve"> </w:t>
            </w:r>
            <w:r w:rsidRPr="0078531E">
              <w:rPr>
                <w:spacing w:val="-2"/>
                <w:sz w:val="24"/>
              </w:rPr>
              <w:t>napirendünkben</w:t>
            </w:r>
            <w:r w:rsidR="00B42931" w:rsidRPr="0078531E">
              <w:rPr>
                <w:spacing w:val="-2"/>
                <w:sz w:val="24"/>
              </w:rPr>
              <w:t>.</w:t>
            </w:r>
          </w:p>
        </w:tc>
      </w:tr>
      <w:tr w:rsidR="0078531E" w:rsidRPr="0078531E" w14:paraId="28F01BA5" w14:textId="77777777">
        <w:trPr>
          <w:trHeight w:val="568"/>
        </w:trPr>
        <w:tc>
          <w:tcPr>
            <w:tcW w:w="9062" w:type="dxa"/>
          </w:tcPr>
          <w:p w14:paraId="73088556" w14:textId="2F2D35E2" w:rsidR="00AE0CFD" w:rsidRPr="0078531E" w:rsidRDefault="00C3522D">
            <w:pPr>
              <w:pStyle w:val="TableParagraph"/>
              <w:spacing w:line="274" w:lineRule="exact"/>
              <w:ind w:left="830" w:hanging="360"/>
              <w:rPr>
                <w:sz w:val="24"/>
              </w:rPr>
            </w:pPr>
            <w:r w:rsidRPr="0078531E">
              <w:rPr>
                <w:sz w:val="24"/>
              </w:rPr>
              <w:t>13.</w:t>
            </w:r>
            <w:r w:rsidRPr="0078531E">
              <w:rPr>
                <w:spacing w:val="-4"/>
                <w:sz w:val="24"/>
              </w:rPr>
              <w:t xml:space="preserve"> </w:t>
            </w:r>
            <w:r w:rsidRPr="0078531E">
              <w:rPr>
                <w:sz w:val="24"/>
              </w:rPr>
              <w:t>A</w:t>
            </w:r>
            <w:r w:rsidRPr="0078531E">
              <w:rPr>
                <w:spacing w:val="28"/>
                <w:sz w:val="24"/>
              </w:rPr>
              <w:t xml:space="preserve"> </w:t>
            </w:r>
            <w:r w:rsidRPr="0078531E">
              <w:rPr>
                <w:sz w:val="24"/>
              </w:rPr>
              <w:t>túlzott</w:t>
            </w:r>
            <w:r w:rsidRPr="0078531E">
              <w:rPr>
                <w:spacing w:val="30"/>
                <w:sz w:val="24"/>
              </w:rPr>
              <w:t xml:space="preserve"> </w:t>
            </w:r>
            <w:r w:rsidRPr="0078531E">
              <w:rPr>
                <w:sz w:val="24"/>
              </w:rPr>
              <w:t>UV</w:t>
            </w:r>
            <w:r w:rsidRPr="0078531E">
              <w:rPr>
                <w:spacing w:val="29"/>
                <w:sz w:val="24"/>
              </w:rPr>
              <w:t xml:space="preserve"> </w:t>
            </w:r>
            <w:r w:rsidRPr="0078531E">
              <w:rPr>
                <w:sz w:val="24"/>
              </w:rPr>
              <w:t>sugárzásra,</w:t>
            </w:r>
            <w:r w:rsidRPr="0078531E">
              <w:rPr>
                <w:spacing w:val="29"/>
                <w:sz w:val="24"/>
              </w:rPr>
              <w:t xml:space="preserve"> </w:t>
            </w:r>
            <w:r w:rsidRPr="0078531E">
              <w:rPr>
                <w:sz w:val="24"/>
              </w:rPr>
              <w:t>a</w:t>
            </w:r>
            <w:r w:rsidRPr="0078531E">
              <w:rPr>
                <w:spacing w:val="28"/>
                <w:sz w:val="24"/>
              </w:rPr>
              <w:t xml:space="preserve"> </w:t>
            </w:r>
            <w:r w:rsidRPr="0078531E">
              <w:rPr>
                <w:sz w:val="24"/>
              </w:rPr>
              <w:t>légszennyezettség veszélyeire</w:t>
            </w:r>
            <w:r w:rsidRPr="0078531E">
              <w:rPr>
                <w:spacing w:val="30"/>
                <w:sz w:val="24"/>
              </w:rPr>
              <w:t xml:space="preserve"> </w:t>
            </w:r>
            <w:r w:rsidRPr="0078531E">
              <w:rPr>
                <w:sz w:val="24"/>
              </w:rPr>
              <w:t>figyelve</w:t>
            </w:r>
            <w:r w:rsidRPr="0078531E">
              <w:rPr>
                <w:spacing w:val="28"/>
                <w:sz w:val="24"/>
              </w:rPr>
              <w:t xml:space="preserve"> </w:t>
            </w:r>
            <w:r w:rsidRPr="0078531E">
              <w:rPr>
                <w:sz w:val="24"/>
              </w:rPr>
              <w:t>tartózkodunk</w:t>
            </w:r>
            <w:r w:rsidRPr="0078531E">
              <w:rPr>
                <w:spacing w:val="29"/>
                <w:sz w:val="24"/>
              </w:rPr>
              <w:t xml:space="preserve"> </w:t>
            </w:r>
            <w:r w:rsidRPr="0078531E">
              <w:rPr>
                <w:sz w:val="24"/>
              </w:rPr>
              <w:t>a szabad levegőn.</w:t>
            </w:r>
            <w:r w:rsidR="00B42931" w:rsidRPr="0078531E">
              <w:rPr>
                <w:sz w:val="24"/>
              </w:rPr>
              <w:t xml:space="preserve"> Biztosítjuk a napvédő krémet.</w:t>
            </w:r>
          </w:p>
        </w:tc>
      </w:tr>
      <w:tr w:rsidR="0078531E" w:rsidRPr="0078531E" w14:paraId="1728FA93" w14:textId="77777777">
        <w:trPr>
          <w:trHeight w:val="566"/>
        </w:trPr>
        <w:tc>
          <w:tcPr>
            <w:tcW w:w="9062" w:type="dxa"/>
          </w:tcPr>
          <w:p w14:paraId="1E6155E5" w14:textId="77777777" w:rsidR="00AE0CFD" w:rsidRPr="0078531E" w:rsidRDefault="00C3522D">
            <w:pPr>
              <w:pStyle w:val="TableParagraph"/>
              <w:spacing w:line="276" w:lineRule="exact"/>
              <w:ind w:left="830" w:hanging="360"/>
              <w:rPr>
                <w:sz w:val="24"/>
              </w:rPr>
            </w:pPr>
            <w:r w:rsidRPr="0078531E">
              <w:rPr>
                <w:sz w:val="24"/>
              </w:rPr>
              <w:t>14.</w:t>
            </w:r>
            <w:r w:rsidRPr="0078531E">
              <w:rPr>
                <w:spacing w:val="-3"/>
                <w:sz w:val="24"/>
              </w:rPr>
              <w:t xml:space="preserve"> </w:t>
            </w:r>
            <w:r w:rsidRPr="0078531E">
              <w:rPr>
                <w:sz w:val="24"/>
              </w:rPr>
              <w:t>Fontosnak</w:t>
            </w:r>
            <w:r w:rsidRPr="0078531E">
              <w:rPr>
                <w:spacing w:val="80"/>
                <w:sz w:val="24"/>
              </w:rPr>
              <w:t xml:space="preserve"> </w:t>
            </w:r>
            <w:r w:rsidRPr="0078531E">
              <w:rPr>
                <w:sz w:val="24"/>
              </w:rPr>
              <w:t>tekintjük,</w:t>
            </w:r>
            <w:r w:rsidRPr="0078531E">
              <w:rPr>
                <w:spacing w:val="80"/>
                <w:sz w:val="24"/>
              </w:rPr>
              <w:t xml:space="preserve"> </w:t>
            </w:r>
            <w:r w:rsidRPr="0078531E">
              <w:rPr>
                <w:sz w:val="24"/>
              </w:rPr>
              <w:t>hogy</w:t>
            </w:r>
            <w:r w:rsidRPr="0078531E">
              <w:rPr>
                <w:spacing w:val="80"/>
                <w:sz w:val="24"/>
              </w:rPr>
              <w:t xml:space="preserve"> </w:t>
            </w:r>
            <w:r w:rsidRPr="0078531E">
              <w:rPr>
                <w:sz w:val="24"/>
              </w:rPr>
              <w:t>a</w:t>
            </w:r>
            <w:r w:rsidRPr="0078531E">
              <w:rPr>
                <w:spacing w:val="80"/>
                <w:sz w:val="24"/>
              </w:rPr>
              <w:t xml:space="preserve"> </w:t>
            </w:r>
            <w:r w:rsidRPr="0078531E">
              <w:rPr>
                <w:sz w:val="24"/>
              </w:rPr>
              <w:t>gyermek</w:t>
            </w:r>
            <w:r w:rsidRPr="0078531E">
              <w:rPr>
                <w:spacing w:val="80"/>
                <w:sz w:val="24"/>
              </w:rPr>
              <w:t xml:space="preserve"> </w:t>
            </w:r>
            <w:r w:rsidRPr="0078531E">
              <w:rPr>
                <w:sz w:val="24"/>
              </w:rPr>
              <w:t>cipője</w:t>
            </w:r>
            <w:r w:rsidRPr="0078531E">
              <w:rPr>
                <w:spacing w:val="80"/>
                <w:sz w:val="24"/>
              </w:rPr>
              <w:t xml:space="preserve"> </w:t>
            </w:r>
            <w:r w:rsidRPr="0078531E">
              <w:rPr>
                <w:sz w:val="24"/>
              </w:rPr>
              <w:t>megfelelő</w:t>
            </w:r>
            <w:r w:rsidRPr="0078531E">
              <w:rPr>
                <w:spacing w:val="80"/>
                <w:sz w:val="24"/>
              </w:rPr>
              <w:t xml:space="preserve"> </w:t>
            </w:r>
            <w:r w:rsidRPr="0078531E">
              <w:rPr>
                <w:sz w:val="24"/>
              </w:rPr>
              <w:t>minőségű,</w:t>
            </w:r>
            <w:r w:rsidRPr="0078531E">
              <w:rPr>
                <w:spacing w:val="80"/>
                <w:sz w:val="24"/>
              </w:rPr>
              <w:t xml:space="preserve"> </w:t>
            </w:r>
            <w:r w:rsidRPr="0078531E">
              <w:rPr>
                <w:sz w:val="24"/>
              </w:rPr>
              <w:t>állagú</w:t>
            </w:r>
            <w:r w:rsidRPr="0078531E">
              <w:rPr>
                <w:spacing w:val="80"/>
                <w:sz w:val="24"/>
              </w:rPr>
              <w:t xml:space="preserve"> </w:t>
            </w:r>
            <w:r w:rsidRPr="0078531E">
              <w:rPr>
                <w:sz w:val="24"/>
              </w:rPr>
              <w:t>és biztonságos legyen. Erre felhívjuk a szülők figyelmét</w:t>
            </w:r>
          </w:p>
        </w:tc>
      </w:tr>
      <w:tr w:rsidR="00AE0CFD" w:rsidRPr="0078531E" w14:paraId="16D286A2" w14:textId="77777777">
        <w:trPr>
          <w:trHeight w:val="566"/>
        </w:trPr>
        <w:tc>
          <w:tcPr>
            <w:tcW w:w="9062" w:type="dxa"/>
          </w:tcPr>
          <w:p w14:paraId="1A219EB7" w14:textId="77777777" w:rsidR="00AE0CFD" w:rsidRPr="0078531E" w:rsidRDefault="00C3522D">
            <w:pPr>
              <w:pStyle w:val="TableParagraph"/>
              <w:spacing w:line="276" w:lineRule="exact"/>
              <w:ind w:left="830" w:hanging="360"/>
              <w:rPr>
                <w:sz w:val="24"/>
              </w:rPr>
            </w:pPr>
            <w:r w:rsidRPr="0078531E">
              <w:rPr>
                <w:sz w:val="24"/>
              </w:rPr>
              <w:t>15.</w:t>
            </w:r>
            <w:r w:rsidRPr="0078531E">
              <w:rPr>
                <w:spacing w:val="-5"/>
                <w:sz w:val="24"/>
              </w:rPr>
              <w:t xml:space="preserve"> </w:t>
            </w:r>
            <w:r w:rsidRPr="0078531E">
              <w:rPr>
                <w:sz w:val="24"/>
              </w:rPr>
              <w:t>A</w:t>
            </w:r>
            <w:r w:rsidRPr="0078531E">
              <w:rPr>
                <w:spacing w:val="-10"/>
                <w:sz w:val="24"/>
              </w:rPr>
              <w:t xml:space="preserve"> </w:t>
            </w:r>
            <w:r w:rsidRPr="0078531E">
              <w:rPr>
                <w:sz w:val="24"/>
              </w:rPr>
              <w:t>mindennapi</w:t>
            </w:r>
            <w:r w:rsidRPr="0078531E">
              <w:rPr>
                <w:spacing w:val="-9"/>
                <w:sz w:val="24"/>
              </w:rPr>
              <w:t xml:space="preserve"> </w:t>
            </w:r>
            <w:r w:rsidRPr="0078531E">
              <w:rPr>
                <w:sz w:val="24"/>
              </w:rPr>
              <w:t>mozgásnál</w:t>
            </w:r>
            <w:r w:rsidRPr="0078531E">
              <w:rPr>
                <w:spacing w:val="-7"/>
                <w:sz w:val="24"/>
              </w:rPr>
              <w:t xml:space="preserve"> </w:t>
            </w:r>
            <w:r w:rsidRPr="0078531E">
              <w:rPr>
                <w:sz w:val="24"/>
              </w:rPr>
              <w:t>a</w:t>
            </w:r>
            <w:r w:rsidRPr="0078531E">
              <w:rPr>
                <w:spacing w:val="-10"/>
                <w:sz w:val="24"/>
              </w:rPr>
              <w:t xml:space="preserve"> </w:t>
            </w:r>
            <w:r w:rsidRPr="0078531E">
              <w:rPr>
                <w:sz w:val="24"/>
              </w:rPr>
              <w:t>mezítláb</w:t>
            </w:r>
            <w:r w:rsidRPr="0078531E">
              <w:rPr>
                <w:spacing w:val="-10"/>
                <w:sz w:val="24"/>
              </w:rPr>
              <w:t xml:space="preserve"> </w:t>
            </w:r>
            <w:r w:rsidRPr="0078531E">
              <w:rPr>
                <w:sz w:val="24"/>
              </w:rPr>
              <w:t>való</w:t>
            </w:r>
            <w:r w:rsidRPr="0078531E">
              <w:rPr>
                <w:spacing w:val="-9"/>
                <w:sz w:val="24"/>
              </w:rPr>
              <w:t xml:space="preserve"> </w:t>
            </w:r>
            <w:r w:rsidRPr="0078531E">
              <w:rPr>
                <w:sz w:val="24"/>
              </w:rPr>
              <w:t>mozgást</w:t>
            </w:r>
            <w:r w:rsidRPr="0078531E">
              <w:rPr>
                <w:spacing w:val="-9"/>
                <w:sz w:val="24"/>
              </w:rPr>
              <w:t xml:space="preserve"> </w:t>
            </w:r>
            <w:r w:rsidRPr="0078531E">
              <w:rPr>
                <w:sz w:val="24"/>
              </w:rPr>
              <w:t>alkalmazzuk,</w:t>
            </w:r>
            <w:r w:rsidRPr="0078531E">
              <w:rPr>
                <w:spacing w:val="-9"/>
                <w:sz w:val="24"/>
              </w:rPr>
              <w:t xml:space="preserve"> </w:t>
            </w:r>
            <w:r w:rsidRPr="0078531E">
              <w:rPr>
                <w:sz w:val="24"/>
              </w:rPr>
              <w:t>amennyiben</w:t>
            </w:r>
            <w:r w:rsidRPr="0078531E">
              <w:rPr>
                <w:spacing w:val="-9"/>
                <w:sz w:val="24"/>
              </w:rPr>
              <w:t xml:space="preserve"> </w:t>
            </w:r>
            <w:r w:rsidRPr="0078531E">
              <w:rPr>
                <w:sz w:val="24"/>
              </w:rPr>
              <w:t>a</w:t>
            </w:r>
            <w:r w:rsidRPr="0078531E">
              <w:rPr>
                <w:spacing w:val="-10"/>
                <w:sz w:val="24"/>
              </w:rPr>
              <w:t xml:space="preserve"> </w:t>
            </w:r>
            <w:r w:rsidRPr="0078531E">
              <w:rPr>
                <w:sz w:val="24"/>
              </w:rPr>
              <w:t>terem vagy a terep erre lehetőséget biztosít.</w:t>
            </w:r>
          </w:p>
        </w:tc>
      </w:tr>
    </w:tbl>
    <w:p w14:paraId="438F1336" w14:textId="77777777" w:rsidR="00AE0CFD" w:rsidRPr="0078531E" w:rsidRDefault="00AE0CFD">
      <w:pPr>
        <w:pStyle w:val="Szvegtrzs"/>
        <w:spacing w:before="160"/>
        <w:rPr>
          <w:b/>
        </w:rPr>
      </w:pPr>
    </w:p>
    <w:p w14:paraId="62E0D109" w14:textId="77777777" w:rsidR="00AE0CFD" w:rsidRPr="0078531E" w:rsidRDefault="00C3522D">
      <w:pPr>
        <w:pStyle w:val="Cmsor4"/>
        <w:numPr>
          <w:ilvl w:val="1"/>
          <w:numId w:val="14"/>
        </w:numPr>
        <w:tabs>
          <w:tab w:val="left" w:pos="849"/>
        </w:tabs>
        <w:spacing w:before="1"/>
        <w:ind w:left="849" w:hanging="473"/>
        <w:jc w:val="left"/>
      </w:pPr>
      <w:r w:rsidRPr="0078531E">
        <w:t>Az</w:t>
      </w:r>
      <w:r w:rsidRPr="0078531E">
        <w:rPr>
          <w:spacing w:val="-6"/>
        </w:rPr>
        <w:t xml:space="preserve"> </w:t>
      </w:r>
      <w:r w:rsidRPr="0078531E">
        <w:t>óvodapedagógussal</w:t>
      </w:r>
      <w:r w:rsidRPr="0078531E">
        <w:rPr>
          <w:spacing w:val="-4"/>
        </w:rPr>
        <w:t xml:space="preserve"> </w:t>
      </w:r>
      <w:r w:rsidRPr="0078531E">
        <w:t>szemben</w:t>
      </w:r>
      <w:r w:rsidRPr="0078531E">
        <w:rPr>
          <w:spacing w:val="-5"/>
        </w:rPr>
        <w:t xml:space="preserve"> </w:t>
      </w:r>
      <w:r w:rsidRPr="0078531E">
        <w:t>támasztott</w:t>
      </w:r>
      <w:r w:rsidRPr="0078531E">
        <w:rPr>
          <w:spacing w:val="-4"/>
        </w:rPr>
        <w:t xml:space="preserve"> </w:t>
      </w:r>
      <w:r w:rsidRPr="0078531E">
        <w:rPr>
          <w:spacing w:val="-2"/>
        </w:rPr>
        <w:t>elvárások</w:t>
      </w:r>
    </w:p>
    <w:p w14:paraId="65C03EFA" w14:textId="77777777" w:rsidR="00AE0CFD" w:rsidRPr="0078531E" w:rsidRDefault="00C3522D">
      <w:pPr>
        <w:pStyle w:val="Szvegtrzs"/>
        <w:spacing w:before="132"/>
        <w:ind w:left="376"/>
      </w:pPr>
      <w:r w:rsidRPr="0078531E">
        <w:t>A</w:t>
      </w:r>
      <w:r w:rsidRPr="0078531E">
        <w:rPr>
          <w:spacing w:val="-2"/>
        </w:rPr>
        <w:t xml:space="preserve"> </w:t>
      </w:r>
      <w:r w:rsidRPr="0078531E">
        <w:t>fentiekben</w:t>
      </w:r>
      <w:r w:rsidRPr="0078531E">
        <w:rPr>
          <w:spacing w:val="-2"/>
        </w:rPr>
        <w:t xml:space="preserve"> </w:t>
      </w:r>
      <w:r w:rsidRPr="0078531E">
        <w:t>megfogalmazott</w:t>
      </w:r>
      <w:r w:rsidRPr="0078531E">
        <w:rPr>
          <w:spacing w:val="-2"/>
        </w:rPr>
        <w:t xml:space="preserve"> </w:t>
      </w:r>
      <w:r w:rsidRPr="0078531E">
        <w:t>feladatoknak</w:t>
      </w:r>
      <w:r w:rsidRPr="0078531E">
        <w:rPr>
          <w:spacing w:val="-2"/>
        </w:rPr>
        <w:t xml:space="preserve"> </w:t>
      </w:r>
      <w:r w:rsidRPr="0078531E">
        <w:t>tegyen</w:t>
      </w:r>
      <w:r w:rsidRPr="0078531E">
        <w:rPr>
          <w:spacing w:val="-1"/>
        </w:rPr>
        <w:t xml:space="preserve"> </w:t>
      </w:r>
      <w:r w:rsidRPr="0078531E">
        <w:rPr>
          <w:spacing w:val="-2"/>
        </w:rPr>
        <w:t>eleget.</w:t>
      </w:r>
    </w:p>
    <w:p w14:paraId="1B3CEE90" w14:textId="77777777" w:rsidR="00AE0CFD" w:rsidRPr="0078531E" w:rsidRDefault="00AE0CFD">
      <w:pPr>
        <w:pStyle w:val="Szvegtrzs"/>
      </w:pPr>
    </w:p>
    <w:p w14:paraId="0B98D9D1" w14:textId="77777777" w:rsidR="00AE0CFD" w:rsidRPr="0078531E" w:rsidRDefault="00AE0CFD">
      <w:pPr>
        <w:pStyle w:val="Szvegtrzs"/>
        <w:spacing w:before="3"/>
      </w:pPr>
    </w:p>
    <w:p w14:paraId="01E8CFB1" w14:textId="77777777" w:rsidR="00AE0CFD" w:rsidRPr="0078531E" w:rsidRDefault="00C3522D">
      <w:pPr>
        <w:pStyle w:val="Listaszerbekezds"/>
        <w:numPr>
          <w:ilvl w:val="0"/>
          <w:numId w:val="15"/>
        </w:numPr>
        <w:tabs>
          <w:tab w:val="left" w:pos="854"/>
        </w:tabs>
        <w:ind w:left="854" w:hanging="358"/>
        <w:rPr>
          <w:b/>
          <w:sz w:val="28"/>
        </w:rPr>
      </w:pPr>
      <w:r w:rsidRPr="0078531E">
        <w:rPr>
          <w:b/>
          <w:sz w:val="28"/>
        </w:rPr>
        <w:t>Az</w:t>
      </w:r>
      <w:r w:rsidRPr="0078531E">
        <w:rPr>
          <w:b/>
          <w:spacing w:val="-6"/>
          <w:sz w:val="28"/>
        </w:rPr>
        <w:t xml:space="preserve"> </w:t>
      </w:r>
      <w:r w:rsidRPr="0078531E">
        <w:rPr>
          <w:b/>
          <w:sz w:val="28"/>
        </w:rPr>
        <w:t>érzelmi,</w:t>
      </w:r>
      <w:r w:rsidRPr="0078531E">
        <w:rPr>
          <w:b/>
          <w:spacing w:val="-6"/>
          <w:sz w:val="28"/>
        </w:rPr>
        <w:t xml:space="preserve"> </w:t>
      </w:r>
      <w:r w:rsidRPr="0078531E">
        <w:rPr>
          <w:b/>
          <w:sz w:val="28"/>
        </w:rPr>
        <w:t>az</w:t>
      </w:r>
      <w:r w:rsidRPr="0078531E">
        <w:rPr>
          <w:b/>
          <w:spacing w:val="-6"/>
          <w:sz w:val="28"/>
        </w:rPr>
        <w:t xml:space="preserve"> </w:t>
      </w:r>
      <w:r w:rsidRPr="0078531E">
        <w:rPr>
          <w:b/>
          <w:sz w:val="28"/>
        </w:rPr>
        <w:t>erkölcsi</w:t>
      </w:r>
      <w:r w:rsidRPr="0078531E">
        <w:rPr>
          <w:b/>
          <w:spacing w:val="-5"/>
          <w:sz w:val="28"/>
        </w:rPr>
        <w:t xml:space="preserve"> </w:t>
      </w:r>
      <w:r w:rsidRPr="0078531E">
        <w:rPr>
          <w:b/>
          <w:sz w:val="28"/>
        </w:rPr>
        <w:t>és</w:t>
      </w:r>
      <w:r w:rsidRPr="0078531E">
        <w:rPr>
          <w:b/>
          <w:spacing w:val="-8"/>
          <w:sz w:val="28"/>
        </w:rPr>
        <w:t xml:space="preserve"> </w:t>
      </w:r>
      <w:r w:rsidRPr="0078531E">
        <w:rPr>
          <w:b/>
          <w:sz w:val="28"/>
        </w:rPr>
        <w:t>az</w:t>
      </w:r>
      <w:r w:rsidRPr="0078531E">
        <w:rPr>
          <w:b/>
          <w:spacing w:val="-5"/>
          <w:sz w:val="28"/>
        </w:rPr>
        <w:t xml:space="preserve"> </w:t>
      </w:r>
      <w:r w:rsidRPr="0078531E">
        <w:rPr>
          <w:b/>
          <w:sz w:val="28"/>
        </w:rPr>
        <w:t>értékorientált</w:t>
      </w:r>
      <w:r w:rsidRPr="0078531E">
        <w:rPr>
          <w:b/>
          <w:spacing w:val="-6"/>
          <w:sz w:val="28"/>
        </w:rPr>
        <w:t xml:space="preserve"> </w:t>
      </w:r>
      <w:r w:rsidRPr="0078531E">
        <w:rPr>
          <w:b/>
          <w:sz w:val="28"/>
        </w:rPr>
        <w:t>közösségi</w:t>
      </w:r>
      <w:r w:rsidRPr="0078531E">
        <w:rPr>
          <w:b/>
          <w:spacing w:val="-4"/>
          <w:sz w:val="28"/>
        </w:rPr>
        <w:t xml:space="preserve"> </w:t>
      </w:r>
      <w:r w:rsidRPr="0078531E">
        <w:rPr>
          <w:b/>
          <w:spacing w:val="-2"/>
          <w:sz w:val="28"/>
        </w:rPr>
        <w:t>nevelés</w:t>
      </w:r>
    </w:p>
    <w:p w14:paraId="1B69EC63" w14:textId="77777777" w:rsidR="00AE0CFD" w:rsidRPr="0078531E" w:rsidRDefault="00AE0CFD">
      <w:pPr>
        <w:pStyle w:val="Szvegtrzs"/>
        <w:spacing w:before="27"/>
        <w:rPr>
          <w:b/>
          <w:sz w:val="28"/>
        </w:rPr>
      </w:pPr>
    </w:p>
    <w:p w14:paraId="499E419E" w14:textId="77777777" w:rsidR="00AE0CFD" w:rsidRPr="0078531E" w:rsidRDefault="00C3522D">
      <w:pPr>
        <w:pStyle w:val="Cmsor4"/>
        <w:numPr>
          <w:ilvl w:val="1"/>
          <w:numId w:val="15"/>
        </w:numPr>
        <w:tabs>
          <w:tab w:val="left" w:pos="596"/>
        </w:tabs>
        <w:ind w:left="596" w:hanging="460"/>
        <w:jc w:val="left"/>
      </w:pPr>
      <w:r w:rsidRPr="0078531E">
        <w:rPr>
          <w:spacing w:val="-2"/>
        </w:rPr>
        <w:t>Alapja</w:t>
      </w:r>
    </w:p>
    <w:p w14:paraId="57483851" w14:textId="31B4845F" w:rsidR="00AE0CFD" w:rsidRPr="0078531E" w:rsidRDefault="00C3522D" w:rsidP="001929BD">
      <w:pPr>
        <w:pStyle w:val="Szvegtrzs"/>
        <w:spacing w:before="135" w:line="360" w:lineRule="auto"/>
        <w:ind w:left="376"/>
        <w:jc w:val="both"/>
      </w:pPr>
      <w:r w:rsidRPr="0078531E">
        <w:t>Az</w:t>
      </w:r>
      <w:r w:rsidRPr="0078531E">
        <w:rPr>
          <w:spacing w:val="-5"/>
        </w:rPr>
        <w:t xml:space="preserve"> </w:t>
      </w:r>
      <w:r w:rsidRPr="0078531E">
        <w:t>ÓNOAP</w:t>
      </w:r>
      <w:r w:rsidRPr="0078531E">
        <w:rPr>
          <w:spacing w:val="-2"/>
        </w:rPr>
        <w:t xml:space="preserve"> </w:t>
      </w:r>
      <w:r w:rsidRPr="0078531E">
        <w:t>meghatározása</w:t>
      </w:r>
      <w:r w:rsidRPr="0078531E">
        <w:rPr>
          <w:spacing w:val="-2"/>
        </w:rPr>
        <w:t xml:space="preserve"> alapjá</w:t>
      </w:r>
      <w:r w:rsidR="001929BD" w:rsidRPr="0078531E">
        <w:rPr>
          <w:spacing w:val="-2"/>
        </w:rPr>
        <w:t>n az óvoda családias, bizalmat közvetítő, s</w:t>
      </w:r>
      <w:r w:rsidR="001929BD" w:rsidRPr="0078531E">
        <w:t>zeretetteljes légköre ösztönöz és hatással van a gyermek érzelmi kötődésének alakulására.</w:t>
      </w:r>
    </w:p>
    <w:p w14:paraId="08A5672D" w14:textId="77777777" w:rsidR="00AE0CFD" w:rsidRPr="0078531E" w:rsidRDefault="00C3522D">
      <w:pPr>
        <w:pStyle w:val="Cmsor4"/>
        <w:numPr>
          <w:ilvl w:val="1"/>
          <w:numId w:val="15"/>
        </w:numPr>
        <w:tabs>
          <w:tab w:val="left" w:pos="596"/>
        </w:tabs>
        <w:spacing w:before="141"/>
        <w:ind w:left="596" w:hanging="460"/>
        <w:jc w:val="left"/>
      </w:pPr>
      <w:r w:rsidRPr="0078531E">
        <w:rPr>
          <w:spacing w:val="-2"/>
        </w:rPr>
        <w:t>Célja</w:t>
      </w:r>
    </w:p>
    <w:p w14:paraId="4C73E477" w14:textId="77777777" w:rsidR="00AE0CFD" w:rsidRPr="0078531E" w:rsidRDefault="00C3522D" w:rsidP="00914541">
      <w:pPr>
        <w:pStyle w:val="Szvegtrzs"/>
        <w:spacing w:before="135" w:line="360" w:lineRule="auto"/>
        <w:ind w:left="136" w:firstLine="60"/>
        <w:jc w:val="both"/>
      </w:pPr>
      <w:r w:rsidRPr="0078531E">
        <w:t>A</w:t>
      </w:r>
      <w:r w:rsidRPr="0078531E">
        <w:rPr>
          <w:spacing w:val="25"/>
        </w:rPr>
        <w:t xml:space="preserve"> </w:t>
      </w:r>
      <w:r w:rsidRPr="0078531E">
        <w:t>személyiség</w:t>
      </w:r>
      <w:r w:rsidRPr="0078531E">
        <w:rPr>
          <w:spacing w:val="25"/>
        </w:rPr>
        <w:t xml:space="preserve"> </w:t>
      </w:r>
      <w:r w:rsidRPr="0078531E">
        <w:t>az</w:t>
      </w:r>
      <w:r w:rsidRPr="0078531E">
        <w:rPr>
          <w:spacing w:val="26"/>
        </w:rPr>
        <w:t xml:space="preserve"> </w:t>
      </w:r>
      <w:r w:rsidRPr="0078531E">
        <w:t>„én” kifejlődése során</w:t>
      </w:r>
      <w:r w:rsidRPr="0078531E">
        <w:rPr>
          <w:spacing w:val="27"/>
        </w:rPr>
        <w:t xml:space="preserve"> </w:t>
      </w:r>
      <w:r w:rsidRPr="0078531E">
        <w:t>optimális</w:t>
      </w:r>
      <w:r w:rsidRPr="0078531E">
        <w:rPr>
          <w:spacing w:val="26"/>
        </w:rPr>
        <w:t xml:space="preserve"> </w:t>
      </w:r>
      <w:r w:rsidRPr="0078531E">
        <w:t>kapcsolat</w:t>
      </w:r>
      <w:r w:rsidRPr="0078531E">
        <w:rPr>
          <w:spacing w:val="25"/>
        </w:rPr>
        <w:t xml:space="preserve"> </w:t>
      </w:r>
      <w:r w:rsidRPr="0078531E">
        <w:t>alakítása</w:t>
      </w:r>
      <w:r w:rsidRPr="0078531E">
        <w:rPr>
          <w:spacing w:val="26"/>
        </w:rPr>
        <w:t xml:space="preserve"> </w:t>
      </w:r>
      <w:r w:rsidRPr="0078531E">
        <w:t>a</w:t>
      </w:r>
      <w:r w:rsidRPr="0078531E">
        <w:rPr>
          <w:spacing w:val="27"/>
        </w:rPr>
        <w:t xml:space="preserve"> </w:t>
      </w:r>
      <w:r w:rsidRPr="0078531E">
        <w:t>szűkebb</w:t>
      </w:r>
      <w:r w:rsidRPr="0078531E">
        <w:rPr>
          <w:spacing w:val="25"/>
        </w:rPr>
        <w:t xml:space="preserve"> </w:t>
      </w:r>
      <w:r w:rsidRPr="0078531E">
        <w:t>és</w:t>
      </w:r>
      <w:r w:rsidRPr="0078531E">
        <w:rPr>
          <w:spacing w:val="25"/>
        </w:rPr>
        <w:t xml:space="preserve"> </w:t>
      </w:r>
      <w:r w:rsidRPr="0078531E">
        <w:t>tágabb társadalmi környezettel.</w:t>
      </w:r>
    </w:p>
    <w:p w14:paraId="0F465868" w14:textId="5E4F83D5" w:rsidR="00AE0CFD" w:rsidRPr="0078531E" w:rsidRDefault="00C3522D" w:rsidP="00914541">
      <w:pPr>
        <w:pStyle w:val="Szvegtrzs"/>
        <w:spacing w:before="72" w:line="362" w:lineRule="auto"/>
        <w:ind w:left="136"/>
        <w:jc w:val="both"/>
      </w:pPr>
      <w:r w:rsidRPr="0078531E">
        <w:t>Pozitív</w:t>
      </w:r>
      <w:r w:rsidRPr="0078531E">
        <w:rPr>
          <w:spacing w:val="40"/>
        </w:rPr>
        <w:t xml:space="preserve"> </w:t>
      </w:r>
      <w:r w:rsidRPr="0078531E">
        <w:t>érzelmi</w:t>
      </w:r>
      <w:r w:rsidRPr="0078531E">
        <w:rPr>
          <w:spacing w:val="40"/>
        </w:rPr>
        <w:t xml:space="preserve"> </w:t>
      </w:r>
      <w:r w:rsidRPr="0078531E">
        <w:t>viszonyulásra</w:t>
      </w:r>
      <w:r w:rsidRPr="0078531E">
        <w:rPr>
          <w:spacing w:val="40"/>
        </w:rPr>
        <w:t xml:space="preserve"> </w:t>
      </w:r>
      <w:r w:rsidRPr="0078531E">
        <w:t>való</w:t>
      </w:r>
      <w:r w:rsidRPr="0078531E">
        <w:rPr>
          <w:spacing w:val="40"/>
        </w:rPr>
        <w:t xml:space="preserve"> </w:t>
      </w:r>
      <w:r w:rsidRPr="0078531E">
        <w:t>törekvés,</w:t>
      </w:r>
      <w:r w:rsidRPr="0078531E">
        <w:rPr>
          <w:spacing w:val="40"/>
        </w:rPr>
        <w:t xml:space="preserve"> </w:t>
      </w:r>
      <w:r w:rsidRPr="0078531E">
        <w:t>úgy</w:t>
      </w:r>
      <w:r w:rsidRPr="0078531E">
        <w:rPr>
          <w:spacing w:val="40"/>
        </w:rPr>
        <w:t xml:space="preserve"> </w:t>
      </w:r>
      <w:r w:rsidRPr="0078531E">
        <w:t>az</w:t>
      </w:r>
      <w:r w:rsidRPr="0078531E">
        <w:rPr>
          <w:spacing w:val="40"/>
        </w:rPr>
        <w:t xml:space="preserve"> </w:t>
      </w:r>
      <w:r w:rsidRPr="0078531E">
        <w:t>akarati</w:t>
      </w:r>
      <w:r w:rsidRPr="0078531E">
        <w:rPr>
          <w:spacing w:val="40"/>
        </w:rPr>
        <w:t xml:space="preserve"> </w:t>
      </w:r>
      <w:r w:rsidRPr="0078531E">
        <w:t>életük,</w:t>
      </w:r>
      <w:r w:rsidRPr="0078531E">
        <w:rPr>
          <w:spacing w:val="40"/>
        </w:rPr>
        <w:t xml:space="preserve"> </w:t>
      </w:r>
      <w:r w:rsidRPr="0078531E">
        <w:t>mint</w:t>
      </w:r>
      <w:r w:rsidRPr="0078531E">
        <w:rPr>
          <w:spacing w:val="40"/>
        </w:rPr>
        <w:t xml:space="preserve"> </w:t>
      </w:r>
      <w:r w:rsidRPr="0078531E">
        <w:t>jellemvonásaik</w:t>
      </w:r>
      <w:r w:rsidRPr="0078531E">
        <w:rPr>
          <w:spacing w:val="80"/>
        </w:rPr>
        <w:t xml:space="preserve"> </w:t>
      </w:r>
      <w:r w:rsidRPr="0078531E">
        <w:lastRenderedPageBreak/>
        <w:t>alakításában, tiszteletben tartva a gyermek egyéniségét.</w:t>
      </w:r>
    </w:p>
    <w:p w14:paraId="295BC8DC" w14:textId="4119183C" w:rsidR="00C60243" w:rsidRPr="0078531E" w:rsidRDefault="00C3522D">
      <w:pPr>
        <w:pStyle w:val="Cmsor4"/>
        <w:numPr>
          <w:ilvl w:val="1"/>
          <w:numId w:val="15"/>
        </w:numPr>
        <w:tabs>
          <w:tab w:val="left" w:pos="596"/>
        </w:tabs>
        <w:spacing w:before="90"/>
        <w:ind w:left="596" w:hanging="460"/>
        <w:jc w:val="left"/>
      </w:pPr>
      <w:r w:rsidRPr="0078531E">
        <w:rPr>
          <w:spacing w:val="-2"/>
        </w:rPr>
        <w:t>Feladata:</w:t>
      </w:r>
    </w:p>
    <w:p w14:paraId="4C993C80" w14:textId="7A73E2BA" w:rsidR="00AE0CFD" w:rsidRPr="0078531E" w:rsidRDefault="00C60243">
      <w:pPr>
        <w:pStyle w:val="Listaszerbekezds"/>
        <w:numPr>
          <w:ilvl w:val="0"/>
          <w:numId w:val="27"/>
        </w:numPr>
        <w:spacing w:before="88" w:line="274" w:lineRule="exact"/>
        <w:ind w:left="496"/>
        <w:jc w:val="both"/>
      </w:pPr>
      <w:r w:rsidRPr="0078531E">
        <w:rPr>
          <w:sz w:val="24"/>
        </w:rPr>
        <w:t>testi egészségvédelem (</w:t>
      </w:r>
      <w:r w:rsidR="00C3522D" w:rsidRPr="0078531E">
        <w:rPr>
          <w:sz w:val="24"/>
        </w:rPr>
        <w:t>gondozás/testápolás</w:t>
      </w:r>
      <w:r w:rsidRPr="0078531E">
        <w:rPr>
          <w:sz w:val="24"/>
        </w:rPr>
        <w:t xml:space="preserve">, </w:t>
      </w:r>
      <w:r w:rsidRPr="0078531E">
        <w:rPr>
          <w:sz w:val="24"/>
          <w:szCs w:val="24"/>
        </w:rPr>
        <w:t>táplálkozás, egészségfejlesz</w:t>
      </w:r>
      <w:r w:rsidR="00914541" w:rsidRPr="0078531E">
        <w:rPr>
          <w:sz w:val="24"/>
          <w:szCs w:val="24"/>
        </w:rPr>
        <w:t>t</w:t>
      </w:r>
      <w:r w:rsidRPr="0078531E">
        <w:rPr>
          <w:sz w:val="24"/>
          <w:szCs w:val="24"/>
        </w:rPr>
        <w:t>ő t</w:t>
      </w:r>
      <w:r w:rsidR="00C3522D" w:rsidRPr="0078531E">
        <w:rPr>
          <w:sz w:val="24"/>
          <w:szCs w:val="24"/>
        </w:rPr>
        <w:t>estmozgás,</w:t>
      </w:r>
      <w:r w:rsidR="00914541" w:rsidRPr="0078531E">
        <w:rPr>
          <w:sz w:val="24"/>
          <w:szCs w:val="24"/>
        </w:rPr>
        <w:t xml:space="preserve"> </w:t>
      </w:r>
      <w:r w:rsidR="00C3522D" w:rsidRPr="0078531E">
        <w:rPr>
          <w:spacing w:val="-2"/>
          <w:sz w:val="24"/>
          <w:szCs w:val="24"/>
        </w:rPr>
        <w:t>pihenés)</w:t>
      </w:r>
    </w:p>
    <w:p w14:paraId="43857CE0" w14:textId="5D35AAE0" w:rsidR="00AE0CFD" w:rsidRPr="0078531E" w:rsidRDefault="00C3522D">
      <w:pPr>
        <w:pStyle w:val="Listaszerbekezds"/>
        <w:numPr>
          <w:ilvl w:val="2"/>
          <w:numId w:val="15"/>
        </w:numPr>
        <w:tabs>
          <w:tab w:val="left" w:pos="486"/>
        </w:tabs>
        <w:spacing w:before="180"/>
        <w:ind w:left="486" w:hanging="350"/>
        <w:jc w:val="both"/>
        <w:rPr>
          <w:sz w:val="24"/>
        </w:rPr>
      </w:pPr>
      <w:r w:rsidRPr="0078531E">
        <w:rPr>
          <w:sz w:val="24"/>
        </w:rPr>
        <w:t>lelki</w:t>
      </w:r>
      <w:r w:rsidRPr="0078531E">
        <w:rPr>
          <w:spacing w:val="-3"/>
          <w:sz w:val="24"/>
        </w:rPr>
        <w:t xml:space="preserve"> </w:t>
      </w:r>
      <w:r w:rsidRPr="0078531E">
        <w:rPr>
          <w:sz w:val="24"/>
        </w:rPr>
        <w:t>egészségvédelem</w:t>
      </w:r>
      <w:r w:rsidRPr="0078531E">
        <w:rPr>
          <w:spacing w:val="-2"/>
          <w:sz w:val="24"/>
        </w:rPr>
        <w:t xml:space="preserve"> </w:t>
      </w:r>
    </w:p>
    <w:p w14:paraId="73148719" w14:textId="77777777" w:rsidR="00AE0CFD" w:rsidRPr="0078531E" w:rsidRDefault="00C3522D">
      <w:pPr>
        <w:pStyle w:val="Listaszerbekezds"/>
        <w:numPr>
          <w:ilvl w:val="2"/>
          <w:numId w:val="15"/>
        </w:numPr>
        <w:tabs>
          <w:tab w:val="left" w:pos="486"/>
        </w:tabs>
        <w:spacing w:before="180"/>
        <w:ind w:left="486" w:hanging="350"/>
        <w:jc w:val="both"/>
        <w:rPr>
          <w:sz w:val="24"/>
        </w:rPr>
      </w:pPr>
      <w:r w:rsidRPr="0078531E">
        <w:rPr>
          <w:sz w:val="24"/>
        </w:rPr>
        <w:t>szociális</w:t>
      </w:r>
      <w:r w:rsidRPr="0078531E">
        <w:rPr>
          <w:spacing w:val="-4"/>
          <w:sz w:val="24"/>
        </w:rPr>
        <w:t xml:space="preserve"> </w:t>
      </w:r>
      <w:r w:rsidRPr="0078531E">
        <w:rPr>
          <w:sz w:val="24"/>
        </w:rPr>
        <w:t>kapcsolatok</w:t>
      </w:r>
      <w:r w:rsidRPr="0078531E">
        <w:rPr>
          <w:spacing w:val="-3"/>
          <w:sz w:val="24"/>
        </w:rPr>
        <w:t xml:space="preserve"> </w:t>
      </w:r>
      <w:r w:rsidRPr="0078531E">
        <w:rPr>
          <w:sz w:val="24"/>
        </w:rPr>
        <w:t>harmóniájának</w:t>
      </w:r>
      <w:r w:rsidRPr="0078531E">
        <w:rPr>
          <w:spacing w:val="-3"/>
          <w:sz w:val="24"/>
        </w:rPr>
        <w:t xml:space="preserve"> </w:t>
      </w:r>
      <w:r w:rsidRPr="0078531E">
        <w:rPr>
          <w:sz w:val="24"/>
        </w:rPr>
        <w:t>megteremtése</w:t>
      </w:r>
      <w:r w:rsidRPr="0078531E">
        <w:rPr>
          <w:spacing w:val="-5"/>
          <w:sz w:val="24"/>
        </w:rPr>
        <w:t xml:space="preserve"> </w:t>
      </w:r>
      <w:r w:rsidRPr="0078531E">
        <w:rPr>
          <w:sz w:val="24"/>
        </w:rPr>
        <w:t xml:space="preserve">(közösségi </w:t>
      </w:r>
      <w:r w:rsidRPr="0078531E">
        <w:rPr>
          <w:spacing w:val="-2"/>
          <w:sz w:val="24"/>
        </w:rPr>
        <w:t>élet)</w:t>
      </w:r>
    </w:p>
    <w:p w14:paraId="54DEC2EE" w14:textId="77777777" w:rsidR="001007DA" w:rsidRPr="0078531E" w:rsidRDefault="00C3522D">
      <w:pPr>
        <w:pStyle w:val="Listaszerbekezds"/>
        <w:numPr>
          <w:ilvl w:val="2"/>
          <w:numId w:val="15"/>
        </w:numPr>
        <w:tabs>
          <w:tab w:val="left" w:pos="486"/>
        </w:tabs>
        <w:spacing w:before="182" w:line="360" w:lineRule="auto"/>
        <w:ind w:left="136" w:right="452" w:firstLine="0"/>
        <w:jc w:val="both"/>
        <w:rPr>
          <w:sz w:val="24"/>
        </w:rPr>
      </w:pPr>
      <w:r w:rsidRPr="0078531E">
        <w:rPr>
          <w:sz w:val="24"/>
        </w:rPr>
        <w:t>rendszeres</w:t>
      </w:r>
      <w:r w:rsidRPr="0078531E">
        <w:rPr>
          <w:spacing w:val="-7"/>
          <w:sz w:val="24"/>
        </w:rPr>
        <w:t xml:space="preserve"> </w:t>
      </w:r>
      <w:r w:rsidRPr="0078531E">
        <w:rPr>
          <w:sz w:val="24"/>
        </w:rPr>
        <w:t>egészségügyi</w:t>
      </w:r>
      <w:r w:rsidRPr="0078531E">
        <w:rPr>
          <w:spacing w:val="-6"/>
          <w:sz w:val="24"/>
        </w:rPr>
        <w:t xml:space="preserve"> </w:t>
      </w:r>
      <w:r w:rsidRPr="0078531E">
        <w:rPr>
          <w:sz w:val="24"/>
        </w:rPr>
        <w:t>felügyelet</w:t>
      </w:r>
      <w:r w:rsidRPr="0078531E">
        <w:rPr>
          <w:spacing w:val="-6"/>
          <w:sz w:val="24"/>
        </w:rPr>
        <w:t xml:space="preserve"> </w:t>
      </w:r>
      <w:r w:rsidRPr="0078531E">
        <w:rPr>
          <w:sz w:val="24"/>
        </w:rPr>
        <w:t>segítségével</w:t>
      </w:r>
      <w:r w:rsidRPr="0078531E">
        <w:rPr>
          <w:spacing w:val="-6"/>
          <w:sz w:val="24"/>
        </w:rPr>
        <w:t xml:space="preserve"> </w:t>
      </w:r>
      <w:r w:rsidRPr="0078531E">
        <w:rPr>
          <w:sz w:val="24"/>
        </w:rPr>
        <w:t>szűrések,</w:t>
      </w:r>
      <w:r w:rsidRPr="0078531E">
        <w:rPr>
          <w:spacing w:val="-6"/>
          <w:sz w:val="24"/>
        </w:rPr>
        <w:t xml:space="preserve"> </w:t>
      </w:r>
      <w:r w:rsidRPr="0078531E">
        <w:rPr>
          <w:sz w:val="24"/>
        </w:rPr>
        <w:t>vizsgálatok</w:t>
      </w:r>
      <w:r w:rsidRPr="0078531E">
        <w:rPr>
          <w:spacing w:val="-6"/>
          <w:sz w:val="24"/>
        </w:rPr>
        <w:t xml:space="preserve"> </w:t>
      </w:r>
      <w:r w:rsidRPr="0078531E">
        <w:rPr>
          <w:sz w:val="24"/>
        </w:rPr>
        <w:t>végzése,</w:t>
      </w:r>
      <w:r w:rsidRPr="0078531E">
        <w:rPr>
          <w:spacing w:val="-4"/>
          <w:sz w:val="24"/>
        </w:rPr>
        <w:t xml:space="preserve"> </w:t>
      </w:r>
      <w:r w:rsidRPr="0078531E">
        <w:rPr>
          <w:sz w:val="24"/>
        </w:rPr>
        <w:t>folyamatos és szükség szerinti egészségügyi ellátás biztosítása.</w:t>
      </w:r>
      <w:r w:rsidR="00E73FD1" w:rsidRPr="0078531E">
        <w:rPr>
          <w:sz w:val="24"/>
        </w:rPr>
        <w:t xml:space="preserve"> </w:t>
      </w:r>
    </w:p>
    <w:p w14:paraId="24427308" w14:textId="7067B02E" w:rsidR="00AE0CFD" w:rsidRPr="0078531E" w:rsidRDefault="00C3522D">
      <w:pPr>
        <w:pStyle w:val="Listaszerbekezds"/>
        <w:numPr>
          <w:ilvl w:val="2"/>
          <w:numId w:val="15"/>
        </w:numPr>
        <w:tabs>
          <w:tab w:val="left" w:pos="486"/>
        </w:tabs>
        <w:spacing w:before="182" w:line="360" w:lineRule="auto"/>
        <w:ind w:left="136" w:right="452" w:firstLine="0"/>
        <w:jc w:val="both"/>
        <w:rPr>
          <w:sz w:val="24"/>
        </w:rPr>
      </w:pPr>
      <w:r w:rsidRPr="0078531E">
        <w:rPr>
          <w:sz w:val="24"/>
        </w:rPr>
        <w:t>családdal</w:t>
      </w:r>
      <w:r w:rsidRPr="0078531E">
        <w:rPr>
          <w:spacing w:val="-2"/>
          <w:sz w:val="24"/>
        </w:rPr>
        <w:t xml:space="preserve"> </w:t>
      </w:r>
      <w:r w:rsidRPr="0078531E">
        <w:rPr>
          <w:sz w:val="24"/>
        </w:rPr>
        <w:t>való</w:t>
      </w:r>
      <w:r w:rsidRPr="0078531E">
        <w:rPr>
          <w:spacing w:val="-1"/>
          <w:sz w:val="24"/>
        </w:rPr>
        <w:t xml:space="preserve"> </w:t>
      </w:r>
      <w:r w:rsidRPr="0078531E">
        <w:rPr>
          <w:sz w:val="24"/>
        </w:rPr>
        <w:t>szoros</w:t>
      </w:r>
      <w:r w:rsidRPr="0078531E">
        <w:rPr>
          <w:spacing w:val="-2"/>
          <w:sz w:val="24"/>
        </w:rPr>
        <w:t xml:space="preserve"> </w:t>
      </w:r>
      <w:r w:rsidRPr="0078531E">
        <w:rPr>
          <w:sz w:val="24"/>
        </w:rPr>
        <w:t>együttműködés,</w:t>
      </w:r>
      <w:r w:rsidRPr="0078531E">
        <w:rPr>
          <w:spacing w:val="-1"/>
          <w:sz w:val="24"/>
        </w:rPr>
        <w:t xml:space="preserve"> </w:t>
      </w:r>
      <w:r w:rsidRPr="0078531E">
        <w:rPr>
          <w:sz w:val="24"/>
        </w:rPr>
        <w:t>szülők</w:t>
      </w:r>
      <w:r w:rsidRPr="0078531E">
        <w:rPr>
          <w:spacing w:val="-1"/>
          <w:sz w:val="24"/>
        </w:rPr>
        <w:t xml:space="preserve"> </w:t>
      </w:r>
      <w:r w:rsidRPr="0078531E">
        <w:rPr>
          <w:spacing w:val="-2"/>
          <w:sz w:val="24"/>
        </w:rPr>
        <w:t>bevonása</w:t>
      </w:r>
    </w:p>
    <w:p w14:paraId="2443B27B" w14:textId="1308F64F" w:rsidR="00AE0CFD" w:rsidRPr="0078531E" w:rsidRDefault="001007DA">
      <w:pPr>
        <w:pStyle w:val="Listaszerbekezds"/>
        <w:numPr>
          <w:ilvl w:val="2"/>
          <w:numId w:val="15"/>
        </w:numPr>
        <w:tabs>
          <w:tab w:val="left" w:pos="486"/>
        </w:tabs>
        <w:spacing w:before="137"/>
        <w:ind w:left="486" w:hanging="350"/>
        <w:jc w:val="both"/>
        <w:rPr>
          <w:sz w:val="24"/>
        </w:rPr>
      </w:pPr>
      <w:r w:rsidRPr="0078531E">
        <w:rPr>
          <w:spacing w:val="-2"/>
          <w:sz w:val="24"/>
        </w:rPr>
        <w:t xml:space="preserve">igény szerinti </w:t>
      </w:r>
      <w:r w:rsidR="00C3522D" w:rsidRPr="0078531E">
        <w:rPr>
          <w:spacing w:val="-2"/>
          <w:sz w:val="24"/>
        </w:rPr>
        <w:t>családlátogatás</w:t>
      </w:r>
    </w:p>
    <w:p w14:paraId="5422D17A" w14:textId="77777777" w:rsidR="00AE0CFD" w:rsidRPr="0078531E" w:rsidRDefault="00C3522D">
      <w:pPr>
        <w:pStyle w:val="Listaszerbekezds"/>
        <w:numPr>
          <w:ilvl w:val="2"/>
          <w:numId w:val="15"/>
        </w:numPr>
        <w:tabs>
          <w:tab w:val="left" w:pos="486"/>
        </w:tabs>
        <w:spacing w:before="141"/>
        <w:ind w:left="486" w:hanging="350"/>
        <w:jc w:val="both"/>
        <w:rPr>
          <w:sz w:val="24"/>
        </w:rPr>
      </w:pPr>
      <w:r w:rsidRPr="0078531E">
        <w:rPr>
          <w:sz w:val="24"/>
        </w:rPr>
        <w:t>beszoktatás</w:t>
      </w:r>
      <w:r w:rsidRPr="0078531E">
        <w:rPr>
          <w:spacing w:val="-1"/>
          <w:sz w:val="24"/>
        </w:rPr>
        <w:t xml:space="preserve"> </w:t>
      </w:r>
      <w:r w:rsidRPr="0078531E">
        <w:rPr>
          <w:sz w:val="24"/>
        </w:rPr>
        <w:t xml:space="preserve">(szülő </w:t>
      </w:r>
      <w:r w:rsidRPr="0078531E">
        <w:rPr>
          <w:spacing w:val="-2"/>
          <w:sz w:val="24"/>
        </w:rPr>
        <w:t>jelenléte)</w:t>
      </w:r>
    </w:p>
    <w:p w14:paraId="56CB2962" w14:textId="77777777" w:rsidR="00AE0CFD" w:rsidRPr="0078531E" w:rsidRDefault="00C3522D">
      <w:pPr>
        <w:pStyle w:val="Listaszerbekezds"/>
        <w:numPr>
          <w:ilvl w:val="2"/>
          <w:numId w:val="15"/>
        </w:numPr>
        <w:tabs>
          <w:tab w:val="left" w:pos="486"/>
        </w:tabs>
        <w:spacing w:before="144"/>
        <w:ind w:left="486" w:hanging="350"/>
        <w:jc w:val="both"/>
        <w:rPr>
          <w:sz w:val="24"/>
        </w:rPr>
      </w:pPr>
      <w:r w:rsidRPr="0078531E">
        <w:rPr>
          <w:sz w:val="24"/>
        </w:rPr>
        <w:t>befogadási</w:t>
      </w:r>
      <w:r w:rsidRPr="0078531E">
        <w:rPr>
          <w:spacing w:val="-5"/>
          <w:sz w:val="24"/>
        </w:rPr>
        <w:t xml:space="preserve"> </w:t>
      </w:r>
      <w:r w:rsidRPr="0078531E">
        <w:rPr>
          <w:sz w:val="24"/>
        </w:rPr>
        <w:t>időszak</w:t>
      </w:r>
      <w:r w:rsidRPr="0078531E">
        <w:rPr>
          <w:spacing w:val="-2"/>
          <w:sz w:val="24"/>
        </w:rPr>
        <w:t xml:space="preserve"> </w:t>
      </w:r>
      <w:r w:rsidRPr="0078531E">
        <w:rPr>
          <w:sz w:val="24"/>
        </w:rPr>
        <w:t>(mindkét</w:t>
      </w:r>
      <w:r w:rsidRPr="0078531E">
        <w:rPr>
          <w:spacing w:val="-3"/>
          <w:sz w:val="24"/>
        </w:rPr>
        <w:t xml:space="preserve"> </w:t>
      </w:r>
      <w:r w:rsidRPr="0078531E">
        <w:rPr>
          <w:sz w:val="24"/>
        </w:rPr>
        <w:t>csoportos</w:t>
      </w:r>
      <w:r w:rsidRPr="0078531E">
        <w:rPr>
          <w:spacing w:val="-3"/>
          <w:sz w:val="24"/>
        </w:rPr>
        <w:t xml:space="preserve"> </w:t>
      </w:r>
      <w:r w:rsidRPr="0078531E">
        <w:rPr>
          <w:sz w:val="24"/>
        </w:rPr>
        <w:t>óvodapedagógus</w:t>
      </w:r>
      <w:r w:rsidRPr="0078531E">
        <w:rPr>
          <w:spacing w:val="-3"/>
          <w:sz w:val="24"/>
        </w:rPr>
        <w:t xml:space="preserve"> </w:t>
      </w:r>
      <w:r w:rsidRPr="0078531E">
        <w:rPr>
          <w:spacing w:val="-2"/>
          <w:sz w:val="24"/>
        </w:rPr>
        <w:t>jelenléte)</w:t>
      </w:r>
    </w:p>
    <w:p w14:paraId="4AFF7C4D" w14:textId="77777777" w:rsidR="00AE0CFD" w:rsidRPr="0078531E" w:rsidRDefault="00C3522D">
      <w:pPr>
        <w:pStyle w:val="Listaszerbekezds"/>
        <w:numPr>
          <w:ilvl w:val="2"/>
          <w:numId w:val="15"/>
        </w:numPr>
        <w:tabs>
          <w:tab w:val="left" w:pos="486"/>
        </w:tabs>
        <w:spacing w:before="142"/>
        <w:ind w:left="486" w:hanging="350"/>
        <w:jc w:val="both"/>
        <w:rPr>
          <w:sz w:val="24"/>
        </w:rPr>
      </w:pPr>
      <w:r w:rsidRPr="0078531E">
        <w:rPr>
          <w:sz w:val="24"/>
        </w:rPr>
        <w:t>csoportszoba</w:t>
      </w:r>
      <w:r w:rsidRPr="0078531E">
        <w:rPr>
          <w:spacing w:val="-2"/>
          <w:sz w:val="24"/>
        </w:rPr>
        <w:t xml:space="preserve"> </w:t>
      </w:r>
      <w:r w:rsidRPr="0078531E">
        <w:rPr>
          <w:sz w:val="24"/>
        </w:rPr>
        <w:t>neve,</w:t>
      </w:r>
      <w:r w:rsidRPr="0078531E">
        <w:rPr>
          <w:spacing w:val="-1"/>
          <w:sz w:val="24"/>
        </w:rPr>
        <w:t xml:space="preserve"> </w:t>
      </w:r>
      <w:r w:rsidRPr="0078531E">
        <w:rPr>
          <w:sz w:val="24"/>
        </w:rPr>
        <w:t>dolgozó</w:t>
      </w:r>
      <w:r w:rsidRPr="0078531E">
        <w:rPr>
          <w:spacing w:val="-1"/>
          <w:sz w:val="24"/>
        </w:rPr>
        <w:t xml:space="preserve"> </w:t>
      </w:r>
      <w:r w:rsidRPr="0078531E">
        <w:rPr>
          <w:sz w:val="24"/>
        </w:rPr>
        <w:t>felnőttek</w:t>
      </w:r>
      <w:r w:rsidRPr="0078531E">
        <w:rPr>
          <w:spacing w:val="-1"/>
          <w:sz w:val="24"/>
        </w:rPr>
        <w:t xml:space="preserve"> </w:t>
      </w:r>
      <w:r w:rsidRPr="0078531E">
        <w:rPr>
          <w:sz w:val="24"/>
        </w:rPr>
        <w:t>nevének</w:t>
      </w:r>
      <w:r w:rsidRPr="0078531E">
        <w:rPr>
          <w:spacing w:val="1"/>
          <w:sz w:val="24"/>
        </w:rPr>
        <w:t xml:space="preserve"> </w:t>
      </w:r>
      <w:r w:rsidRPr="0078531E">
        <w:rPr>
          <w:spacing w:val="-2"/>
          <w:sz w:val="24"/>
        </w:rPr>
        <w:t>feltüntetése</w:t>
      </w:r>
    </w:p>
    <w:p w14:paraId="46507ECC" w14:textId="77777777" w:rsidR="00AE0CFD" w:rsidRPr="0078531E" w:rsidRDefault="00C3522D">
      <w:pPr>
        <w:pStyle w:val="Listaszerbekezds"/>
        <w:numPr>
          <w:ilvl w:val="2"/>
          <w:numId w:val="15"/>
        </w:numPr>
        <w:tabs>
          <w:tab w:val="left" w:pos="486"/>
        </w:tabs>
        <w:spacing w:before="142"/>
        <w:ind w:left="486" w:hanging="350"/>
        <w:jc w:val="both"/>
        <w:rPr>
          <w:sz w:val="24"/>
        </w:rPr>
      </w:pPr>
      <w:r w:rsidRPr="0078531E">
        <w:rPr>
          <w:sz w:val="24"/>
        </w:rPr>
        <w:t>a</w:t>
      </w:r>
      <w:r w:rsidRPr="0078531E">
        <w:rPr>
          <w:spacing w:val="-6"/>
          <w:sz w:val="24"/>
        </w:rPr>
        <w:t xml:space="preserve"> </w:t>
      </w:r>
      <w:r w:rsidRPr="0078531E">
        <w:rPr>
          <w:sz w:val="24"/>
        </w:rPr>
        <w:t>csoport-és</w:t>
      </w:r>
      <w:r w:rsidRPr="0078531E">
        <w:rPr>
          <w:spacing w:val="-4"/>
          <w:sz w:val="24"/>
        </w:rPr>
        <w:t xml:space="preserve"> </w:t>
      </w:r>
      <w:r w:rsidRPr="0078531E">
        <w:rPr>
          <w:sz w:val="24"/>
        </w:rPr>
        <w:t>öltözőhelyiségek</w:t>
      </w:r>
      <w:r w:rsidRPr="0078531E">
        <w:rPr>
          <w:spacing w:val="-1"/>
          <w:sz w:val="24"/>
        </w:rPr>
        <w:t xml:space="preserve"> </w:t>
      </w:r>
      <w:r w:rsidRPr="0078531E">
        <w:rPr>
          <w:sz w:val="24"/>
        </w:rPr>
        <w:t>feltételrendszere</w:t>
      </w:r>
      <w:r w:rsidRPr="0078531E">
        <w:rPr>
          <w:spacing w:val="-3"/>
          <w:sz w:val="24"/>
        </w:rPr>
        <w:t xml:space="preserve"> </w:t>
      </w:r>
      <w:r w:rsidRPr="0078531E">
        <w:rPr>
          <w:sz w:val="24"/>
        </w:rPr>
        <w:t>(jel,</w:t>
      </w:r>
      <w:r w:rsidRPr="0078531E">
        <w:rPr>
          <w:spacing w:val="-2"/>
          <w:sz w:val="24"/>
        </w:rPr>
        <w:t xml:space="preserve"> zsák,)</w:t>
      </w:r>
    </w:p>
    <w:p w14:paraId="191D365F" w14:textId="77777777" w:rsidR="00AE0CFD" w:rsidRPr="0078531E" w:rsidRDefault="00C3522D">
      <w:pPr>
        <w:pStyle w:val="Listaszerbekezds"/>
        <w:numPr>
          <w:ilvl w:val="2"/>
          <w:numId w:val="15"/>
        </w:numPr>
        <w:tabs>
          <w:tab w:val="left" w:pos="486"/>
        </w:tabs>
        <w:spacing w:before="141"/>
        <w:ind w:left="486" w:hanging="350"/>
        <w:jc w:val="both"/>
        <w:rPr>
          <w:sz w:val="24"/>
        </w:rPr>
      </w:pPr>
      <w:r w:rsidRPr="0078531E">
        <w:rPr>
          <w:sz w:val="24"/>
        </w:rPr>
        <w:t>állandó</w:t>
      </w:r>
      <w:r w:rsidRPr="0078531E">
        <w:rPr>
          <w:spacing w:val="-3"/>
          <w:sz w:val="24"/>
        </w:rPr>
        <w:t xml:space="preserve"> </w:t>
      </w:r>
      <w:r w:rsidRPr="0078531E">
        <w:rPr>
          <w:sz w:val="24"/>
        </w:rPr>
        <w:t>heti-napirend és</w:t>
      </w:r>
      <w:r w:rsidRPr="0078531E">
        <w:rPr>
          <w:spacing w:val="-3"/>
          <w:sz w:val="24"/>
        </w:rPr>
        <w:t xml:space="preserve"> </w:t>
      </w:r>
      <w:r w:rsidRPr="0078531E">
        <w:rPr>
          <w:sz w:val="24"/>
        </w:rPr>
        <w:t>annak</w:t>
      </w:r>
      <w:r w:rsidRPr="0078531E">
        <w:rPr>
          <w:spacing w:val="-2"/>
          <w:sz w:val="24"/>
        </w:rPr>
        <w:t xml:space="preserve"> tartalma</w:t>
      </w:r>
    </w:p>
    <w:p w14:paraId="10BBA152" w14:textId="77777777" w:rsidR="00AE0CFD" w:rsidRPr="0078531E" w:rsidRDefault="00C3522D">
      <w:pPr>
        <w:pStyle w:val="Listaszerbekezds"/>
        <w:numPr>
          <w:ilvl w:val="2"/>
          <w:numId w:val="15"/>
        </w:numPr>
        <w:tabs>
          <w:tab w:val="left" w:pos="486"/>
        </w:tabs>
        <w:spacing w:before="142"/>
        <w:ind w:left="486" w:hanging="350"/>
        <w:jc w:val="both"/>
        <w:rPr>
          <w:sz w:val="24"/>
        </w:rPr>
      </w:pPr>
      <w:r w:rsidRPr="0078531E">
        <w:rPr>
          <w:sz w:val="24"/>
        </w:rPr>
        <w:t>szertartások</w:t>
      </w:r>
      <w:r w:rsidRPr="0078531E">
        <w:rPr>
          <w:spacing w:val="-5"/>
          <w:sz w:val="24"/>
        </w:rPr>
        <w:t xml:space="preserve"> </w:t>
      </w:r>
      <w:r w:rsidRPr="0078531E">
        <w:rPr>
          <w:sz w:val="24"/>
        </w:rPr>
        <w:t>(mese,</w:t>
      </w:r>
      <w:r w:rsidRPr="0078531E">
        <w:rPr>
          <w:spacing w:val="-1"/>
          <w:sz w:val="24"/>
        </w:rPr>
        <w:t xml:space="preserve"> </w:t>
      </w:r>
      <w:r w:rsidRPr="0078531E">
        <w:rPr>
          <w:sz w:val="24"/>
        </w:rPr>
        <w:t>gyertyagyújtás,</w:t>
      </w:r>
      <w:r w:rsidRPr="0078531E">
        <w:rPr>
          <w:spacing w:val="-3"/>
          <w:sz w:val="24"/>
        </w:rPr>
        <w:t xml:space="preserve"> </w:t>
      </w:r>
      <w:r w:rsidRPr="0078531E">
        <w:rPr>
          <w:sz w:val="24"/>
        </w:rPr>
        <w:t>étkezés,</w:t>
      </w:r>
      <w:r w:rsidRPr="0078531E">
        <w:rPr>
          <w:spacing w:val="-3"/>
          <w:sz w:val="24"/>
        </w:rPr>
        <w:t xml:space="preserve"> </w:t>
      </w:r>
      <w:r w:rsidRPr="0078531E">
        <w:rPr>
          <w:sz w:val="24"/>
        </w:rPr>
        <w:t>alvás</w:t>
      </w:r>
      <w:r w:rsidRPr="0078531E">
        <w:rPr>
          <w:spacing w:val="-3"/>
          <w:sz w:val="24"/>
        </w:rPr>
        <w:t xml:space="preserve"> </w:t>
      </w:r>
      <w:r w:rsidRPr="0078531E">
        <w:rPr>
          <w:spacing w:val="-2"/>
          <w:sz w:val="24"/>
        </w:rPr>
        <w:t>stb.)</w:t>
      </w:r>
    </w:p>
    <w:p w14:paraId="09289338" w14:textId="77777777" w:rsidR="00AE0CFD" w:rsidRPr="0078531E" w:rsidRDefault="00C3522D">
      <w:pPr>
        <w:pStyle w:val="Listaszerbekezds"/>
        <w:numPr>
          <w:ilvl w:val="2"/>
          <w:numId w:val="15"/>
        </w:numPr>
        <w:tabs>
          <w:tab w:val="left" w:pos="486"/>
        </w:tabs>
        <w:spacing w:before="142"/>
        <w:ind w:left="486" w:hanging="350"/>
        <w:jc w:val="both"/>
        <w:rPr>
          <w:sz w:val="24"/>
        </w:rPr>
      </w:pPr>
      <w:r w:rsidRPr="0078531E">
        <w:rPr>
          <w:sz w:val="24"/>
        </w:rPr>
        <w:t>„MI”</w:t>
      </w:r>
      <w:r w:rsidRPr="0078531E">
        <w:rPr>
          <w:spacing w:val="-3"/>
          <w:sz w:val="24"/>
        </w:rPr>
        <w:t xml:space="preserve"> </w:t>
      </w:r>
      <w:r w:rsidRPr="0078531E">
        <w:rPr>
          <w:sz w:val="24"/>
        </w:rPr>
        <w:t>élménye (ünnepek,</w:t>
      </w:r>
      <w:r w:rsidRPr="0078531E">
        <w:rPr>
          <w:spacing w:val="-1"/>
          <w:sz w:val="24"/>
        </w:rPr>
        <w:t xml:space="preserve"> </w:t>
      </w:r>
      <w:r w:rsidRPr="0078531E">
        <w:rPr>
          <w:sz w:val="24"/>
        </w:rPr>
        <w:t>zöld</w:t>
      </w:r>
      <w:r w:rsidRPr="0078531E">
        <w:rPr>
          <w:spacing w:val="-1"/>
          <w:sz w:val="24"/>
        </w:rPr>
        <w:t xml:space="preserve"> </w:t>
      </w:r>
      <w:r w:rsidRPr="0078531E">
        <w:rPr>
          <w:sz w:val="24"/>
        </w:rPr>
        <w:t>jeles</w:t>
      </w:r>
      <w:r w:rsidRPr="0078531E">
        <w:rPr>
          <w:spacing w:val="-2"/>
          <w:sz w:val="24"/>
        </w:rPr>
        <w:t xml:space="preserve"> </w:t>
      </w:r>
      <w:r w:rsidRPr="0078531E">
        <w:rPr>
          <w:sz w:val="24"/>
        </w:rPr>
        <w:t>napok,</w:t>
      </w:r>
      <w:r w:rsidRPr="0078531E">
        <w:rPr>
          <w:spacing w:val="57"/>
          <w:sz w:val="24"/>
        </w:rPr>
        <w:t xml:space="preserve"> </w:t>
      </w:r>
      <w:r w:rsidRPr="0078531E">
        <w:rPr>
          <w:sz w:val="24"/>
        </w:rPr>
        <w:t>séták,</w:t>
      </w:r>
      <w:r w:rsidRPr="0078531E">
        <w:rPr>
          <w:spacing w:val="-1"/>
          <w:sz w:val="24"/>
        </w:rPr>
        <w:t xml:space="preserve"> </w:t>
      </w:r>
      <w:r w:rsidRPr="0078531E">
        <w:rPr>
          <w:sz w:val="24"/>
        </w:rPr>
        <w:t>kirándulások,</w:t>
      </w:r>
      <w:r w:rsidRPr="0078531E">
        <w:rPr>
          <w:spacing w:val="-1"/>
          <w:sz w:val="24"/>
        </w:rPr>
        <w:t xml:space="preserve"> </w:t>
      </w:r>
      <w:r w:rsidRPr="0078531E">
        <w:rPr>
          <w:sz w:val="24"/>
        </w:rPr>
        <w:t>kiállítások</w:t>
      </w:r>
      <w:r w:rsidRPr="0078531E">
        <w:rPr>
          <w:spacing w:val="-1"/>
          <w:sz w:val="24"/>
        </w:rPr>
        <w:t xml:space="preserve"> </w:t>
      </w:r>
      <w:r w:rsidRPr="0078531E">
        <w:rPr>
          <w:spacing w:val="-2"/>
          <w:sz w:val="24"/>
        </w:rPr>
        <w:t>stb.)</w:t>
      </w:r>
    </w:p>
    <w:p w14:paraId="74A4894E" w14:textId="77777777" w:rsidR="00AE0CFD" w:rsidRPr="0078531E" w:rsidRDefault="00C3522D">
      <w:pPr>
        <w:pStyle w:val="Listaszerbekezds"/>
        <w:numPr>
          <w:ilvl w:val="2"/>
          <w:numId w:val="15"/>
        </w:numPr>
        <w:tabs>
          <w:tab w:val="left" w:pos="486"/>
        </w:tabs>
        <w:spacing w:before="139"/>
        <w:ind w:left="486" w:hanging="350"/>
        <w:jc w:val="both"/>
        <w:rPr>
          <w:sz w:val="24"/>
        </w:rPr>
      </w:pPr>
      <w:r w:rsidRPr="0078531E">
        <w:rPr>
          <w:sz w:val="24"/>
        </w:rPr>
        <w:t>önazonosság</w:t>
      </w:r>
      <w:r w:rsidRPr="0078531E">
        <w:rPr>
          <w:spacing w:val="-3"/>
          <w:sz w:val="24"/>
        </w:rPr>
        <w:t xml:space="preserve"> </w:t>
      </w:r>
      <w:r w:rsidRPr="0078531E">
        <w:rPr>
          <w:spacing w:val="-2"/>
          <w:sz w:val="24"/>
        </w:rPr>
        <w:t>erősítése</w:t>
      </w:r>
    </w:p>
    <w:p w14:paraId="67347DDA" w14:textId="77777777" w:rsidR="00AE0CFD" w:rsidRPr="0078531E" w:rsidRDefault="00C3522D">
      <w:pPr>
        <w:pStyle w:val="Listaszerbekezds"/>
        <w:numPr>
          <w:ilvl w:val="2"/>
          <w:numId w:val="15"/>
        </w:numPr>
        <w:tabs>
          <w:tab w:val="left" w:pos="486"/>
          <w:tab w:val="left" w:pos="4041"/>
        </w:tabs>
        <w:spacing w:before="142" w:line="360" w:lineRule="auto"/>
        <w:ind w:left="136" w:right="437" w:firstLine="0"/>
        <w:jc w:val="both"/>
        <w:rPr>
          <w:sz w:val="24"/>
        </w:rPr>
      </w:pPr>
      <w:r w:rsidRPr="0078531E">
        <w:rPr>
          <w:sz w:val="24"/>
        </w:rPr>
        <w:t>Eltérő</w:t>
      </w:r>
      <w:r w:rsidRPr="0078531E">
        <w:rPr>
          <w:spacing w:val="40"/>
          <w:sz w:val="24"/>
        </w:rPr>
        <w:t xml:space="preserve"> </w:t>
      </w:r>
      <w:r w:rsidRPr="0078531E">
        <w:rPr>
          <w:sz w:val="24"/>
        </w:rPr>
        <w:t>etnikai</w:t>
      </w:r>
      <w:r w:rsidRPr="0078531E">
        <w:rPr>
          <w:spacing w:val="40"/>
          <w:sz w:val="24"/>
        </w:rPr>
        <w:t xml:space="preserve"> </w:t>
      </w:r>
      <w:r w:rsidRPr="0078531E">
        <w:rPr>
          <w:sz w:val="24"/>
        </w:rPr>
        <w:t>csoporthoz</w:t>
      </w:r>
      <w:r w:rsidRPr="0078531E">
        <w:rPr>
          <w:spacing w:val="40"/>
          <w:sz w:val="24"/>
        </w:rPr>
        <w:t xml:space="preserve"> </w:t>
      </w:r>
      <w:r w:rsidRPr="0078531E">
        <w:rPr>
          <w:sz w:val="24"/>
        </w:rPr>
        <w:t>tartozó</w:t>
      </w:r>
      <w:r w:rsidRPr="0078531E">
        <w:rPr>
          <w:sz w:val="24"/>
        </w:rPr>
        <w:tab/>
        <w:t>gyermek</w:t>
      </w:r>
      <w:r w:rsidRPr="0078531E">
        <w:rPr>
          <w:spacing w:val="40"/>
          <w:sz w:val="24"/>
        </w:rPr>
        <w:t xml:space="preserve"> </w:t>
      </w:r>
      <w:r w:rsidRPr="0078531E">
        <w:rPr>
          <w:sz w:val="24"/>
        </w:rPr>
        <w:t>tudáselemeinek</w:t>
      </w:r>
      <w:r w:rsidRPr="0078531E">
        <w:rPr>
          <w:spacing w:val="40"/>
          <w:sz w:val="24"/>
        </w:rPr>
        <w:t xml:space="preserve"> </w:t>
      </w:r>
      <w:r w:rsidRPr="0078531E">
        <w:rPr>
          <w:sz w:val="24"/>
        </w:rPr>
        <w:t>közvetítése</w:t>
      </w:r>
      <w:r w:rsidRPr="0078531E">
        <w:rPr>
          <w:spacing w:val="40"/>
          <w:sz w:val="24"/>
        </w:rPr>
        <w:t xml:space="preserve"> </w:t>
      </w:r>
      <w:r w:rsidRPr="0078531E">
        <w:rPr>
          <w:sz w:val="24"/>
        </w:rPr>
        <w:t>(zene,</w:t>
      </w:r>
      <w:r w:rsidRPr="0078531E">
        <w:rPr>
          <w:spacing w:val="40"/>
          <w:sz w:val="24"/>
        </w:rPr>
        <w:t xml:space="preserve"> </w:t>
      </w:r>
      <w:r w:rsidRPr="0078531E">
        <w:rPr>
          <w:sz w:val="24"/>
        </w:rPr>
        <w:t xml:space="preserve">szokás, </w:t>
      </w:r>
      <w:r w:rsidRPr="0078531E">
        <w:rPr>
          <w:spacing w:val="-2"/>
          <w:sz w:val="24"/>
        </w:rPr>
        <w:t>irodalom)</w:t>
      </w:r>
    </w:p>
    <w:p w14:paraId="63CD1299" w14:textId="4ACE02B0" w:rsidR="00AE0CFD" w:rsidRPr="0078531E" w:rsidRDefault="00C3522D">
      <w:pPr>
        <w:pStyle w:val="Listaszerbekezds"/>
        <w:numPr>
          <w:ilvl w:val="2"/>
          <w:numId w:val="15"/>
        </w:numPr>
        <w:tabs>
          <w:tab w:val="left" w:pos="486"/>
        </w:tabs>
        <w:spacing w:before="5"/>
        <w:ind w:left="486" w:hanging="350"/>
        <w:jc w:val="both"/>
        <w:rPr>
          <w:sz w:val="24"/>
        </w:rPr>
      </w:pPr>
      <w:r w:rsidRPr="0078531E">
        <w:rPr>
          <w:sz w:val="24"/>
        </w:rPr>
        <w:t>gyermekek</w:t>
      </w:r>
      <w:r w:rsidRPr="0078531E">
        <w:rPr>
          <w:spacing w:val="-5"/>
          <w:sz w:val="24"/>
        </w:rPr>
        <w:t xml:space="preserve"> </w:t>
      </w:r>
      <w:r w:rsidRPr="0078531E">
        <w:rPr>
          <w:sz w:val="24"/>
        </w:rPr>
        <w:t>szűrése</w:t>
      </w:r>
      <w:r w:rsidRPr="0078531E">
        <w:rPr>
          <w:spacing w:val="-1"/>
          <w:sz w:val="24"/>
        </w:rPr>
        <w:t xml:space="preserve"> </w:t>
      </w:r>
      <w:r w:rsidRPr="0078531E">
        <w:rPr>
          <w:sz w:val="24"/>
        </w:rPr>
        <w:t>-</w:t>
      </w:r>
      <w:r w:rsidRPr="0078531E">
        <w:rPr>
          <w:spacing w:val="-3"/>
          <w:sz w:val="24"/>
        </w:rPr>
        <w:t xml:space="preserve"> </w:t>
      </w:r>
      <w:r w:rsidRPr="0078531E">
        <w:rPr>
          <w:sz w:val="24"/>
        </w:rPr>
        <w:t>személyes kompetenciáinak</w:t>
      </w:r>
      <w:r w:rsidRPr="0078531E">
        <w:rPr>
          <w:spacing w:val="-2"/>
          <w:sz w:val="24"/>
        </w:rPr>
        <w:t xml:space="preserve"> fejlesztése</w:t>
      </w:r>
    </w:p>
    <w:p w14:paraId="4D4F61D4" w14:textId="77777777" w:rsidR="00AE0CFD" w:rsidRPr="0078531E" w:rsidRDefault="00C3522D">
      <w:pPr>
        <w:pStyle w:val="Listaszerbekezds"/>
        <w:numPr>
          <w:ilvl w:val="2"/>
          <w:numId w:val="15"/>
        </w:numPr>
        <w:tabs>
          <w:tab w:val="left" w:pos="486"/>
        </w:tabs>
        <w:spacing w:before="141"/>
        <w:ind w:left="486" w:hanging="350"/>
        <w:jc w:val="both"/>
        <w:rPr>
          <w:sz w:val="24"/>
        </w:rPr>
      </w:pPr>
      <w:r w:rsidRPr="0078531E">
        <w:rPr>
          <w:sz w:val="24"/>
        </w:rPr>
        <w:t>óvodapedagógus-</w:t>
      </w:r>
      <w:r w:rsidRPr="0078531E">
        <w:rPr>
          <w:spacing w:val="-4"/>
          <w:sz w:val="24"/>
        </w:rPr>
        <w:t xml:space="preserve"> </w:t>
      </w:r>
      <w:r w:rsidRPr="0078531E">
        <w:rPr>
          <w:sz w:val="24"/>
        </w:rPr>
        <w:t>gyermek-dajka</w:t>
      </w:r>
      <w:r w:rsidRPr="0078531E">
        <w:rPr>
          <w:spacing w:val="-2"/>
          <w:sz w:val="24"/>
        </w:rPr>
        <w:t xml:space="preserve"> </w:t>
      </w:r>
      <w:r w:rsidRPr="0078531E">
        <w:rPr>
          <w:sz w:val="24"/>
        </w:rPr>
        <w:t>szereteten</w:t>
      </w:r>
      <w:r w:rsidRPr="0078531E">
        <w:rPr>
          <w:spacing w:val="-2"/>
          <w:sz w:val="24"/>
        </w:rPr>
        <w:t xml:space="preserve"> </w:t>
      </w:r>
      <w:r w:rsidRPr="0078531E">
        <w:rPr>
          <w:sz w:val="24"/>
        </w:rPr>
        <w:t>és</w:t>
      </w:r>
      <w:r w:rsidRPr="0078531E">
        <w:rPr>
          <w:spacing w:val="-1"/>
          <w:sz w:val="24"/>
        </w:rPr>
        <w:t xml:space="preserve"> </w:t>
      </w:r>
      <w:r w:rsidRPr="0078531E">
        <w:rPr>
          <w:sz w:val="24"/>
        </w:rPr>
        <w:t>kötődésen</w:t>
      </w:r>
      <w:r w:rsidRPr="0078531E">
        <w:rPr>
          <w:spacing w:val="-2"/>
          <w:sz w:val="24"/>
        </w:rPr>
        <w:t xml:space="preserve"> </w:t>
      </w:r>
      <w:r w:rsidRPr="0078531E">
        <w:rPr>
          <w:sz w:val="24"/>
        </w:rPr>
        <w:t>alapuló</w:t>
      </w:r>
      <w:r w:rsidRPr="0078531E">
        <w:rPr>
          <w:spacing w:val="-2"/>
          <w:sz w:val="24"/>
        </w:rPr>
        <w:t xml:space="preserve"> együttműködése</w:t>
      </w:r>
    </w:p>
    <w:p w14:paraId="7968F195" w14:textId="77777777" w:rsidR="00AE0CFD" w:rsidRPr="0078531E" w:rsidRDefault="00C3522D">
      <w:pPr>
        <w:pStyle w:val="Listaszerbekezds"/>
        <w:numPr>
          <w:ilvl w:val="2"/>
          <w:numId w:val="15"/>
        </w:numPr>
        <w:tabs>
          <w:tab w:val="left" w:pos="486"/>
          <w:tab w:val="left" w:pos="1641"/>
        </w:tabs>
        <w:spacing w:before="142" w:line="360" w:lineRule="auto"/>
        <w:ind w:left="136" w:right="441" w:firstLine="0"/>
        <w:jc w:val="both"/>
        <w:rPr>
          <w:sz w:val="24"/>
        </w:rPr>
      </w:pPr>
      <w:r w:rsidRPr="0078531E">
        <w:rPr>
          <w:sz w:val="24"/>
        </w:rPr>
        <w:t>gyermek-gyermek</w:t>
      </w:r>
      <w:r w:rsidRPr="0078531E">
        <w:rPr>
          <w:spacing w:val="80"/>
          <w:sz w:val="24"/>
        </w:rPr>
        <w:t xml:space="preserve"> </w:t>
      </w:r>
      <w:r w:rsidRPr="0078531E">
        <w:rPr>
          <w:sz w:val="24"/>
        </w:rPr>
        <w:t>kapcsolata</w:t>
      </w:r>
      <w:r w:rsidRPr="0078531E">
        <w:rPr>
          <w:spacing w:val="80"/>
          <w:sz w:val="24"/>
        </w:rPr>
        <w:t xml:space="preserve"> </w:t>
      </w:r>
      <w:r w:rsidRPr="0078531E">
        <w:rPr>
          <w:sz w:val="24"/>
        </w:rPr>
        <w:t>során,</w:t>
      </w:r>
      <w:r w:rsidRPr="0078531E">
        <w:rPr>
          <w:spacing w:val="80"/>
          <w:sz w:val="24"/>
        </w:rPr>
        <w:t xml:space="preserve"> </w:t>
      </w:r>
      <w:r w:rsidRPr="0078531E">
        <w:rPr>
          <w:sz w:val="24"/>
        </w:rPr>
        <w:t>az</w:t>
      </w:r>
      <w:r w:rsidRPr="0078531E">
        <w:rPr>
          <w:spacing w:val="80"/>
          <w:sz w:val="24"/>
        </w:rPr>
        <w:t xml:space="preserve"> </w:t>
      </w:r>
      <w:r w:rsidRPr="0078531E">
        <w:rPr>
          <w:sz w:val="24"/>
        </w:rPr>
        <w:t>alkalmazkodás,</w:t>
      </w:r>
      <w:r w:rsidRPr="0078531E">
        <w:rPr>
          <w:spacing w:val="80"/>
          <w:sz w:val="24"/>
        </w:rPr>
        <w:t xml:space="preserve"> </w:t>
      </w:r>
      <w:r w:rsidRPr="0078531E">
        <w:rPr>
          <w:sz w:val="24"/>
        </w:rPr>
        <w:t>társas</w:t>
      </w:r>
      <w:r w:rsidRPr="0078531E">
        <w:rPr>
          <w:spacing w:val="80"/>
          <w:sz w:val="24"/>
        </w:rPr>
        <w:t xml:space="preserve"> </w:t>
      </w:r>
      <w:r w:rsidRPr="0078531E">
        <w:rPr>
          <w:sz w:val="24"/>
        </w:rPr>
        <w:t>kapcsolatok</w:t>
      </w:r>
      <w:r w:rsidRPr="0078531E">
        <w:rPr>
          <w:spacing w:val="80"/>
          <w:sz w:val="24"/>
        </w:rPr>
        <w:t xml:space="preserve"> </w:t>
      </w:r>
      <w:r w:rsidRPr="0078531E">
        <w:rPr>
          <w:sz w:val="24"/>
        </w:rPr>
        <w:t>erkölcsi</w:t>
      </w:r>
      <w:r w:rsidRPr="0078531E">
        <w:rPr>
          <w:spacing w:val="40"/>
          <w:sz w:val="24"/>
        </w:rPr>
        <w:t xml:space="preserve"> </w:t>
      </w:r>
      <w:r w:rsidRPr="0078531E">
        <w:rPr>
          <w:spacing w:val="-2"/>
          <w:sz w:val="24"/>
        </w:rPr>
        <w:t>normáinak,</w:t>
      </w:r>
      <w:r w:rsidRPr="0078531E">
        <w:rPr>
          <w:sz w:val="24"/>
        </w:rPr>
        <w:tab/>
        <w:t>kooperációjának és kommunikációjának létrehozása</w:t>
      </w:r>
    </w:p>
    <w:p w14:paraId="4A08CCBA" w14:textId="77777777" w:rsidR="00AE0CFD" w:rsidRPr="0078531E" w:rsidRDefault="00C3522D">
      <w:pPr>
        <w:pStyle w:val="Listaszerbekezds"/>
        <w:numPr>
          <w:ilvl w:val="2"/>
          <w:numId w:val="15"/>
        </w:numPr>
        <w:tabs>
          <w:tab w:val="left" w:pos="486"/>
        </w:tabs>
        <w:spacing w:before="5"/>
        <w:ind w:left="486" w:hanging="350"/>
        <w:jc w:val="both"/>
        <w:rPr>
          <w:sz w:val="24"/>
        </w:rPr>
      </w:pPr>
      <w:r w:rsidRPr="0078531E">
        <w:rPr>
          <w:sz w:val="24"/>
        </w:rPr>
        <w:t>norma</w:t>
      </w:r>
      <w:r w:rsidRPr="0078531E">
        <w:rPr>
          <w:spacing w:val="-3"/>
          <w:sz w:val="24"/>
        </w:rPr>
        <w:t xml:space="preserve"> </w:t>
      </w:r>
      <w:r w:rsidRPr="0078531E">
        <w:rPr>
          <w:sz w:val="24"/>
        </w:rPr>
        <w:t>és</w:t>
      </w:r>
      <w:r w:rsidRPr="0078531E">
        <w:rPr>
          <w:spacing w:val="-1"/>
          <w:sz w:val="24"/>
        </w:rPr>
        <w:t xml:space="preserve"> </w:t>
      </w:r>
      <w:r w:rsidRPr="0078531E">
        <w:rPr>
          <w:spacing w:val="-2"/>
          <w:sz w:val="24"/>
        </w:rPr>
        <w:t>értékrendszer.</w:t>
      </w:r>
    </w:p>
    <w:p w14:paraId="4EA2CF1D" w14:textId="77777777" w:rsidR="00AE0CFD" w:rsidRPr="0078531E" w:rsidRDefault="00AE0CFD">
      <w:pPr>
        <w:pStyle w:val="Szvegtrzs"/>
        <w:spacing w:before="142"/>
      </w:pPr>
    </w:p>
    <w:p w14:paraId="56F079AE" w14:textId="77777777" w:rsidR="00AE0CFD" w:rsidRPr="0078531E" w:rsidRDefault="00C3522D">
      <w:pPr>
        <w:pStyle w:val="Cmsor4"/>
        <w:numPr>
          <w:ilvl w:val="1"/>
          <w:numId w:val="15"/>
        </w:numPr>
        <w:tabs>
          <w:tab w:val="left" w:pos="836"/>
        </w:tabs>
        <w:ind w:left="836" w:hanging="460"/>
        <w:jc w:val="left"/>
      </w:pPr>
      <w:r w:rsidRPr="0078531E">
        <w:t>Az</w:t>
      </w:r>
      <w:r w:rsidRPr="0078531E">
        <w:rPr>
          <w:spacing w:val="-8"/>
        </w:rPr>
        <w:t xml:space="preserve"> </w:t>
      </w:r>
      <w:r w:rsidRPr="0078531E">
        <w:t>óvodapedagógus</w:t>
      </w:r>
      <w:r w:rsidRPr="0078531E">
        <w:rPr>
          <w:spacing w:val="-6"/>
        </w:rPr>
        <w:t xml:space="preserve"> </w:t>
      </w:r>
      <w:r w:rsidRPr="0078531E">
        <w:rPr>
          <w:spacing w:val="-2"/>
        </w:rPr>
        <w:t>feladatai</w:t>
      </w:r>
    </w:p>
    <w:p w14:paraId="6278E27F" w14:textId="77777777" w:rsidR="00AE0CFD" w:rsidRPr="0078531E" w:rsidRDefault="00AE0CFD">
      <w:pPr>
        <w:pStyle w:val="Szvegtrzs"/>
        <w:rPr>
          <w:b/>
          <w:sz w:val="1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2"/>
      </w:tblGrid>
      <w:tr w:rsidR="0078531E" w:rsidRPr="0078531E" w14:paraId="33A4AF12" w14:textId="77777777">
        <w:trPr>
          <w:trHeight w:val="830"/>
        </w:trPr>
        <w:tc>
          <w:tcPr>
            <w:tcW w:w="9062" w:type="dxa"/>
          </w:tcPr>
          <w:p w14:paraId="52961D9E" w14:textId="77777777" w:rsidR="00AE0CFD" w:rsidRPr="0078531E" w:rsidRDefault="00C3522D">
            <w:pPr>
              <w:pStyle w:val="TableParagraph"/>
              <w:tabs>
                <w:tab w:val="left" w:pos="2051"/>
                <w:tab w:val="left" w:pos="3312"/>
                <w:tab w:val="left" w:pos="4149"/>
                <w:tab w:val="left" w:pos="5104"/>
                <w:tab w:val="left" w:pos="6170"/>
                <w:tab w:val="left" w:pos="7043"/>
                <w:tab w:val="left" w:pos="8470"/>
              </w:tabs>
              <w:spacing w:line="270" w:lineRule="exact"/>
              <w:ind w:left="830" w:hanging="360"/>
              <w:rPr>
                <w:sz w:val="24"/>
              </w:rPr>
            </w:pPr>
            <w:r w:rsidRPr="0078531E">
              <w:rPr>
                <w:sz w:val="24"/>
              </w:rPr>
              <w:t>1.</w:t>
            </w:r>
            <w:r w:rsidRPr="0078531E">
              <w:rPr>
                <w:spacing w:val="29"/>
                <w:sz w:val="24"/>
              </w:rPr>
              <w:t xml:space="preserve">  </w:t>
            </w:r>
            <w:r w:rsidRPr="0078531E">
              <w:rPr>
                <w:spacing w:val="-2"/>
                <w:sz w:val="24"/>
              </w:rPr>
              <w:t>Családias</w:t>
            </w:r>
            <w:r w:rsidRPr="0078531E">
              <w:rPr>
                <w:sz w:val="24"/>
              </w:rPr>
              <w:tab/>
            </w:r>
            <w:r w:rsidRPr="0078531E">
              <w:rPr>
                <w:spacing w:val="-2"/>
                <w:sz w:val="24"/>
              </w:rPr>
              <w:t>légkörben</w:t>
            </w:r>
            <w:r w:rsidRPr="0078531E">
              <w:rPr>
                <w:sz w:val="24"/>
              </w:rPr>
              <w:tab/>
            </w:r>
            <w:r w:rsidRPr="0078531E">
              <w:rPr>
                <w:spacing w:val="-2"/>
                <w:sz w:val="24"/>
              </w:rPr>
              <w:t>zajlik</w:t>
            </w:r>
            <w:r w:rsidRPr="0078531E">
              <w:rPr>
                <w:sz w:val="24"/>
              </w:rPr>
              <w:tab/>
            </w:r>
            <w:r w:rsidRPr="0078531E">
              <w:rPr>
                <w:spacing w:val="-2"/>
                <w:sz w:val="24"/>
              </w:rPr>
              <w:t>óvodai</w:t>
            </w:r>
            <w:r w:rsidRPr="0078531E">
              <w:rPr>
                <w:sz w:val="24"/>
              </w:rPr>
              <w:tab/>
            </w:r>
            <w:r w:rsidRPr="0078531E">
              <w:rPr>
                <w:spacing w:val="-2"/>
                <w:sz w:val="24"/>
              </w:rPr>
              <w:t>életünk,</w:t>
            </w:r>
            <w:r w:rsidRPr="0078531E">
              <w:rPr>
                <w:sz w:val="24"/>
              </w:rPr>
              <w:tab/>
            </w:r>
            <w:r w:rsidRPr="0078531E">
              <w:rPr>
                <w:spacing w:val="-2"/>
                <w:sz w:val="24"/>
              </w:rPr>
              <w:t>ennek</w:t>
            </w:r>
            <w:r w:rsidRPr="0078531E">
              <w:rPr>
                <w:sz w:val="24"/>
              </w:rPr>
              <w:tab/>
            </w:r>
            <w:r w:rsidRPr="0078531E">
              <w:rPr>
                <w:spacing w:val="-2"/>
                <w:sz w:val="24"/>
              </w:rPr>
              <w:t>előfeltétele,</w:t>
            </w:r>
            <w:r w:rsidRPr="0078531E">
              <w:rPr>
                <w:sz w:val="24"/>
              </w:rPr>
              <w:tab/>
            </w:r>
            <w:r w:rsidRPr="0078531E">
              <w:rPr>
                <w:spacing w:val="-4"/>
                <w:sz w:val="24"/>
              </w:rPr>
              <w:t>hogy</w:t>
            </w:r>
          </w:p>
          <w:p w14:paraId="63FB1D6C" w14:textId="77777777" w:rsidR="00AE0CFD" w:rsidRPr="0078531E" w:rsidRDefault="00C3522D">
            <w:pPr>
              <w:pStyle w:val="TableParagraph"/>
              <w:spacing w:line="270" w:lineRule="atLeast"/>
              <w:ind w:left="830"/>
              <w:rPr>
                <w:sz w:val="24"/>
              </w:rPr>
            </w:pPr>
            <w:r w:rsidRPr="0078531E">
              <w:rPr>
                <w:sz w:val="24"/>
              </w:rPr>
              <w:t>óvodapedagógusaink,</w:t>
            </w:r>
            <w:r w:rsidRPr="0078531E">
              <w:rPr>
                <w:spacing w:val="36"/>
                <w:sz w:val="24"/>
              </w:rPr>
              <w:t xml:space="preserve"> </w:t>
            </w:r>
            <w:r w:rsidRPr="0078531E">
              <w:rPr>
                <w:sz w:val="24"/>
              </w:rPr>
              <w:t>és</w:t>
            </w:r>
            <w:r w:rsidRPr="0078531E">
              <w:rPr>
                <w:spacing w:val="37"/>
                <w:sz w:val="24"/>
              </w:rPr>
              <w:t xml:space="preserve"> </w:t>
            </w:r>
            <w:r w:rsidRPr="0078531E">
              <w:rPr>
                <w:sz w:val="24"/>
              </w:rPr>
              <w:t>a</w:t>
            </w:r>
            <w:r w:rsidRPr="0078531E">
              <w:rPr>
                <w:spacing w:val="34"/>
                <w:sz w:val="24"/>
              </w:rPr>
              <w:t xml:space="preserve"> </w:t>
            </w:r>
            <w:r w:rsidRPr="0078531E">
              <w:rPr>
                <w:sz w:val="24"/>
              </w:rPr>
              <w:t>dajkák</w:t>
            </w:r>
            <w:r w:rsidRPr="0078531E">
              <w:rPr>
                <w:spacing w:val="35"/>
                <w:sz w:val="24"/>
              </w:rPr>
              <w:t xml:space="preserve"> </w:t>
            </w:r>
            <w:r w:rsidRPr="0078531E">
              <w:rPr>
                <w:sz w:val="24"/>
              </w:rPr>
              <w:t>barátságos,</w:t>
            </w:r>
            <w:r w:rsidRPr="0078531E">
              <w:rPr>
                <w:spacing w:val="35"/>
                <w:sz w:val="24"/>
              </w:rPr>
              <w:t xml:space="preserve"> </w:t>
            </w:r>
            <w:r w:rsidRPr="0078531E">
              <w:rPr>
                <w:sz w:val="24"/>
              </w:rPr>
              <w:t>otthonos</w:t>
            </w:r>
            <w:r w:rsidRPr="0078531E">
              <w:rPr>
                <w:spacing w:val="36"/>
                <w:sz w:val="24"/>
              </w:rPr>
              <w:t xml:space="preserve"> </w:t>
            </w:r>
            <w:r w:rsidRPr="0078531E">
              <w:rPr>
                <w:sz w:val="24"/>
              </w:rPr>
              <w:t>környezetet</w:t>
            </w:r>
            <w:r w:rsidRPr="0078531E">
              <w:rPr>
                <w:spacing w:val="35"/>
                <w:sz w:val="24"/>
              </w:rPr>
              <w:t xml:space="preserve"> </w:t>
            </w:r>
            <w:r w:rsidRPr="0078531E">
              <w:rPr>
                <w:sz w:val="24"/>
              </w:rPr>
              <w:t>teremtsenek</w:t>
            </w:r>
            <w:r w:rsidRPr="0078531E">
              <w:rPr>
                <w:spacing w:val="35"/>
                <w:sz w:val="24"/>
              </w:rPr>
              <w:t xml:space="preserve"> </w:t>
            </w:r>
            <w:r w:rsidRPr="0078531E">
              <w:rPr>
                <w:sz w:val="24"/>
              </w:rPr>
              <w:t xml:space="preserve">a </w:t>
            </w:r>
            <w:r w:rsidRPr="0078531E">
              <w:rPr>
                <w:spacing w:val="-2"/>
                <w:sz w:val="24"/>
              </w:rPr>
              <w:t>gyermekeknek.</w:t>
            </w:r>
          </w:p>
        </w:tc>
      </w:tr>
      <w:tr w:rsidR="0078531E" w:rsidRPr="0078531E" w14:paraId="30892C71" w14:textId="77777777">
        <w:trPr>
          <w:trHeight w:val="827"/>
        </w:trPr>
        <w:tc>
          <w:tcPr>
            <w:tcW w:w="9062" w:type="dxa"/>
          </w:tcPr>
          <w:p w14:paraId="4FDD2286" w14:textId="77777777" w:rsidR="00AE0CFD" w:rsidRPr="0078531E" w:rsidRDefault="00C3522D">
            <w:pPr>
              <w:pStyle w:val="TableParagraph"/>
              <w:ind w:left="830" w:hanging="360"/>
              <w:rPr>
                <w:sz w:val="24"/>
              </w:rPr>
            </w:pPr>
            <w:r w:rsidRPr="0078531E">
              <w:rPr>
                <w:sz w:val="24"/>
              </w:rPr>
              <w:t>2.</w:t>
            </w:r>
            <w:r w:rsidRPr="0078531E">
              <w:rPr>
                <w:spacing w:val="80"/>
                <w:sz w:val="24"/>
              </w:rPr>
              <w:t xml:space="preserve"> </w:t>
            </w:r>
            <w:r w:rsidRPr="0078531E">
              <w:rPr>
                <w:sz w:val="24"/>
              </w:rPr>
              <w:t>Programunk</w:t>
            </w:r>
            <w:r w:rsidRPr="0078531E">
              <w:rPr>
                <w:spacing w:val="39"/>
                <w:sz w:val="24"/>
              </w:rPr>
              <w:t xml:space="preserve"> </w:t>
            </w:r>
            <w:r w:rsidRPr="0078531E">
              <w:rPr>
                <w:sz w:val="24"/>
              </w:rPr>
              <w:t>megvalósításának</w:t>
            </w:r>
            <w:r w:rsidRPr="0078531E">
              <w:rPr>
                <w:spacing w:val="38"/>
                <w:sz w:val="24"/>
              </w:rPr>
              <w:t xml:space="preserve"> </w:t>
            </w:r>
            <w:r w:rsidRPr="0078531E">
              <w:rPr>
                <w:sz w:val="24"/>
              </w:rPr>
              <w:t>fontos</w:t>
            </w:r>
            <w:r w:rsidRPr="0078531E">
              <w:rPr>
                <w:spacing w:val="38"/>
                <w:sz w:val="24"/>
              </w:rPr>
              <w:t xml:space="preserve"> </w:t>
            </w:r>
            <w:r w:rsidRPr="0078531E">
              <w:rPr>
                <w:sz w:val="24"/>
              </w:rPr>
              <w:t>feltétele,</w:t>
            </w:r>
            <w:r w:rsidRPr="0078531E">
              <w:rPr>
                <w:spacing w:val="38"/>
                <w:sz w:val="24"/>
              </w:rPr>
              <w:t xml:space="preserve"> </w:t>
            </w:r>
            <w:r w:rsidRPr="0078531E">
              <w:rPr>
                <w:sz w:val="24"/>
              </w:rPr>
              <w:t>hogy</w:t>
            </w:r>
            <w:r w:rsidRPr="0078531E">
              <w:rPr>
                <w:spacing w:val="34"/>
                <w:sz w:val="24"/>
              </w:rPr>
              <w:t xml:space="preserve"> </w:t>
            </w:r>
            <w:r w:rsidRPr="0078531E">
              <w:rPr>
                <w:sz w:val="24"/>
              </w:rPr>
              <w:t>az</w:t>
            </w:r>
            <w:r w:rsidRPr="0078531E">
              <w:rPr>
                <w:spacing w:val="40"/>
                <w:sz w:val="24"/>
              </w:rPr>
              <w:t xml:space="preserve"> </w:t>
            </w:r>
            <w:r w:rsidRPr="0078531E">
              <w:rPr>
                <w:sz w:val="24"/>
              </w:rPr>
              <w:t>óvoda</w:t>
            </w:r>
            <w:r w:rsidRPr="0078531E">
              <w:rPr>
                <w:spacing w:val="38"/>
                <w:sz w:val="24"/>
              </w:rPr>
              <w:t xml:space="preserve"> </w:t>
            </w:r>
            <w:r w:rsidRPr="0078531E">
              <w:rPr>
                <w:sz w:val="24"/>
              </w:rPr>
              <w:t>alkalmazottai</w:t>
            </w:r>
            <w:r w:rsidRPr="0078531E">
              <w:rPr>
                <w:spacing w:val="39"/>
                <w:sz w:val="24"/>
              </w:rPr>
              <w:t xml:space="preserve"> </w:t>
            </w:r>
            <w:r w:rsidRPr="0078531E">
              <w:rPr>
                <w:sz w:val="24"/>
              </w:rPr>
              <w:t>és</w:t>
            </w:r>
            <w:r w:rsidRPr="0078531E">
              <w:rPr>
                <w:spacing w:val="39"/>
                <w:sz w:val="24"/>
              </w:rPr>
              <w:t xml:space="preserve"> </w:t>
            </w:r>
            <w:r w:rsidRPr="0078531E">
              <w:rPr>
                <w:sz w:val="24"/>
              </w:rPr>
              <w:t>a gyermek,</w:t>
            </w:r>
            <w:r w:rsidRPr="0078531E">
              <w:rPr>
                <w:spacing w:val="-12"/>
                <w:sz w:val="24"/>
              </w:rPr>
              <w:t xml:space="preserve"> </w:t>
            </w:r>
            <w:r w:rsidRPr="0078531E">
              <w:rPr>
                <w:sz w:val="24"/>
              </w:rPr>
              <w:t>a</w:t>
            </w:r>
            <w:r w:rsidRPr="0078531E">
              <w:rPr>
                <w:spacing w:val="-10"/>
                <w:sz w:val="24"/>
              </w:rPr>
              <w:t xml:space="preserve"> </w:t>
            </w:r>
            <w:r w:rsidRPr="0078531E">
              <w:rPr>
                <w:sz w:val="24"/>
              </w:rPr>
              <w:t>gyermekek,</w:t>
            </w:r>
            <w:r w:rsidRPr="0078531E">
              <w:rPr>
                <w:spacing w:val="-10"/>
                <w:sz w:val="24"/>
              </w:rPr>
              <w:t xml:space="preserve"> </w:t>
            </w:r>
            <w:r w:rsidRPr="0078531E">
              <w:rPr>
                <w:sz w:val="24"/>
              </w:rPr>
              <w:t>valamint</w:t>
            </w:r>
            <w:r w:rsidRPr="0078531E">
              <w:rPr>
                <w:spacing w:val="-10"/>
                <w:sz w:val="24"/>
              </w:rPr>
              <w:t xml:space="preserve"> </w:t>
            </w:r>
            <w:r w:rsidRPr="0078531E">
              <w:rPr>
                <w:sz w:val="24"/>
              </w:rPr>
              <w:t>az</w:t>
            </w:r>
            <w:r w:rsidRPr="0078531E">
              <w:rPr>
                <w:spacing w:val="-10"/>
                <w:sz w:val="24"/>
              </w:rPr>
              <w:t xml:space="preserve"> </w:t>
            </w:r>
            <w:r w:rsidRPr="0078531E">
              <w:rPr>
                <w:sz w:val="24"/>
              </w:rPr>
              <w:t>óvodai</w:t>
            </w:r>
            <w:r w:rsidRPr="0078531E">
              <w:rPr>
                <w:spacing w:val="-12"/>
                <w:sz w:val="24"/>
              </w:rPr>
              <w:t xml:space="preserve"> </w:t>
            </w:r>
            <w:r w:rsidRPr="0078531E">
              <w:rPr>
                <w:sz w:val="24"/>
              </w:rPr>
              <w:t>alkalmazottak</w:t>
            </w:r>
            <w:r w:rsidRPr="0078531E">
              <w:rPr>
                <w:spacing w:val="-11"/>
                <w:sz w:val="24"/>
              </w:rPr>
              <w:t xml:space="preserve"> </w:t>
            </w:r>
            <w:r w:rsidRPr="0078531E">
              <w:rPr>
                <w:sz w:val="24"/>
              </w:rPr>
              <w:t>egymás</w:t>
            </w:r>
            <w:r w:rsidRPr="0078531E">
              <w:rPr>
                <w:spacing w:val="-11"/>
                <w:sz w:val="24"/>
              </w:rPr>
              <w:t xml:space="preserve"> </w:t>
            </w:r>
            <w:r w:rsidRPr="0078531E">
              <w:rPr>
                <w:sz w:val="24"/>
              </w:rPr>
              <w:t>közötti</w:t>
            </w:r>
            <w:r w:rsidRPr="0078531E">
              <w:rPr>
                <w:spacing w:val="-11"/>
                <w:sz w:val="24"/>
              </w:rPr>
              <w:t xml:space="preserve"> </w:t>
            </w:r>
            <w:r w:rsidRPr="0078531E">
              <w:rPr>
                <w:spacing w:val="-2"/>
                <w:sz w:val="24"/>
              </w:rPr>
              <w:t>kapcsolatát</w:t>
            </w:r>
          </w:p>
          <w:p w14:paraId="7182587A" w14:textId="77777777" w:rsidR="00AE0CFD" w:rsidRPr="0078531E" w:rsidRDefault="00C3522D">
            <w:pPr>
              <w:pStyle w:val="TableParagraph"/>
              <w:spacing w:line="264" w:lineRule="exact"/>
              <w:ind w:left="830"/>
              <w:rPr>
                <w:sz w:val="24"/>
              </w:rPr>
            </w:pPr>
            <w:r w:rsidRPr="0078531E">
              <w:rPr>
                <w:sz w:val="24"/>
              </w:rPr>
              <w:t>pozitív</w:t>
            </w:r>
            <w:r w:rsidRPr="0078531E">
              <w:rPr>
                <w:spacing w:val="-4"/>
                <w:sz w:val="24"/>
              </w:rPr>
              <w:t xml:space="preserve"> </w:t>
            </w:r>
            <w:r w:rsidRPr="0078531E">
              <w:rPr>
                <w:sz w:val="24"/>
              </w:rPr>
              <w:t>attitűd,</w:t>
            </w:r>
            <w:r w:rsidRPr="0078531E">
              <w:rPr>
                <w:spacing w:val="-2"/>
                <w:sz w:val="24"/>
              </w:rPr>
              <w:t xml:space="preserve"> </w:t>
            </w:r>
            <w:r w:rsidRPr="0078531E">
              <w:rPr>
                <w:sz w:val="24"/>
              </w:rPr>
              <w:t>érzelmi</w:t>
            </w:r>
            <w:r w:rsidRPr="0078531E">
              <w:rPr>
                <w:spacing w:val="-2"/>
                <w:sz w:val="24"/>
              </w:rPr>
              <w:t xml:space="preserve"> </w:t>
            </w:r>
            <w:r w:rsidRPr="0078531E">
              <w:rPr>
                <w:sz w:val="24"/>
              </w:rPr>
              <w:t>töltés,</w:t>
            </w:r>
            <w:r w:rsidRPr="0078531E">
              <w:rPr>
                <w:spacing w:val="-2"/>
                <w:sz w:val="24"/>
              </w:rPr>
              <w:t xml:space="preserve"> </w:t>
            </w:r>
            <w:r w:rsidRPr="0078531E">
              <w:rPr>
                <w:sz w:val="24"/>
              </w:rPr>
              <w:t>mintaértékű</w:t>
            </w:r>
            <w:r w:rsidRPr="0078531E">
              <w:rPr>
                <w:spacing w:val="-2"/>
                <w:sz w:val="24"/>
              </w:rPr>
              <w:t xml:space="preserve"> </w:t>
            </w:r>
            <w:r w:rsidRPr="0078531E">
              <w:rPr>
                <w:sz w:val="24"/>
              </w:rPr>
              <w:t>kommunikáció</w:t>
            </w:r>
            <w:r w:rsidRPr="0078531E">
              <w:rPr>
                <w:spacing w:val="-2"/>
                <w:sz w:val="24"/>
              </w:rPr>
              <w:t xml:space="preserve"> jellemezze.</w:t>
            </w:r>
          </w:p>
        </w:tc>
      </w:tr>
      <w:tr w:rsidR="0078531E" w:rsidRPr="0078531E" w14:paraId="7418A1C4" w14:textId="77777777">
        <w:trPr>
          <w:trHeight w:val="568"/>
        </w:trPr>
        <w:tc>
          <w:tcPr>
            <w:tcW w:w="9062" w:type="dxa"/>
          </w:tcPr>
          <w:p w14:paraId="16812943" w14:textId="77777777" w:rsidR="00AE0CFD" w:rsidRPr="0078531E" w:rsidRDefault="00C3522D">
            <w:pPr>
              <w:pStyle w:val="TableParagraph"/>
              <w:spacing w:line="270" w:lineRule="atLeast"/>
              <w:ind w:left="830" w:hanging="360"/>
              <w:rPr>
                <w:sz w:val="24"/>
              </w:rPr>
            </w:pPr>
            <w:r w:rsidRPr="0078531E">
              <w:rPr>
                <w:sz w:val="24"/>
              </w:rPr>
              <w:t>3.</w:t>
            </w:r>
            <w:r w:rsidRPr="0078531E">
              <w:rPr>
                <w:spacing w:val="80"/>
                <w:sz w:val="24"/>
              </w:rPr>
              <w:t xml:space="preserve"> </w:t>
            </w:r>
            <w:r w:rsidRPr="0078531E">
              <w:rPr>
                <w:sz w:val="24"/>
              </w:rPr>
              <w:t>Az</w:t>
            </w:r>
            <w:r w:rsidRPr="0078531E">
              <w:rPr>
                <w:spacing w:val="40"/>
                <w:sz w:val="24"/>
              </w:rPr>
              <w:t xml:space="preserve"> </w:t>
            </w:r>
            <w:r w:rsidRPr="0078531E">
              <w:rPr>
                <w:sz w:val="24"/>
              </w:rPr>
              <w:t>egyes</w:t>
            </w:r>
            <w:r w:rsidRPr="0078531E">
              <w:rPr>
                <w:spacing w:val="40"/>
                <w:sz w:val="24"/>
              </w:rPr>
              <w:t xml:space="preserve"> </w:t>
            </w:r>
            <w:r w:rsidRPr="0078531E">
              <w:rPr>
                <w:sz w:val="24"/>
              </w:rPr>
              <w:t>csoportoknak</w:t>
            </w:r>
            <w:r w:rsidRPr="0078531E">
              <w:rPr>
                <w:spacing w:val="40"/>
                <w:sz w:val="24"/>
              </w:rPr>
              <w:t xml:space="preserve"> </w:t>
            </w:r>
            <w:r w:rsidRPr="0078531E">
              <w:rPr>
                <w:sz w:val="24"/>
              </w:rPr>
              <w:t>önálló,</w:t>
            </w:r>
            <w:r w:rsidRPr="0078531E">
              <w:rPr>
                <w:spacing w:val="40"/>
                <w:sz w:val="24"/>
              </w:rPr>
              <w:t xml:space="preserve"> </w:t>
            </w:r>
            <w:r w:rsidRPr="0078531E">
              <w:rPr>
                <w:sz w:val="24"/>
              </w:rPr>
              <w:t>de</w:t>
            </w:r>
            <w:r w:rsidRPr="0078531E">
              <w:rPr>
                <w:spacing w:val="40"/>
                <w:sz w:val="24"/>
              </w:rPr>
              <w:t xml:space="preserve"> </w:t>
            </w:r>
            <w:r w:rsidRPr="0078531E">
              <w:rPr>
                <w:sz w:val="24"/>
              </w:rPr>
              <w:t>egymáshoz</w:t>
            </w:r>
            <w:r w:rsidRPr="0078531E">
              <w:rPr>
                <w:spacing w:val="40"/>
                <w:sz w:val="24"/>
              </w:rPr>
              <w:t xml:space="preserve"> </w:t>
            </w:r>
            <w:r w:rsidRPr="0078531E">
              <w:rPr>
                <w:sz w:val="24"/>
              </w:rPr>
              <w:t>kapcsolódó</w:t>
            </w:r>
            <w:r w:rsidRPr="0078531E">
              <w:rPr>
                <w:spacing w:val="40"/>
                <w:sz w:val="24"/>
              </w:rPr>
              <w:t xml:space="preserve"> </w:t>
            </w:r>
            <w:r w:rsidRPr="0078531E">
              <w:rPr>
                <w:sz w:val="24"/>
              </w:rPr>
              <w:t>szokásrendszere</w:t>
            </w:r>
            <w:r w:rsidRPr="0078531E">
              <w:rPr>
                <w:spacing w:val="40"/>
                <w:sz w:val="24"/>
              </w:rPr>
              <w:t xml:space="preserve"> </w:t>
            </w:r>
            <w:r w:rsidRPr="0078531E">
              <w:rPr>
                <w:sz w:val="24"/>
              </w:rPr>
              <w:t>van, amely elmélyíti a gyermekek közösséghez való tartozásának érzését.</w:t>
            </w:r>
          </w:p>
        </w:tc>
      </w:tr>
      <w:tr w:rsidR="0078531E" w:rsidRPr="0078531E" w14:paraId="29F24EEC" w14:textId="77777777">
        <w:trPr>
          <w:trHeight w:val="827"/>
        </w:trPr>
        <w:tc>
          <w:tcPr>
            <w:tcW w:w="9062" w:type="dxa"/>
          </w:tcPr>
          <w:p w14:paraId="7002BF68" w14:textId="77777777" w:rsidR="00AE0CFD" w:rsidRPr="0078531E" w:rsidRDefault="00C3522D">
            <w:pPr>
              <w:pStyle w:val="TableParagraph"/>
              <w:spacing w:line="268" w:lineRule="exact"/>
              <w:ind w:left="830" w:hanging="360"/>
              <w:rPr>
                <w:sz w:val="24"/>
              </w:rPr>
            </w:pPr>
            <w:r w:rsidRPr="0078531E">
              <w:rPr>
                <w:sz w:val="24"/>
              </w:rPr>
              <w:lastRenderedPageBreak/>
              <w:t>4.</w:t>
            </w:r>
            <w:r w:rsidRPr="0078531E">
              <w:rPr>
                <w:spacing w:val="28"/>
                <w:sz w:val="24"/>
              </w:rPr>
              <w:t xml:space="preserve">  </w:t>
            </w:r>
            <w:r w:rsidRPr="0078531E">
              <w:rPr>
                <w:sz w:val="24"/>
              </w:rPr>
              <w:t>A</w:t>
            </w:r>
            <w:r w:rsidRPr="0078531E">
              <w:rPr>
                <w:spacing w:val="28"/>
                <w:sz w:val="24"/>
              </w:rPr>
              <w:t xml:space="preserve"> </w:t>
            </w:r>
            <w:r w:rsidRPr="0078531E">
              <w:rPr>
                <w:sz w:val="24"/>
              </w:rPr>
              <w:t>csoportszobákban</w:t>
            </w:r>
            <w:r w:rsidRPr="0078531E">
              <w:rPr>
                <w:spacing w:val="29"/>
                <w:sz w:val="24"/>
              </w:rPr>
              <w:t xml:space="preserve"> </w:t>
            </w:r>
            <w:r w:rsidRPr="0078531E">
              <w:rPr>
                <w:sz w:val="24"/>
              </w:rPr>
              <w:t>a</w:t>
            </w:r>
            <w:r w:rsidRPr="0078531E">
              <w:rPr>
                <w:spacing w:val="31"/>
                <w:sz w:val="24"/>
              </w:rPr>
              <w:t xml:space="preserve"> </w:t>
            </w:r>
            <w:r w:rsidRPr="0078531E">
              <w:rPr>
                <w:sz w:val="24"/>
              </w:rPr>
              <w:t>gyermekek</w:t>
            </w:r>
            <w:r w:rsidRPr="0078531E">
              <w:rPr>
                <w:spacing w:val="31"/>
                <w:sz w:val="24"/>
              </w:rPr>
              <w:t xml:space="preserve"> </w:t>
            </w:r>
            <w:r w:rsidRPr="0078531E">
              <w:rPr>
                <w:sz w:val="24"/>
              </w:rPr>
              <w:t>rajzainak</w:t>
            </w:r>
            <w:r w:rsidRPr="0078531E">
              <w:rPr>
                <w:spacing w:val="29"/>
                <w:sz w:val="24"/>
              </w:rPr>
              <w:t xml:space="preserve"> </w:t>
            </w:r>
            <w:r w:rsidRPr="0078531E">
              <w:rPr>
                <w:sz w:val="24"/>
              </w:rPr>
              <w:t>saját,</w:t>
            </w:r>
            <w:r w:rsidRPr="0078531E">
              <w:rPr>
                <w:spacing w:val="29"/>
                <w:sz w:val="24"/>
              </w:rPr>
              <w:t xml:space="preserve"> </w:t>
            </w:r>
            <w:r w:rsidRPr="0078531E">
              <w:rPr>
                <w:sz w:val="24"/>
              </w:rPr>
              <w:t>jellel</w:t>
            </w:r>
            <w:r w:rsidRPr="0078531E">
              <w:rPr>
                <w:spacing w:val="29"/>
                <w:sz w:val="24"/>
              </w:rPr>
              <w:t xml:space="preserve"> </w:t>
            </w:r>
            <w:r w:rsidRPr="0078531E">
              <w:rPr>
                <w:sz w:val="24"/>
              </w:rPr>
              <w:t>ellátott</w:t>
            </w:r>
            <w:r w:rsidRPr="0078531E">
              <w:rPr>
                <w:spacing w:val="30"/>
                <w:sz w:val="24"/>
              </w:rPr>
              <w:t xml:space="preserve"> </w:t>
            </w:r>
            <w:r w:rsidRPr="0078531E">
              <w:rPr>
                <w:sz w:val="24"/>
              </w:rPr>
              <w:t>helyet</w:t>
            </w:r>
            <w:r w:rsidRPr="0078531E">
              <w:rPr>
                <w:spacing w:val="30"/>
                <w:sz w:val="24"/>
              </w:rPr>
              <w:t xml:space="preserve"> </w:t>
            </w:r>
            <w:r w:rsidRPr="0078531E">
              <w:rPr>
                <w:spacing w:val="-2"/>
                <w:sz w:val="24"/>
              </w:rPr>
              <w:t>biztosítunk,</w:t>
            </w:r>
          </w:p>
          <w:p w14:paraId="3475E581" w14:textId="77777777" w:rsidR="00AE0CFD" w:rsidRPr="0078531E" w:rsidRDefault="00C3522D">
            <w:pPr>
              <w:pStyle w:val="TableParagraph"/>
              <w:spacing w:line="270" w:lineRule="atLeast"/>
              <w:ind w:left="830"/>
              <w:rPr>
                <w:sz w:val="24"/>
              </w:rPr>
            </w:pPr>
            <w:r w:rsidRPr="0078531E">
              <w:rPr>
                <w:sz w:val="24"/>
              </w:rPr>
              <w:t>mellyel el kívánjuk érni, hogy</w:t>
            </w:r>
            <w:r w:rsidRPr="0078531E">
              <w:rPr>
                <w:spacing w:val="-1"/>
                <w:sz w:val="24"/>
              </w:rPr>
              <w:t xml:space="preserve"> </w:t>
            </w:r>
            <w:r w:rsidRPr="0078531E">
              <w:rPr>
                <w:sz w:val="24"/>
              </w:rPr>
              <w:t>a gyermekek a közösségen belül is, mint egyén, nagy hangsúlyt kapjanak.</w:t>
            </w:r>
          </w:p>
        </w:tc>
      </w:tr>
      <w:tr w:rsidR="0078531E" w:rsidRPr="0078531E" w14:paraId="2378EDB2" w14:textId="77777777">
        <w:trPr>
          <w:trHeight w:val="565"/>
        </w:trPr>
        <w:tc>
          <w:tcPr>
            <w:tcW w:w="9062" w:type="dxa"/>
          </w:tcPr>
          <w:p w14:paraId="4FCA6B08" w14:textId="77777777" w:rsidR="00AE0CFD" w:rsidRPr="0078531E" w:rsidRDefault="00C3522D">
            <w:pPr>
              <w:pStyle w:val="TableParagraph"/>
              <w:spacing w:line="276" w:lineRule="exact"/>
              <w:ind w:left="830" w:hanging="360"/>
              <w:rPr>
                <w:sz w:val="24"/>
              </w:rPr>
            </w:pPr>
            <w:r w:rsidRPr="0078531E">
              <w:rPr>
                <w:sz w:val="24"/>
              </w:rPr>
              <w:t>5.</w:t>
            </w:r>
            <w:r w:rsidRPr="0078531E">
              <w:rPr>
                <w:spacing w:val="80"/>
                <w:sz w:val="24"/>
              </w:rPr>
              <w:t xml:space="preserve"> </w:t>
            </w:r>
            <w:r w:rsidRPr="0078531E">
              <w:rPr>
                <w:sz w:val="24"/>
              </w:rPr>
              <w:t>Óvodánkban</w:t>
            </w:r>
            <w:r w:rsidRPr="0078531E">
              <w:rPr>
                <w:spacing w:val="31"/>
                <w:sz w:val="24"/>
              </w:rPr>
              <w:t xml:space="preserve"> </w:t>
            </w:r>
            <w:r w:rsidRPr="0078531E">
              <w:rPr>
                <w:sz w:val="24"/>
              </w:rPr>
              <w:t>az</w:t>
            </w:r>
            <w:r w:rsidRPr="0078531E">
              <w:rPr>
                <w:spacing w:val="30"/>
                <w:sz w:val="24"/>
              </w:rPr>
              <w:t xml:space="preserve"> </w:t>
            </w:r>
            <w:r w:rsidRPr="0078531E">
              <w:rPr>
                <w:sz w:val="24"/>
              </w:rPr>
              <w:t>„befogadás”</w:t>
            </w:r>
            <w:r w:rsidRPr="0078531E">
              <w:rPr>
                <w:spacing w:val="28"/>
                <w:sz w:val="24"/>
              </w:rPr>
              <w:t xml:space="preserve"> </w:t>
            </w:r>
            <w:r w:rsidRPr="0078531E">
              <w:rPr>
                <w:sz w:val="24"/>
              </w:rPr>
              <w:t>ideje</w:t>
            </w:r>
            <w:r w:rsidRPr="0078531E">
              <w:rPr>
                <w:spacing w:val="30"/>
                <w:sz w:val="24"/>
              </w:rPr>
              <w:t xml:space="preserve"> </w:t>
            </w:r>
            <w:r w:rsidRPr="0078531E">
              <w:rPr>
                <w:sz w:val="24"/>
              </w:rPr>
              <w:t>alatt</w:t>
            </w:r>
            <w:r w:rsidRPr="0078531E">
              <w:rPr>
                <w:spacing w:val="29"/>
                <w:sz w:val="24"/>
              </w:rPr>
              <w:t xml:space="preserve"> </w:t>
            </w:r>
            <w:r w:rsidRPr="0078531E">
              <w:rPr>
                <w:sz w:val="24"/>
              </w:rPr>
              <w:t>a</w:t>
            </w:r>
            <w:r w:rsidRPr="0078531E">
              <w:rPr>
                <w:spacing w:val="33"/>
                <w:sz w:val="24"/>
              </w:rPr>
              <w:t xml:space="preserve"> </w:t>
            </w:r>
            <w:r w:rsidRPr="0078531E">
              <w:rPr>
                <w:sz w:val="24"/>
              </w:rPr>
              <w:t>gyermekek</w:t>
            </w:r>
            <w:r w:rsidRPr="0078531E">
              <w:rPr>
                <w:spacing w:val="29"/>
                <w:sz w:val="24"/>
              </w:rPr>
              <w:t xml:space="preserve"> </w:t>
            </w:r>
            <w:r w:rsidRPr="0078531E">
              <w:rPr>
                <w:sz w:val="24"/>
              </w:rPr>
              <w:t>fokozatosan</w:t>
            </w:r>
            <w:r w:rsidRPr="0078531E">
              <w:rPr>
                <w:spacing w:val="29"/>
                <w:sz w:val="24"/>
              </w:rPr>
              <w:t xml:space="preserve"> </w:t>
            </w:r>
            <w:r w:rsidRPr="0078531E">
              <w:rPr>
                <w:sz w:val="24"/>
              </w:rPr>
              <w:t>ismerkednek</w:t>
            </w:r>
            <w:r w:rsidRPr="0078531E">
              <w:rPr>
                <w:spacing w:val="29"/>
                <w:sz w:val="24"/>
              </w:rPr>
              <w:t xml:space="preserve"> </w:t>
            </w:r>
            <w:r w:rsidRPr="0078531E">
              <w:rPr>
                <w:sz w:val="24"/>
              </w:rPr>
              <w:t>az óvoda épületével, az őket körülvevő felnőttekkel és gyermekekkel.</w:t>
            </w:r>
          </w:p>
        </w:tc>
      </w:tr>
      <w:tr w:rsidR="0078531E" w:rsidRPr="0078531E" w14:paraId="477969FF" w14:textId="77777777">
        <w:trPr>
          <w:trHeight w:val="568"/>
        </w:trPr>
        <w:tc>
          <w:tcPr>
            <w:tcW w:w="9062" w:type="dxa"/>
          </w:tcPr>
          <w:p w14:paraId="71438CB2" w14:textId="77777777" w:rsidR="00AE0CFD" w:rsidRPr="0078531E" w:rsidRDefault="00C3522D">
            <w:pPr>
              <w:pStyle w:val="TableParagraph"/>
              <w:spacing w:line="270" w:lineRule="atLeast"/>
              <w:ind w:left="830" w:hanging="360"/>
              <w:rPr>
                <w:sz w:val="24"/>
              </w:rPr>
            </w:pPr>
            <w:r w:rsidRPr="0078531E">
              <w:rPr>
                <w:sz w:val="24"/>
              </w:rPr>
              <w:t>6.</w:t>
            </w:r>
            <w:r w:rsidRPr="0078531E">
              <w:rPr>
                <w:spacing w:val="80"/>
                <w:sz w:val="24"/>
              </w:rPr>
              <w:t xml:space="preserve"> </w:t>
            </w:r>
            <w:r w:rsidRPr="0078531E">
              <w:rPr>
                <w:sz w:val="24"/>
              </w:rPr>
              <w:t>Nagy</w:t>
            </w:r>
            <w:r w:rsidRPr="0078531E">
              <w:rPr>
                <w:spacing w:val="73"/>
                <w:sz w:val="24"/>
              </w:rPr>
              <w:t xml:space="preserve"> </w:t>
            </w:r>
            <w:r w:rsidRPr="0078531E">
              <w:rPr>
                <w:sz w:val="24"/>
              </w:rPr>
              <w:t>fokú</w:t>
            </w:r>
            <w:r w:rsidRPr="0078531E">
              <w:rPr>
                <w:spacing w:val="80"/>
                <w:sz w:val="24"/>
              </w:rPr>
              <w:t xml:space="preserve"> </w:t>
            </w:r>
            <w:r w:rsidRPr="0078531E">
              <w:rPr>
                <w:sz w:val="24"/>
              </w:rPr>
              <w:t>gyöngédséggel</w:t>
            </w:r>
            <w:r w:rsidRPr="0078531E">
              <w:rPr>
                <w:spacing w:val="80"/>
                <w:sz w:val="24"/>
              </w:rPr>
              <w:t xml:space="preserve"> </w:t>
            </w:r>
            <w:r w:rsidRPr="0078531E">
              <w:rPr>
                <w:sz w:val="24"/>
              </w:rPr>
              <w:t>és</w:t>
            </w:r>
            <w:r w:rsidRPr="0078531E">
              <w:rPr>
                <w:spacing w:val="78"/>
                <w:sz w:val="24"/>
              </w:rPr>
              <w:t xml:space="preserve"> </w:t>
            </w:r>
            <w:r w:rsidRPr="0078531E">
              <w:rPr>
                <w:sz w:val="24"/>
              </w:rPr>
              <w:t>türelemmel</w:t>
            </w:r>
            <w:r w:rsidRPr="0078531E">
              <w:rPr>
                <w:spacing w:val="78"/>
                <w:sz w:val="24"/>
              </w:rPr>
              <w:t xml:space="preserve"> </w:t>
            </w:r>
            <w:r w:rsidRPr="0078531E">
              <w:rPr>
                <w:sz w:val="24"/>
              </w:rPr>
              <w:t>vesszük</w:t>
            </w:r>
            <w:r w:rsidRPr="0078531E">
              <w:rPr>
                <w:spacing w:val="80"/>
                <w:sz w:val="24"/>
              </w:rPr>
              <w:t xml:space="preserve"> </w:t>
            </w:r>
            <w:r w:rsidRPr="0078531E">
              <w:rPr>
                <w:sz w:val="24"/>
              </w:rPr>
              <w:t>körül</w:t>
            </w:r>
            <w:r w:rsidRPr="0078531E">
              <w:rPr>
                <w:spacing w:val="78"/>
                <w:sz w:val="24"/>
              </w:rPr>
              <w:t xml:space="preserve"> </w:t>
            </w:r>
            <w:r w:rsidRPr="0078531E">
              <w:rPr>
                <w:sz w:val="24"/>
              </w:rPr>
              <w:t>a</w:t>
            </w:r>
            <w:r w:rsidRPr="0078531E">
              <w:rPr>
                <w:spacing w:val="79"/>
                <w:sz w:val="24"/>
              </w:rPr>
              <w:t xml:space="preserve"> </w:t>
            </w:r>
            <w:r w:rsidRPr="0078531E">
              <w:rPr>
                <w:sz w:val="24"/>
              </w:rPr>
              <w:t>gyermekeket,</w:t>
            </w:r>
            <w:r w:rsidRPr="0078531E">
              <w:rPr>
                <w:spacing w:val="78"/>
                <w:sz w:val="24"/>
              </w:rPr>
              <w:t xml:space="preserve"> </w:t>
            </w:r>
            <w:r w:rsidRPr="0078531E">
              <w:rPr>
                <w:sz w:val="24"/>
              </w:rPr>
              <w:t>hogy hozzásegítsük őket az új környezet fokozatos elfogadásához.</w:t>
            </w:r>
          </w:p>
        </w:tc>
      </w:tr>
      <w:tr w:rsidR="0078531E" w:rsidRPr="0078531E" w14:paraId="04E9AE4A" w14:textId="77777777">
        <w:trPr>
          <w:trHeight w:val="827"/>
        </w:trPr>
        <w:tc>
          <w:tcPr>
            <w:tcW w:w="9062" w:type="dxa"/>
          </w:tcPr>
          <w:p w14:paraId="289F5E19" w14:textId="6C93BE5A" w:rsidR="00AE0CFD" w:rsidRPr="0078531E" w:rsidRDefault="00C3522D" w:rsidP="00D96F46">
            <w:pPr>
              <w:pStyle w:val="TableParagraph"/>
              <w:ind w:left="830" w:hanging="360"/>
              <w:rPr>
                <w:sz w:val="24"/>
              </w:rPr>
            </w:pPr>
            <w:r w:rsidRPr="0078531E">
              <w:rPr>
                <w:sz w:val="24"/>
              </w:rPr>
              <w:t>7.</w:t>
            </w:r>
            <w:r w:rsidRPr="0078531E">
              <w:rPr>
                <w:spacing w:val="74"/>
                <w:w w:val="150"/>
                <w:sz w:val="24"/>
              </w:rPr>
              <w:t xml:space="preserve"> </w:t>
            </w:r>
            <w:r w:rsidRPr="0078531E">
              <w:rPr>
                <w:sz w:val="24"/>
              </w:rPr>
              <w:t>A</w:t>
            </w:r>
            <w:r w:rsidRPr="0078531E">
              <w:rPr>
                <w:spacing w:val="-15"/>
                <w:sz w:val="24"/>
              </w:rPr>
              <w:t xml:space="preserve"> </w:t>
            </w:r>
            <w:r w:rsidRPr="0078531E">
              <w:rPr>
                <w:sz w:val="24"/>
              </w:rPr>
              <w:t>gyermekek</w:t>
            </w:r>
            <w:r w:rsidRPr="0078531E">
              <w:rPr>
                <w:spacing w:val="-15"/>
                <w:sz w:val="24"/>
              </w:rPr>
              <w:t xml:space="preserve"> </w:t>
            </w:r>
            <w:r w:rsidRPr="0078531E">
              <w:rPr>
                <w:sz w:val="24"/>
              </w:rPr>
              <w:t>az</w:t>
            </w:r>
            <w:r w:rsidRPr="0078531E">
              <w:rPr>
                <w:spacing w:val="-14"/>
                <w:sz w:val="24"/>
              </w:rPr>
              <w:t xml:space="preserve"> </w:t>
            </w:r>
            <w:r w:rsidRPr="0078531E">
              <w:rPr>
                <w:sz w:val="24"/>
              </w:rPr>
              <w:t>óvodánkba</w:t>
            </w:r>
            <w:r w:rsidRPr="0078531E">
              <w:rPr>
                <w:spacing w:val="-15"/>
                <w:sz w:val="24"/>
              </w:rPr>
              <w:t xml:space="preserve"> </w:t>
            </w:r>
            <w:r w:rsidRPr="0078531E">
              <w:rPr>
                <w:sz w:val="24"/>
              </w:rPr>
              <w:t>behozhatják</w:t>
            </w:r>
            <w:r w:rsidRPr="0078531E">
              <w:rPr>
                <w:spacing w:val="-15"/>
                <w:sz w:val="24"/>
              </w:rPr>
              <w:t xml:space="preserve"> </w:t>
            </w:r>
            <w:r w:rsidRPr="0078531E">
              <w:rPr>
                <w:sz w:val="24"/>
              </w:rPr>
              <w:t>magukkal</w:t>
            </w:r>
            <w:r w:rsidRPr="0078531E">
              <w:rPr>
                <w:spacing w:val="-13"/>
                <w:sz w:val="24"/>
              </w:rPr>
              <w:t xml:space="preserve"> </w:t>
            </w:r>
            <w:r w:rsidRPr="0078531E">
              <w:rPr>
                <w:sz w:val="24"/>
              </w:rPr>
              <w:t>a</w:t>
            </w:r>
            <w:r w:rsidRPr="0078531E">
              <w:rPr>
                <w:spacing w:val="-15"/>
                <w:sz w:val="24"/>
              </w:rPr>
              <w:t xml:space="preserve"> </w:t>
            </w:r>
            <w:r w:rsidRPr="0078531E">
              <w:rPr>
                <w:sz w:val="24"/>
              </w:rPr>
              <w:t>kedvenc</w:t>
            </w:r>
            <w:r w:rsidRPr="0078531E">
              <w:rPr>
                <w:spacing w:val="-15"/>
                <w:sz w:val="24"/>
              </w:rPr>
              <w:t xml:space="preserve"> </w:t>
            </w:r>
            <w:r w:rsidRPr="0078531E">
              <w:rPr>
                <w:sz w:val="24"/>
              </w:rPr>
              <w:t>tárgyaikat</w:t>
            </w:r>
            <w:r w:rsidR="00D96F46" w:rsidRPr="0078531E">
              <w:rPr>
                <w:sz w:val="24"/>
              </w:rPr>
              <w:t xml:space="preserve"> a pihenéshez</w:t>
            </w:r>
            <w:r w:rsidRPr="0078531E">
              <w:rPr>
                <w:spacing w:val="-15"/>
                <w:sz w:val="24"/>
              </w:rPr>
              <w:t xml:space="preserve"> </w:t>
            </w:r>
            <w:r w:rsidRPr="0078531E">
              <w:rPr>
                <w:sz w:val="24"/>
              </w:rPr>
              <w:t>(mese</w:t>
            </w:r>
            <w:r w:rsidRPr="0078531E">
              <w:rPr>
                <w:spacing w:val="-15"/>
                <w:sz w:val="24"/>
              </w:rPr>
              <w:t xml:space="preserve"> </w:t>
            </w:r>
            <w:r w:rsidRPr="0078531E">
              <w:rPr>
                <w:sz w:val="24"/>
              </w:rPr>
              <w:t>párna, kedvenc</w:t>
            </w:r>
            <w:r w:rsidRPr="0078531E">
              <w:rPr>
                <w:spacing w:val="4"/>
                <w:sz w:val="24"/>
              </w:rPr>
              <w:t xml:space="preserve"> </w:t>
            </w:r>
            <w:r w:rsidRPr="0078531E">
              <w:rPr>
                <w:sz w:val="24"/>
              </w:rPr>
              <w:t>plüss</w:t>
            </w:r>
            <w:r w:rsidRPr="0078531E">
              <w:rPr>
                <w:spacing w:val="5"/>
                <w:sz w:val="24"/>
              </w:rPr>
              <w:t xml:space="preserve"> </w:t>
            </w:r>
            <w:r w:rsidRPr="0078531E">
              <w:rPr>
                <w:sz w:val="24"/>
              </w:rPr>
              <w:t>figura),</w:t>
            </w:r>
            <w:r w:rsidRPr="0078531E">
              <w:rPr>
                <w:spacing w:val="5"/>
                <w:sz w:val="24"/>
              </w:rPr>
              <w:t xml:space="preserve"> </w:t>
            </w:r>
            <w:r w:rsidRPr="0078531E">
              <w:rPr>
                <w:sz w:val="24"/>
              </w:rPr>
              <w:t>hogy az</w:t>
            </w:r>
            <w:r w:rsidRPr="0078531E">
              <w:rPr>
                <w:spacing w:val="7"/>
                <w:sz w:val="24"/>
              </w:rPr>
              <w:t xml:space="preserve"> </w:t>
            </w:r>
            <w:r w:rsidRPr="0078531E">
              <w:rPr>
                <w:sz w:val="24"/>
              </w:rPr>
              <w:t>otthonosságot</w:t>
            </w:r>
            <w:r w:rsidRPr="0078531E">
              <w:rPr>
                <w:spacing w:val="5"/>
                <w:sz w:val="24"/>
              </w:rPr>
              <w:t xml:space="preserve"> </w:t>
            </w:r>
            <w:r w:rsidRPr="0078531E">
              <w:rPr>
                <w:sz w:val="24"/>
              </w:rPr>
              <w:t>és</w:t>
            </w:r>
            <w:r w:rsidRPr="0078531E">
              <w:rPr>
                <w:spacing w:val="5"/>
                <w:sz w:val="24"/>
              </w:rPr>
              <w:t xml:space="preserve"> </w:t>
            </w:r>
            <w:r w:rsidRPr="0078531E">
              <w:rPr>
                <w:sz w:val="24"/>
              </w:rPr>
              <w:t>a</w:t>
            </w:r>
            <w:r w:rsidRPr="0078531E">
              <w:rPr>
                <w:spacing w:val="7"/>
                <w:sz w:val="24"/>
              </w:rPr>
              <w:t xml:space="preserve"> </w:t>
            </w:r>
            <w:r w:rsidRPr="0078531E">
              <w:rPr>
                <w:sz w:val="24"/>
              </w:rPr>
              <w:t>biztonságérzetet</w:t>
            </w:r>
            <w:r w:rsidRPr="0078531E">
              <w:rPr>
                <w:spacing w:val="5"/>
                <w:sz w:val="24"/>
              </w:rPr>
              <w:t xml:space="preserve"> </w:t>
            </w:r>
            <w:r w:rsidRPr="0078531E">
              <w:rPr>
                <w:sz w:val="24"/>
              </w:rPr>
              <w:t>ezek</w:t>
            </w:r>
            <w:r w:rsidRPr="0078531E">
              <w:rPr>
                <w:spacing w:val="5"/>
                <w:sz w:val="24"/>
              </w:rPr>
              <w:t xml:space="preserve"> </w:t>
            </w:r>
            <w:r w:rsidRPr="0078531E">
              <w:rPr>
                <w:sz w:val="24"/>
              </w:rPr>
              <w:t>a</w:t>
            </w:r>
            <w:r w:rsidRPr="0078531E">
              <w:rPr>
                <w:spacing w:val="4"/>
                <w:sz w:val="24"/>
              </w:rPr>
              <w:t xml:space="preserve"> </w:t>
            </w:r>
            <w:r w:rsidRPr="0078531E">
              <w:rPr>
                <w:sz w:val="24"/>
              </w:rPr>
              <w:t>tárgyak</w:t>
            </w:r>
            <w:r w:rsidRPr="0078531E">
              <w:rPr>
                <w:spacing w:val="5"/>
                <w:sz w:val="24"/>
              </w:rPr>
              <w:t xml:space="preserve"> </w:t>
            </w:r>
            <w:r w:rsidRPr="0078531E">
              <w:rPr>
                <w:spacing w:val="-5"/>
                <w:sz w:val="24"/>
              </w:rPr>
              <w:t>is</w:t>
            </w:r>
            <w:r w:rsidR="00D96F46" w:rsidRPr="0078531E">
              <w:rPr>
                <w:sz w:val="24"/>
              </w:rPr>
              <w:t xml:space="preserve"> </w:t>
            </w:r>
            <w:r w:rsidRPr="0078531E">
              <w:rPr>
                <w:spacing w:val="-2"/>
                <w:sz w:val="24"/>
              </w:rPr>
              <w:t>erősítsék.</w:t>
            </w:r>
          </w:p>
        </w:tc>
      </w:tr>
      <w:tr w:rsidR="0078531E" w:rsidRPr="0078531E" w14:paraId="3053DC72" w14:textId="77777777">
        <w:trPr>
          <w:trHeight w:val="275"/>
        </w:trPr>
        <w:tc>
          <w:tcPr>
            <w:tcW w:w="9062" w:type="dxa"/>
          </w:tcPr>
          <w:p w14:paraId="13D0121F" w14:textId="7AFA788E" w:rsidR="00AE0CFD" w:rsidRPr="0078531E" w:rsidRDefault="00C3522D">
            <w:pPr>
              <w:pStyle w:val="TableParagraph"/>
              <w:spacing w:line="256" w:lineRule="exact"/>
              <w:ind w:left="470"/>
              <w:rPr>
                <w:sz w:val="24"/>
              </w:rPr>
            </w:pPr>
            <w:r w:rsidRPr="0078531E">
              <w:rPr>
                <w:sz w:val="24"/>
              </w:rPr>
              <w:t>8.</w:t>
            </w:r>
            <w:r w:rsidRPr="0078531E">
              <w:rPr>
                <w:spacing w:val="25"/>
                <w:sz w:val="24"/>
              </w:rPr>
              <w:t xml:space="preserve">  </w:t>
            </w:r>
            <w:r w:rsidRPr="0078531E">
              <w:rPr>
                <w:sz w:val="24"/>
              </w:rPr>
              <w:t>A</w:t>
            </w:r>
            <w:r w:rsidRPr="0078531E">
              <w:rPr>
                <w:spacing w:val="-2"/>
                <w:sz w:val="24"/>
              </w:rPr>
              <w:t xml:space="preserve"> </w:t>
            </w:r>
            <w:r w:rsidRPr="0078531E">
              <w:rPr>
                <w:sz w:val="24"/>
              </w:rPr>
              <w:t>gyermekek neveléséhez a</w:t>
            </w:r>
            <w:r w:rsidRPr="0078531E">
              <w:rPr>
                <w:spacing w:val="-3"/>
                <w:sz w:val="24"/>
              </w:rPr>
              <w:t xml:space="preserve"> </w:t>
            </w:r>
            <w:r w:rsidRPr="0078531E">
              <w:rPr>
                <w:sz w:val="24"/>
              </w:rPr>
              <w:t>szülőkkel</w:t>
            </w:r>
            <w:r w:rsidRPr="0078531E">
              <w:rPr>
                <w:spacing w:val="-1"/>
                <w:sz w:val="24"/>
              </w:rPr>
              <w:t xml:space="preserve"> </w:t>
            </w:r>
            <w:r w:rsidRPr="0078531E">
              <w:rPr>
                <w:sz w:val="24"/>
              </w:rPr>
              <w:t>bizalommal</w:t>
            </w:r>
            <w:r w:rsidRPr="0078531E">
              <w:rPr>
                <w:spacing w:val="-2"/>
                <w:sz w:val="24"/>
              </w:rPr>
              <w:t xml:space="preserve"> </w:t>
            </w:r>
            <w:r w:rsidRPr="0078531E">
              <w:rPr>
                <w:sz w:val="24"/>
              </w:rPr>
              <w:t>teli</w:t>
            </w:r>
            <w:r w:rsidRPr="0078531E">
              <w:rPr>
                <w:spacing w:val="-1"/>
                <w:sz w:val="24"/>
              </w:rPr>
              <w:t xml:space="preserve"> </w:t>
            </w:r>
            <w:r w:rsidRPr="0078531E">
              <w:rPr>
                <w:sz w:val="24"/>
              </w:rPr>
              <w:t>kapcsolatra</w:t>
            </w:r>
            <w:r w:rsidRPr="0078531E">
              <w:rPr>
                <w:spacing w:val="-3"/>
                <w:sz w:val="24"/>
              </w:rPr>
              <w:t xml:space="preserve"> </w:t>
            </w:r>
            <w:r w:rsidRPr="0078531E">
              <w:rPr>
                <w:spacing w:val="-2"/>
                <w:sz w:val="24"/>
              </w:rPr>
              <w:t>törekszünk.</w:t>
            </w:r>
          </w:p>
        </w:tc>
      </w:tr>
      <w:tr w:rsidR="0078531E" w:rsidRPr="0078531E" w14:paraId="79B10042" w14:textId="77777777">
        <w:trPr>
          <w:trHeight w:val="828"/>
        </w:trPr>
        <w:tc>
          <w:tcPr>
            <w:tcW w:w="9062" w:type="dxa"/>
          </w:tcPr>
          <w:p w14:paraId="1C3CC933" w14:textId="6B3D252A" w:rsidR="00AE0CFD" w:rsidRPr="0078531E" w:rsidRDefault="00C3522D">
            <w:pPr>
              <w:pStyle w:val="TableParagraph"/>
              <w:tabs>
                <w:tab w:val="left" w:pos="5467"/>
                <w:tab w:val="left" w:pos="5879"/>
                <w:tab w:val="left" w:pos="7311"/>
              </w:tabs>
              <w:spacing w:line="268" w:lineRule="exact"/>
              <w:ind w:left="830" w:hanging="360"/>
              <w:rPr>
                <w:sz w:val="24"/>
              </w:rPr>
            </w:pPr>
            <w:r w:rsidRPr="0078531E">
              <w:rPr>
                <w:sz w:val="24"/>
              </w:rPr>
              <w:t>9.</w:t>
            </w:r>
            <w:r w:rsidRPr="0078531E">
              <w:rPr>
                <w:spacing w:val="28"/>
                <w:sz w:val="24"/>
              </w:rPr>
              <w:t xml:space="preserve">  </w:t>
            </w:r>
            <w:r w:rsidRPr="0078531E">
              <w:rPr>
                <w:sz w:val="24"/>
              </w:rPr>
              <w:t>Közösségfejlesztő</w:t>
            </w:r>
            <w:r w:rsidRPr="0078531E">
              <w:rPr>
                <w:spacing w:val="38"/>
                <w:sz w:val="24"/>
              </w:rPr>
              <w:t xml:space="preserve"> </w:t>
            </w:r>
            <w:r w:rsidRPr="0078531E">
              <w:rPr>
                <w:sz w:val="24"/>
              </w:rPr>
              <w:t>pedagógiai</w:t>
            </w:r>
            <w:r w:rsidRPr="0078531E">
              <w:rPr>
                <w:spacing w:val="39"/>
                <w:sz w:val="24"/>
              </w:rPr>
              <w:t xml:space="preserve"> </w:t>
            </w:r>
            <w:r w:rsidRPr="0078531E">
              <w:rPr>
                <w:spacing w:val="-2"/>
                <w:sz w:val="24"/>
              </w:rPr>
              <w:t>munkánkban</w:t>
            </w:r>
            <w:r w:rsidRPr="0078531E">
              <w:rPr>
                <w:sz w:val="24"/>
              </w:rPr>
              <w:tab/>
            </w:r>
            <w:r w:rsidRPr="0078531E">
              <w:rPr>
                <w:spacing w:val="-5"/>
                <w:sz w:val="24"/>
              </w:rPr>
              <w:t>az</w:t>
            </w:r>
            <w:r w:rsidRPr="0078531E">
              <w:rPr>
                <w:sz w:val="24"/>
              </w:rPr>
              <w:tab/>
            </w:r>
            <w:r w:rsidRPr="0078531E">
              <w:rPr>
                <w:spacing w:val="-2"/>
                <w:sz w:val="24"/>
              </w:rPr>
              <w:t>odafigyelést,</w:t>
            </w:r>
            <w:r w:rsidRPr="0078531E">
              <w:rPr>
                <w:sz w:val="24"/>
              </w:rPr>
              <w:tab/>
              <w:t>a</w:t>
            </w:r>
            <w:r w:rsidRPr="0078531E">
              <w:rPr>
                <w:spacing w:val="37"/>
                <w:sz w:val="24"/>
              </w:rPr>
              <w:t xml:space="preserve"> </w:t>
            </w:r>
            <w:r w:rsidRPr="0078531E">
              <w:rPr>
                <w:spacing w:val="-2"/>
                <w:sz w:val="24"/>
              </w:rPr>
              <w:t>meghallgatást</w:t>
            </w:r>
          </w:p>
          <w:p w14:paraId="62FF5D73" w14:textId="77777777" w:rsidR="00AE0CFD" w:rsidRPr="0078531E" w:rsidRDefault="00C3522D">
            <w:pPr>
              <w:pStyle w:val="TableParagraph"/>
              <w:spacing w:line="270" w:lineRule="atLeast"/>
              <w:ind w:left="830"/>
              <w:rPr>
                <w:sz w:val="24"/>
              </w:rPr>
            </w:pPr>
            <w:r w:rsidRPr="0078531E">
              <w:rPr>
                <w:sz w:val="24"/>
              </w:rPr>
              <w:t>fontosnak tartjuk, a gyermekeket a saját érzéseinek elmondására, mások érzéseinek meghallgatására ösztönözzük.</w:t>
            </w:r>
          </w:p>
        </w:tc>
      </w:tr>
      <w:tr w:rsidR="0078531E" w:rsidRPr="0078531E" w14:paraId="11A28F9A" w14:textId="77777777">
        <w:trPr>
          <w:trHeight w:val="827"/>
        </w:trPr>
        <w:tc>
          <w:tcPr>
            <w:tcW w:w="9062" w:type="dxa"/>
          </w:tcPr>
          <w:p w14:paraId="1663CB01" w14:textId="77777777" w:rsidR="00AE0CFD" w:rsidRPr="0078531E" w:rsidRDefault="00C3522D">
            <w:pPr>
              <w:pStyle w:val="TableParagraph"/>
              <w:tabs>
                <w:tab w:val="left" w:pos="1991"/>
                <w:tab w:val="left" w:pos="3195"/>
                <w:tab w:val="left" w:pos="4183"/>
                <w:tab w:val="left" w:pos="5505"/>
                <w:tab w:val="left" w:pos="5896"/>
                <w:tab w:val="left" w:pos="7019"/>
                <w:tab w:val="left" w:pos="8122"/>
              </w:tabs>
              <w:ind w:left="830" w:right="99" w:hanging="360"/>
              <w:rPr>
                <w:sz w:val="24"/>
              </w:rPr>
            </w:pPr>
            <w:r w:rsidRPr="0078531E">
              <w:rPr>
                <w:sz w:val="24"/>
              </w:rPr>
              <w:t>10. Óvodánk</w:t>
            </w:r>
            <w:r w:rsidRPr="0078531E">
              <w:rPr>
                <w:sz w:val="24"/>
              </w:rPr>
              <w:tab/>
            </w:r>
            <w:r w:rsidRPr="0078531E">
              <w:rPr>
                <w:spacing w:val="-2"/>
                <w:sz w:val="24"/>
              </w:rPr>
              <w:t>egyszerre</w:t>
            </w:r>
            <w:r w:rsidRPr="0078531E">
              <w:rPr>
                <w:sz w:val="24"/>
              </w:rPr>
              <w:tab/>
            </w:r>
            <w:r w:rsidRPr="0078531E">
              <w:rPr>
                <w:spacing w:val="-2"/>
                <w:sz w:val="24"/>
              </w:rPr>
              <w:t>kívánja</w:t>
            </w:r>
            <w:r w:rsidRPr="0078531E">
              <w:rPr>
                <w:sz w:val="24"/>
              </w:rPr>
              <w:tab/>
            </w:r>
            <w:r w:rsidRPr="0078531E">
              <w:rPr>
                <w:spacing w:val="-2"/>
                <w:sz w:val="24"/>
              </w:rPr>
              <w:t>elősegíteni</w:t>
            </w:r>
            <w:r w:rsidRPr="0078531E">
              <w:rPr>
                <w:sz w:val="24"/>
              </w:rPr>
              <w:tab/>
            </w:r>
            <w:r w:rsidRPr="0078531E">
              <w:rPr>
                <w:spacing w:val="-10"/>
                <w:sz w:val="24"/>
              </w:rPr>
              <w:t>a</w:t>
            </w:r>
            <w:r w:rsidRPr="0078531E">
              <w:rPr>
                <w:sz w:val="24"/>
              </w:rPr>
              <w:tab/>
            </w:r>
            <w:r w:rsidRPr="0078531E">
              <w:rPr>
                <w:spacing w:val="-2"/>
                <w:sz w:val="24"/>
              </w:rPr>
              <w:t>gyermek</w:t>
            </w:r>
            <w:r w:rsidRPr="0078531E">
              <w:rPr>
                <w:sz w:val="24"/>
              </w:rPr>
              <w:tab/>
            </w:r>
            <w:r w:rsidRPr="0078531E">
              <w:rPr>
                <w:spacing w:val="-2"/>
                <w:sz w:val="24"/>
              </w:rPr>
              <w:t>erkölcsi,</w:t>
            </w:r>
            <w:r w:rsidRPr="0078531E">
              <w:rPr>
                <w:sz w:val="24"/>
              </w:rPr>
              <w:tab/>
            </w:r>
            <w:r w:rsidRPr="0078531E">
              <w:rPr>
                <w:spacing w:val="-2"/>
                <w:sz w:val="24"/>
              </w:rPr>
              <w:t xml:space="preserve">szociális </w:t>
            </w:r>
            <w:r w:rsidRPr="0078531E">
              <w:rPr>
                <w:sz w:val="24"/>
              </w:rPr>
              <w:t>érzékenységének</w:t>
            </w:r>
            <w:r w:rsidRPr="0078531E">
              <w:rPr>
                <w:spacing w:val="43"/>
                <w:sz w:val="24"/>
              </w:rPr>
              <w:t xml:space="preserve"> </w:t>
            </w:r>
            <w:r w:rsidRPr="0078531E">
              <w:rPr>
                <w:sz w:val="24"/>
              </w:rPr>
              <w:t>fejlődését,</w:t>
            </w:r>
            <w:r w:rsidRPr="0078531E">
              <w:rPr>
                <w:spacing w:val="46"/>
                <w:sz w:val="24"/>
              </w:rPr>
              <w:t xml:space="preserve"> </w:t>
            </w:r>
            <w:r w:rsidRPr="0078531E">
              <w:rPr>
                <w:sz w:val="24"/>
              </w:rPr>
              <w:t>én</w:t>
            </w:r>
            <w:r w:rsidRPr="0078531E">
              <w:rPr>
                <w:spacing w:val="45"/>
                <w:sz w:val="24"/>
              </w:rPr>
              <w:t xml:space="preserve"> </w:t>
            </w:r>
            <w:r w:rsidRPr="0078531E">
              <w:rPr>
                <w:sz w:val="24"/>
              </w:rPr>
              <w:t>tudatának</w:t>
            </w:r>
            <w:r w:rsidRPr="0078531E">
              <w:rPr>
                <w:spacing w:val="45"/>
                <w:sz w:val="24"/>
              </w:rPr>
              <w:t xml:space="preserve"> </w:t>
            </w:r>
            <w:r w:rsidRPr="0078531E">
              <w:rPr>
                <w:sz w:val="24"/>
              </w:rPr>
              <w:t>alakulását,</w:t>
            </w:r>
            <w:r w:rsidRPr="0078531E">
              <w:rPr>
                <w:spacing w:val="46"/>
                <w:sz w:val="24"/>
              </w:rPr>
              <w:t xml:space="preserve"> </w:t>
            </w:r>
            <w:r w:rsidRPr="0078531E">
              <w:rPr>
                <w:sz w:val="24"/>
              </w:rPr>
              <w:t>teret</w:t>
            </w:r>
            <w:r w:rsidRPr="0078531E">
              <w:rPr>
                <w:spacing w:val="46"/>
                <w:sz w:val="24"/>
              </w:rPr>
              <w:t xml:space="preserve"> </w:t>
            </w:r>
            <w:r w:rsidRPr="0078531E">
              <w:rPr>
                <w:sz w:val="24"/>
              </w:rPr>
              <w:t>engedve</w:t>
            </w:r>
            <w:r w:rsidRPr="0078531E">
              <w:rPr>
                <w:spacing w:val="44"/>
                <w:sz w:val="24"/>
              </w:rPr>
              <w:t xml:space="preserve"> </w:t>
            </w:r>
            <w:r w:rsidRPr="0078531E">
              <w:rPr>
                <w:sz w:val="24"/>
              </w:rPr>
              <w:t>az</w:t>
            </w:r>
            <w:r w:rsidRPr="0078531E">
              <w:rPr>
                <w:spacing w:val="48"/>
                <w:sz w:val="24"/>
              </w:rPr>
              <w:t xml:space="preserve"> </w:t>
            </w:r>
            <w:r w:rsidRPr="0078531E">
              <w:rPr>
                <w:spacing w:val="-2"/>
                <w:sz w:val="24"/>
              </w:rPr>
              <w:t>önkifejező</w:t>
            </w:r>
          </w:p>
          <w:p w14:paraId="0D6FB5EA" w14:textId="77777777" w:rsidR="00AE0CFD" w:rsidRPr="0078531E" w:rsidRDefault="00C3522D">
            <w:pPr>
              <w:pStyle w:val="TableParagraph"/>
              <w:spacing w:line="264" w:lineRule="exact"/>
              <w:ind w:left="830"/>
              <w:rPr>
                <w:sz w:val="24"/>
              </w:rPr>
            </w:pPr>
            <w:r w:rsidRPr="0078531E">
              <w:rPr>
                <w:spacing w:val="-2"/>
                <w:sz w:val="24"/>
              </w:rPr>
              <w:t>törekvéseinek.</w:t>
            </w:r>
          </w:p>
        </w:tc>
      </w:tr>
      <w:tr w:rsidR="0078531E" w:rsidRPr="0078531E" w14:paraId="55A1BE79" w14:textId="77777777">
        <w:trPr>
          <w:trHeight w:val="568"/>
        </w:trPr>
        <w:tc>
          <w:tcPr>
            <w:tcW w:w="9062" w:type="dxa"/>
          </w:tcPr>
          <w:p w14:paraId="246BC643" w14:textId="77777777" w:rsidR="00AE0CFD" w:rsidRPr="0078531E" w:rsidRDefault="00C3522D">
            <w:pPr>
              <w:pStyle w:val="TableParagraph"/>
              <w:spacing w:line="270" w:lineRule="atLeast"/>
              <w:ind w:left="830" w:hanging="360"/>
              <w:rPr>
                <w:sz w:val="24"/>
              </w:rPr>
            </w:pPr>
            <w:r w:rsidRPr="0078531E">
              <w:rPr>
                <w:sz w:val="24"/>
              </w:rPr>
              <w:t>11.</w:t>
            </w:r>
            <w:r w:rsidRPr="0078531E">
              <w:rPr>
                <w:spacing w:val="-4"/>
                <w:sz w:val="24"/>
              </w:rPr>
              <w:t xml:space="preserve"> </w:t>
            </w:r>
            <w:r w:rsidRPr="0078531E">
              <w:rPr>
                <w:sz w:val="24"/>
              </w:rPr>
              <w:t>Alapelvünk, hogy a gyermeket annak elfogadására, megértésére neveljük, hogy az emberek különböznek egymástól.</w:t>
            </w:r>
          </w:p>
        </w:tc>
      </w:tr>
      <w:tr w:rsidR="0078531E" w:rsidRPr="0078531E" w14:paraId="6F0DE12B" w14:textId="77777777">
        <w:trPr>
          <w:trHeight w:val="1379"/>
        </w:trPr>
        <w:tc>
          <w:tcPr>
            <w:tcW w:w="9062" w:type="dxa"/>
          </w:tcPr>
          <w:p w14:paraId="39150265" w14:textId="314DFAF3" w:rsidR="00AE0CFD" w:rsidRPr="0078531E" w:rsidRDefault="00C3522D">
            <w:pPr>
              <w:pStyle w:val="TableParagraph"/>
              <w:ind w:left="830" w:right="96" w:hanging="360"/>
              <w:jc w:val="both"/>
              <w:rPr>
                <w:sz w:val="24"/>
              </w:rPr>
            </w:pPr>
            <w:r w:rsidRPr="0078531E">
              <w:rPr>
                <w:sz w:val="24"/>
              </w:rPr>
              <w:t>12.</w:t>
            </w:r>
            <w:r w:rsidRPr="0078531E">
              <w:rPr>
                <w:spacing w:val="-4"/>
                <w:sz w:val="24"/>
              </w:rPr>
              <w:t xml:space="preserve"> </w:t>
            </w:r>
            <w:r w:rsidRPr="0078531E">
              <w:rPr>
                <w:sz w:val="24"/>
              </w:rPr>
              <w:t>Fontosnak tartjuk, a szocializáció szempontjából meghatározó a közös élményeken alapuló tevékenységek gyakorlását, a gyermek erkölcsi tulajdonságainak (mint például: az együttérzés, a segítőkészség, az önzetlenség, a figyelmesség) és akaratának</w:t>
            </w:r>
            <w:r w:rsidR="00D96F46" w:rsidRPr="0078531E">
              <w:rPr>
                <w:spacing w:val="59"/>
                <w:sz w:val="24"/>
              </w:rPr>
              <w:t xml:space="preserve"> </w:t>
            </w:r>
            <w:r w:rsidRPr="0078531E">
              <w:rPr>
                <w:sz w:val="24"/>
              </w:rPr>
              <w:t>(ezen</w:t>
            </w:r>
            <w:r w:rsidRPr="0078531E">
              <w:rPr>
                <w:spacing w:val="60"/>
                <w:sz w:val="24"/>
              </w:rPr>
              <w:t xml:space="preserve">   </w:t>
            </w:r>
            <w:r w:rsidRPr="0078531E">
              <w:rPr>
                <w:sz w:val="24"/>
              </w:rPr>
              <w:t>belül:</w:t>
            </w:r>
            <w:r w:rsidR="00D96F46" w:rsidRPr="0078531E">
              <w:rPr>
                <w:spacing w:val="61"/>
                <w:sz w:val="24"/>
              </w:rPr>
              <w:t xml:space="preserve"> </w:t>
            </w:r>
            <w:r w:rsidRPr="0078531E">
              <w:rPr>
                <w:sz w:val="24"/>
              </w:rPr>
              <w:t>önállóságának,</w:t>
            </w:r>
            <w:r w:rsidR="00D96F46" w:rsidRPr="0078531E">
              <w:rPr>
                <w:spacing w:val="61"/>
                <w:sz w:val="24"/>
              </w:rPr>
              <w:t xml:space="preserve"> </w:t>
            </w:r>
            <w:r w:rsidRPr="0078531E">
              <w:rPr>
                <w:sz w:val="24"/>
              </w:rPr>
              <w:t>önfegyelmének,</w:t>
            </w:r>
            <w:r w:rsidR="00D96F46" w:rsidRPr="0078531E">
              <w:rPr>
                <w:spacing w:val="61"/>
                <w:sz w:val="24"/>
              </w:rPr>
              <w:t xml:space="preserve"> </w:t>
            </w:r>
            <w:r w:rsidRPr="0078531E">
              <w:rPr>
                <w:spacing w:val="-2"/>
                <w:sz w:val="24"/>
              </w:rPr>
              <w:t>kitartásának,</w:t>
            </w:r>
          </w:p>
          <w:p w14:paraId="7609BFBE" w14:textId="77777777" w:rsidR="00AE0CFD" w:rsidRPr="0078531E" w:rsidRDefault="00C3522D">
            <w:pPr>
              <w:pStyle w:val="TableParagraph"/>
              <w:spacing w:line="264" w:lineRule="exact"/>
              <w:ind w:left="830"/>
              <w:jc w:val="both"/>
              <w:rPr>
                <w:sz w:val="24"/>
              </w:rPr>
            </w:pPr>
            <w:r w:rsidRPr="0078531E">
              <w:rPr>
                <w:sz w:val="24"/>
              </w:rPr>
              <w:t>feladattudatának,</w:t>
            </w:r>
            <w:r w:rsidRPr="0078531E">
              <w:rPr>
                <w:spacing w:val="-5"/>
                <w:sz w:val="24"/>
              </w:rPr>
              <w:t xml:space="preserve"> </w:t>
            </w:r>
            <w:r w:rsidRPr="0078531E">
              <w:rPr>
                <w:sz w:val="24"/>
              </w:rPr>
              <w:t>szabálytudatának),</w:t>
            </w:r>
            <w:r w:rsidRPr="0078531E">
              <w:rPr>
                <w:spacing w:val="-2"/>
                <w:sz w:val="24"/>
              </w:rPr>
              <w:t xml:space="preserve"> </w:t>
            </w:r>
            <w:r w:rsidRPr="0078531E">
              <w:rPr>
                <w:sz w:val="24"/>
              </w:rPr>
              <w:t>szokás</w:t>
            </w:r>
            <w:r w:rsidRPr="0078531E">
              <w:rPr>
                <w:spacing w:val="-1"/>
                <w:sz w:val="24"/>
              </w:rPr>
              <w:t xml:space="preserve"> </w:t>
            </w:r>
            <w:r w:rsidRPr="0078531E">
              <w:rPr>
                <w:sz w:val="24"/>
              </w:rPr>
              <w:t>és</w:t>
            </w:r>
            <w:r w:rsidRPr="0078531E">
              <w:rPr>
                <w:spacing w:val="-3"/>
                <w:sz w:val="24"/>
              </w:rPr>
              <w:t xml:space="preserve"> </w:t>
            </w:r>
            <w:r w:rsidRPr="0078531E">
              <w:rPr>
                <w:sz w:val="24"/>
              </w:rPr>
              <w:t>normarendszerének</w:t>
            </w:r>
            <w:r w:rsidRPr="0078531E">
              <w:rPr>
                <w:spacing w:val="-2"/>
                <w:sz w:val="24"/>
              </w:rPr>
              <w:t xml:space="preserve"> megalapozását.</w:t>
            </w:r>
          </w:p>
        </w:tc>
      </w:tr>
      <w:tr w:rsidR="0078531E" w:rsidRPr="0078531E" w14:paraId="5943CFE1" w14:textId="77777777">
        <w:trPr>
          <w:trHeight w:val="827"/>
        </w:trPr>
        <w:tc>
          <w:tcPr>
            <w:tcW w:w="9062" w:type="dxa"/>
          </w:tcPr>
          <w:p w14:paraId="02842649" w14:textId="77777777" w:rsidR="00AE0CFD" w:rsidRPr="0078531E" w:rsidRDefault="00C3522D">
            <w:pPr>
              <w:pStyle w:val="TableParagraph"/>
              <w:ind w:left="830" w:hanging="360"/>
              <w:rPr>
                <w:sz w:val="24"/>
              </w:rPr>
            </w:pPr>
            <w:r w:rsidRPr="0078531E">
              <w:rPr>
                <w:sz w:val="24"/>
              </w:rPr>
              <w:t>13.</w:t>
            </w:r>
            <w:r w:rsidRPr="0078531E">
              <w:rPr>
                <w:spacing w:val="-4"/>
                <w:sz w:val="24"/>
              </w:rPr>
              <w:t xml:space="preserve"> </w:t>
            </w:r>
            <w:r w:rsidRPr="0078531E">
              <w:rPr>
                <w:sz w:val="24"/>
              </w:rPr>
              <w:t>Óvodánk</w:t>
            </w:r>
            <w:r w:rsidRPr="0078531E">
              <w:rPr>
                <w:spacing w:val="-13"/>
                <w:sz w:val="24"/>
              </w:rPr>
              <w:t xml:space="preserve"> </w:t>
            </w:r>
            <w:r w:rsidRPr="0078531E">
              <w:rPr>
                <w:sz w:val="24"/>
              </w:rPr>
              <w:t>a</w:t>
            </w:r>
            <w:r w:rsidRPr="0078531E">
              <w:rPr>
                <w:spacing w:val="-9"/>
                <w:sz w:val="24"/>
              </w:rPr>
              <w:t xml:space="preserve"> </w:t>
            </w:r>
            <w:r w:rsidRPr="0078531E">
              <w:rPr>
                <w:sz w:val="24"/>
              </w:rPr>
              <w:t>gyermek</w:t>
            </w:r>
            <w:r w:rsidRPr="0078531E">
              <w:rPr>
                <w:spacing w:val="-13"/>
                <w:sz w:val="24"/>
              </w:rPr>
              <w:t xml:space="preserve"> </w:t>
            </w:r>
            <w:r w:rsidRPr="0078531E">
              <w:rPr>
                <w:sz w:val="24"/>
              </w:rPr>
              <w:t>nyitottságára</w:t>
            </w:r>
            <w:r w:rsidRPr="0078531E">
              <w:rPr>
                <w:spacing w:val="-12"/>
                <w:sz w:val="24"/>
              </w:rPr>
              <w:t xml:space="preserve"> </w:t>
            </w:r>
            <w:r w:rsidRPr="0078531E">
              <w:rPr>
                <w:sz w:val="24"/>
              </w:rPr>
              <w:t>épít,</w:t>
            </w:r>
            <w:r w:rsidRPr="0078531E">
              <w:rPr>
                <w:spacing w:val="-13"/>
                <w:sz w:val="24"/>
              </w:rPr>
              <w:t xml:space="preserve"> </w:t>
            </w:r>
            <w:r w:rsidRPr="0078531E">
              <w:rPr>
                <w:sz w:val="24"/>
              </w:rPr>
              <w:t>és</w:t>
            </w:r>
            <w:r w:rsidRPr="0078531E">
              <w:rPr>
                <w:spacing w:val="-11"/>
                <w:sz w:val="24"/>
              </w:rPr>
              <w:t xml:space="preserve"> </w:t>
            </w:r>
            <w:r w:rsidRPr="0078531E">
              <w:rPr>
                <w:sz w:val="24"/>
              </w:rPr>
              <w:t>ahhoz</w:t>
            </w:r>
            <w:r w:rsidRPr="0078531E">
              <w:rPr>
                <w:spacing w:val="-12"/>
                <w:sz w:val="24"/>
              </w:rPr>
              <w:t xml:space="preserve"> </w:t>
            </w:r>
            <w:r w:rsidRPr="0078531E">
              <w:rPr>
                <w:sz w:val="24"/>
              </w:rPr>
              <w:t>segíti</w:t>
            </w:r>
            <w:r w:rsidRPr="0078531E">
              <w:rPr>
                <w:spacing w:val="-10"/>
                <w:sz w:val="24"/>
              </w:rPr>
              <w:t xml:space="preserve"> </w:t>
            </w:r>
            <w:r w:rsidRPr="0078531E">
              <w:rPr>
                <w:sz w:val="24"/>
              </w:rPr>
              <w:t>a</w:t>
            </w:r>
            <w:r w:rsidRPr="0078531E">
              <w:rPr>
                <w:spacing w:val="-12"/>
                <w:sz w:val="24"/>
              </w:rPr>
              <w:t xml:space="preserve"> </w:t>
            </w:r>
            <w:r w:rsidRPr="0078531E">
              <w:rPr>
                <w:sz w:val="24"/>
              </w:rPr>
              <w:t>gyermeket,</w:t>
            </w:r>
            <w:r w:rsidRPr="0078531E">
              <w:rPr>
                <w:spacing w:val="-10"/>
                <w:sz w:val="24"/>
              </w:rPr>
              <w:t xml:space="preserve"> </w:t>
            </w:r>
            <w:r w:rsidRPr="0078531E">
              <w:rPr>
                <w:sz w:val="24"/>
              </w:rPr>
              <w:t>hogy</w:t>
            </w:r>
            <w:r w:rsidRPr="0078531E">
              <w:rPr>
                <w:spacing w:val="-15"/>
                <w:sz w:val="24"/>
              </w:rPr>
              <w:t xml:space="preserve"> </w:t>
            </w:r>
            <w:r w:rsidRPr="0078531E">
              <w:rPr>
                <w:sz w:val="24"/>
              </w:rPr>
              <w:t>megismerje szűkebb</w:t>
            </w:r>
            <w:r w:rsidRPr="0078531E">
              <w:rPr>
                <w:spacing w:val="3"/>
                <w:sz w:val="24"/>
              </w:rPr>
              <w:t xml:space="preserve"> </w:t>
            </w:r>
            <w:r w:rsidRPr="0078531E">
              <w:rPr>
                <w:sz w:val="24"/>
              </w:rPr>
              <w:t>és</w:t>
            </w:r>
            <w:r w:rsidRPr="0078531E">
              <w:rPr>
                <w:spacing w:val="7"/>
                <w:sz w:val="24"/>
              </w:rPr>
              <w:t xml:space="preserve"> </w:t>
            </w:r>
            <w:r w:rsidRPr="0078531E">
              <w:rPr>
                <w:sz w:val="24"/>
              </w:rPr>
              <w:t>tágabb</w:t>
            </w:r>
            <w:r w:rsidRPr="0078531E">
              <w:rPr>
                <w:spacing w:val="8"/>
                <w:sz w:val="24"/>
              </w:rPr>
              <w:t xml:space="preserve"> </w:t>
            </w:r>
            <w:r w:rsidRPr="0078531E">
              <w:rPr>
                <w:sz w:val="24"/>
              </w:rPr>
              <w:t>környezetét,</w:t>
            </w:r>
            <w:r w:rsidRPr="0078531E">
              <w:rPr>
                <w:spacing w:val="6"/>
                <w:sz w:val="24"/>
              </w:rPr>
              <w:t xml:space="preserve"> </w:t>
            </w:r>
            <w:r w:rsidRPr="0078531E">
              <w:rPr>
                <w:sz w:val="24"/>
              </w:rPr>
              <w:t>amely</w:t>
            </w:r>
            <w:r w:rsidRPr="0078531E">
              <w:rPr>
                <w:spacing w:val="2"/>
                <w:sz w:val="24"/>
              </w:rPr>
              <w:t xml:space="preserve"> </w:t>
            </w:r>
            <w:r w:rsidRPr="0078531E">
              <w:rPr>
                <w:sz w:val="24"/>
              </w:rPr>
              <w:t>a</w:t>
            </w:r>
            <w:r w:rsidRPr="0078531E">
              <w:rPr>
                <w:spacing w:val="7"/>
                <w:sz w:val="24"/>
              </w:rPr>
              <w:t xml:space="preserve"> </w:t>
            </w:r>
            <w:r w:rsidRPr="0078531E">
              <w:rPr>
                <w:sz w:val="24"/>
              </w:rPr>
              <w:t>hazaszeretet</w:t>
            </w:r>
            <w:r w:rsidRPr="0078531E">
              <w:rPr>
                <w:spacing w:val="7"/>
                <w:sz w:val="24"/>
              </w:rPr>
              <w:t xml:space="preserve"> </w:t>
            </w:r>
            <w:r w:rsidRPr="0078531E">
              <w:rPr>
                <w:sz w:val="24"/>
              </w:rPr>
              <w:t>és</w:t>
            </w:r>
            <w:r w:rsidRPr="0078531E">
              <w:rPr>
                <w:spacing w:val="7"/>
                <w:sz w:val="24"/>
              </w:rPr>
              <w:t xml:space="preserve"> </w:t>
            </w:r>
            <w:r w:rsidRPr="0078531E">
              <w:rPr>
                <w:sz w:val="24"/>
              </w:rPr>
              <w:t>a</w:t>
            </w:r>
            <w:r w:rsidRPr="0078531E">
              <w:rPr>
                <w:spacing w:val="7"/>
                <w:sz w:val="24"/>
              </w:rPr>
              <w:t xml:space="preserve"> </w:t>
            </w:r>
            <w:r w:rsidRPr="0078531E">
              <w:rPr>
                <w:sz w:val="24"/>
              </w:rPr>
              <w:t>szülőföldhöz</w:t>
            </w:r>
            <w:r w:rsidRPr="0078531E">
              <w:rPr>
                <w:spacing w:val="8"/>
                <w:sz w:val="24"/>
              </w:rPr>
              <w:t xml:space="preserve"> </w:t>
            </w:r>
            <w:r w:rsidRPr="0078531E">
              <w:rPr>
                <w:sz w:val="24"/>
              </w:rPr>
              <w:t>való</w:t>
            </w:r>
            <w:r w:rsidRPr="0078531E">
              <w:rPr>
                <w:spacing w:val="7"/>
                <w:sz w:val="24"/>
              </w:rPr>
              <w:t xml:space="preserve"> </w:t>
            </w:r>
            <w:r w:rsidRPr="0078531E">
              <w:rPr>
                <w:spacing w:val="-2"/>
                <w:sz w:val="24"/>
              </w:rPr>
              <w:t>kötődés</w:t>
            </w:r>
          </w:p>
          <w:p w14:paraId="22BD7525" w14:textId="77777777" w:rsidR="00AE0CFD" w:rsidRPr="0078531E" w:rsidRDefault="00C3522D">
            <w:pPr>
              <w:pStyle w:val="TableParagraph"/>
              <w:spacing w:line="264" w:lineRule="exact"/>
              <w:ind w:left="830"/>
              <w:rPr>
                <w:sz w:val="24"/>
              </w:rPr>
            </w:pPr>
            <w:r w:rsidRPr="0078531E">
              <w:rPr>
                <w:spacing w:val="-2"/>
                <w:sz w:val="24"/>
              </w:rPr>
              <w:t>alapja</w:t>
            </w:r>
          </w:p>
        </w:tc>
      </w:tr>
      <w:tr w:rsidR="0078531E" w:rsidRPr="0078531E" w14:paraId="32104AD0" w14:textId="77777777">
        <w:trPr>
          <w:trHeight w:val="1103"/>
        </w:trPr>
        <w:tc>
          <w:tcPr>
            <w:tcW w:w="9062" w:type="dxa"/>
          </w:tcPr>
          <w:p w14:paraId="198AC781" w14:textId="77777777" w:rsidR="00AE0CFD" w:rsidRPr="0078531E" w:rsidRDefault="00C3522D">
            <w:pPr>
              <w:pStyle w:val="TableParagraph"/>
              <w:ind w:left="830" w:right="791" w:hanging="360"/>
              <w:jc w:val="both"/>
              <w:rPr>
                <w:sz w:val="24"/>
              </w:rPr>
            </w:pPr>
            <w:r w:rsidRPr="0078531E">
              <w:rPr>
                <w:sz w:val="24"/>
              </w:rPr>
              <w:t>14.</w:t>
            </w:r>
            <w:r w:rsidRPr="0078531E">
              <w:rPr>
                <w:spacing w:val="-2"/>
                <w:sz w:val="24"/>
              </w:rPr>
              <w:t xml:space="preserve"> </w:t>
            </w:r>
            <w:r w:rsidRPr="0078531E">
              <w:rPr>
                <w:sz w:val="24"/>
              </w:rPr>
              <w:t>Ebben</w:t>
            </w:r>
            <w:r w:rsidRPr="0078531E">
              <w:rPr>
                <w:spacing w:val="-1"/>
                <w:sz w:val="24"/>
              </w:rPr>
              <w:t xml:space="preserve"> </w:t>
            </w:r>
            <w:r w:rsidRPr="0078531E">
              <w:rPr>
                <w:sz w:val="24"/>
              </w:rPr>
              <w:t>az életkorban elegendő,</w:t>
            </w:r>
            <w:r w:rsidRPr="0078531E">
              <w:rPr>
                <w:spacing w:val="-1"/>
                <w:sz w:val="24"/>
              </w:rPr>
              <w:t xml:space="preserve"> </w:t>
            </w:r>
            <w:r w:rsidRPr="0078531E">
              <w:rPr>
                <w:sz w:val="24"/>
              </w:rPr>
              <w:t>ha</w:t>
            </w:r>
            <w:r w:rsidRPr="0078531E">
              <w:rPr>
                <w:spacing w:val="-2"/>
                <w:sz w:val="24"/>
              </w:rPr>
              <w:t xml:space="preserve"> </w:t>
            </w:r>
            <w:r w:rsidRPr="0078531E">
              <w:rPr>
                <w:sz w:val="24"/>
              </w:rPr>
              <w:t>az erkölcsiség</w:t>
            </w:r>
            <w:r w:rsidRPr="0078531E">
              <w:rPr>
                <w:spacing w:val="-2"/>
                <w:sz w:val="24"/>
              </w:rPr>
              <w:t xml:space="preserve"> </w:t>
            </w:r>
            <w:r w:rsidRPr="0078531E">
              <w:rPr>
                <w:sz w:val="24"/>
              </w:rPr>
              <w:t>az egymásra</w:t>
            </w:r>
            <w:r w:rsidRPr="0078531E">
              <w:rPr>
                <w:spacing w:val="-2"/>
                <w:sz w:val="24"/>
              </w:rPr>
              <w:t xml:space="preserve"> </w:t>
            </w:r>
            <w:r w:rsidRPr="0078531E">
              <w:rPr>
                <w:sz w:val="24"/>
              </w:rPr>
              <w:t>figyelésben, az együttműködésben,</w:t>
            </w:r>
            <w:r w:rsidRPr="0078531E">
              <w:rPr>
                <w:spacing w:val="-8"/>
                <w:sz w:val="24"/>
              </w:rPr>
              <w:t xml:space="preserve"> </w:t>
            </w:r>
            <w:r w:rsidRPr="0078531E">
              <w:rPr>
                <w:sz w:val="24"/>
              </w:rPr>
              <w:t>segítségadásban</w:t>
            </w:r>
            <w:r w:rsidRPr="0078531E">
              <w:rPr>
                <w:spacing w:val="-8"/>
                <w:sz w:val="24"/>
              </w:rPr>
              <w:t xml:space="preserve"> </w:t>
            </w:r>
            <w:r w:rsidRPr="0078531E">
              <w:rPr>
                <w:sz w:val="24"/>
              </w:rPr>
              <w:t>megnyilvánul,</w:t>
            </w:r>
            <w:r w:rsidRPr="0078531E">
              <w:rPr>
                <w:spacing w:val="-8"/>
                <w:sz w:val="24"/>
              </w:rPr>
              <w:t xml:space="preserve"> </w:t>
            </w:r>
            <w:r w:rsidRPr="0078531E">
              <w:rPr>
                <w:sz w:val="24"/>
              </w:rPr>
              <w:t>illetve</w:t>
            </w:r>
            <w:r w:rsidRPr="0078531E">
              <w:rPr>
                <w:spacing w:val="-8"/>
                <w:sz w:val="24"/>
              </w:rPr>
              <w:t xml:space="preserve"> </w:t>
            </w:r>
            <w:r w:rsidRPr="0078531E">
              <w:rPr>
                <w:sz w:val="24"/>
              </w:rPr>
              <w:t>néhány</w:t>
            </w:r>
            <w:r w:rsidRPr="0078531E">
              <w:rPr>
                <w:spacing w:val="-12"/>
                <w:sz w:val="24"/>
              </w:rPr>
              <w:t xml:space="preserve"> </w:t>
            </w:r>
            <w:r w:rsidRPr="0078531E">
              <w:rPr>
                <w:sz w:val="24"/>
              </w:rPr>
              <w:t>együttélési szabály betartásában. (köszönés, játékeszközök helyrerakása stb.) A normák</w:t>
            </w:r>
          </w:p>
          <w:p w14:paraId="7C144E64" w14:textId="77777777" w:rsidR="00AE0CFD" w:rsidRPr="0078531E" w:rsidRDefault="00C3522D">
            <w:pPr>
              <w:pStyle w:val="TableParagraph"/>
              <w:spacing w:line="264" w:lineRule="exact"/>
              <w:ind w:left="830"/>
              <w:jc w:val="both"/>
              <w:rPr>
                <w:sz w:val="24"/>
              </w:rPr>
            </w:pPr>
            <w:r w:rsidRPr="0078531E">
              <w:rPr>
                <w:sz w:val="24"/>
              </w:rPr>
              <w:t>kialakulása</w:t>
            </w:r>
            <w:r w:rsidRPr="0078531E">
              <w:rPr>
                <w:spacing w:val="-4"/>
                <w:sz w:val="24"/>
              </w:rPr>
              <w:t xml:space="preserve"> </w:t>
            </w:r>
            <w:r w:rsidRPr="0078531E">
              <w:rPr>
                <w:sz w:val="24"/>
              </w:rPr>
              <w:t>és</w:t>
            </w:r>
            <w:r w:rsidRPr="0078531E">
              <w:rPr>
                <w:spacing w:val="1"/>
                <w:sz w:val="24"/>
              </w:rPr>
              <w:t xml:space="preserve"> </w:t>
            </w:r>
            <w:r w:rsidRPr="0078531E">
              <w:rPr>
                <w:sz w:val="24"/>
              </w:rPr>
              <w:t>alkalmazása</w:t>
            </w:r>
            <w:r w:rsidRPr="0078531E">
              <w:rPr>
                <w:spacing w:val="-3"/>
                <w:sz w:val="24"/>
              </w:rPr>
              <w:t xml:space="preserve"> </w:t>
            </w:r>
            <w:r w:rsidRPr="0078531E">
              <w:rPr>
                <w:sz w:val="24"/>
              </w:rPr>
              <w:t>a</w:t>
            </w:r>
            <w:r w:rsidRPr="0078531E">
              <w:rPr>
                <w:spacing w:val="-2"/>
                <w:sz w:val="24"/>
              </w:rPr>
              <w:t xml:space="preserve"> </w:t>
            </w:r>
            <w:r w:rsidRPr="0078531E">
              <w:rPr>
                <w:sz w:val="24"/>
              </w:rPr>
              <w:t>mindennapok</w:t>
            </w:r>
            <w:r w:rsidRPr="0078531E">
              <w:rPr>
                <w:spacing w:val="-1"/>
                <w:sz w:val="24"/>
              </w:rPr>
              <w:t xml:space="preserve"> </w:t>
            </w:r>
            <w:r w:rsidRPr="0078531E">
              <w:rPr>
                <w:sz w:val="24"/>
              </w:rPr>
              <w:t>része,</w:t>
            </w:r>
            <w:r w:rsidRPr="0078531E">
              <w:rPr>
                <w:spacing w:val="-2"/>
                <w:sz w:val="24"/>
              </w:rPr>
              <w:t xml:space="preserve"> </w:t>
            </w:r>
            <w:r w:rsidRPr="0078531E">
              <w:rPr>
                <w:sz w:val="24"/>
              </w:rPr>
              <w:t>áthatja</w:t>
            </w:r>
            <w:r w:rsidRPr="0078531E">
              <w:rPr>
                <w:spacing w:val="-1"/>
                <w:sz w:val="24"/>
              </w:rPr>
              <w:t xml:space="preserve"> </w:t>
            </w:r>
            <w:r w:rsidRPr="0078531E">
              <w:rPr>
                <w:sz w:val="24"/>
              </w:rPr>
              <w:t>magát</w:t>
            </w:r>
            <w:r w:rsidRPr="0078531E">
              <w:rPr>
                <w:spacing w:val="-2"/>
                <w:sz w:val="24"/>
              </w:rPr>
              <w:t xml:space="preserve"> </w:t>
            </w:r>
            <w:r w:rsidRPr="0078531E">
              <w:rPr>
                <w:sz w:val="24"/>
              </w:rPr>
              <w:t>a gyermeki</w:t>
            </w:r>
            <w:r w:rsidRPr="0078531E">
              <w:rPr>
                <w:spacing w:val="1"/>
                <w:sz w:val="24"/>
              </w:rPr>
              <w:t xml:space="preserve"> </w:t>
            </w:r>
            <w:r w:rsidRPr="0078531E">
              <w:rPr>
                <w:spacing w:val="-2"/>
                <w:sz w:val="24"/>
              </w:rPr>
              <w:t>életet.</w:t>
            </w:r>
          </w:p>
        </w:tc>
      </w:tr>
      <w:tr w:rsidR="0078531E" w:rsidRPr="0078531E" w14:paraId="0EB726EC" w14:textId="77777777">
        <w:trPr>
          <w:trHeight w:val="568"/>
        </w:trPr>
        <w:tc>
          <w:tcPr>
            <w:tcW w:w="9062" w:type="dxa"/>
          </w:tcPr>
          <w:p w14:paraId="3612EA66" w14:textId="5C4A035C" w:rsidR="00AE0CFD" w:rsidRPr="0078531E" w:rsidRDefault="00C3522D" w:rsidP="002E0B60">
            <w:pPr>
              <w:pStyle w:val="TableParagraph"/>
              <w:spacing w:line="276" w:lineRule="exact"/>
              <w:ind w:left="393" w:firstLine="164"/>
              <w:jc w:val="both"/>
              <w:rPr>
                <w:sz w:val="24"/>
              </w:rPr>
            </w:pPr>
            <w:r w:rsidRPr="0078531E">
              <w:rPr>
                <w:sz w:val="24"/>
              </w:rPr>
              <w:t>15.</w:t>
            </w:r>
            <w:r w:rsidRPr="0078531E">
              <w:rPr>
                <w:spacing w:val="-7"/>
                <w:sz w:val="24"/>
              </w:rPr>
              <w:t xml:space="preserve"> </w:t>
            </w:r>
            <w:r w:rsidRPr="0078531E">
              <w:rPr>
                <w:sz w:val="24"/>
              </w:rPr>
              <w:t>A</w:t>
            </w:r>
            <w:r w:rsidRPr="0078531E">
              <w:rPr>
                <w:spacing w:val="-8"/>
                <w:sz w:val="24"/>
              </w:rPr>
              <w:t xml:space="preserve"> </w:t>
            </w:r>
            <w:r w:rsidRPr="0078531E">
              <w:rPr>
                <w:sz w:val="24"/>
              </w:rPr>
              <w:t>fokozatos</w:t>
            </w:r>
            <w:r w:rsidRPr="0078531E">
              <w:rPr>
                <w:spacing w:val="-7"/>
                <w:sz w:val="24"/>
              </w:rPr>
              <w:t xml:space="preserve"> </w:t>
            </w:r>
            <w:r w:rsidRPr="0078531E">
              <w:rPr>
                <w:sz w:val="24"/>
              </w:rPr>
              <w:t>elszakadást</w:t>
            </w:r>
            <w:r w:rsidRPr="0078531E">
              <w:rPr>
                <w:spacing w:val="-7"/>
                <w:sz w:val="24"/>
              </w:rPr>
              <w:t xml:space="preserve"> </w:t>
            </w:r>
            <w:r w:rsidRPr="0078531E">
              <w:rPr>
                <w:sz w:val="24"/>
              </w:rPr>
              <w:t>úgy</w:t>
            </w:r>
            <w:r w:rsidRPr="0078531E">
              <w:rPr>
                <w:spacing w:val="-12"/>
                <w:sz w:val="24"/>
              </w:rPr>
              <w:t xml:space="preserve"> </w:t>
            </w:r>
            <w:r w:rsidRPr="0078531E">
              <w:rPr>
                <w:sz w:val="24"/>
              </w:rPr>
              <w:t>biztosítjuk,</w:t>
            </w:r>
            <w:r w:rsidRPr="0078531E">
              <w:rPr>
                <w:spacing w:val="-7"/>
                <w:sz w:val="24"/>
              </w:rPr>
              <w:t xml:space="preserve"> </w:t>
            </w:r>
            <w:r w:rsidRPr="0078531E">
              <w:rPr>
                <w:sz w:val="24"/>
              </w:rPr>
              <w:t>hogy</w:t>
            </w:r>
            <w:r w:rsidRPr="0078531E">
              <w:rPr>
                <w:spacing w:val="-10"/>
                <w:sz w:val="24"/>
              </w:rPr>
              <w:t xml:space="preserve"> </w:t>
            </w:r>
            <w:r w:rsidRPr="0078531E">
              <w:rPr>
                <w:sz w:val="24"/>
              </w:rPr>
              <w:t>a</w:t>
            </w:r>
            <w:r w:rsidRPr="0078531E">
              <w:rPr>
                <w:spacing w:val="-6"/>
                <w:sz w:val="24"/>
              </w:rPr>
              <w:t xml:space="preserve"> </w:t>
            </w:r>
            <w:r w:rsidRPr="0078531E">
              <w:rPr>
                <w:sz w:val="24"/>
              </w:rPr>
              <w:t>szülő</w:t>
            </w:r>
            <w:r w:rsidRPr="0078531E">
              <w:rPr>
                <w:spacing w:val="-7"/>
                <w:sz w:val="24"/>
              </w:rPr>
              <w:t xml:space="preserve"> </w:t>
            </w:r>
            <w:r w:rsidRPr="0078531E">
              <w:rPr>
                <w:sz w:val="24"/>
              </w:rPr>
              <w:t>vagy</w:t>
            </w:r>
            <w:r w:rsidRPr="0078531E">
              <w:rPr>
                <w:spacing w:val="-12"/>
                <w:sz w:val="24"/>
              </w:rPr>
              <w:t xml:space="preserve"> </w:t>
            </w:r>
            <w:r w:rsidRPr="0078531E">
              <w:rPr>
                <w:sz w:val="24"/>
              </w:rPr>
              <w:t>szülők</w:t>
            </w:r>
            <w:r w:rsidRPr="0078531E">
              <w:rPr>
                <w:spacing w:val="-7"/>
                <w:sz w:val="24"/>
              </w:rPr>
              <w:t xml:space="preserve"> </w:t>
            </w:r>
            <w:r w:rsidRPr="0078531E">
              <w:rPr>
                <w:sz w:val="24"/>
              </w:rPr>
              <w:t>a</w:t>
            </w:r>
            <w:r w:rsidRPr="0078531E">
              <w:rPr>
                <w:spacing w:val="-6"/>
                <w:sz w:val="24"/>
              </w:rPr>
              <w:t xml:space="preserve"> </w:t>
            </w:r>
            <w:r w:rsidR="00A1702D" w:rsidRPr="0078531E">
              <w:rPr>
                <w:sz w:val="24"/>
              </w:rPr>
              <w:t>be</w:t>
            </w:r>
            <w:r w:rsidRPr="0078531E">
              <w:rPr>
                <w:sz w:val="24"/>
              </w:rPr>
              <w:t>fogadás</w:t>
            </w:r>
            <w:r w:rsidRPr="0078531E">
              <w:rPr>
                <w:spacing w:val="-7"/>
                <w:sz w:val="24"/>
              </w:rPr>
              <w:t xml:space="preserve"> </w:t>
            </w:r>
            <w:r w:rsidRPr="0078531E">
              <w:rPr>
                <w:sz w:val="24"/>
              </w:rPr>
              <w:t xml:space="preserve">kezdeti </w:t>
            </w:r>
            <w:r w:rsidR="002E0B60" w:rsidRPr="0078531E">
              <w:rPr>
                <w:sz w:val="24"/>
              </w:rPr>
              <w:t xml:space="preserve">  </w:t>
            </w:r>
            <w:r w:rsidR="00914541" w:rsidRPr="0078531E">
              <w:rPr>
                <w:sz w:val="24"/>
              </w:rPr>
              <w:t xml:space="preserve"> </w:t>
            </w:r>
            <w:r w:rsidRPr="0078531E">
              <w:rPr>
                <w:sz w:val="24"/>
              </w:rPr>
              <w:t>szakaszában részt vehetnek a gyermekükkel együtt az óvodai életben.</w:t>
            </w:r>
          </w:p>
        </w:tc>
      </w:tr>
      <w:tr w:rsidR="0078531E" w:rsidRPr="0078531E" w14:paraId="325F518C" w14:textId="77777777">
        <w:trPr>
          <w:trHeight w:val="633"/>
        </w:trPr>
        <w:tc>
          <w:tcPr>
            <w:tcW w:w="9062" w:type="dxa"/>
          </w:tcPr>
          <w:p w14:paraId="3B25C0B9" w14:textId="20D861EA" w:rsidR="00AE0CFD" w:rsidRPr="0078531E" w:rsidRDefault="00914541" w:rsidP="00914541">
            <w:pPr>
              <w:pStyle w:val="TableParagraph"/>
              <w:spacing w:line="270" w:lineRule="exact"/>
              <w:ind w:left="415"/>
              <w:rPr>
                <w:sz w:val="24"/>
              </w:rPr>
            </w:pPr>
            <w:r w:rsidRPr="0078531E">
              <w:rPr>
                <w:sz w:val="24"/>
              </w:rPr>
              <w:t xml:space="preserve">  </w:t>
            </w:r>
            <w:r w:rsidR="00C3522D" w:rsidRPr="0078531E">
              <w:rPr>
                <w:sz w:val="24"/>
              </w:rPr>
              <w:t>16.</w:t>
            </w:r>
            <w:r w:rsidR="00C3522D" w:rsidRPr="0078531E">
              <w:rPr>
                <w:spacing w:val="-12"/>
                <w:sz w:val="24"/>
              </w:rPr>
              <w:t xml:space="preserve"> </w:t>
            </w:r>
            <w:r w:rsidR="00C3522D" w:rsidRPr="0078531E">
              <w:rPr>
                <w:sz w:val="24"/>
              </w:rPr>
              <w:t>A</w:t>
            </w:r>
            <w:r w:rsidR="00C3522D" w:rsidRPr="0078531E">
              <w:rPr>
                <w:spacing w:val="-11"/>
                <w:sz w:val="24"/>
              </w:rPr>
              <w:t xml:space="preserve"> </w:t>
            </w:r>
            <w:r w:rsidR="00C3522D" w:rsidRPr="0078531E">
              <w:rPr>
                <w:sz w:val="24"/>
              </w:rPr>
              <w:t>gyermek</w:t>
            </w:r>
            <w:r w:rsidR="00C3522D" w:rsidRPr="0078531E">
              <w:rPr>
                <w:spacing w:val="-11"/>
                <w:sz w:val="24"/>
              </w:rPr>
              <w:t xml:space="preserve"> </w:t>
            </w:r>
            <w:r w:rsidR="00C3522D" w:rsidRPr="0078531E">
              <w:rPr>
                <w:sz w:val="24"/>
              </w:rPr>
              <w:t>óvodában</w:t>
            </w:r>
            <w:r w:rsidR="00C3522D" w:rsidRPr="0078531E">
              <w:rPr>
                <w:spacing w:val="-10"/>
                <w:sz w:val="24"/>
              </w:rPr>
              <w:t xml:space="preserve"> </w:t>
            </w:r>
            <w:r w:rsidR="00C3522D" w:rsidRPr="0078531E">
              <w:rPr>
                <w:sz w:val="24"/>
              </w:rPr>
              <w:t>eltöltött</w:t>
            </w:r>
            <w:r w:rsidR="00C3522D" w:rsidRPr="0078531E">
              <w:rPr>
                <w:spacing w:val="-10"/>
                <w:sz w:val="24"/>
              </w:rPr>
              <w:t xml:space="preserve"> </w:t>
            </w:r>
            <w:r w:rsidR="00C3522D" w:rsidRPr="0078531E">
              <w:rPr>
                <w:sz w:val="24"/>
              </w:rPr>
              <w:t>idejét</w:t>
            </w:r>
            <w:r w:rsidR="00C3522D" w:rsidRPr="0078531E">
              <w:rPr>
                <w:spacing w:val="-10"/>
                <w:sz w:val="24"/>
              </w:rPr>
              <w:t xml:space="preserve"> </w:t>
            </w:r>
            <w:r w:rsidR="00C3522D" w:rsidRPr="0078531E">
              <w:rPr>
                <w:sz w:val="24"/>
              </w:rPr>
              <w:t>úgy</w:t>
            </w:r>
            <w:r w:rsidR="00C3522D" w:rsidRPr="0078531E">
              <w:rPr>
                <w:spacing w:val="-15"/>
                <w:sz w:val="24"/>
              </w:rPr>
              <w:t xml:space="preserve"> </w:t>
            </w:r>
            <w:r w:rsidR="00C3522D" w:rsidRPr="0078531E">
              <w:rPr>
                <w:sz w:val="24"/>
              </w:rPr>
              <w:t>szervezzük,</w:t>
            </w:r>
            <w:r w:rsidR="00C3522D" w:rsidRPr="0078531E">
              <w:rPr>
                <w:spacing w:val="-11"/>
                <w:sz w:val="24"/>
              </w:rPr>
              <w:t xml:space="preserve"> </w:t>
            </w:r>
            <w:r w:rsidR="00C3522D" w:rsidRPr="0078531E">
              <w:rPr>
                <w:sz w:val="24"/>
              </w:rPr>
              <w:t>hogy</w:t>
            </w:r>
            <w:r w:rsidR="00C3522D" w:rsidRPr="0078531E">
              <w:rPr>
                <w:spacing w:val="-15"/>
                <w:sz w:val="24"/>
              </w:rPr>
              <w:t xml:space="preserve"> </w:t>
            </w:r>
            <w:r w:rsidR="00C3522D" w:rsidRPr="0078531E">
              <w:rPr>
                <w:sz w:val="24"/>
              </w:rPr>
              <w:t>mindvégig</w:t>
            </w:r>
            <w:r w:rsidR="00C3522D" w:rsidRPr="0078531E">
              <w:rPr>
                <w:spacing w:val="-10"/>
                <w:sz w:val="24"/>
              </w:rPr>
              <w:t xml:space="preserve"> </w:t>
            </w:r>
            <w:r w:rsidR="00C3522D" w:rsidRPr="0078531E">
              <w:rPr>
                <w:sz w:val="24"/>
              </w:rPr>
              <w:t>érezze</w:t>
            </w:r>
            <w:r w:rsidR="00C3522D" w:rsidRPr="0078531E">
              <w:rPr>
                <w:spacing w:val="-12"/>
                <w:sz w:val="24"/>
              </w:rPr>
              <w:t xml:space="preserve"> </w:t>
            </w:r>
            <w:r w:rsidR="00C3522D" w:rsidRPr="0078531E">
              <w:rPr>
                <w:sz w:val="24"/>
              </w:rPr>
              <w:t>az</w:t>
            </w:r>
            <w:r w:rsidR="00C3522D" w:rsidRPr="0078531E">
              <w:rPr>
                <w:spacing w:val="-9"/>
                <w:sz w:val="24"/>
              </w:rPr>
              <w:t xml:space="preserve"> </w:t>
            </w:r>
            <w:r w:rsidR="00C3522D" w:rsidRPr="0078531E">
              <w:rPr>
                <w:spacing w:val="-2"/>
                <w:sz w:val="24"/>
              </w:rPr>
              <w:t>érzelmi</w:t>
            </w:r>
            <w:r w:rsidRPr="0078531E">
              <w:rPr>
                <w:sz w:val="24"/>
              </w:rPr>
              <w:t xml:space="preserve"> </w:t>
            </w:r>
            <w:r w:rsidR="00C3522D" w:rsidRPr="0078531E">
              <w:rPr>
                <w:sz w:val="24"/>
              </w:rPr>
              <w:t>biztonságot,</w:t>
            </w:r>
            <w:r w:rsidR="00C3522D" w:rsidRPr="0078531E">
              <w:rPr>
                <w:spacing w:val="-4"/>
                <w:sz w:val="24"/>
              </w:rPr>
              <w:t xml:space="preserve"> </w:t>
            </w:r>
            <w:r w:rsidR="00C3522D" w:rsidRPr="0078531E">
              <w:rPr>
                <w:sz w:val="24"/>
              </w:rPr>
              <w:t>az</w:t>
            </w:r>
            <w:r w:rsidR="00C3522D" w:rsidRPr="0078531E">
              <w:rPr>
                <w:spacing w:val="-2"/>
                <w:sz w:val="24"/>
              </w:rPr>
              <w:t xml:space="preserve"> </w:t>
            </w:r>
            <w:r w:rsidR="00C3522D" w:rsidRPr="0078531E">
              <w:rPr>
                <w:sz w:val="24"/>
              </w:rPr>
              <w:t>óvodapedagógus</w:t>
            </w:r>
            <w:r w:rsidR="00C3522D" w:rsidRPr="0078531E">
              <w:rPr>
                <w:spacing w:val="1"/>
                <w:sz w:val="24"/>
              </w:rPr>
              <w:t xml:space="preserve"> </w:t>
            </w:r>
            <w:r w:rsidR="00C3522D" w:rsidRPr="0078531E">
              <w:rPr>
                <w:sz w:val="24"/>
              </w:rPr>
              <w:t>és</w:t>
            </w:r>
            <w:r w:rsidR="00C3522D" w:rsidRPr="0078531E">
              <w:rPr>
                <w:spacing w:val="-3"/>
                <w:sz w:val="24"/>
              </w:rPr>
              <w:t xml:space="preserve"> </w:t>
            </w:r>
            <w:r w:rsidR="00C3522D" w:rsidRPr="0078531E">
              <w:rPr>
                <w:sz w:val="24"/>
              </w:rPr>
              <w:t>a</w:t>
            </w:r>
            <w:r w:rsidR="00C3522D" w:rsidRPr="0078531E">
              <w:rPr>
                <w:spacing w:val="-3"/>
                <w:sz w:val="24"/>
              </w:rPr>
              <w:t xml:space="preserve"> </w:t>
            </w:r>
            <w:r w:rsidR="00C3522D" w:rsidRPr="0078531E">
              <w:rPr>
                <w:sz w:val="24"/>
              </w:rPr>
              <w:t>dajka</w:t>
            </w:r>
            <w:r w:rsidR="00C3522D" w:rsidRPr="0078531E">
              <w:rPr>
                <w:spacing w:val="-2"/>
                <w:sz w:val="24"/>
              </w:rPr>
              <w:t xml:space="preserve"> </w:t>
            </w:r>
            <w:r w:rsidR="00C3522D" w:rsidRPr="0078531E">
              <w:rPr>
                <w:sz w:val="24"/>
              </w:rPr>
              <w:t>elfogadó</w:t>
            </w:r>
            <w:r w:rsidR="00C3522D" w:rsidRPr="0078531E">
              <w:rPr>
                <w:spacing w:val="-2"/>
                <w:sz w:val="24"/>
              </w:rPr>
              <w:t xml:space="preserve"> </w:t>
            </w:r>
            <w:r w:rsidR="00C3522D" w:rsidRPr="0078531E">
              <w:rPr>
                <w:sz w:val="24"/>
              </w:rPr>
              <w:t>gondoskodását,</w:t>
            </w:r>
            <w:r w:rsidR="00C3522D" w:rsidRPr="0078531E">
              <w:rPr>
                <w:spacing w:val="-1"/>
                <w:sz w:val="24"/>
              </w:rPr>
              <w:t xml:space="preserve"> </w:t>
            </w:r>
            <w:r w:rsidR="00C3522D" w:rsidRPr="0078531E">
              <w:rPr>
                <w:spacing w:val="-2"/>
                <w:sz w:val="24"/>
              </w:rPr>
              <w:t>szeretetét.</w:t>
            </w:r>
          </w:p>
        </w:tc>
      </w:tr>
      <w:tr w:rsidR="0078531E" w:rsidRPr="0078531E" w14:paraId="5770577B" w14:textId="77777777">
        <w:trPr>
          <w:trHeight w:val="568"/>
        </w:trPr>
        <w:tc>
          <w:tcPr>
            <w:tcW w:w="9062" w:type="dxa"/>
          </w:tcPr>
          <w:p w14:paraId="0DC8479F" w14:textId="446944C7" w:rsidR="00AE0CFD" w:rsidRPr="0078531E" w:rsidRDefault="002E0B60" w:rsidP="002E0B60">
            <w:pPr>
              <w:pStyle w:val="TableParagraph"/>
              <w:spacing w:before="138"/>
              <w:ind w:left="415" w:hanging="415"/>
              <w:rPr>
                <w:sz w:val="24"/>
              </w:rPr>
            </w:pPr>
            <w:r w:rsidRPr="0078531E">
              <w:rPr>
                <w:sz w:val="24"/>
              </w:rPr>
              <w:t xml:space="preserve">  </w:t>
            </w:r>
            <w:r w:rsidR="00914541" w:rsidRPr="0078531E">
              <w:rPr>
                <w:sz w:val="24"/>
              </w:rPr>
              <w:t xml:space="preserve">      </w:t>
            </w:r>
            <w:r w:rsidRPr="0078531E">
              <w:rPr>
                <w:sz w:val="24"/>
              </w:rPr>
              <w:t xml:space="preserve"> </w:t>
            </w:r>
            <w:r w:rsidR="00C3522D" w:rsidRPr="0078531E">
              <w:rPr>
                <w:sz w:val="24"/>
              </w:rPr>
              <w:t>17.</w:t>
            </w:r>
            <w:r w:rsidR="00C3522D" w:rsidRPr="0078531E">
              <w:rPr>
                <w:spacing w:val="-1"/>
                <w:sz w:val="24"/>
              </w:rPr>
              <w:t xml:space="preserve"> </w:t>
            </w:r>
            <w:r w:rsidR="00C3522D" w:rsidRPr="0078531E">
              <w:rPr>
                <w:sz w:val="24"/>
              </w:rPr>
              <w:t>Az óvodai</w:t>
            </w:r>
            <w:r w:rsidR="00C3522D" w:rsidRPr="0078531E">
              <w:rPr>
                <w:spacing w:val="-1"/>
                <w:sz w:val="24"/>
              </w:rPr>
              <w:t xml:space="preserve"> </w:t>
            </w:r>
            <w:r w:rsidR="00C3522D" w:rsidRPr="0078531E">
              <w:rPr>
                <w:sz w:val="24"/>
              </w:rPr>
              <w:t xml:space="preserve">jele </w:t>
            </w:r>
            <w:r w:rsidR="004F301A" w:rsidRPr="0078531E">
              <w:rPr>
                <w:sz w:val="24"/>
              </w:rPr>
              <w:t xml:space="preserve">többnyire </w:t>
            </w:r>
            <w:r w:rsidR="00C3522D" w:rsidRPr="0078531E">
              <w:rPr>
                <w:sz w:val="24"/>
              </w:rPr>
              <w:t>végig</w:t>
            </w:r>
            <w:r w:rsidR="00C3522D" w:rsidRPr="0078531E">
              <w:rPr>
                <w:spacing w:val="-4"/>
                <w:sz w:val="24"/>
              </w:rPr>
              <w:t xml:space="preserve"> </w:t>
            </w:r>
            <w:r w:rsidR="00C3522D" w:rsidRPr="0078531E">
              <w:rPr>
                <w:sz w:val="24"/>
              </w:rPr>
              <w:t>kíséri őt</w:t>
            </w:r>
            <w:r w:rsidR="00C3522D" w:rsidRPr="0078531E">
              <w:rPr>
                <w:spacing w:val="-1"/>
                <w:sz w:val="24"/>
              </w:rPr>
              <w:t xml:space="preserve"> </w:t>
            </w:r>
            <w:r w:rsidR="00C3522D" w:rsidRPr="0078531E">
              <w:rPr>
                <w:sz w:val="24"/>
              </w:rPr>
              <w:t>az</w:t>
            </w:r>
            <w:r w:rsidR="00C3522D" w:rsidRPr="0078531E">
              <w:rPr>
                <w:spacing w:val="1"/>
                <w:sz w:val="24"/>
              </w:rPr>
              <w:t xml:space="preserve"> </w:t>
            </w:r>
            <w:r w:rsidR="00C3522D" w:rsidRPr="0078531E">
              <w:rPr>
                <w:sz w:val="24"/>
              </w:rPr>
              <w:t xml:space="preserve">óvodáskor </w:t>
            </w:r>
            <w:r w:rsidR="00C3522D" w:rsidRPr="0078531E">
              <w:rPr>
                <w:spacing w:val="-2"/>
                <w:sz w:val="24"/>
              </w:rPr>
              <w:t>végéig.</w:t>
            </w:r>
          </w:p>
        </w:tc>
      </w:tr>
      <w:tr w:rsidR="0078531E" w:rsidRPr="0078531E" w14:paraId="56C36CFC" w14:textId="77777777">
        <w:trPr>
          <w:trHeight w:val="1104"/>
        </w:trPr>
        <w:tc>
          <w:tcPr>
            <w:tcW w:w="9062" w:type="dxa"/>
          </w:tcPr>
          <w:p w14:paraId="1D801C1E" w14:textId="3288A2ED" w:rsidR="00AE0CFD" w:rsidRPr="0078531E" w:rsidRDefault="002E0B60" w:rsidP="00964876">
            <w:pPr>
              <w:pStyle w:val="TableParagraph"/>
              <w:rPr>
                <w:sz w:val="24"/>
              </w:rPr>
            </w:pPr>
            <w:r w:rsidRPr="0078531E">
              <w:rPr>
                <w:sz w:val="24"/>
              </w:rPr>
              <w:t xml:space="preserve">    </w:t>
            </w:r>
            <w:r w:rsidR="00914541" w:rsidRPr="0078531E">
              <w:rPr>
                <w:sz w:val="24"/>
              </w:rPr>
              <w:t xml:space="preserve">     </w:t>
            </w:r>
            <w:r w:rsidR="00C3522D" w:rsidRPr="0078531E">
              <w:rPr>
                <w:sz w:val="24"/>
              </w:rPr>
              <w:t>18.</w:t>
            </w:r>
            <w:r w:rsidR="00C3522D" w:rsidRPr="0078531E">
              <w:rPr>
                <w:spacing w:val="-5"/>
                <w:sz w:val="24"/>
              </w:rPr>
              <w:t xml:space="preserve"> </w:t>
            </w:r>
            <w:r w:rsidR="00C3522D" w:rsidRPr="0078531E">
              <w:rPr>
                <w:sz w:val="24"/>
              </w:rPr>
              <w:t>A</w:t>
            </w:r>
            <w:r w:rsidR="00C3522D" w:rsidRPr="0078531E">
              <w:rPr>
                <w:spacing w:val="-6"/>
                <w:sz w:val="24"/>
              </w:rPr>
              <w:t xml:space="preserve"> </w:t>
            </w:r>
            <w:r w:rsidR="00C3522D" w:rsidRPr="0078531E">
              <w:rPr>
                <w:sz w:val="24"/>
              </w:rPr>
              <w:t>tervezett,</w:t>
            </w:r>
            <w:r w:rsidR="00C3522D" w:rsidRPr="0078531E">
              <w:rPr>
                <w:spacing w:val="-5"/>
                <w:sz w:val="24"/>
              </w:rPr>
              <w:t xml:space="preserve"> </w:t>
            </w:r>
            <w:r w:rsidR="00C3522D" w:rsidRPr="0078531E">
              <w:rPr>
                <w:sz w:val="24"/>
              </w:rPr>
              <w:t>szervezett</w:t>
            </w:r>
            <w:r w:rsidR="00C3522D" w:rsidRPr="0078531E">
              <w:rPr>
                <w:spacing w:val="-5"/>
                <w:sz w:val="24"/>
              </w:rPr>
              <w:t xml:space="preserve"> </w:t>
            </w:r>
            <w:r w:rsidR="00C3522D" w:rsidRPr="0078531E">
              <w:rPr>
                <w:sz w:val="24"/>
              </w:rPr>
              <w:t>tevékenységek</w:t>
            </w:r>
            <w:r w:rsidR="00C3522D" w:rsidRPr="0078531E">
              <w:rPr>
                <w:spacing w:val="-3"/>
                <w:sz w:val="24"/>
              </w:rPr>
              <w:t xml:space="preserve"> </w:t>
            </w:r>
            <w:r w:rsidR="00C3522D" w:rsidRPr="0078531E">
              <w:rPr>
                <w:sz w:val="24"/>
              </w:rPr>
              <w:t>és</w:t>
            </w:r>
            <w:r w:rsidR="00C3522D" w:rsidRPr="0078531E">
              <w:rPr>
                <w:spacing w:val="-6"/>
                <w:sz w:val="24"/>
              </w:rPr>
              <w:t xml:space="preserve"> </w:t>
            </w:r>
            <w:r w:rsidR="00C3522D" w:rsidRPr="0078531E">
              <w:rPr>
                <w:sz w:val="24"/>
              </w:rPr>
              <w:t>a</w:t>
            </w:r>
            <w:r w:rsidR="00C3522D" w:rsidRPr="0078531E">
              <w:rPr>
                <w:spacing w:val="-4"/>
                <w:sz w:val="24"/>
              </w:rPr>
              <w:t xml:space="preserve"> </w:t>
            </w:r>
            <w:r w:rsidR="00C3522D" w:rsidRPr="0078531E">
              <w:rPr>
                <w:sz w:val="24"/>
              </w:rPr>
              <w:t>közös</w:t>
            </w:r>
            <w:r w:rsidR="00C3522D" w:rsidRPr="0078531E">
              <w:rPr>
                <w:spacing w:val="-6"/>
                <w:sz w:val="24"/>
              </w:rPr>
              <w:t xml:space="preserve"> </w:t>
            </w:r>
            <w:r w:rsidR="00C3522D" w:rsidRPr="0078531E">
              <w:rPr>
                <w:sz w:val="24"/>
              </w:rPr>
              <w:t>programok</w:t>
            </w:r>
            <w:r w:rsidR="00C3522D" w:rsidRPr="0078531E">
              <w:rPr>
                <w:spacing w:val="-5"/>
                <w:sz w:val="24"/>
              </w:rPr>
              <w:t xml:space="preserve"> </w:t>
            </w:r>
            <w:r w:rsidR="00C3522D" w:rsidRPr="0078531E">
              <w:rPr>
                <w:sz w:val="24"/>
              </w:rPr>
              <w:t>segítenek</w:t>
            </w:r>
            <w:r w:rsidR="00C3522D" w:rsidRPr="0078531E">
              <w:rPr>
                <w:spacing w:val="-5"/>
                <w:sz w:val="24"/>
              </w:rPr>
              <w:t xml:space="preserve"> </w:t>
            </w:r>
            <w:r w:rsidR="00C3522D" w:rsidRPr="0078531E">
              <w:rPr>
                <w:sz w:val="24"/>
              </w:rPr>
              <w:t>a</w:t>
            </w:r>
            <w:r w:rsidR="00C3522D" w:rsidRPr="0078531E">
              <w:rPr>
                <w:spacing w:val="-4"/>
                <w:sz w:val="24"/>
              </w:rPr>
              <w:t xml:space="preserve"> </w:t>
            </w:r>
            <w:r w:rsidR="00C3522D" w:rsidRPr="0078531E">
              <w:rPr>
                <w:sz w:val="24"/>
              </w:rPr>
              <w:t>gyermeke</w:t>
            </w:r>
            <w:r w:rsidR="00964876" w:rsidRPr="0078531E">
              <w:rPr>
                <w:sz w:val="24"/>
              </w:rPr>
              <w:t xml:space="preserve">k </w:t>
            </w:r>
            <w:r w:rsidR="00C3522D" w:rsidRPr="0078531E">
              <w:rPr>
                <w:sz w:val="24"/>
              </w:rPr>
              <w:t>számára a „másság elfogadására” fejleszti a gyermekek pozitív emberi magatartását,</w:t>
            </w:r>
            <w:r w:rsidR="00964876" w:rsidRPr="0078531E">
              <w:rPr>
                <w:sz w:val="24"/>
              </w:rPr>
              <w:t xml:space="preserve"> </w:t>
            </w:r>
            <w:r w:rsidR="00C3522D" w:rsidRPr="0078531E">
              <w:rPr>
                <w:sz w:val="24"/>
              </w:rPr>
              <w:t>társaival</w:t>
            </w:r>
            <w:r w:rsidR="00C3522D" w:rsidRPr="0078531E">
              <w:rPr>
                <w:spacing w:val="-6"/>
                <w:sz w:val="24"/>
              </w:rPr>
              <w:t xml:space="preserve"> </w:t>
            </w:r>
            <w:r w:rsidR="00C3522D" w:rsidRPr="0078531E">
              <w:rPr>
                <w:sz w:val="24"/>
              </w:rPr>
              <w:t>való</w:t>
            </w:r>
            <w:r w:rsidR="00C3522D" w:rsidRPr="0078531E">
              <w:rPr>
                <w:spacing w:val="-6"/>
                <w:sz w:val="24"/>
              </w:rPr>
              <w:t xml:space="preserve"> </w:t>
            </w:r>
            <w:r w:rsidR="00C3522D" w:rsidRPr="0078531E">
              <w:rPr>
                <w:sz w:val="24"/>
              </w:rPr>
              <w:t>viszonyát,</w:t>
            </w:r>
            <w:r w:rsidR="00C3522D" w:rsidRPr="0078531E">
              <w:rPr>
                <w:spacing w:val="-5"/>
                <w:sz w:val="24"/>
              </w:rPr>
              <w:t xml:space="preserve"> </w:t>
            </w:r>
            <w:r w:rsidR="00C3522D" w:rsidRPr="0078531E">
              <w:rPr>
                <w:sz w:val="24"/>
              </w:rPr>
              <w:t>versenyszellemet,</w:t>
            </w:r>
            <w:r w:rsidR="00C3522D" w:rsidRPr="0078531E">
              <w:rPr>
                <w:spacing w:val="-6"/>
                <w:sz w:val="24"/>
              </w:rPr>
              <w:t xml:space="preserve"> </w:t>
            </w:r>
            <w:r w:rsidR="00C3522D" w:rsidRPr="0078531E">
              <w:rPr>
                <w:sz w:val="24"/>
              </w:rPr>
              <w:t>kudarctűrést,</w:t>
            </w:r>
            <w:r w:rsidR="00C3522D" w:rsidRPr="0078531E">
              <w:rPr>
                <w:spacing w:val="-6"/>
                <w:sz w:val="24"/>
              </w:rPr>
              <w:t xml:space="preserve"> </w:t>
            </w:r>
            <w:r w:rsidR="00C3522D" w:rsidRPr="0078531E">
              <w:rPr>
                <w:sz w:val="24"/>
              </w:rPr>
              <w:t>figyelmet,</w:t>
            </w:r>
            <w:r w:rsidR="00C3522D" w:rsidRPr="0078531E">
              <w:rPr>
                <w:spacing w:val="-6"/>
                <w:sz w:val="24"/>
              </w:rPr>
              <w:t xml:space="preserve"> </w:t>
            </w:r>
            <w:r w:rsidR="00C3522D" w:rsidRPr="0078531E">
              <w:rPr>
                <w:sz w:val="24"/>
              </w:rPr>
              <w:t>türelmet,</w:t>
            </w:r>
            <w:r w:rsidR="00C3522D" w:rsidRPr="0078531E">
              <w:rPr>
                <w:spacing w:val="-6"/>
                <w:sz w:val="24"/>
              </w:rPr>
              <w:t xml:space="preserve"> </w:t>
            </w:r>
            <w:r w:rsidR="00C3522D" w:rsidRPr="0078531E">
              <w:rPr>
                <w:sz w:val="24"/>
              </w:rPr>
              <w:t>kitartást, egymás iránti</w:t>
            </w:r>
            <w:r w:rsidR="00964876" w:rsidRPr="0078531E">
              <w:rPr>
                <w:sz w:val="24"/>
              </w:rPr>
              <w:t xml:space="preserve"> </w:t>
            </w:r>
            <w:r w:rsidR="00C3522D" w:rsidRPr="0078531E">
              <w:rPr>
                <w:sz w:val="24"/>
              </w:rPr>
              <w:t>figyelmességet, segítőkészséget.</w:t>
            </w:r>
          </w:p>
        </w:tc>
      </w:tr>
      <w:tr w:rsidR="0078531E" w:rsidRPr="0078531E" w14:paraId="7B292EED" w14:textId="77777777">
        <w:trPr>
          <w:trHeight w:val="566"/>
        </w:trPr>
        <w:tc>
          <w:tcPr>
            <w:tcW w:w="9062" w:type="dxa"/>
          </w:tcPr>
          <w:p w14:paraId="2238E155" w14:textId="422A1ACB" w:rsidR="00AE0CFD" w:rsidRPr="0078531E" w:rsidRDefault="002E0B60" w:rsidP="002E0B60">
            <w:pPr>
              <w:pStyle w:val="TableParagraph"/>
              <w:spacing w:line="268" w:lineRule="exact"/>
              <w:ind w:left="132" w:hanging="132"/>
              <w:rPr>
                <w:sz w:val="24"/>
              </w:rPr>
            </w:pPr>
            <w:r w:rsidRPr="0078531E">
              <w:rPr>
                <w:sz w:val="24"/>
              </w:rPr>
              <w:t xml:space="preserve">  </w:t>
            </w:r>
            <w:r w:rsidR="00914541" w:rsidRPr="0078531E">
              <w:rPr>
                <w:sz w:val="24"/>
              </w:rPr>
              <w:t xml:space="preserve">       </w:t>
            </w:r>
            <w:r w:rsidR="00C3522D" w:rsidRPr="0078531E">
              <w:rPr>
                <w:sz w:val="24"/>
              </w:rPr>
              <w:t>19.</w:t>
            </w:r>
            <w:r w:rsidR="00C3522D" w:rsidRPr="0078531E">
              <w:rPr>
                <w:spacing w:val="-2"/>
                <w:sz w:val="24"/>
              </w:rPr>
              <w:t xml:space="preserve"> </w:t>
            </w:r>
            <w:r w:rsidR="00C3522D" w:rsidRPr="0078531E">
              <w:rPr>
                <w:sz w:val="24"/>
              </w:rPr>
              <w:t>Irányt</w:t>
            </w:r>
            <w:r w:rsidR="00C3522D" w:rsidRPr="0078531E">
              <w:rPr>
                <w:spacing w:val="-2"/>
                <w:sz w:val="24"/>
              </w:rPr>
              <w:t xml:space="preserve"> </w:t>
            </w:r>
            <w:r w:rsidR="00C3522D" w:rsidRPr="0078531E">
              <w:rPr>
                <w:sz w:val="24"/>
              </w:rPr>
              <w:t>mutató,</w:t>
            </w:r>
            <w:r w:rsidR="00C3522D" w:rsidRPr="0078531E">
              <w:rPr>
                <w:spacing w:val="-1"/>
                <w:sz w:val="24"/>
              </w:rPr>
              <w:t xml:space="preserve"> </w:t>
            </w:r>
            <w:r w:rsidR="00C3522D" w:rsidRPr="0078531E">
              <w:rPr>
                <w:sz w:val="24"/>
              </w:rPr>
              <w:t>pozitív</w:t>
            </w:r>
            <w:r w:rsidR="00C3522D" w:rsidRPr="0078531E">
              <w:rPr>
                <w:spacing w:val="-3"/>
                <w:sz w:val="24"/>
              </w:rPr>
              <w:t xml:space="preserve"> </w:t>
            </w:r>
            <w:r w:rsidR="00C3522D" w:rsidRPr="0078531E">
              <w:rPr>
                <w:sz w:val="24"/>
              </w:rPr>
              <w:t>megerősítéssel</w:t>
            </w:r>
            <w:r w:rsidR="00C3522D" w:rsidRPr="0078531E">
              <w:rPr>
                <w:spacing w:val="-2"/>
                <w:sz w:val="24"/>
              </w:rPr>
              <w:t xml:space="preserve"> </w:t>
            </w:r>
            <w:r w:rsidR="00C3522D" w:rsidRPr="0078531E">
              <w:rPr>
                <w:sz w:val="24"/>
              </w:rPr>
              <w:t>önbizalom</w:t>
            </w:r>
            <w:r w:rsidR="00C3522D" w:rsidRPr="0078531E">
              <w:rPr>
                <w:spacing w:val="-1"/>
                <w:sz w:val="24"/>
              </w:rPr>
              <w:t xml:space="preserve"> </w:t>
            </w:r>
            <w:r w:rsidR="00C3522D" w:rsidRPr="0078531E">
              <w:rPr>
                <w:spacing w:val="-2"/>
                <w:sz w:val="24"/>
              </w:rPr>
              <w:t>fejlesztése.</w:t>
            </w:r>
          </w:p>
        </w:tc>
      </w:tr>
      <w:tr w:rsidR="0078531E" w:rsidRPr="0078531E" w14:paraId="1951081B" w14:textId="77777777">
        <w:trPr>
          <w:trHeight w:val="568"/>
        </w:trPr>
        <w:tc>
          <w:tcPr>
            <w:tcW w:w="9062" w:type="dxa"/>
          </w:tcPr>
          <w:p w14:paraId="75FA2B03" w14:textId="65928A71" w:rsidR="00AE0CFD" w:rsidRPr="0078531E" w:rsidRDefault="002E0B60" w:rsidP="002E0B60">
            <w:pPr>
              <w:pStyle w:val="TableParagraph"/>
              <w:spacing w:line="268" w:lineRule="exact"/>
              <w:rPr>
                <w:sz w:val="24"/>
              </w:rPr>
            </w:pPr>
            <w:r w:rsidRPr="0078531E">
              <w:rPr>
                <w:sz w:val="24"/>
              </w:rPr>
              <w:t xml:space="preserve"> </w:t>
            </w:r>
            <w:r w:rsidR="00914541" w:rsidRPr="0078531E">
              <w:rPr>
                <w:sz w:val="24"/>
              </w:rPr>
              <w:t xml:space="preserve">      </w:t>
            </w:r>
            <w:r w:rsidRPr="0078531E">
              <w:rPr>
                <w:sz w:val="24"/>
              </w:rPr>
              <w:t xml:space="preserve"> </w:t>
            </w:r>
            <w:r w:rsidR="00C3522D" w:rsidRPr="0078531E">
              <w:rPr>
                <w:sz w:val="24"/>
              </w:rPr>
              <w:t>20.</w:t>
            </w:r>
            <w:r w:rsidR="00C3522D" w:rsidRPr="0078531E">
              <w:rPr>
                <w:spacing w:val="-3"/>
                <w:sz w:val="24"/>
              </w:rPr>
              <w:t xml:space="preserve"> </w:t>
            </w:r>
            <w:r w:rsidR="00C3522D" w:rsidRPr="0078531E">
              <w:rPr>
                <w:sz w:val="24"/>
              </w:rPr>
              <w:t>Mindenki</w:t>
            </w:r>
            <w:r w:rsidR="00C3522D" w:rsidRPr="0078531E">
              <w:rPr>
                <w:spacing w:val="-1"/>
                <w:sz w:val="24"/>
              </w:rPr>
              <w:t xml:space="preserve"> </w:t>
            </w:r>
            <w:r w:rsidR="00C3522D" w:rsidRPr="0078531E">
              <w:rPr>
                <w:sz w:val="24"/>
              </w:rPr>
              <w:t>számára</w:t>
            </w:r>
            <w:r w:rsidR="00C3522D" w:rsidRPr="0078531E">
              <w:rPr>
                <w:spacing w:val="-1"/>
                <w:sz w:val="24"/>
              </w:rPr>
              <w:t xml:space="preserve"> </w:t>
            </w:r>
            <w:r w:rsidR="00C3522D" w:rsidRPr="0078531E">
              <w:rPr>
                <w:sz w:val="24"/>
              </w:rPr>
              <w:t>egyenlő</w:t>
            </w:r>
            <w:r w:rsidR="00C3522D" w:rsidRPr="0078531E">
              <w:rPr>
                <w:spacing w:val="-1"/>
                <w:sz w:val="24"/>
              </w:rPr>
              <w:t xml:space="preserve"> </w:t>
            </w:r>
            <w:r w:rsidR="00C3522D" w:rsidRPr="0078531E">
              <w:rPr>
                <w:sz w:val="24"/>
              </w:rPr>
              <w:t>esély</w:t>
            </w:r>
            <w:r w:rsidR="00C3522D" w:rsidRPr="0078531E">
              <w:rPr>
                <w:spacing w:val="-5"/>
                <w:sz w:val="24"/>
              </w:rPr>
              <w:t xml:space="preserve"> </w:t>
            </w:r>
            <w:r w:rsidR="00C3522D" w:rsidRPr="0078531E">
              <w:rPr>
                <w:sz w:val="24"/>
              </w:rPr>
              <w:t>biztosítása,</w:t>
            </w:r>
            <w:r w:rsidR="00C3522D" w:rsidRPr="0078531E">
              <w:rPr>
                <w:spacing w:val="-1"/>
                <w:sz w:val="24"/>
              </w:rPr>
              <w:t xml:space="preserve"> </w:t>
            </w:r>
            <w:r w:rsidR="00C3522D" w:rsidRPr="0078531E">
              <w:rPr>
                <w:sz w:val="24"/>
              </w:rPr>
              <w:t>az</w:t>
            </w:r>
            <w:r w:rsidR="00C3522D" w:rsidRPr="0078531E">
              <w:rPr>
                <w:spacing w:val="60"/>
                <w:sz w:val="24"/>
              </w:rPr>
              <w:t xml:space="preserve"> </w:t>
            </w:r>
            <w:r w:rsidR="00C3522D" w:rsidRPr="0078531E">
              <w:rPr>
                <w:sz w:val="24"/>
              </w:rPr>
              <w:t>identitás</w:t>
            </w:r>
            <w:r w:rsidR="00C3522D" w:rsidRPr="0078531E">
              <w:rPr>
                <w:spacing w:val="-1"/>
                <w:sz w:val="24"/>
              </w:rPr>
              <w:t xml:space="preserve"> </w:t>
            </w:r>
            <w:r w:rsidR="00C3522D" w:rsidRPr="0078531E">
              <w:rPr>
                <w:spacing w:val="-2"/>
                <w:sz w:val="24"/>
              </w:rPr>
              <w:t>megőrzése.</w:t>
            </w:r>
          </w:p>
        </w:tc>
      </w:tr>
      <w:tr w:rsidR="00AE0CFD" w:rsidRPr="0078531E" w14:paraId="5E9A50F2" w14:textId="77777777">
        <w:trPr>
          <w:trHeight w:val="830"/>
        </w:trPr>
        <w:tc>
          <w:tcPr>
            <w:tcW w:w="9062" w:type="dxa"/>
          </w:tcPr>
          <w:p w14:paraId="188CE781" w14:textId="6414F92D" w:rsidR="00AE0CFD" w:rsidRPr="0078531E" w:rsidRDefault="00914541" w:rsidP="002E0B60">
            <w:pPr>
              <w:pStyle w:val="TableParagraph"/>
              <w:ind w:left="110"/>
              <w:rPr>
                <w:b/>
                <w:sz w:val="24"/>
              </w:rPr>
            </w:pPr>
            <w:r w:rsidRPr="0078531E">
              <w:rPr>
                <w:sz w:val="24"/>
              </w:rPr>
              <w:t xml:space="preserve">      </w:t>
            </w:r>
            <w:r w:rsidR="00C3522D" w:rsidRPr="0078531E">
              <w:rPr>
                <w:sz w:val="24"/>
              </w:rPr>
              <w:t>21.</w:t>
            </w:r>
            <w:r w:rsidR="00C3522D" w:rsidRPr="0078531E">
              <w:rPr>
                <w:spacing w:val="-1"/>
                <w:sz w:val="24"/>
              </w:rPr>
              <w:t xml:space="preserve"> </w:t>
            </w:r>
            <w:r w:rsidR="00C3522D" w:rsidRPr="0078531E">
              <w:rPr>
                <w:sz w:val="24"/>
              </w:rPr>
              <w:t>Az</w:t>
            </w:r>
            <w:r w:rsidR="00C3522D" w:rsidRPr="0078531E">
              <w:rPr>
                <w:spacing w:val="-1"/>
                <w:sz w:val="24"/>
              </w:rPr>
              <w:t xml:space="preserve"> </w:t>
            </w:r>
            <w:r w:rsidR="00C3522D" w:rsidRPr="0078531E">
              <w:rPr>
                <w:sz w:val="24"/>
              </w:rPr>
              <w:t>érzelmi</w:t>
            </w:r>
            <w:r w:rsidR="00C3522D" w:rsidRPr="0078531E">
              <w:rPr>
                <w:spacing w:val="-1"/>
                <w:sz w:val="24"/>
              </w:rPr>
              <w:t xml:space="preserve"> </w:t>
            </w:r>
            <w:r w:rsidR="00C3522D" w:rsidRPr="0078531E">
              <w:rPr>
                <w:sz w:val="24"/>
              </w:rPr>
              <w:t>intelligencia fejlesztését</w:t>
            </w:r>
            <w:r w:rsidR="00C3522D" w:rsidRPr="0078531E">
              <w:rPr>
                <w:spacing w:val="-1"/>
                <w:sz w:val="24"/>
              </w:rPr>
              <w:t xml:space="preserve"> </w:t>
            </w:r>
            <w:r w:rsidR="00C3522D" w:rsidRPr="0078531E">
              <w:rPr>
                <w:sz w:val="24"/>
              </w:rPr>
              <w:t>megalapozzuk</w:t>
            </w:r>
            <w:r w:rsidR="00C3522D" w:rsidRPr="0078531E">
              <w:rPr>
                <w:spacing w:val="-1"/>
                <w:sz w:val="24"/>
              </w:rPr>
              <w:t xml:space="preserve"> </w:t>
            </w:r>
            <w:r w:rsidR="00C3522D" w:rsidRPr="0078531E">
              <w:rPr>
                <w:sz w:val="24"/>
              </w:rPr>
              <w:t>egy</w:t>
            </w:r>
            <w:r w:rsidR="00C3522D" w:rsidRPr="0078531E">
              <w:rPr>
                <w:spacing w:val="-6"/>
                <w:sz w:val="24"/>
              </w:rPr>
              <w:t xml:space="preserve"> </w:t>
            </w:r>
            <w:r w:rsidR="00C3522D" w:rsidRPr="0078531E">
              <w:rPr>
                <w:sz w:val="24"/>
              </w:rPr>
              <w:t>ún. nulladik területtel,</w:t>
            </w:r>
            <w:r w:rsidR="00C3522D" w:rsidRPr="0078531E">
              <w:rPr>
                <w:spacing w:val="-1"/>
                <w:sz w:val="24"/>
              </w:rPr>
              <w:t xml:space="preserve"> </w:t>
            </w:r>
            <w:r w:rsidR="00C3522D" w:rsidRPr="0078531E">
              <w:rPr>
                <w:sz w:val="24"/>
              </w:rPr>
              <w:t>vagyis azzal,</w:t>
            </w:r>
            <w:r w:rsidR="00C3522D" w:rsidRPr="0078531E">
              <w:rPr>
                <w:spacing w:val="14"/>
                <w:sz w:val="24"/>
              </w:rPr>
              <w:t xml:space="preserve"> </w:t>
            </w:r>
            <w:r w:rsidR="00C3522D" w:rsidRPr="0078531E">
              <w:rPr>
                <w:sz w:val="24"/>
              </w:rPr>
              <w:t>hogy</w:t>
            </w:r>
            <w:r w:rsidR="00C3522D" w:rsidRPr="0078531E">
              <w:rPr>
                <w:spacing w:val="-6"/>
                <w:sz w:val="24"/>
              </w:rPr>
              <w:t xml:space="preserve"> </w:t>
            </w:r>
            <w:r w:rsidR="00C3522D" w:rsidRPr="0078531E">
              <w:rPr>
                <w:b/>
                <w:sz w:val="24"/>
              </w:rPr>
              <w:t>az</w:t>
            </w:r>
            <w:r w:rsidR="00C3522D" w:rsidRPr="0078531E">
              <w:rPr>
                <w:b/>
                <w:spacing w:val="12"/>
                <w:sz w:val="24"/>
              </w:rPr>
              <w:t xml:space="preserve"> </w:t>
            </w:r>
            <w:r w:rsidR="00C3522D" w:rsidRPr="0078531E">
              <w:rPr>
                <w:b/>
                <w:sz w:val="24"/>
              </w:rPr>
              <w:t>érzelmi</w:t>
            </w:r>
            <w:r w:rsidR="00C3522D" w:rsidRPr="0078531E">
              <w:rPr>
                <w:b/>
                <w:spacing w:val="14"/>
                <w:sz w:val="24"/>
              </w:rPr>
              <w:t xml:space="preserve"> </w:t>
            </w:r>
            <w:r w:rsidR="00C3522D" w:rsidRPr="0078531E">
              <w:rPr>
                <w:b/>
                <w:sz w:val="24"/>
              </w:rPr>
              <w:t>szókincs</w:t>
            </w:r>
            <w:r w:rsidR="00C3522D" w:rsidRPr="0078531E">
              <w:rPr>
                <w:b/>
                <w:spacing w:val="13"/>
                <w:sz w:val="24"/>
              </w:rPr>
              <w:t xml:space="preserve"> </w:t>
            </w:r>
            <w:r w:rsidR="00C3522D" w:rsidRPr="0078531E">
              <w:rPr>
                <w:b/>
                <w:sz w:val="24"/>
              </w:rPr>
              <w:t>bővítésére,</w:t>
            </w:r>
            <w:r w:rsidR="00C3522D" w:rsidRPr="0078531E">
              <w:rPr>
                <w:b/>
                <w:spacing w:val="14"/>
                <w:sz w:val="24"/>
              </w:rPr>
              <w:t xml:space="preserve"> </w:t>
            </w:r>
            <w:r w:rsidR="00C3522D" w:rsidRPr="0078531E">
              <w:rPr>
                <w:b/>
                <w:sz w:val="24"/>
              </w:rPr>
              <w:t>a</w:t>
            </w:r>
            <w:r w:rsidR="00C3522D" w:rsidRPr="0078531E">
              <w:rPr>
                <w:b/>
                <w:spacing w:val="13"/>
                <w:sz w:val="24"/>
              </w:rPr>
              <w:t xml:space="preserve"> </w:t>
            </w:r>
            <w:r w:rsidR="00C3522D" w:rsidRPr="0078531E">
              <w:rPr>
                <w:b/>
                <w:sz w:val="24"/>
              </w:rPr>
              <w:t>változatos</w:t>
            </w:r>
            <w:r w:rsidR="00C3522D" w:rsidRPr="0078531E">
              <w:rPr>
                <w:b/>
                <w:spacing w:val="13"/>
                <w:sz w:val="24"/>
              </w:rPr>
              <w:t xml:space="preserve"> </w:t>
            </w:r>
            <w:r w:rsidR="00C3522D" w:rsidRPr="0078531E">
              <w:rPr>
                <w:b/>
                <w:sz w:val="24"/>
              </w:rPr>
              <w:t>érzelmek</w:t>
            </w:r>
            <w:r w:rsidR="00C3522D" w:rsidRPr="0078531E">
              <w:rPr>
                <w:b/>
                <w:spacing w:val="14"/>
                <w:sz w:val="24"/>
              </w:rPr>
              <w:t xml:space="preserve"> </w:t>
            </w:r>
            <w:r w:rsidR="00C3522D" w:rsidRPr="0078531E">
              <w:rPr>
                <w:b/>
                <w:sz w:val="24"/>
              </w:rPr>
              <w:t>kifejezésére</w:t>
            </w:r>
            <w:r w:rsidR="00C3522D" w:rsidRPr="0078531E">
              <w:rPr>
                <w:b/>
                <w:spacing w:val="13"/>
                <w:sz w:val="24"/>
              </w:rPr>
              <w:t xml:space="preserve"> </w:t>
            </w:r>
            <w:r w:rsidR="00C3522D" w:rsidRPr="0078531E">
              <w:rPr>
                <w:b/>
                <w:spacing w:val="-2"/>
                <w:sz w:val="24"/>
              </w:rPr>
              <w:t>használt</w:t>
            </w:r>
          </w:p>
          <w:p w14:paraId="7099FD60" w14:textId="77777777" w:rsidR="00AE0CFD" w:rsidRPr="0078531E" w:rsidRDefault="00C3522D">
            <w:pPr>
              <w:pStyle w:val="TableParagraph"/>
              <w:spacing w:line="259" w:lineRule="exact"/>
              <w:ind w:left="110"/>
              <w:rPr>
                <w:b/>
                <w:sz w:val="24"/>
              </w:rPr>
            </w:pPr>
            <w:r w:rsidRPr="0078531E">
              <w:rPr>
                <w:b/>
                <w:sz w:val="24"/>
              </w:rPr>
              <w:t>szavak</w:t>
            </w:r>
            <w:r w:rsidRPr="0078531E">
              <w:rPr>
                <w:b/>
                <w:spacing w:val="-3"/>
                <w:sz w:val="24"/>
              </w:rPr>
              <w:t xml:space="preserve"> </w:t>
            </w:r>
            <w:r w:rsidRPr="0078531E">
              <w:rPr>
                <w:b/>
                <w:sz w:val="24"/>
              </w:rPr>
              <w:t>„tanítására”</w:t>
            </w:r>
            <w:r w:rsidRPr="0078531E">
              <w:rPr>
                <w:b/>
                <w:spacing w:val="-2"/>
                <w:sz w:val="24"/>
              </w:rPr>
              <w:t xml:space="preserve"> </w:t>
            </w:r>
            <w:r w:rsidRPr="0078531E">
              <w:rPr>
                <w:b/>
                <w:sz w:val="24"/>
              </w:rPr>
              <w:t>is</w:t>
            </w:r>
            <w:r w:rsidRPr="0078531E">
              <w:rPr>
                <w:b/>
                <w:spacing w:val="-3"/>
                <w:sz w:val="24"/>
              </w:rPr>
              <w:t xml:space="preserve"> </w:t>
            </w:r>
            <w:r w:rsidRPr="0078531E">
              <w:rPr>
                <w:b/>
                <w:sz w:val="24"/>
              </w:rPr>
              <w:t>hangsúlyt</w:t>
            </w:r>
            <w:r w:rsidRPr="0078531E">
              <w:rPr>
                <w:b/>
                <w:spacing w:val="-2"/>
                <w:sz w:val="24"/>
              </w:rPr>
              <w:t xml:space="preserve"> helyezünk.</w:t>
            </w:r>
          </w:p>
        </w:tc>
      </w:tr>
    </w:tbl>
    <w:p w14:paraId="61204488" w14:textId="77777777" w:rsidR="00AE0CFD" w:rsidRPr="0078531E" w:rsidRDefault="00AE0CFD">
      <w:pPr>
        <w:pStyle w:val="Szvegtrzs"/>
        <w:spacing w:before="153"/>
        <w:rPr>
          <w:b/>
        </w:rPr>
      </w:pPr>
    </w:p>
    <w:p w14:paraId="2DF1EF79" w14:textId="77777777" w:rsidR="00AE0CFD" w:rsidRPr="0078531E" w:rsidRDefault="00C3522D">
      <w:pPr>
        <w:pStyle w:val="Cmsor4"/>
        <w:numPr>
          <w:ilvl w:val="1"/>
          <w:numId w:val="15"/>
        </w:numPr>
        <w:tabs>
          <w:tab w:val="left" w:pos="836"/>
        </w:tabs>
        <w:ind w:left="836" w:hanging="460"/>
        <w:jc w:val="left"/>
      </w:pPr>
      <w:r w:rsidRPr="0078531E">
        <w:lastRenderedPageBreak/>
        <w:t>Az</w:t>
      </w:r>
      <w:r w:rsidRPr="0078531E">
        <w:rPr>
          <w:spacing w:val="-7"/>
        </w:rPr>
        <w:t xml:space="preserve"> </w:t>
      </w:r>
      <w:r w:rsidRPr="0078531E">
        <w:t>óvodapedagógussal</w:t>
      </w:r>
      <w:r w:rsidRPr="0078531E">
        <w:rPr>
          <w:spacing w:val="-5"/>
        </w:rPr>
        <w:t xml:space="preserve"> </w:t>
      </w:r>
      <w:r w:rsidRPr="0078531E">
        <w:t>szemben</w:t>
      </w:r>
      <w:r w:rsidRPr="0078531E">
        <w:rPr>
          <w:spacing w:val="-5"/>
        </w:rPr>
        <w:t xml:space="preserve"> </w:t>
      </w:r>
      <w:r w:rsidRPr="0078531E">
        <w:t>támasztott</w:t>
      </w:r>
      <w:r w:rsidRPr="0078531E">
        <w:rPr>
          <w:spacing w:val="-4"/>
        </w:rPr>
        <w:t xml:space="preserve"> </w:t>
      </w:r>
      <w:r w:rsidRPr="0078531E">
        <w:rPr>
          <w:spacing w:val="-2"/>
        </w:rPr>
        <w:t>elvárások</w:t>
      </w:r>
    </w:p>
    <w:p w14:paraId="357CB52C" w14:textId="77777777" w:rsidR="00AE0CFD" w:rsidRPr="0078531E" w:rsidRDefault="00C3522D">
      <w:pPr>
        <w:pStyle w:val="Szvegtrzs"/>
        <w:spacing w:before="135"/>
        <w:ind w:left="376"/>
      </w:pPr>
      <w:r w:rsidRPr="0078531E">
        <w:t>A</w:t>
      </w:r>
      <w:r w:rsidRPr="0078531E">
        <w:rPr>
          <w:spacing w:val="-2"/>
        </w:rPr>
        <w:t xml:space="preserve"> </w:t>
      </w:r>
      <w:r w:rsidRPr="0078531E">
        <w:t>fentiekben</w:t>
      </w:r>
      <w:r w:rsidRPr="0078531E">
        <w:rPr>
          <w:spacing w:val="-2"/>
        </w:rPr>
        <w:t xml:space="preserve"> </w:t>
      </w:r>
      <w:r w:rsidRPr="0078531E">
        <w:t>megfogalmazott</w:t>
      </w:r>
      <w:r w:rsidRPr="0078531E">
        <w:rPr>
          <w:spacing w:val="-2"/>
        </w:rPr>
        <w:t xml:space="preserve"> </w:t>
      </w:r>
      <w:r w:rsidRPr="0078531E">
        <w:t>feladatoknak</w:t>
      </w:r>
      <w:r w:rsidRPr="0078531E">
        <w:rPr>
          <w:spacing w:val="-2"/>
        </w:rPr>
        <w:t xml:space="preserve"> </w:t>
      </w:r>
      <w:r w:rsidRPr="0078531E">
        <w:t>tegyen</w:t>
      </w:r>
      <w:r w:rsidRPr="0078531E">
        <w:rPr>
          <w:spacing w:val="-1"/>
        </w:rPr>
        <w:t xml:space="preserve"> </w:t>
      </w:r>
      <w:r w:rsidRPr="0078531E">
        <w:rPr>
          <w:spacing w:val="-2"/>
        </w:rPr>
        <w:t>eleget.</w:t>
      </w:r>
    </w:p>
    <w:p w14:paraId="0C3F2604" w14:textId="77777777" w:rsidR="00AE0CFD" w:rsidRPr="0078531E" w:rsidRDefault="00AE0CFD">
      <w:pPr>
        <w:pStyle w:val="Szvegtrzs"/>
      </w:pPr>
    </w:p>
    <w:p w14:paraId="6DA21070" w14:textId="77777777" w:rsidR="00AE0CFD" w:rsidRPr="0078531E" w:rsidRDefault="00AE0CFD">
      <w:pPr>
        <w:pStyle w:val="Szvegtrzs"/>
        <w:spacing w:before="3"/>
      </w:pPr>
    </w:p>
    <w:p w14:paraId="7D5D803C" w14:textId="77777777" w:rsidR="00AE0CFD" w:rsidRPr="0078531E" w:rsidRDefault="00C3522D">
      <w:pPr>
        <w:pStyle w:val="Listaszerbekezds"/>
        <w:numPr>
          <w:ilvl w:val="0"/>
          <w:numId w:val="15"/>
        </w:numPr>
        <w:tabs>
          <w:tab w:val="left" w:pos="854"/>
        </w:tabs>
        <w:ind w:left="854" w:hanging="358"/>
        <w:rPr>
          <w:b/>
          <w:sz w:val="28"/>
        </w:rPr>
      </w:pPr>
      <w:r w:rsidRPr="0078531E">
        <w:rPr>
          <w:b/>
          <w:sz w:val="28"/>
        </w:rPr>
        <w:t>Az</w:t>
      </w:r>
      <w:r w:rsidRPr="0078531E">
        <w:rPr>
          <w:b/>
          <w:spacing w:val="-9"/>
          <w:sz w:val="28"/>
        </w:rPr>
        <w:t xml:space="preserve"> </w:t>
      </w:r>
      <w:r w:rsidRPr="0078531E">
        <w:rPr>
          <w:b/>
          <w:sz w:val="28"/>
        </w:rPr>
        <w:t>anyanyelvi,</w:t>
      </w:r>
      <w:r w:rsidRPr="0078531E">
        <w:rPr>
          <w:b/>
          <w:spacing w:val="-7"/>
          <w:sz w:val="28"/>
        </w:rPr>
        <w:t xml:space="preserve"> </w:t>
      </w:r>
      <w:r w:rsidRPr="0078531E">
        <w:rPr>
          <w:b/>
          <w:sz w:val="28"/>
        </w:rPr>
        <w:t>értelmi</w:t>
      </w:r>
      <w:r w:rsidRPr="0078531E">
        <w:rPr>
          <w:b/>
          <w:spacing w:val="-5"/>
          <w:sz w:val="28"/>
        </w:rPr>
        <w:t xml:space="preserve"> </w:t>
      </w:r>
      <w:r w:rsidRPr="0078531E">
        <w:rPr>
          <w:b/>
          <w:sz w:val="28"/>
        </w:rPr>
        <w:t>fejlesztés</w:t>
      </w:r>
      <w:r w:rsidRPr="0078531E">
        <w:rPr>
          <w:b/>
          <w:spacing w:val="-5"/>
          <w:sz w:val="28"/>
        </w:rPr>
        <w:t xml:space="preserve"> </w:t>
      </w:r>
      <w:r w:rsidRPr="0078531E">
        <w:rPr>
          <w:b/>
          <w:sz w:val="28"/>
        </w:rPr>
        <w:t>és</w:t>
      </w:r>
      <w:r w:rsidRPr="0078531E">
        <w:rPr>
          <w:b/>
          <w:spacing w:val="-5"/>
          <w:sz w:val="28"/>
        </w:rPr>
        <w:t xml:space="preserve"> </w:t>
      </w:r>
      <w:r w:rsidRPr="0078531E">
        <w:rPr>
          <w:b/>
          <w:sz w:val="28"/>
        </w:rPr>
        <w:t>nevelés</w:t>
      </w:r>
      <w:r w:rsidRPr="0078531E">
        <w:rPr>
          <w:b/>
          <w:spacing w:val="-5"/>
          <w:sz w:val="28"/>
        </w:rPr>
        <w:t xml:space="preserve"> </w:t>
      </w:r>
      <w:r w:rsidRPr="0078531E">
        <w:rPr>
          <w:b/>
          <w:spacing w:val="-2"/>
          <w:sz w:val="28"/>
        </w:rPr>
        <w:t>megvalósítása</w:t>
      </w:r>
    </w:p>
    <w:p w14:paraId="070D7F34" w14:textId="77777777" w:rsidR="00AE0CFD" w:rsidRPr="0078531E" w:rsidRDefault="00C3522D">
      <w:pPr>
        <w:pStyle w:val="Cmsor4"/>
        <w:numPr>
          <w:ilvl w:val="1"/>
          <w:numId w:val="15"/>
        </w:numPr>
        <w:tabs>
          <w:tab w:val="left" w:pos="609"/>
        </w:tabs>
        <w:spacing w:before="162"/>
        <w:ind w:left="609" w:hanging="473"/>
        <w:jc w:val="both"/>
      </w:pPr>
      <w:r w:rsidRPr="0078531E">
        <w:rPr>
          <w:spacing w:val="-2"/>
        </w:rPr>
        <w:t>Alapja</w:t>
      </w:r>
    </w:p>
    <w:p w14:paraId="2BD595AE" w14:textId="77777777" w:rsidR="00AE0CFD" w:rsidRPr="0078531E" w:rsidRDefault="00C3522D">
      <w:pPr>
        <w:pStyle w:val="Szvegtrzs"/>
        <w:spacing w:before="132"/>
        <w:ind w:left="376"/>
      </w:pPr>
      <w:r w:rsidRPr="0078531E">
        <w:t>Az</w:t>
      </w:r>
      <w:r w:rsidRPr="0078531E">
        <w:rPr>
          <w:spacing w:val="-4"/>
        </w:rPr>
        <w:t xml:space="preserve"> </w:t>
      </w:r>
      <w:r w:rsidRPr="0078531E">
        <w:t>ÓNOAP</w:t>
      </w:r>
      <w:r w:rsidRPr="0078531E">
        <w:rPr>
          <w:spacing w:val="-2"/>
        </w:rPr>
        <w:t xml:space="preserve"> </w:t>
      </w:r>
      <w:r w:rsidRPr="0078531E">
        <w:t>meghatározása</w:t>
      </w:r>
      <w:r w:rsidRPr="0078531E">
        <w:rPr>
          <w:spacing w:val="-2"/>
        </w:rPr>
        <w:t xml:space="preserve"> alapján.</w:t>
      </w:r>
    </w:p>
    <w:p w14:paraId="3BDBF8FF" w14:textId="77777777" w:rsidR="00AE0CFD" w:rsidRPr="0078531E" w:rsidRDefault="00C3522D">
      <w:pPr>
        <w:pStyle w:val="Cmsor4"/>
        <w:numPr>
          <w:ilvl w:val="1"/>
          <w:numId w:val="15"/>
        </w:numPr>
        <w:tabs>
          <w:tab w:val="left" w:pos="609"/>
        </w:tabs>
        <w:spacing w:before="144"/>
        <w:ind w:left="609" w:hanging="473"/>
        <w:jc w:val="both"/>
      </w:pPr>
      <w:r w:rsidRPr="0078531E">
        <w:rPr>
          <w:spacing w:val="-2"/>
        </w:rPr>
        <w:t>Célja</w:t>
      </w:r>
    </w:p>
    <w:p w14:paraId="00EC1EBD" w14:textId="77777777" w:rsidR="00AE0CFD" w:rsidRPr="0078531E" w:rsidRDefault="00C3522D">
      <w:pPr>
        <w:pStyle w:val="Szvegtrzs"/>
        <w:spacing w:before="133" w:line="360" w:lineRule="auto"/>
        <w:ind w:left="136" w:right="642" w:firstLine="300"/>
        <w:jc w:val="both"/>
      </w:pPr>
      <w:r w:rsidRPr="0078531E">
        <w:t>Az</w:t>
      </w:r>
      <w:r w:rsidRPr="0078531E">
        <w:rPr>
          <w:spacing w:val="-4"/>
        </w:rPr>
        <w:t xml:space="preserve"> </w:t>
      </w:r>
      <w:r w:rsidRPr="0078531E">
        <w:t>anyanyelvi,</w:t>
      </w:r>
      <w:r w:rsidRPr="0078531E">
        <w:rPr>
          <w:spacing w:val="-4"/>
        </w:rPr>
        <w:t xml:space="preserve"> </w:t>
      </w:r>
      <w:r w:rsidRPr="0078531E">
        <w:t>értelmi</w:t>
      </w:r>
      <w:r w:rsidRPr="0078531E">
        <w:rPr>
          <w:spacing w:val="-4"/>
        </w:rPr>
        <w:t xml:space="preserve"> </w:t>
      </w:r>
      <w:r w:rsidRPr="0078531E">
        <w:t>fejlesztés</w:t>
      </w:r>
      <w:r w:rsidRPr="0078531E">
        <w:rPr>
          <w:spacing w:val="-5"/>
        </w:rPr>
        <w:t xml:space="preserve"> </w:t>
      </w:r>
      <w:r w:rsidRPr="0078531E">
        <w:t>célja</w:t>
      </w:r>
      <w:r w:rsidRPr="0078531E">
        <w:rPr>
          <w:spacing w:val="-5"/>
        </w:rPr>
        <w:t xml:space="preserve"> </w:t>
      </w:r>
      <w:r w:rsidRPr="0078531E">
        <w:t>az</w:t>
      </w:r>
      <w:r w:rsidRPr="0078531E">
        <w:rPr>
          <w:spacing w:val="-3"/>
        </w:rPr>
        <w:t xml:space="preserve"> </w:t>
      </w:r>
      <w:r w:rsidRPr="0078531E">
        <w:t>anyanyelv</w:t>
      </w:r>
      <w:r w:rsidRPr="0078531E">
        <w:rPr>
          <w:spacing w:val="-4"/>
        </w:rPr>
        <w:t xml:space="preserve"> </w:t>
      </w:r>
      <w:r w:rsidRPr="0078531E">
        <w:t>szeretete,</w:t>
      </w:r>
      <w:r w:rsidRPr="0078531E">
        <w:rPr>
          <w:spacing w:val="-4"/>
        </w:rPr>
        <w:t xml:space="preserve"> </w:t>
      </w:r>
      <w:r w:rsidRPr="0078531E">
        <w:t>ismerete</w:t>
      </w:r>
      <w:r w:rsidRPr="0078531E">
        <w:rPr>
          <w:spacing w:val="-5"/>
        </w:rPr>
        <w:t xml:space="preserve"> </w:t>
      </w:r>
      <w:r w:rsidRPr="0078531E">
        <w:t>a</w:t>
      </w:r>
      <w:r w:rsidRPr="0078531E">
        <w:rPr>
          <w:spacing w:val="-3"/>
        </w:rPr>
        <w:t xml:space="preserve"> </w:t>
      </w:r>
      <w:r w:rsidRPr="0078531E">
        <w:t>kommunikációs kedv fenntartásával, továbbá az inger és élmény gazdag környezet megteremtésével, az</w:t>
      </w:r>
    </w:p>
    <w:p w14:paraId="7D63F2CD" w14:textId="77777777" w:rsidR="00AE0CFD" w:rsidRPr="0078531E" w:rsidRDefault="00C3522D">
      <w:pPr>
        <w:pStyle w:val="Szvegtrzs"/>
        <w:spacing w:line="360" w:lineRule="auto"/>
        <w:ind w:left="136" w:right="612"/>
        <w:jc w:val="both"/>
      </w:pPr>
      <w:r w:rsidRPr="0078531E">
        <w:t>érzékelés</w:t>
      </w:r>
      <w:r w:rsidRPr="0078531E">
        <w:rPr>
          <w:spacing w:val="-5"/>
        </w:rPr>
        <w:t xml:space="preserve"> </w:t>
      </w:r>
      <w:r w:rsidRPr="0078531E">
        <w:t>észlelés,</w:t>
      </w:r>
      <w:r w:rsidRPr="0078531E">
        <w:rPr>
          <w:spacing w:val="-5"/>
        </w:rPr>
        <w:t xml:space="preserve"> </w:t>
      </w:r>
      <w:r w:rsidRPr="0078531E">
        <w:t>emlékezet,</w:t>
      </w:r>
      <w:r w:rsidRPr="0078531E">
        <w:rPr>
          <w:spacing w:val="-5"/>
        </w:rPr>
        <w:t xml:space="preserve"> </w:t>
      </w:r>
      <w:r w:rsidRPr="0078531E">
        <w:t>figyelem,</w:t>
      </w:r>
      <w:r w:rsidRPr="0078531E">
        <w:rPr>
          <w:spacing w:val="-5"/>
        </w:rPr>
        <w:t xml:space="preserve"> </w:t>
      </w:r>
      <w:r w:rsidRPr="0078531E">
        <w:t>képzelet,</w:t>
      </w:r>
      <w:r w:rsidRPr="0078531E">
        <w:rPr>
          <w:spacing w:val="-3"/>
        </w:rPr>
        <w:t xml:space="preserve"> </w:t>
      </w:r>
      <w:r w:rsidRPr="0078531E">
        <w:t>gondolkodás,</w:t>
      </w:r>
      <w:r w:rsidRPr="0078531E">
        <w:rPr>
          <w:spacing w:val="-4"/>
        </w:rPr>
        <w:t xml:space="preserve"> </w:t>
      </w:r>
      <w:r w:rsidRPr="0078531E">
        <w:t>alkotóképesség,</w:t>
      </w:r>
      <w:r w:rsidRPr="0078531E">
        <w:rPr>
          <w:spacing w:val="-3"/>
        </w:rPr>
        <w:t xml:space="preserve"> </w:t>
      </w:r>
      <w:r w:rsidRPr="0078531E">
        <w:t>és</w:t>
      </w:r>
      <w:r w:rsidRPr="0078531E">
        <w:rPr>
          <w:spacing w:val="-5"/>
        </w:rPr>
        <w:t xml:space="preserve"> </w:t>
      </w:r>
      <w:r w:rsidRPr="0078531E">
        <w:t>a</w:t>
      </w:r>
      <w:r w:rsidRPr="0078531E">
        <w:rPr>
          <w:spacing w:val="-5"/>
        </w:rPr>
        <w:t xml:space="preserve"> </w:t>
      </w:r>
      <w:r w:rsidRPr="0078531E">
        <w:t>mozgás fejlődésének folyamatos biztosítása</w:t>
      </w:r>
    </w:p>
    <w:p w14:paraId="24E91453" w14:textId="77777777" w:rsidR="00914541" w:rsidRPr="0078531E" w:rsidRDefault="00914541">
      <w:pPr>
        <w:pStyle w:val="Szvegtrzs"/>
        <w:spacing w:line="360" w:lineRule="auto"/>
        <w:ind w:left="136" w:right="612"/>
        <w:jc w:val="both"/>
      </w:pPr>
    </w:p>
    <w:p w14:paraId="7E66A0E0" w14:textId="77777777" w:rsidR="00AE0CFD" w:rsidRPr="0078531E" w:rsidRDefault="00C3522D">
      <w:pPr>
        <w:pStyle w:val="Cmsor4"/>
        <w:numPr>
          <w:ilvl w:val="1"/>
          <w:numId w:val="15"/>
        </w:numPr>
        <w:tabs>
          <w:tab w:val="left" w:pos="609"/>
        </w:tabs>
        <w:spacing w:before="2" w:line="275" w:lineRule="exact"/>
        <w:ind w:left="609" w:hanging="473"/>
        <w:jc w:val="both"/>
      </w:pPr>
      <w:r w:rsidRPr="0078531E">
        <w:rPr>
          <w:spacing w:val="-2"/>
        </w:rPr>
        <w:t>Feladata:</w:t>
      </w:r>
    </w:p>
    <w:p w14:paraId="4236A73D" w14:textId="77777777" w:rsidR="00AE0CFD" w:rsidRPr="0078531E" w:rsidRDefault="00C3522D">
      <w:pPr>
        <w:pStyle w:val="Listaszerbekezds"/>
        <w:numPr>
          <w:ilvl w:val="0"/>
          <w:numId w:val="12"/>
        </w:numPr>
        <w:tabs>
          <w:tab w:val="left" w:pos="856"/>
        </w:tabs>
        <w:spacing w:line="355" w:lineRule="auto"/>
        <w:ind w:right="440"/>
        <w:jc w:val="both"/>
        <w:rPr>
          <w:sz w:val="24"/>
        </w:rPr>
      </w:pPr>
      <w:r w:rsidRPr="0078531E">
        <w:rPr>
          <w:sz w:val="24"/>
        </w:rPr>
        <w:t xml:space="preserve">Érdeklődés felkeltése, a gyermekek külső és belső aktivitásával, problémahelyzetek teremtésével, különböző eszközök, módszerek megválasztásával, dicsérettel, </w:t>
      </w:r>
      <w:r w:rsidRPr="0078531E">
        <w:rPr>
          <w:spacing w:val="-2"/>
          <w:sz w:val="24"/>
        </w:rPr>
        <w:t>jutalmazással.</w:t>
      </w:r>
    </w:p>
    <w:p w14:paraId="45BA9E5C" w14:textId="77777777" w:rsidR="00AE0CFD" w:rsidRPr="0078531E" w:rsidRDefault="00C3522D">
      <w:pPr>
        <w:pStyle w:val="Listaszerbekezds"/>
        <w:numPr>
          <w:ilvl w:val="0"/>
          <w:numId w:val="12"/>
        </w:numPr>
        <w:tabs>
          <w:tab w:val="left" w:pos="856"/>
        </w:tabs>
        <w:spacing w:before="7" w:line="352" w:lineRule="auto"/>
        <w:ind w:right="438"/>
        <w:jc w:val="both"/>
        <w:rPr>
          <w:sz w:val="24"/>
        </w:rPr>
      </w:pPr>
      <w:r w:rsidRPr="0078531E">
        <w:rPr>
          <w:sz w:val="24"/>
        </w:rPr>
        <w:t xml:space="preserve">Értelmi képességek fejlesztése, - érzékelés, észlelés, figyelem, emlékezet, képzelet, gondolkodás, </w:t>
      </w:r>
      <w:r w:rsidRPr="0078531E">
        <w:rPr>
          <w:i/>
          <w:sz w:val="24"/>
        </w:rPr>
        <w:t xml:space="preserve">alkotóképesség, kreativitás </w:t>
      </w:r>
      <w:r w:rsidRPr="0078531E">
        <w:rPr>
          <w:sz w:val="24"/>
        </w:rPr>
        <w:t>- tevékenységek szervezésével.</w:t>
      </w:r>
    </w:p>
    <w:p w14:paraId="235A090A" w14:textId="77777777" w:rsidR="00AE0CFD" w:rsidRPr="0078531E" w:rsidRDefault="00C3522D">
      <w:pPr>
        <w:pStyle w:val="Listaszerbekezds"/>
        <w:numPr>
          <w:ilvl w:val="0"/>
          <w:numId w:val="12"/>
        </w:numPr>
        <w:tabs>
          <w:tab w:val="left" w:pos="856"/>
        </w:tabs>
        <w:spacing w:before="7" w:line="352" w:lineRule="auto"/>
        <w:ind w:right="441"/>
        <w:jc w:val="both"/>
        <w:rPr>
          <w:sz w:val="24"/>
        </w:rPr>
      </w:pPr>
      <w:r w:rsidRPr="0078531E">
        <w:rPr>
          <w:sz w:val="24"/>
        </w:rPr>
        <w:t xml:space="preserve">A gyermekek ismereteinek gazdagítása, rendszerezése, egyszerű összefüggések </w:t>
      </w:r>
      <w:r w:rsidRPr="0078531E">
        <w:rPr>
          <w:spacing w:val="-2"/>
          <w:sz w:val="24"/>
        </w:rPr>
        <w:t>megláttatása.</w:t>
      </w:r>
    </w:p>
    <w:p w14:paraId="50198166" w14:textId="77777777" w:rsidR="00AE0CFD" w:rsidRPr="0078531E" w:rsidRDefault="00C3522D">
      <w:pPr>
        <w:pStyle w:val="Listaszerbekezds"/>
        <w:numPr>
          <w:ilvl w:val="0"/>
          <w:numId w:val="12"/>
        </w:numPr>
        <w:tabs>
          <w:tab w:val="left" w:pos="856"/>
        </w:tabs>
        <w:spacing w:before="7" w:line="352" w:lineRule="auto"/>
        <w:ind w:right="436"/>
        <w:jc w:val="both"/>
        <w:rPr>
          <w:sz w:val="24"/>
        </w:rPr>
      </w:pPr>
      <w:r w:rsidRPr="0078531E">
        <w:rPr>
          <w:sz w:val="24"/>
        </w:rPr>
        <w:t>Valamennyi</w:t>
      </w:r>
      <w:r w:rsidRPr="0078531E">
        <w:rPr>
          <w:spacing w:val="-6"/>
          <w:sz w:val="24"/>
        </w:rPr>
        <w:t xml:space="preserve"> </w:t>
      </w:r>
      <w:r w:rsidRPr="0078531E">
        <w:rPr>
          <w:sz w:val="24"/>
        </w:rPr>
        <w:t>értelmi</w:t>
      </w:r>
      <w:r w:rsidRPr="0078531E">
        <w:rPr>
          <w:spacing w:val="-6"/>
          <w:sz w:val="24"/>
        </w:rPr>
        <w:t xml:space="preserve"> </w:t>
      </w:r>
      <w:r w:rsidRPr="0078531E">
        <w:rPr>
          <w:sz w:val="24"/>
        </w:rPr>
        <w:t>képesség,</w:t>
      </w:r>
      <w:r w:rsidRPr="0078531E">
        <w:rPr>
          <w:spacing w:val="-7"/>
          <w:sz w:val="24"/>
        </w:rPr>
        <w:t xml:space="preserve"> </w:t>
      </w:r>
      <w:r w:rsidRPr="0078531E">
        <w:rPr>
          <w:sz w:val="24"/>
        </w:rPr>
        <w:t>különösen</w:t>
      </w:r>
      <w:r w:rsidRPr="0078531E">
        <w:rPr>
          <w:spacing w:val="-4"/>
          <w:sz w:val="24"/>
        </w:rPr>
        <w:t xml:space="preserve"> </w:t>
      </w:r>
      <w:r w:rsidRPr="0078531E">
        <w:rPr>
          <w:sz w:val="24"/>
        </w:rPr>
        <w:t>a</w:t>
      </w:r>
      <w:r w:rsidRPr="0078531E">
        <w:rPr>
          <w:spacing w:val="-8"/>
          <w:sz w:val="24"/>
        </w:rPr>
        <w:t xml:space="preserve"> </w:t>
      </w:r>
      <w:r w:rsidRPr="0078531E">
        <w:rPr>
          <w:sz w:val="24"/>
        </w:rPr>
        <w:t>képzelet</w:t>
      </w:r>
      <w:r w:rsidRPr="0078531E">
        <w:rPr>
          <w:spacing w:val="-6"/>
          <w:sz w:val="24"/>
        </w:rPr>
        <w:t xml:space="preserve"> </w:t>
      </w:r>
      <w:r w:rsidRPr="0078531E">
        <w:rPr>
          <w:sz w:val="24"/>
        </w:rPr>
        <w:t>és</w:t>
      </w:r>
      <w:r w:rsidRPr="0078531E">
        <w:rPr>
          <w:spacing w:val="-7"/>
          <w:sz w:val="24"/>
        </w:rPr>
        <w:t xml:space="preserve"> </w:t>
      </w:r>
      <w:r w:rsidRPr="0078531E">
        <w:rPr>
          <w:sz w:val="24"/>
        </w:rPr>
        <w:t>a</w:t>
      </w:r>
      <w:r w:rsidRPr="0078531E">
        <w:rPr>
          <w:spacing w:val="-8"/>
          <w:sz w:val="24"/>
        </w:rPr>
        <w:t xml:space="preserve"> </w:t>
      </w:r>
      <w:r w:rsidRPr="0078531E">
        <w:rPr>
          <w:sz w:val="24"/>
        </w:rPr>
        <w:t>kreativitás</w:t>
      </w:r>
      <w:r w:rsidRPr="0078531E">
        <w:rPr>
          <w:spacing w:val="-7"/>
          <w:sz w:val="24"/>
        </w:rPr>
        <w:t xml:space="preserve"> </w:t>
      </w:r>
      <w:r w:rsidRPr="0078531E">
        <w:rPr>
          <w:sz w:val="24"/>
        </w:rPr>
        <w:t>fejlődését</w:t>
      </w:r>
      <w:r w:rsidRPr="0078531E">
        <w:rPr>
          <w:spacing w:val="-6"/>
          <w:sz w:val="24"/>
        </w:rPr>
        <w:t xml:space="preserve"> </w:t>
      </w:r>
      <w:r w:rsidRPr="0078531E">
        <w:rPr>
          <w:sz w:val="24"/>
        </w:rPr>
        <w:t>elősegítő ösztönző környezet biztosítása.</w:t>
      </w:r>
    </w:p>
    <w:p w14:paraId="7D860BCE" w14:textId="77777777" w:rsidR="00AE0CFD" w:rsidRPr="0078531E" w:rsidRDefault="00AE0CFD">
      <w:pPr>
        <w:pStyle w:val="Szvegtrzs"/>
        <w:spacing w:before="156"/>
      </w:pPr>
    </w:p>
    <w:p w14:paraId="1A7FD14E" w14:textId="77777777" w:rsidR="00AE0CFD" w:rsidRPr="0078531E" w:rsidRDefault="00C3522D">
      <w:pPr>
        <w:pStyle w:val="Cmsor4"/>
        <w:numPr>
          <w:ilvl w:val="1"/>
          <w:numId w:val="15"/>
        </w:numPr>
        <w:tabs>
          <w:tab w:val="left" w:pos="849"/>
        </w:tabs>
        <w:ind w:left="849" w:hanging="473"/>
        <w:jc w:val="left"/>
      </w:pPr>
      <w:r w:rsidRPr="0078531E">
        <w:t>Az</w:t>
      </w:r>
      <w:r w:rsidRPr="0078531E">
        <w:rPr>
          <w:spacing w:val="-6"/>
        </w:rPr>
        <w:t xml:space="preserve"> </w:t>
      </w:r>
      <w:r w:rsidRPr="0078531E">
        <w:t>óvodapedagógus</w:t>
      </w:r>
      <w:r w:rsidRPr="0078531E">
        <w:rPr>
          <w:spacing w:val="-6"/>
        </w:rPr>
        <w:t xml:space="preserve"> </w:t>
      </w:r>
      <w:r w:rsidRPr="0078531E">
        <w:rPr>
          <w:spacing w:val="-2"/>
        </w:rPr>
        <w:t>feladatai</w:t>
      </w:r>
    </w:p>
    <w:p w14:paraId="348D4D5E" w14:textId="77777777" w:rsidR="00AE0CFD" w:rsidRPr="0078531E" w:rsidRDefault="00AE0CFD">
      <w:pPr>
        <w:pStyle w:val="Szvegtrzs"/>
        <w:rPr>
          <w:b/>
          <w:sz w:val="1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2"/>
      </w:tblGrid>
      <w:tr w:rsidR="0078531E" w:rsidRPr="0078531E" w14:paraId="07CBE657" w14:textId="77777777">
        <w:trPr>
          <w:trHeight w:val="827"/>
        </w:trPr>
        <w:tc>
          <w:tcPr>
            <w:tcW w:w="9062" w:type="dxa"/>
          </w:tcPr>
          <w:p w14:paraId="2BDDD32F" w14:textId="77777777" w:rsidR="00AE0CFD" w:rsidRPr="0078531E" w:rsidRDefault="00C3522D">
            <w:pPr>
              <w:pStyle w:val="TableParagraph"/>
              <w:tabs>
                <w:tab w:val="left" w:pos="1328"/>
                <w:tab w:val="left" w:pos="2225"/>
                <w:tab w:val="left" w:pos="3161"/>
                <w:tab w:val="left" w:pos="4351"/>
                <w:tab w:val="left" w:pos="6205"/>
                <w:tab w:val="left" w:pos="7349"/>
                <w:tab w:val="left" w:pos="7673"/>
              </w:tabs>
              <w:spacing w:line="232" w:lineRule="auto"/>
              <w:ind w:left="830" w:right="97" w:hanging="360"/>
              <w:rPr>
                <w:b/>
                <w:i/>
                <w:sz w:val="24"/>
              </w:rPr>
            </w:pPr>
            <w:r w:rsidRPr="0078531E">
              <w:t>1.</w:t>
            </w:r>
            <w:r w:rsidRPr="0078531E">
              <w:rPr>
                <w:spacing w:val="80"/>
              </w:rPr>
              <w:t xml:space="preserve"> </w:t>
            </w:r>
            <w:r w:rsidRPr="0078531E">
              <w:rPr>
                <w:sz w:val="24"/>
              </w:rPr>
              <w:t>Az</w:t>
            </w:r>
            <w:r w:rsidRPr="0078531E">
              <w:rPr>
                <w:sz w:val="24"/>
              </w:rPr>
              <w:tab/>
            </w:r>
            <w:r w:rsidRPr="0078531E">
              <w:rPr>
                <w:spacing w:val="-2"/>
                <w:sz w:val="24"/>
              </w:rPr>
              <w:t>értelmi</w:t>
            </w:r>
            <w:r w:rsidRPr="0078531E">
              <w:rPr>
                <w:sz w:val="24"/>
              </w:rPr>
              <w:tab/>
            </w:r>
            <w:r w:rsidRPr="0078531E">
              <w:rPr>
                <w:spacing w:val="-2"/>
                <w:sz w:val="24"/>
              </w:rPr>
              <w:t>nevelés</w:t>
            </w:r>
            <w:r w:rsidRPr="0078531E">
              <w:rPr>
                <w:sz w:val="24"/>
              </w:rPr>
              <w:tab/>
            </w:r>
            <w:r w:rsidRPr="0078531E">
              <w:rPr>
                <w:spacing w:val="-2"/>
                <w:sz w:val="24"/>
              </w:rPr>
              <w:t>változatos</w:t>
            </w:r>
            <w:r w:rsidRPr="0078531E">
              <w:rPr>
                <w:sz w:val="24"/>
              </w:rPr>
              <w:tab/>
            </w:r>
            <w:r w:rsidRPr="0078531E">
              <w:rPr>
                <w:spacing w:val="-2"/>
                <w:sz w:val="24"/>
              </w:rPr>
              <w:t>tevékenységeken</w:t>
            </w:r>
            <w:r w:rsidRPr="0078531E">
              <w:rPr>
                <w:sz w:val="24"/>
              </w:rPr>
              <w:tab/>
            </w:r>
            <w:r w:rsidRPr="0078531E">
              <w:rPr>
                <w:spacing w:val="-2"/>
                <w:sz w:val="24"/>
              </w:rPr>
              <w:t>keresztül,</w:t>
            </w:r>
            <w:r w:rsidRPr="0078531E">
              <w:rPr>
                <w:sz w:val="24"/>
              </w:rPr>
              <w:tab/>
            </w:r>
            <w:r w:rsidRPr="0078531E">
              <w:rPr>
                <w:spacing w:val="-10"/>
                <w:sz w:val="24"/>
              </w:rPr>
              <w:t>a</w:t>
            </w:r>
            <w:r w:rsidRPr="0078531E">
              <w:rPr>
                <w:sz w:val="24"/>
              </w:rPr>
              <w:tab/>
            </w:r>
            <w:r w:rsidRPr="0078531E">
              <w:rPr>
                <w:spacing w:val="-2"/>
                <w:sz w:val="24"/>
              </w:rPr>
              <w:t xml:space="preserve">kultúraátadás </w:t>
            </w:r>
            <w:r w:rsidRPr="0078531E">
              <w:rPr>
                <w:sz w:val="24"/>
              </w:rPr>
              <w:t>hatásrendszerében</w:t>
            </w:r>
            <w:r w:rsidRPr="0078531E">
              <w:rPr>
                <w:spacing w:val="62"/>
                <w:w w:val="150"/>
                <w:sz w:val="24"/>
              </w:rPr>
              <w:t xml:space="preserve"> </w:t>
            </w:r>
            <w:r w:rsidRPr="0078531E">
              <w:rPr>
                <w:sz w:val="24"/>
              </w:rPr>
              <w:t>az</w:t>
            </w:r>
            <w:r w:rsidRPr="0078531E">
              <w:rPr>
                <w:spacing w:val="62"/>
                <w:w w:val="150"/>
                <w:sz w:val="24"/>
              </w:rPr>
              <w:t xml:space="preserve"> </w:t>
            </w:r>
            <w:r w:rsidRPr="0078531E">
              <w:rPr>
                <w:sz w:val="24"/>
              </w:rPr>
              <w:t>óvodai</w:t>
            </w:r>
            <w:r w:rsidRPr="0078531E">
              <w:rPr>
                <w:spacing w:val="61"/>
                <w:w w:val="150"/>
                <w:sz w:val="24"/>
              </w:rPr>
              <w:t xml:space="preserve"> </w:t>
            </w:r>
            <w:r w:rsidRPr="0078531E">
              <w:rPr>
                <w:sz w:val="24"/>
              </w:rPr>
              <w:t>nevelési</w:t>
            </w:r>
            <w:r w:rsidRPr="0078531E">
              <w:rPr>
                <w:spacing w:val="61"/>
                <w:w w:val="150"/>
                <w:sz w:val="24"/>
              </w:rPr>
              <w:t xml:space="preserve"> </w:t>
            </w:r>
            <w:r w:rsidRPr="0078531E">
              <w:rPr>
                <w:sz w:val="24"/>
              </w:rPr>
              <w:t>módszerek</w:t>
            </w:r>
            <w:r w:rsidRPr="0078531E">
              <w:rPr>
                <w:spacing w:val="61"/>
                <w:w w:val="150"/>
                <w:sz w:val="24"/>
              </w:rPr>
              <w:t xml:space="preserve"> </w:t>
            </w:r>
            <w:r w:rsidRPr="0078531E">
              <w:rPr>
                <w:sz w:val="24"/>
              </w:rPr>
              <w:t>segítségével,</w:t>
            </w:r>
            <w:r w:rsidRPr="0078531E">
              <w:rPr>
                <w:spacing w:val="65"/>
                <w:w w:val="150"/>
                <w:sz w:val="24"/>
              </w:rPr>
              <w:t xml:space="preserve"> </w:t>
            </w:r>
            <w:r w:rsidRPr="0078531E">
              <w:rPr>
                <w:b/>
                <w:i/>
                <w:sz w:val="24"/>
              </w:rPr>
              <w:t>elsődlegesen</w:t>
            </w:r>
            <w:r w:rsidRPr="0078531E">
              <w:rPr>
                <w:b/>
                <w:i/>
                <w:spacing w:val="62"/>
                <w:w w:val="150"/>
                <w:sz w:val="24"/>
              </w:rPr>
              <w:t xml:space="preserve"> </w:t>
            </w:r>
            <w:r w:rsidRPr="0078531E">
              <w:rPr>
                <w:b/>
                <w:i/>
                <w:spacing w:val="-10"/>
                <w:sz w:val="24"/>
              </w:rPr>
              <w:t>a</w:t>
            </w:r>
          </w:p>
          <w:p w14:paraId="77FB8936" w14:textId="77777777" w:rsidR="00AE0CFD" w:rsidRPr="0078531E" w:rsidRDefault="00C3522D">
            <w:pPr>
              <w:pStyle w:val="TableParagraph"/>
              <w:spacing w:before="6" w:line="259" w:lineRule="exact"/>
              <w:ind w:left="830"/>
              <w:rPr>
                <w:b/>
                <w:i/>
                <w:sz w:val="24"/>
              </w:rPr>
            </w:pPr>
            <w:r w:rsidRPr="0078531E">
              <w:rPr>
                <w:b/>
                <w:i/>
                <w:sz w:val="24"/>
              </w:rPr>
              <w:t>gyermek</w:t>
            </w:r>
            <w:r w:rsidRPr="0078531E">
              <w:rPr>
                <w:b/>
                <w:i/>
                <w:spacing w:val="-1"/>
                <w:sz w:val="24"/>
              </w:rPr>
              <w:t xml:space="preserve"> </w:t>
            </w:r>
            <w:r w:rsidRPr="0078531E">
              <w:rPr>
                <w:b/>
                <w:i/>
                <w:sz w:val="24"/>
              </w:rPr>
              <w:t>szabad</w:t>
            </w:r>
            <w:r w:rsidRPr="0078531E">
              <w:rPr>
                <w:b/>
                <w:i/>
                <w:spacing w:val="-2"/>
                <w:sz w:val="24"/>
              </w:rPr>
              <w:t xml:space="preserve"> </w:t>
            </w:r>
            <w:r w:rsidRPr="0078531E">
              <w:rPr>
                <w:b/>
                <w:i/>
                <w:sz w:val="24"/>
              </w:rPr>
              <w:t>játéka</w:t>
            </w:r>
            <w:r w:rsidRPr="0078531E">
              <w:rPr>
                <w:b/>
                <w:i/>
                <w:spacing w:val="-1"/>
                <w:sz w:val="24"/>
              </w:rPr>
              <w:t xml:space="preserve"> </w:t>
            </w:r>
            <w:r w:rsidRPr="0078531E">
              <w:rPr>
                <w:b/>
                <w:i/>
                <w:sz w:val="24"/>
              </w:rPr>
              <w:t>által</w:t>
            </w:r>
            <w:r w:rsidRPr="0078531E">
              <w:rPr>
                <w:b/>
                <w:i/>
                <w:spacing w:val="-1"/>
                <w:sz w:val="24"/>
              </w:rPr>
              <w:t xml:space="preserve"> </w:t>
            </w:r>
            <w:r w:rsidRPr="0078531E">
              <w:rPr>
                <w:b/>
                <w:i/>
                <w:sz w:val="24"/>
              </w:rPr>
              <w:t>valósul</w:t>
            </w:r>
            <w:r w:rsidRPr="0078531E">
              <w:rPr>
                <w:b/>
                <w:i/>
                <w:spacing w:val="-2"/>
                <w:sz w:val="24"/>
              </w:rPr>
              <w:t xml:space="preserve"> </w:t>
            </w:r>
            <w:r w:rsidRPr="0078531E">
              <w:rPr>
                <w:b/>
                <w:i/>
                <w:spacing w:val="-4"/>
                <w:sz w:val="24"/>
              </w:rPr>
              <w:t>meg.</w:t>
            </w:r>
          </w:p>
        </w:tc>
      </w:tr>
      <w:tr w:rsidR="0078531E" w:rsidRPr="0078531E" w14:paraId="068E3F9E" w14:textId="77777777">
        <w:trPr>
          <w:trHeight w:val="1104"/>
        </w:trPr>
        <w:tc>
          <w:tcPr>
            <w:tcW w:w="9062" w:type="dxa"/>
          </w:tcPr>
          <w:p w14:paraId="345045B0" w14:textId="0A18F59D" w:rsidR="00AE0CFD" w:rsidRPr="0078531E" w:rsidRDefault="00C3522D">
            <w:pPr>
              <w:pStyle w:val="TableParagraph"/>
              <w:spacing w:before="268"/>
              <w:ind w:left="830" w:hanging="360"/>
              <w:rPr>
                <w:sz w:val="24"/>
              </w:rPr>
            </w:pPr>
            <w:r w:rsidRPr="0078531E">
              <w:rPr>
                <w:sz w:val="24"/>
              </w:rPr>
              <w:t>2</w:t>
            </w:r>
            <w:r w:rsidRPr="0078531E">
              <w:rPr>
                <w:spacing w:val="80"/>
                <w:sz w:val="24"/>
              </w:rPr>
              <w:t xml:space="preserve"> </w:t>
            </w:r>
            <w:r w:rsidRPr="0078531E">
              <w:rPr>
                <w:sz w:val="24"/>
              </w:rPr>
              <w:t>Mesepedagógia,</w:t>
            </w:r>
            <w:r w:rsidRPr="0078531E">
              <w:rPr>
                <w:spacing w:val="-5"/>
                <w:sz w:val="24"/>
              </w:rPr>
              <w:t xml:space="preserve"> </w:t>
            </w:r>
            <w:r w:rsidRPr="0078531E">
              <w:rPr>
                <w:sz w:val="24"/>
              </w:rPr>
              <w:t>drámapedagógia,</w:t>
            </w:r>
            <w:r w:rsidRPr="0078531E">
              <w:rPr>
                <w:spacing w:val="-5"/>
                <w:sz w:val="24"/>
              </w:rPr>
              <w:t xml:space="preserve"> </w:t>
            </w:r>
            <w:proofErr w:type="spellStart"/>
            <w:r w:rsidRPr="0078531E">
              <w:rPr>
                <w:sz w:val="24"/>
              </w:rPr>
              <w:t>bábozás</w:t>
            </w:r>
            <w:proofErr w:type="spellEnd"/>
            <w:r w:rsidRPr="0078531E">
              <w:rPr>
                <w:spacing w:val="40"/>
                <w:sz w:val="24"/>
              </w:rPr>
              <w:t xml:space="preserve"> </w:t>
            </w:r>
            <w:r w:rsidRPr="0078531E">
              <w:rPr>
                <w:sz w:val="24"/>
              </w:rPr>
              <w:t>alkalmazása</w:t>
            </w:r>
            <w:r w:rsidRPr="0078531E">
              <w:rPr>
                <w:spacing w:val="-6"/>
                <w:sz w:val="24"/>
              </w:rPr>
              <w:t xml:space="preserve"> </w:t>
            </w:r>
            <w:r w:rsidRPr="0078531E">
              <w:rPr>
                <w:sz w:val="24"/>
              </w:rPr>
              <w:t>(biztonság,</w:t>
            </w:r>
            <w:r w:rsidRPr="0078531E">
              <w:rPr>
                <w:spacing w:val="-5"/>
                <w:sz w:val="24"/>
              </w:rPr>
              <w:t xml:space="preserve"> </w:t>
            </w:r>
            <w:r w:rsidRPr="0078531E">
              <w:rPr>
                <w:sz w:val="24"/>
              </w:rPr>
              <w:t>beszédbátorság, beszédaktivitás, szorongásoldás, nyelvi udvariasság)</w:t>
            </w:r>
          </w:p>
        </w:tc>
      </w:tr>
      <w:tr w:rsidR="0078531E" w:rsidRPr="0078531E" w14:paraId="2BFA7B47" w14:textId="77777777" w:rsidTr="00D372AB">
        <w:trPr>
          <w:trHeight w:val="1683"/>
        </w:trPr>
        <w:tc>
          <w:tcPr>
            <w:tcW w:w="9062" w:type="dxa"/>
          </w:tcPr>
          <w:p w14:paraId="1A2B393D" w14:textId="336F8B8F" w:rsidR="00C10FC4" w:rsidRPr="0078531E" w:rsidRDefault="00C10FC4">
            <w:pPr>
              <w:pStyle w:val="TableParagraph"/>
              <w:ind w:left="830" w:right="100" w:hanging="360"/>
              <w:jc w:val="both"/>
              <w:rPr>
                <w:sz w:val="24"/>
              </w:rPr>
            </w:pPr>
            <w:r w:rsidRPr="0078531E">
              <w:rPr>
                <w:sz w:val="24"/>
              </w:rPr>
              <w:t>3.</w:t>
            </w:r>
            <w:r w:rsidRPr="0078531E">
              <w:rPr>
                <w:spacing w:val="40"/>
                <w:sz w:val="24"/>
              </w:rPr>
              <w:t xml:space="preserve"> </w:t>
            </w:r>
            <w:r w:rsidRPr="0078531E">
              <w:rPr>
                <w:sz w:val="24"/>
              </w:rPr>
              <w:t>Az egyéni fejlődés biztosításához szükséges, hogy az óvodapedagógus személyes példájával (odafigyelés, meghallgatás, beszélgetés), kommunikációs helyzetek megteremtésével</w:t>
            </w:r>
            <w:r w:rsidRPr="0078531E">
              <w:rPr>
                <w:spacing w:val="30"/>
                <w:sz w:val="24"/>
              </w:rPr>
              <w:t xml:space="preserve"> </w:t>
            </w:r>
            <w:r w:rsidRPr="0078531E">
              <w:rPr>
                <w:sz w:val="24"/>
              </w:rPr>
              <w:t>ösztönözze</w:t>
            </w:r>
            <w:r w:rsidRPr="0078531E">
              <w:rPr>
                <w:spacing w:val="30"/>
                <w:sz w:val="24"/>
              </w:rPr>
              <w:t xml:space="preserve"> </w:t>
            </w:r>
            <w:r w:rsidRPr="0078531E">
              <w:rPr>
                <w:sz w:val="24"/>
              </w:rPr>
              <w:t>a</w:t>
            </w:r>
            <w:r w:rsidRPr="0078531E">
              <w:rPr>
                <w:spacing w:val="29"/>
                <w:sz w:val="24"/>
              </w:rPr>
              <w:t xml:space="preserve"> </w:t>
            </w:r>
            <w:r w:rsidRPr="0078531E">
              <w:rPr>
                <w:sz w:val="24"/>
              </w:rPr>
              <w:t>gyermekek</w:t>
            </w:r>
            <w:r w:rsidRPr="0078531E">
              <w:rPr>
                <w:spacing w:val="31"/>
                <w:sz w:val="24"/>
              </w:rPr>
              <w:t xml:space="preserve"> </w:t>
            </w:r>
            <w:r w:rsidRPr="0078531E">
              <w:rPr>
                <w:sz w:val="24"/>
              </w:rPr>
              <w:t>közötti</w:t>
            </w:r>
            <w:r w:rsidRPr="0078531E">
              <w:rPr>
                <w:spacing w:val="30"/>
                <w:sz w:val="24"/>
              </w:rPr>
              <w:t xml:space="preserve"> </w:t>
            </w:r>
            <w:r w:rsidRPr="0078531E">
              <w:rPr>
                <w:sz w:val="24"/>
              </w:rPr>
              <w:t>kommunikációt,</w:t>
            </w:r>
            <w:r w:rsidRPr="0078531E">
              <w:rPr>
                <w:spacing w:val="30"/>
                <w:sz w:val="24"/>
              </w:rPr>
              <w:t xml:space="preserve"> </w:t>
            </w:r>
            <w:r w:rsidRPr="0078531E">
              <w:rPr>
                <w:spacing w:val="-2"/>
                <w:sz w:val="24"/>
              </w:rPr>
              <w:t>teremtsen</w:t>
            </w:r>
          </w:p>
          <w:p w14:paraId="51754473" w14:textId="77777777" w:rsidR="00C10FC4" w:rsidRPr="0078531E" w:rsidRDefault="00C10FC4">
            <w:pPr>
              <w:pStyle w:val="TableParagraph"/>
              <w:spacing w:line="266" w:lineRule="exact"/>
              <w:ind w:left="830"/>
              <w:jc w:val="both"/>
              <w:rPr>
                <w:sz w:val="24"/>
              </w:rPr>
            </w:pPr>
            <w:r w:rsidRPr="0078531E">
              <w:rPr>
                <w:sz w:val="24"/>
              </w:rPr>
              <w:t>lehetőséget</w:t>
            </w:r>
            <w:r w:rsidRPr="0078531E">
              <w:rPr>
                <w:spacing w:val="74"/>
                <w:sz w:val="24"/>
              </w:rPr>
              <w:t xml:space="preserve"> </w:t>
            </w:r>
            <w:r w:rsidRPr="0078531E">
              <w:rPr>
                <w:sz w:val="24"/>
              </w:rPr>
              <w:t>a</w:t>
            </w:r>
            <w:r w:rsidRPr="0078531E">
              <w:rPr>
                <w:spacing w:val="76"/>
                <w:sz w:val="24"/>
              </w:rPr>
              <w:t xml:space="preserve"> </w:t>
            </w:r>
            <w:r w:rsidRPr="0078531E">
              <w:rPr>
                <w:sz w:val="24"/>
              </w:rPr>
              <w:t>monologikus</w:t>
            </w:r>
            <w:r w:rsidRPr="0078531E">
              <w:rPr>
                <w:spacing w:val="77"/>
                <w:sz w:val="24"/>
              </w:rPr>
              <w:t xml:space="preserve"> </w:t>
            </w:r>
            <w:r w:rsidRPr="0078531E">
              <w:rPr>
                <w:sz w:val="24"/>
              </w:rPr>
              <w:t>beszédre,</w:t>
            </w:r>
            <w:r w:rsidRPr="0078531E">
              <w:rPr>
                <w:spacing w:val="75"/>
                <w:sz w:val="24"/>
              </w:rPr>
              <w:t xml:space="preserve"> </w:t>
            </w:r>
            <w:r w:rsidRPr="0078531E">
              <w:rPr>
                <w:sz w:val="24"/>
              </w:rPr>
              <w:t>ennek</w:t>
            </w:r>
            <w:r w:rsidRPr="0078531E">
              <w:rPr>
                <w:spacing w:val="79"/>
                <w:sz w:val="24"/>
              </w:rPr>
              <w:t xml:space="preserve"> </w:t>
            </w:r>
            <w:r w:rsidRPr="0078531E">
              <w:rPr>
                <w:sz w:val="24"/>
              </w:rPr>
              <w:t>fejlesztésére,</w:t>
            </w:r>
            <w:r w:rsidRPr="0078531E">
              <w:rPr>
                <w:spacing w:val="76"/>
                <w:sz w:val="24"/>
              </w:rPr>
              <w:t xml:space="preserve"> </w:t>
            </w:r>
            <w:r w:rsidRPr="0078531E">
              <w:rPr>
                <w:sz w:val="24"/>
              </w:rPr>
              <w:t>bővítse</w:t>
            </w:r>
            <w:r w:rsidRPr="0078531E">
              <w:rPr>
                <w:spacing w:val="76"/>
                <w:sz w:val="24"/>
              </w:rPr>
              <w:t xml:space="preserve"> </w:t>
            </w:r>
            <w:r w:rsidRPr="0078531E">
              <w:rPr>
                <w:spacing w:val="-2"/>
                <w:sz w:val="24"/>
              </w:rPr>
              <w:t>szókincsüket,</w:t>
            </w:r>
          </w:p>
          <w:p w14:paraId="073F8C6A" w14:textId="1ACFE20C" w:rsidR="00C10FC4" w:rsidRPr="0078531E" w:rsidRDefault="00C10FC4" w:rsidP="00D372AB">
            <w:pPr>
              <w:pStyle w:val="TableParagraph"/>
              <w:ind w:left="830"/>
              <w:rPr>
                <w:sz w:val="24"/>
              </w:rPr>
            </w:pPr>
            <w:r w:rsidRPr="0078531E">
              <w:rPr>
                <w:sz w:val="24"/>
              </w:rPr>
              <w:t>gazdagítsa</w:t>
            </w:r>
            <w:r w:rsidRPr="0078531E">
              <w:rPr>
                <w:spacing w:val="37"/>
                <w:sz w:val="24"/>
              </w:rPr>
              <w:t xml:space="preserve"> </w:t>
            </w:r>
            <w:r w:rsidRPr="0078531E">
              <w:rPr>
                <w:sz w:val="24"/>
              </w:rPr>
              <w:t>metakommunikációs</w:t>
            </w:r>
            <w:r w:rsidRPr="0078531E">
              <w:rPr>
                <w:spacing w:val="38"/>
                <w:sz w:val="24"/>
              </w:rPr>
              <w:t xml:space="preserve"> </w:t>
            </w:r>
            <w:r w:rsidRPr="0078531E">
              <w:rPr>
                <w:sz w:val="24"/>
              </w:rPr>
              <w:t>ismereteiket</w:t>
            </w:r>
            <w:r w:rsidRPr="0078531E">
              <w:rPr>
                <w:spacing w:val="37"/>
                <w:sz w:val="24"/>
              </w:rPr>
              <w:t xml:space="preserve"> </w:t>
            </w:r>
            <w:r w:rsidRPr="0078531E">
              <w:rPr>
                <w:sz w:val="24"/>
              </w:rPr>
              <w:t>(például</w:t>
            </w:r>
            <w:r w:rsidRPr="0078531E">
              <w:rPr>
                <w:spacing w:val="37"/>
                <w:sz w:val="24"/>
              </w:rPr>
              <w:t xml:space="preserve"> </w:t>
            </w:r>
            <w:r w:rsidRPr="0078531E">
              <w:rPr>
                <w:sz w:val="24"/>
              </w:rPr>
              <w:t>érzelmeket</w:t>
            </w:r>
            <w:r w:rsidRPr="0078531E">
              <w:rPr>
                <w:spacing w:val="37"/>
                <w:sz w:val="24"/>
              </w:rPr>
              <w:t xml:space="preserve"> </w:t>
            </w:r>
            <w:r w:rsidRPr="0078531E">
              <w:rPr>
                <w:sz w:val="24"/>
              </w:rPr>
              <w:t>jelző</w:t>
            </w:r>
            <w:r w:rsidRPr="0078531E">
              <w:rPr>
                <w:spacing w:val="37"/>
                <w:sz w:val="24"/>
              </w:rPr>
              <w:t xml:space="preserve"> </w:t>
            </w:r>
            <w:r w:rsidRPr="0078531E">
              <w:rPr>
                <w:sz w:val="24"/>
              </w:rPr>
              <w:t>gesztusok, arckifejezések, testtartások).</w:t>
            </w:r>
          </w:p>
        </w:tc>
      </w:tr>
      <w:tr w:rsidR="0078531E" w:rsidRPr="0078531E" w14:paraId="19DDFD03" w14:textId="77777777">
        <w:trPr>
          <w:trHeight w:val="1103"/>
        </w:trPr>
        <w:tc>
          <w:tcPr>
            <w:tcW w:w="9062" w:type="dxa"/>
          </w:tcPr>
          <w:p w14:paraId="5F101330" w14:textId="77777777" w:rsidR="00AE0CFD" w:rsidRPr="0078531E" w:rsidRDefault="00C3522D">
            <w:pPr>
              <w:pStyle w:val="TableParagraph"/>
              <w:ind w:left="830" w:hanging="360"/>
              <w:rPr>
                <w:sz w:val="24"/>
              </w:rPr>
            </w:pPr>
            <w:r w:rsidRPr="0078531E">
              <w:rPr>
                <w:sz w:val="24"/>
              </w:rPr>
              <w:lastRenderedPageBreak/>
              <w:t>4.</w:t>
            </w:r>
            <w:r w:rsidRPr="0078531E">
              <w:rPr>
                <w:spacing w:val="80"/>
                <w:sz w:val="24"/>
              </w:rPr>
              <w:t xml:space="preserve"> </w:t>
            </w:r>
            <w:r w:rsidRPr="0078531E">
              <w:rPr>
                <w:sz w:val="24"/>
              </w:rPr>
              <w:t>Az</w:t>
            </w:r>
            <w:r w:rsidRPr="0078531E">
              <w:rPr>
                <w:spacing w:val="31"/>
                <w:sz w:val="24"/>
              </w:rPr>
              <w:t xml:space="preserve"> </w:t>
            </w:r>
            <w:r w:rsidRPr="0078531E">
              <w:rPr>
                <w:sz w:val="24"/>
              </w:rPr>
              <w:t>anyanyelvi</w:t>
            </w:r>
            <w:r w:rsidRPr="0078531E">
              <w:rPr>
                <w:spacing w:val="31"/>
                <w:sz w:val="24"/>
              </w:rPr>
              <w:t xml:space="preserve"> </w:t>
            </w:r>
            <w:r w:rsidRPr="0078531E">
              <w:rPr>
                <w:sz w:val="24"/>
              </w:rPr>
              <w:t>nevelés</w:t>
            </w:r>
            <w:r w:rsidRPr="0078531E">
              <w:rPr>
                <w:spacing w:val="33"/>
                <w:sz w:val="24"/>
              </w:rPr>
              <w:t xml:space="preserve"> </w:t>
            </w:r>
            <w:r w:rsidRPr="0078531E">
              <w:rPr>
                <w:sz w:val="24"/>
              </w:rPr>
              <w:t>valamennyi</w:t>
            </w:r>
            <w:r w:rsidRPr="0078531E">
              <w:rPr>
                <w:spacing w:val="31"/>
                <w:sz w:val="24"/>
              </w:rPr>
              <w:t xml:space="preserve"> </w:t>
            </w:r>
            <w:r w:rsidRPr="0078531E">
              <w:rPr>
                <w:sz w:val="24"/>
              </w:rPr>
              <w:t>tevékenységi</w:t>
            </w:r>
            <w:r w:rsidRPr="0078531E">
              <w:rPr>
                <w:spacing w:val="31"/>
                <w:sz w:val="24"/>
              </w:rPr>
              <w:t xml:space="preserve"> </w:t>
            </w:r>
            <w:r w:rsidRPr="0078531E">
              <w:rPr>
                <w:sz w:val="24"/>
              </w:rPr>
              <w:t>forma</w:t>
            </w:r>
            <w:r w:rsidRPr="0078531E">
              <w:rPr>
                <w:spacing w:val="30"/>
                <w:sz w:val="24"/>
              </w:rPr>
              <w:t xml:space="preserve"> </w:t>
            </w:r>
            <w:r w:rsidRPr="0078531E">
              <w:rPr>
                <w:sz w:val="24"/>
              </w:rPr>
              <w:t>keretében</w:t>
            </w:r>
            <w:r w:rsidRPr="0078531E">
              <w:rPr>
                <w:spacing w:val="32"/>
                <w:sz w:val="24"/>
              </w:rPr>
              <w:t xml:space="preserve"> </w:t>
            </w:r>
            <w:r w:rsidRPr="0078531E">
              <w:rPr>
                <w:sz w:val="24"/>
              </w:rPr>
              <w:t>megvalósítandó feladat.</w:t>
            </w:r>
            <w:r w:rsidRPr="0078531E">
              <w:rPr>
                <w:spacing w:val="-4"/>
                <w:sz w:val="24"/>
              </w:rPr>
              <w:t xml:space="preserve"> </w:t>
            </w:r>
            <w:r w:rsidRPr="0078531E">
              <w:rPr>
                <w:sz w:val="24"/>
              </w:rPr>
              <w:t>A</w:t>
            </w:r>
            <w:r w:rsidRPr="0078531E">
              <w:rPr>
                <w:spacing w:val="1"/>
                <w:sz w:val="24"/>
              </w:rPr>
              <w:t xml:space="preserve"> </w:t>
            </w:r>
            <w:r w:rsidRPr="0078531E">
              <w:rPr>
                <w:sz w:val="24"/>
              </w:rPr>
              <w:t>gyermek</w:t>
            </w:r>
            <w:r w:rsidRPr="0078531E">
              <w:rPr>
                <w:spacing w:val="-1"/>
                <w:sz w:val="24"/>
              </w:rPr>
              <w:t xml:space="preserve"> </w:t>
            </w:r>
            <w:r w:rsidRPr="0078531E">
              <w:rPr>
                <w:sz w:val="24"/>
              </w:rPr>
              <w:t>beszéd</w:t>
            </w:r>
            <w:r w:rsidRPr="0078531E">
              <w:rPr>
                <w:spacing w:val="-1"/>
                <w:sz w:val="24"/>
              </w:rPr>
              <w:t xml:space="preserve"> </w:t>
            </w:r>
            <w:r w:rsidRPr="0078531E">
              <w:rPr>
                <w:sz w:val="24"/>
              </w:rPr>
              <w:t>és</w:t>
            </w:r>
            <w:r w:rsidRPr="0078531E">
              <w:rPr>
                <w:spacing w:val="-3"/>
                <w:sz w:val="24"/>
              </w:rPr>
              <w:t xml:space="preserve"> </w:t>
            </w:r>
            <w:r w:rsidRPr="0078531E">
              <w:rPr>
                <w:sz w:val="24"/>
              </w:rPr>
              <w:t>kommunikációs</w:t>
            </w:r>
            <w:r w:rsidRPr="0078531E">
              <w:rPr>
                <w:spacing w:val="-2"/>
                <w:sz w:val="24"/>
              </w:rPr>
              <w:t xml:space="preserve"> </w:t>
            </w:r>
            <w:r w:rsidRPr="0078531E">
              <w:rPr>
                <w:sz w:val="24"/>
              </w:rPr>
              <w:t>képessége</w:t>
            </w:r>
            <w:r w:rsidRPr="0078531E">
              <w:rPr>
                <w:spacing w:val="-2"/>
                <w:sz w:val="24"/>
              </w:rPr>
              <w:t xml:space="preserve"> </w:t>
            </w:r>
            <w:r w:rsidRPr="0078531E">
              <w:rPr>
                <w:sz w:val="24"/>
              </w:rPr>
              <w:t>elsődlegesen</w:t>
            </w:r>
            <w:r w:rsidRPr="0078531E">
              <w:rPr>
                <w:spacing w:val="-2"/>
                <w:sz w:val="24"/>
              </w:rPr>
              <w:t xml:space="preserve"> </w:t>
            </w:r>
            <w:r w:rsidRPr="0078531E">
              <w:rPr>
                <w:sz w:val="24"/>
              </w:rPr>
              <w:t>függ</w:t>
            </w:r>
            <w:r w:rsidRPr="0078531E">
              <w:rPr>
                <w:spacing w:val="-1"/>
                <w:sz w:val="24"/>
              </w:rPr>
              <w:t xml:space="preserve"> </w:t>
            </w:r>
            <w:r w:rsidRPr="0078531E">
              <w:rPr>
                <w:sz w:val="24"/>
              </w:rPr>
              <w:t>a</w:t>
            </w:r>
            <w:r w:rsidRPr="0078531E">
              <w:rPr>
                <w:spacing w:val="-2"/>
                <w:sz w:val="24"/>
              </w:rPr>
              <w:t xml:space="preserve"> családi</w:t>
            </w:r>
          </w:p>
          <w:p w14:paraId="06BCF3B4" w14:textId="77777777" w:rsidR="00AE0CFD" w:rsidRPr="0078531E" w:rsidRDefault="00C3522D">
            <w:pPr>
              <w:pStyle w:val="TableParagraph"/>
              <w:spacing w:line="270" w:lineRule="atLeast"/>
              <w:ind w:left="830" w:right="98"/>
              <w:rPr>
                <w:sz w:val="24"/>
              </w:rPr>
            </w:pPr>
            <w:r w:rsidRPr="0078531E">
              <w:rPr>
                <w:sz w:val="24"/>
              </w:rPr>
              <w:t>szocializációtól,</w:t>
            </w:r>
            <w:r w:rsidRPr="0078531E">
              <w:rPr>
                <w:spacing w:val="-9"/>
                <w:sz w:val="24"/>
              </w:rPr>
              <w:t xml:space="preserve"> </w:t>
            </w:r>
            <w:r w:rsidRPr="0078531E">
              <w:rPr>
                <w:sz w:val="24"/>
              </w:rPr>
              <w:t>mely</w:t>
            </w:r>
            <w:r w:rsidRPr="0078531E">
              <w:rPr>
                <w:spacing w:val="-13"/>
                <w:sz w:val="24"/>
              </w:rPr>
              <w:t xml:space="preserve"> </w:t>
            </w:r>
            <w:r w:rsidRPr="0078531E">
              <w:rPr>
                <w:sz w:val="24"/>
              </w:rPr>
              <w:t>előnyös</w:t>
            </w:r>
            <w:r w:rsidRPr="0078531E">
              <w:rPr>
                <w:spacing w:val="-9"/>
                <w:sz w:val="24"/>
              </w:rPr>
              <w:t xml:space="preserve"> </w:t>
            </w:r>
            <w:r w:rsidRPr="0078531E">
              <w:rPr>
                <w:sz w:val="24"/>
              </w:rPr>
              <w:t>vagy</w:t>
            </w:r>
            <w:r w:rsidRPr="0078531E">
              <w:rPr>
                <w:spacing w:val="-13"/>
                <w:sz w:val="24"/>
              </w:rPr>
              <w:t xml:space="preserve"> </w:t>
            </w:r>
            <w:r w:rsidRPr="0078531E">
              <w:rPr>
                <w:sz w:val="24"/>
              </w:rPr>
              <w:t>hátrányos</w:t>
            </w:r>
            <w:r w:rsidRPr="0078531E">
              <w:rPr>
                <w:spacing w:val="-7"/>
                <w:sz w:val="24"/>
              </w:rPr>
              <w:t xml:space="preserve"> </w:t>
            </w:r>
            <w:r w:rsidRPr="0078531E">
              <w:rPr>
                <w:sz w:val="24"/>
              </w:rPr>
              <w:t>helyzetet</w:t>
            </w:r>
            <w:r w:rsidRPr="0078531E">
              <w:rPr>
                <w:spacing w:val="-9"/>
                <w:sz w:val="24"/>
              </w:rPr>
              <w:t xml:space="preserve"> </w:t>
            </w:r>
            <w:r w:rsidRPr="0078531E">
              <w:rPr>
                <w:sz w:val="24"/>
              </w:rPr>
              <w:t>teremt</w:t>
            </w:r>
            <w:r w:rsidRPr="0078531E">
              <w:rPr>
                <w:spacing w:val="-6"/>
                <w:sz w:val="24"/>
              </w:rPr>
              <w:t xml:space="preserve"> </w:t>
            </w:r>
            <w:r w:rsidRPr="0078531E">
              <w:rPr>
                <w:sz w:val="24"/>
              </w:rPr>
              <w:t>a</w:t>
            </w:r>
            <w:r w:rsidRPr="0078531E">
              <w:rPr>
                <w:spacing w:val="-8"/>
                <w:sz w:val="24"/>
              </w:rPr>
              <w:t xml:space="preserve"> </w:t>
            </w:r>
            <w:r w:rsidRPr="0078531E">
              <w:rPr>
                <w:sz w:val="24"/>
              </w:rPr>
              <w:t>gyermekek</w:t>
            </w:r>
            <w:r w:rsidRPr="0078531E">
              <w:rPr>
                <w:spacing w:val="-7"/>
                <w:sz w:val="24"/>
              </w:rPr>
              <w:t xml:space="preserve"> </w:t>
            </w:r>
            <w:r w:rsidRPr="0078531E">
              <w:rPr>
                <w:sz w:val="24"/>
              </w:rPr>
              <w:t>számára a közösségben.</w:t>
            </w:r>
          </w:p>
        </w:tc>
      </w:tr>
      <w:tr w:rsidR="0078531E" w:rsidRPr="0078531E" w14:paraId="585462D7" w14:textId="77777777">
        <w:trPr>
          <w:trHeight w:val="566"/>
        </w:trPr>
        <w:tc>
          <w:tcPr>
            <w:tcW w:w="9062" w:type="dxa"/>
          </w:tcPr>
          <w:p w14:paraId="74400D8A" w14:textId="77777777" w:rsidR="00AE0CFD" w:rsidRPr="0078531E" w:rsidRDefault="00C3522D">
            <w:pPr>
              <w:pStyle w:val="TableParagraph"/>
              <w:spacing w:line="276" w:lineRule="exact"/>
              <w:ind w:left="830" w:hanging="360"/>
              <w:rPr>
                <w:sz w:val="24"/>
              </w:rPr>
            </w:pPr>
            <w:r w:rsidRPr="0078531E">
              <w:rPr>
                <w:sz w:val="24"/>
              </w:rPr>
              <w:t>5.</w:t>
            </w:r>
            <w:r w:rsidRPr="0078531E">
              <w:rPr>
                <w:spacing w:val="80"/>
                <w:sz w:val="24"/>
              </w:rPr>
              <w:t xml:space="preserve"> </w:t>
            </w:r>
            <w:r w:rsidRPr="0078531E">
              <w:rPr>
                <w:sz w:val="24"/>
              </w:rPr>
              <w:t>Valamennyi</w:t>
            </w:r>
            <w:r w:rsidRPr="0078531E">
              <w:rPr>
                <w:spacing w:val="70"/>
                <w:sz w:val="24"/>
              </w:rPr>
              <w:t xml:space="preserve"> </w:t>
            </w:r>
            <w:r w:rsidRPr="0078531E">
              <w:rPr>
                <w:sz w:val="24"/>
              </w:rPr>
              <w:t>értelmi</w:t>
            </w:r>
            <w:r w:rsidRPr="0078531E">
              <w:rPr>
                <w:spacing w:val="70"/>
                <w:sz w:val="24"/>
              </w:rPr>
              <w:t xml:space="preserve"> </w:t>
            </w:r>
            <w:r w:rsidRPr="0078531E">
              <w:rPr>
                <w:sz w:val="24"/>
              </w:rPr>
              <w:t>képesség,</w:t>
            </w:r>
            <w:r w:rsidRPr="0078531E">
              <w:rPr>
                <w:spacing w:val="70"/>
                <w:sz w:val="24"/>
              </w:rPr>
              <w:t xml:space="preserve"> </w:t>
            </w:r>
            <w:r w:rsidRPr="0078531E">
              <w:rPr>
                <w:sz w:val="24"/>
              </w:rPr>
              <w:t>különösen</w:t>
            </w:r>
            <w:r w:rsidRPr="0078531E">
              <w:rPr>
                <w:spacing w:val="70"/>
                <w:sz w:val="24"/>
              </w:rPr>
              <w:t xml:space="preserve"> </w:t>
            </w:r>
            <w:r w:rsidRPr="0078531E">
              <w:rPr>
                <w:sz w:val="24"/>
              </w:rPr>
              <w:t>a</w:t>
            </w:r>
            <w:r w:rsidRPr="0078531E">
              <w:rPr>
                <w:spacing w:val="71"/>
                <w:sz w:val="24"/>
              </w:rPr>
              <w:t xml:space="preserve"> </w:t>
            </w:r>
            <w:r w:rsidRPr="0078531E">
              <w:rPr>
                <w:sz w:val="24"/>
              </w:rPr>
              <w:t>képzelet</w:t>
            </w:r>
            <w:r w:rsidRPr="0078531E">
              <w:rPr>
                <w:spacing w:val="70"/>
                <w:sz w:val="24"/>
              </w:rPr>
              <w:t xml:space="preserve"> </w:t>
            </w:r>
            <w:r w:rsidRPr="0078531E">
              <w:rPr>
                <w:sz w:val="24"/>
              </w:rPr>
              <w:t>és</w:t>
            </w:r>
            <w:r w:rsidRPr="0078531E">
              <w:rPr>
                <w:spacing w:val="70"/>
                <w:sz w:val="24"/>
              </w:rPr>
              <w:t xml:space="preserve"> </w:t>
            </w:r>
            <w:r w:rsidRPr="0078531E">
              <w:rPr>
                <w:sz w:val="24"/>
              </w:rPr>
              <w:t>a</w:t>
            </w:r>
            <w:r w:rsidRPr="0078531E">
              <w:rPr>
                <w:spacing w:val="69"/>
                <w:sz w:val="24"/>
              </w:rPr>
              <w:t xml:space="preserve"> </w:t>
            </w:r>
            <w:r w:rsidRPr="0078531E">
              <w:rPr>
                <w:sz w:val="24"/>
              </w:rPr>
              <w:t>kreativitás</w:t>
            </w:r>
            <w:r w:rsidRPr="0078531E">
              <w:rPr>
                <w:spacing w:val="72"/>
                <w:sz w:val="24"/>
              </w:rPr>
              <w:t xml:space="preserve"> </w:t>
            </w:r>
            <w:r w:rsidRPr="0078531E">
              <w:rPr>
                <w:sz w:val="24"/>
              </w:rPr>
              <w:t>fejlődését elősegítő ösztönző környezet biztosítása.</w:t>
            </w:r>
          </w:p>
        </w:tc>
      </w:tr>
      <w:tr w:rsidR="0078531E" w:rsidRPr="0078531E" w14:paraId="5CD40E01" w14:textId="77777777">
        <w:trPr>
          <w:trHeight w:val="830"/>
        </w:trPr>
        <w:tc>
          <w:tcPr>
            <w:tcW w:w="9062" w:type="dxa"/>
          </w:tcPr>
          <w:p w14:paraId="3860A7C0" w14:textId="77777777" w:rsidR="00AE0CFD" w:rsidRPr="0078531E" w:rsidRDefault="00C3522D">
            <w:pPr>
              <w:pStyle w:val="TableParagraph"/>
              <w:tabs>
                <w:tab w:val="left" w:pos="4303"/>
              </w:tabs>
              <w:ind w:left="830" w:right="98" w:hanging="360"/>
              <w:rPr>
                <w:sz w:val="24"/>
              </w:rPr>
            </w:pPr>
            <w:r w:rsidRPr="0078531E">
              <w:rPr>
                <w:sz w:val="24"/>
              </w:rPr>
              <w:t>6.</w:t>
            </w:r>
            <w:r w:rsidRPr="0078531E">
              <w:rPr>
                <w:spacing w:val="80"/>
                <w:sz w:val="24"/>
              </w:rPr>
              <w:t xml:space="preserve"> </w:t>
            </w:r>
            <w:r w:rsidRPr="0078531E">
              <w:rPr>
                <w:sz w:val="24"/>
              </w:rPr>
              <w:t>Az</w:t>
            </w:r>
            <w:r w:rsidRPr="0078531E">
              <w:rPr>
                <w:spacing w:val="80"/>
                <w:sz w:val="24"/>
              </w:rPr>
              <w:t xml:space="preserve"> </w:t>
            </w:r>
            <w:r w:rsidRPr="0078531E">
              <w:rPr>
                <w:sz w:val="24"/>
              </w:rPr>
              <w:t>óvodapedagógusok</w:t>
            </w:r>
            <w:r w:rsidRPr="0078531E">
              <w:rPr>
                <w:spacing w:val="80"/>
                <w:sz w:val="24"/>
              </w:rPr>
              <w:t xml:space="preserve"> </w:t>
            </w:r>
            <w:r w:rsidRPr="0078531E">
              <w:rPr>
                <w:sz w:val="24"/>
              </w:rPr>
              <w:t>feladata</w:t>
            </w:r>
            <w:r w:rsidRPr="0078531E">
              <w:rPr>
                <w:spacing w:val="80"/>
                <w:sz w:val="24"/>
              </w:rPr>
              <w:t xml:space="preserve"> </w:t>
            </w:r>
            <w:r w:rsidRPr="0078531E">
              <w:rPr>
                <w:sz w:val="24"/>
              </w:rPr>
              <w:t>az</w:t>
            </w:r>
            <w:r w:rsidRPr="0078531E">
              <w:rPr>
                <w:spacing w:val="80"/>
                <w:sz w:val="24"/>
              </w:rPr>
              <w:t xml:space="preserve"> </w:t>
            </w:r>
            <w:r w:rsidRPr="0078531E">
              <w:rPr>
                <w:sz w:val="24"/>
              </w:rPr>
              <w:t>anyanyelv</w:t>
            </w:r>
            <w:r w:rsidRPr="0078531E">
              <w:rPr>
                <w:spacing w:val="80"/>
                <w:sz w:val="24"/>
              </w:rPr>
              <w:t xml:space="preserve"> </w:t>
            </w:r>
            <w:r w:rsidRPr="0078531E">
              <w:rPr>
                <w:sz w:val="24"/>
              </w:rPr>
              <w:t>fejlesztése</w:t>
            </w:r>
            <w:r w:rsidRPr="0078531E">
              <w:rPr>
                <w:spacing w:val="80"/>
                <w:sz w:val="24"/>
              </w:rPr>
              <w:t xml:space="preserve"> </w:t>
            </w:r>
            <w:r w:rsidRPr="0078531E">
              <w:rPr>
                <w:sz w:val="24"/>
              </w:rPr>
              <w:t>és</w:t>
            </w:r>
            <w:r w:rsidRPr="0078531E">
              <w:rPr>
                <w:spacing w:val="80"/>
                <w:sz w:val="24"/>
              </w:rPr>
              <w:t xml:space="preserve"> </w:t>
            </w:r>
            <w:r w:rsidRPr="0078531E">
              <w:rPr>
                <w:sz w:val="24"/>
              </w:rPr>
              <w:t>a</w:t>
            </w:r>
            <w:r w:rsidRPr="0078531E">
              <w:rPr>
                <w:spacing w:val="80"/>
                <w:sz w:val="24"/>
              </w:rPr>
              <w:t xml:space="preserve"> </w:t>
            </w:r>
            <w:r w:rsidRPr="0078531E">
              <w:rPr>
                <w:sz w:val="24"/>
              </w:rPr>
              <w:t>kommunikáció különböző</w:t>
            </w:r>
            <w:r w:rsidRPr="0078531E">
              <w:rPr>
                <w:spacing w:val="67"/>
                <w:w w:val="150"/>
                <w:sz w:val="24"/>
              </w:rPr>
              <w:t xml:space="preserve"> </w:t>
            </w:r>
            <w:r w:rsidRPr="0078531E">
              <w:rPr>
                <w:sz w:val="24"/>
              </w:rPr>
              <w:t>formáinak</w:t>
            </w:r>
            <w:r w:rsidRPr="0078531E">
              <w:rPr>
                <w:spacing w:val="67"/>
                <w:w w:val="150"/>
                <w:sz w:val="24"/>
              </w:rPr>
              <w:t xml:space="preserve"> </w:t>
            </w:r>
            <w:r w:rsidRPr="0078531E">
              <w:rPr>
                <w:spacing w:val="-2"/>
                <w:sz w:val="24"/>
              </w:rPr>
              <w:t>alakítása</w:t>
            </w:r>
            <w:r w:rsidRPr="0078531E">
              <w:rPr>
                <w:sz w:val="24"/>
              </w:rPr>
              <w:tab/>
              <w:t>beszélő</w:t>
            </w:r>
            <w:r w:rsidRPr="0078531E">
              <w:rPr>
                <w:spacing w:val="64"/>
                <w:w w:val="150"/>
                <w:sz w:val="24"/>
              </w:rPr>
              <w:t xml:space="preserve"> </w:t>
            </w:r>
            <w:r w:rsidRPr="0078531E">
              <w:rPr>
                <w:sz w:val="24"/>
              </w:rPr>
              <w:t>környezettel,</w:t>
            </w:r>
            <w:r w:rsidRPr="0078531E">
              <w:rPr>
                <w:spacing w:val="66"/>
                <w:w w:val="150"/>
                <w:sz w:val="24"/>
              </w:rPr>
              <w:t xml:space="preserve"> </w:t>
            </w:r>
            <w:r w:rsidRPr="0078531E">
              <w:rPr>
                <w:sz w:val="24"/>
              </w:rPr>
              <w:t>helyes</w:t>
            </w:r>
            <w:r w:rsidRPr="0078531E">
              <w:rPr>
                <w:spacing w:val="66"/>
                <w:w w:val="150"/>
                <w:sz w:val="24"/>
              </w:rPr>
              <w:t xml:space="preserve"> </w:t>
            </w:r>
            <w:r w:rsidRPr="0078531E">
              <w:rPr>
                <w:sz w:val="24"/>
              </w:rPr>
              <w:t>mintaadással</w:t>
            </w:r>
            <w:r w:rsidRPr="0078531E">
              <w:rPr>
                <w:spacing w:val="96"/>
                <w:sz w:val="24"/>
              </w:rPr>
              <w:t xml:space="preserve"> </w:t>
            </w:r>
            <w:r w:rsidRPr="0078531E">
              <w:rPr>
                <w:spacing w:val="-5"/>
                <w:sz w:val="24"/>
              </w:rPr>
              <w:t>és</w:t>
            </w:r>
          </w:p>
          <w:p w14:paraId="6F103BD3" w14:textId="77777777" w:rsidR="00AE0CFD" w:rsidRPr="0078531E" w:rsidRDefault="00C3522D">
            <w:pPr>
              <w:pStyle w:val="TableParagraph"/>
              <w:spacing w:line="264" w:lineRule="exact"/>
              <w:ind w:left="830"/>
              <w:rPr>
                <w:sz w:val="24"/>
              </w:rPr>
            </w:pPr>
            <w:r w:rsidRPr="0078531E">
              <w:rPr>
                <w:spacing w:val="-2"/>
                <w:sz w:val="24"/>
              </w:rPr>
              <w:t>szabályközvetítéssel.</w:t>
            </w:r>
          </w:p>
        </w:tc>
      </w:tr>
      <w:tr w:rsidR="0078531E" w:rsidRPr="0078531E" w14:paraId="7584A32C" w14:textId="77777777">
        <w:trPr>
          <w:trHeight w:val="1104"/>
        </w:trPr>
        <w:tc>
          <w:tcPr>
            <w:tcW w:w="9062" w:type="dxa"/>
          </w:tcPr>
          <w:p w14:paraId="4E2A1C0C" w14:textId="77777777" w:rsidR="00AE0CFD" w:rsidRPr="0078531E" w:rsidRDefault="00C3522D">
            <w:pPr>
              <w:pStyle w:val="TableParagraph"/>
              <w:ind w:left="830" w:hanging="360"/>
              <w:rPr>
                <w:sz w:val="24"/>
              </w:rPr>
            </w:pPr>
            <w:r w:rsidRPr="0078531E">
              <w:rPr>
                <w:sz w:val="24"/>
              </w:rPr>
              <w:t>7.</w:t>
            </w:r>
            <w:r w:rsidRPr="0078531E">
              <w:rPr>
                <w:spacing w:val="80"/>
                <w:sz w:val="24"/>
              </w:rPr>
              <w:t xml:space="preserve"> </w:t>
            </w:r>
            <w:r w:rsidRPr="0078531E">
              <w:rPr>
                <w:sz w:val="24"/>
              </w:rPr>
              <w:t>A gyermekek érdeklődésére, kíváncsiságára építve tervezzük és szervezzük a mindennapi</w:t>
            </w:r>
            <w:r w:rsidRPr="0078531E">
              <w:rPr>
                <w:spacing w:val="-5"/>
                <w:sz w:val="24"/>
              </w:rPr>
              <w:t xml:space="preserve"> </w:t>
            </w:r>
            <w:r w:rsidRPr="0078531E">
              <w:rPr>
                <w:sz w:val="24"/>
              </w:rPr>
              <w:t>játékba</w:t>
            </w:r>
            <w:r w:rsidRPr="0078531E">
              <w:rPr>
                <w:spacing w:val="-7"/>
                <w:sz w:val="24"/>
              </w:rPr>
              <w:t xml:space="preserve"> </w:t>
            </w:r>
            <w:r w:rsidRPr="0078531E">
              <w:rPr>
                <w:sz w:val="24"/>
              </w:rPr>
              <w:t>integrált</w:t>
            </w:r>
            <w:r w:rsidRPr="0078531E">
              <w:rPr>
                <w:spacing w:val="-5"/>
                <w:sz w:val="24"/>
              </w:rPr>
              <w:t xml:space="preserve"> </w:t>
            </w:r>
            <w:r w:rsidRPr="0078531E">
              <w:rPr>
                <w:sz w:val="24"/>
              </w:rPr>
              <w:t>tevékenységeket,</w:t>
            </w:r>
            <w:r w:rsidRPr="0078531E">
              <w:rPr>
                <w:spacing w:val="-5"/>
                <w:sz w:val="24"/>
              </w:rPr>
              <w:t xml:space="preserve"> </w:t>
            </w:r>
            <w:r w:rsidRPr="0078531E">
              <w:rPr>
                <w:sz w:val="24"/>
              </w:rPr>
              <w:t>melyben</w:t>
            </w:r>
            <w:r w:rsidRPr="0078531E">
              <w:rPr>
                <w:spacing w:val="-3"/>
                <w:sz w:val="24"/>
              </w:rPr>
              <w:t xml:space="preserve"> </w:t>
            </w:r>
            <w:r w:rsidRPr="0078531E">
              <w:rPr>
                <w:sz w:val="24"/>
              </w:rPr>
              <w:t>arra</w:t>
            </w:r>
            <w:r w:rsidRPr="0078531E">
              <w:rPr>
                <w:spacing w:val="-6"/>
                <w:sz w:val="24"/>
              </w:rPr>
              <w:t xml:space="preserve"> </w:t>
            </w:r>
            <w:r w:rsidRPr="0078531E">
              <w:rPr>
                <w:sz w:val="24"/>
              </w:rPr>
              <w:t>törekszünk,</w:t>
            </w:r>
            <w:r w:rsidRPr="0078531E">
              <w:rPr>
                <w:spacing w:val="-5"/>
                <w:sz w:val="24"/>
              </w:rPr>
              <w:t xml:space="preserve"> </w:t>
            </w:r>
            <w:r w:rsidRPr="0078531E">
              <w:rPr>
                <w:sz w:val="24"/>
              </w:rPr>
              <w:t>hogy</w:t>
            </w:r>
            <w:r w:rsidRPr="0078531E">
              <w:rPr>
                <w:spacing w:val="-10"/>
                <w:sz w:val="24"/>
              </w:rPr>
              <w:t xml:space="preserve"> </w:t>
            </w:r>
            <w:r w:rsidRPr="0078531E">
              <w:rPr>
                <w:sz w:val="24"/>
              </w:rPr>
              <w:t>a</w:t>
            </w:r>
          </w:p>
          <w:p w14:paraId="4082D07A" w14:textId="77777777" w:rsidR="00AE0CFD" w:rsidRPr="0078531E" w:rsidRDefault="00C3522D">
            <w:pPr>
              <w:pStyle w:val="TableParagraph"/>
              <w:spacing w:line="276" w:lineRule="exact"/>
              <w:ind w:left="830"/>
              <w:rPr>
                <w:sz w:val="24"/>
              </w:rPr>
            </w:pPr>
            <w:r w:rsidRPr="0078531E">
              <w:rPr>
                <w:sz w:val="24"/>
              </w:rPr>
              <w:t>gyermekek</w:t>
            </w:r>
            <w:r w:rsidRPr="0078531E">
              <w:rPr>
                <w:spacing w:val="-5"/>
                <w:sz w:val="24"/>
              </w:rPr>
              <w:t xml:space="preserve"> </w:t>
            </w:r>
            <w:r w:rsidRPr="0078531E">
              <w:rPr>
                <w:sz w:val="24"/>
              </w:rPr>
              <w:t>sok</w:t>
            </w:r>
            <w:r w:rsidRPr="0078531E">
              <w:rPr>
                <w:spacing w:val="-3"/>
                <w:sz w:val="24"/>
              </w:rPr>
              <w:t xml:space="preserve"> </w:t>
            </w:r>
            <w:r w:rsidRPr="0078531E">
              <w:rPr>
                <w:sz w:val="24"/>
              </w:rPr>
              <w:t>érzékszervre</w:t>
            </w:r>
            <w:r w:rsidRPr="0078531E">
              <w:rPr>
                <w:spacing w:val="-7"/>
                <w:sz w:val="24"/>
              </w:rPr>
              <w:t xml:space="preserve"> </w:t>
            </w:r>
            <w:r w:rsidRPr="0078531E">
              <w:rPr>
                <w:sz w:val="24"/>
              </w:rPr>
              <w:t>ható</w:t>
            </w:r>
            <w:r w:rsidRPr="0078531E">
              <w:rPr>
                <w:spacing w:val="-5"/>
                <w:sz w:val="24"/>
              </w:rPr>
              <w:t xml:space="preserve"> </w:t>
            </w:r>
            <w:r w:rsidRPr="0078531E">
              <w:rPr>
                <w:sz w:val="24"/>
              </w:rPr>
              <w:t>és</w:t>
            </w:r>
            <w:r w:rsidRPr="0078531E">
              <w:rPr>
                <w:spacing w:val="-6"/>
                <w:sz w:val="24"/>
              </w:rPr>
              <w:t xml:space="preserve"> </w:t>
            </w:r>
            <w:r w:rsidRPr="0078531E">
              <w:rPr>
                <w:sz w:val="24"/>
              </w:rPr>
              <w:t>közvetlen</w:t>
            </w:r>
            <w:r w:rsidRPr="0078531E">
              <w:rPr>
                <w:spacing w:val="-5"/>
                <w:sz w:val="24"/>
              </w:rPr>
              <w:t xml:space="preserve"> </w:t>
            </w:r>
            <w:r w:rsidRPr="0078531E">
              <w:rPr>
                <w:sz w:val="24"/>
              </w:rPr>
              <w:t>tapasztalatszerzés</w:t>
            </w:r>
            <w:r w:rsidRPr="0078531E">
              <w:rPr>
                <w:spacing w:val="-6"/>
                <w:sz w:val="24"/>
              </w:rPr>
              <w:t xml:space="preserve"> </w:t>
            </w:r>
            <w:r w:rsidRPr="0078531E">
              <w:rPr>
                <w:sz w:val="24"/>
              </w:rPr>
              <w:t>útján</w:t>
            </w:r>
            <w:r w:rsidRPr="0078531E">
              <w:rPr>
                <w:spacing w:val="-5"/>
                <w:sz w:val="24"/>
              </w:rPr>
              <w:t xml:space="preserve"> </w:t>
            </w:r>
            <w:r w:rsidRPr="0078531E">
              <w:rPr>
                <w:sz w:val="24"/>
              </w:rPr>
              <w:t>jussanak</w:t>
            </w:r>
            <w:r w:rsidRPr="0078531E">
              <w:rPr>
                <w:spacing w:val="-5"/>
                <w:sz w:val="24"/>
              </w:rPr>
              <w:t xml:space="preserve"> </w:t>
            </w:r>
            <w:r w:rsidRPr="0078531E">
              <w:rPr>
                <w:sz w:val="24"/>
              </w:rPr>
              <w:t xml:space="preserve">új </w:t>
            </w:r>
            <w:r w:rsidRPr="0078531E">
              <w:rPr>
                <w:spacing w:val="-2"/>
                <w:sz w:val="24"/>
              </w:rPr>
              <w:t>ismeretekhez.</w:t>
            </w:r>
          </w:p>
        </w:tc>
      </w:tr>
      <w:tr w:rsidR="00AE0CFD" w:rsidRPr="0078531E" w14:paraId="7D26D5A9" w14:textId="77777777" w:rsidTr="0075029C">
        <w:trPr>
          <w:trHeight w:val="340"/>
        </w:trPr>
        <w:tc>
          <w:tcPr>
            <w:tcW w:w="9062" w:type="dxa"/>
          </w:tcPr>
          <w:p w14:paraId="7C74BA6E" w14:textId="77777777" w:rsidR="00AE0CFD" w:rsidRPr="0078531E" w:rsidRDefault="00AE0CFD">
            <w:pPr>
              <w:pStyle w:val="TableParagraph"/>
              <w:spacing w:before="16"/>
              <w:rPr>
                <w:b/>
                <w:sz w:val="24"/>
                <w:szCs w:val="24"/>
              </w:rPr>
            </w:pPr>
          </w:p>
          <w:p w14:paraId="2520FA16" w14:textId="77777777" w:rsidR="00AE0CFD" w:rsidRPr="0078531E" w:rsidRDefault="00C3522D">
            <w:pPr>
              <w:pStyle w:val="TableParagraph"/>
              <w:ind w:left="470"/>
            </w:pPr>
            <w:r w:rsidRPr="0078531E">
              <w:rPr>
                <w:sz w:val="24"/>
                <w:szCs w:val="24"/>
              </w:rPr>
              <w:t>8.</w:t>
            </w:r>
            <w:r w:rsidRPr="0078531E">
              <w:rPr>
                <w:spacing w:val="34"/>
                <w:sz w:val="24"/>
                <w:szCs w:val="24"/>
              </w:rPr>
              <w:t xml:space="preserve">  </w:t>
            </w:r>
            <w:r w:rsidRPr="0078531E">
              <w:rPr>
                <w:sz w:val="24"/>
                <w:szCs w:val="24"/>
              </w:rPr>
              <w:t>Mozgás-</w:t>
            </w:r>
            <w:r w:rsidRPr="0078531E">
              <w:rPr>
                <w:spacing w:val="-6"/>
                <w:sz w:val="24"/>
                <w:szCs w:val="24"/>
              </w:rPr>
              <w:t xml:space="preserve"> </w:t>
            </w:r>
            <w:r w:rsidRPr="0078531E">
              <w:rPr>
                <w:sz w:val="24"/>
                <w:szCs w:val="24"/>
              </w:rPr>
              <w:t>tevékenység-</w:t>
            </w:r>
            <w:r w:rsidRPr="0078531E">
              <w:rPr>
                <w:spacing w:val="-7"/>
                <w:sz w:val="24"/>
                <w:szCs w:val="24"/>
              </w:rPr>
              <w:t xml:space="preserve"> </w:t>
            </w:r>
            <w:r w:rsidRPr="0078531E">
              <w:rPr>
                <w:sz w:val="24"/>
                <w:szCs w:val="24"/>
              </w:rPr>
              <w:t>beszéd-</w:t>
            </w:r>
            <w:r w:rsidRPr="0078531E">
              <w:rPr>
                <w:spacing w:val="-5"/>
                <w:sz w:val="24"/>
                <w:szCs w:val="24"/>
              </w:rPr>
              <w:t xml:space="preserve"> </w:t>
            </w:r>
            <w:r w:rsidRPr="0078531E">
              <w:rPr>
                <w:sz w:val="24"/>
                <w:szCs w:val="24"/>
              </w:rPr>
              <w:t>gondolkodás</w:t>
            </w:r>
            <w:r w:rsidRPr="0078531E">
              <w:rPr>
                <w:spacing w:val="-4"/>
                <w:sz w:val="24"/>
                <w:szCs w:val="24"/>
              </w:rPr>
              <w:t xml:space="preserve"> </w:t>
            </w:r>
            <w:r w:rsidRPr="0078531E">
              <w:rPr>
                <w:sz w:val="24"/>
                <w:szCs w:val="24"/>
              </w:rPr>
              <w:t>egységének</w:t>
            </w:r>
            <w:r w:rsidRPr="0078531E">
              <w:rPr>
                <w:spacing w:val="-5"/>
                <w:sz w:val="24"/>
                <w:szCs w:val="24"/>
              </w:rPr>
              <w:t xml:space="preserve"> </w:t>
            </w:r>
            <w:r w:rsidRPr="0078531E">
              <w:rPr>
                <w:spacing w:val="-2"/>
                <w:sz w:val="24"/>
                <w:szCs w:val="24"/>
              </w:rPr>
              <w:t>biztosítása</w:t>
            </w:r>
          </w:p>
        </w:tc>
      </w:tr>
    </w:tbl>
    <w:p w14:paraId="1A345E0B" w14:textId="77777777" w:rsidR="00AE0CFD" w:rsidRPr="0078531E" w:rsidRDefault="00AE0CFD">
      <w:pPr>
        <w:pStyle w:val="Szvegtrzs"/>
        <w:spacing w:before="156"/>
        <w:rPr>
          <w:b/>
        </w:rPr>
      </w:pPr>
    </w:p>
    <w:p w14:paraId="66088A1D" w14:textId="77777777" w:rsidR="00AE0CFD" w:rsidRPr="0078531E" w:rsidRDefault="00C3522D">
      <w:pPr>
        <w:pStyle w:val="Cmsor4"/>
        <w:numPr>
          <w:ilvl w:val="1"/>
          <w:numId w:val="15"/>
        </w:numPr>
        <w:tabs>
          <w:tab w:val="left" w:pos="849"/>
        </w:tabs>
        <w:ind w:left="849" w:hanging="473"/>
        <w:jc w:val="left"/>
      </w:pPr>
      <w:r w:rsidRPr="0078531E">
        <w:t>Az</w:t>
      </w:r>
      <w:r w:rsidRPr="0078531E">
        <w:rPr>
          <w:spacing w:val="-6"/>
        </w:rPr>
        <w:t xml:space="preserve"> </w:t>
      </w:r>
      <w:r w:rsidRPr="0078531E">
        <w:t>óvodapedagógussal</w:t>
      </w:r>
      <w:r w:rsidRPr="0078531E">
        <w:rPr>
          <w:spacing w:val="-4"/>
        </w:rPr>
        <w:t xml:space="preserve"> </w:t>
      </w:r>
      <w:r w:rsidRPr="0078531E">
        <w:t>szemben</w:t>
      </w:r>
      <w:r w:rsidRPr="0078531E">
        <w:rPr>
          <w:spacing w:val="-5"/>
        </w:rPr>
        <w:t xml:space="preserve"> </w:t>
      </w:r>
      <w:r w:rsidRPr="0078531E">
        <w:t>támasztott</w:t>
      </w:r>
      <w:r w:rsidRPr="0078531E">
        <w:rPr>
          <w:spacing w:val="-4"/>
        </w:rPr>
        <w:t xml:space="preserve"> </w:t>
      </w:r>
      <w:r w:rsidRPr="0078531E">
        <w:rPr>
          <w:spacing w:val="-2"/>
        </w:rPr>
        <w:t>elvárások</w:t>
      </w:r>
    </w:p>
    <w:p w14:paraId="70A75B44" w14:textId="77777777" w:rsidR="00AE0CFD" w:rsidRPr="0078531E" w:rsidRDefault="00C3522D">
      <w:pPr>
        <w:pStyle w:val="Szvegtrzs"/>
        <w:spacing w:before="134"/>
        <w:ind w:left="376"/>
      </w:pPr>
      <w:r w:rsidRPr="0078531E">
        <w:t>A</w:t>
      </w:r>
      <w:r w:rsidRPr="0078531E">
        <w:rPr>
          <w:spacing w:val="-2"/>
        </w:rPr>
        <w:t xml:space="preserve"> </w:t>
      </w:r>
      <w:r w:rsidRPr="0078531E">
        <w:t>fentiekben</w:t>
      </w:r>
      <w:r w:rsidRPr="0078531E">
        <w:rPr>
          <w:spacing w:val="-2"/>
        </w:rPr>
        <w:t xml:space="preserve"> </w:t>
      </w:r>
      <w:r w:rsidRPr="0078531E">
        <w:t>megfogalmazott</w:t>
      </w:r>
      <w:r w:rsidRPr="0078531E">
        <w:rPr>
          <w:spacing w:val="-2"/>
        </w:rPr>
        <w:t xml:space="preserve"> </w:t>
      </w:r>
      <w:r w:rsidRPr="0078531E">
        <w:t>feladatoknak</w:t>
      </w:r>
      <w:r w:rsidRPr="0078531E">
        <w:rPr>
          <w:spacing w:val="-2"/>
        </w:rPr>
        <w:t xml:space="preserve"> </w:t>
      </w:r>
      <w:r w:rsidRPr="0078531E">
        <w:t>tegyen</w:t>
      </w:r>
      <w:r w:rsidRPr="0078531E">
        <w:rPr>
          <w:spacing w:val="2"/>
        </w:rPr>
        <w:t xml:space="preserve"> </w:t>
      </w:r>
      <w:r w:rsidRPr="0078531E">
        <w:rPr>
          <w:spacing w:val="-2"/>
        </w:rPr>
        <w:t>eleget.</w:t>
      </w:r>
    </w:p>
    <w:p w14:paraId="476EBA57" w14:textId="77777777" w:rsidR="00AE0CFD" w:rsidRPr="0078531E" w:rsidRDefault="00AE0CFD">
      <w:pPr>
        <w:pStyle w:val="Szvegtrzs"/>
        <w:spacing w:before="205"/>
      </w:pPr>
    </w:p>
    <w:p w14:paraId="7DEF73DE" w14:textId="55F7D94B" w:rsidR="00AE0CFD" w:rsidRPr="0078531E" w:rsidRDefault="00C3522D">
      <w:pPr>
        <w:pStyle w:val="Cmsor2"/>
        <w:numPr>
          <w:ilvl w:val="0"/>
          <w:numId w:val="24"/>
        </w:numPr>
        <w:tabs>
          <w:tab w:val="left" w:pos="792"/>
        </w:tabs>
        <w:spacing w:line="276" w:lineRule="auto"/>
        <w:ind w:left="136" w:right="2667" w:firstLine="0"/>
        <w:jc w:val="both"/>
        <w:rPr>
          <w:rFonts w:ascii="Times New Roman" w:hAnsi="Times New Roman" w:cs="Times New Roman"/>
        </w:rPr>
      </w:pPr>
      <w:bookmarkStart w:id="14" w:name="_bookmark9"/>
      <w:bookmarkEnd w:id="14"/>
      <w:r w:rsidRPr="0078531E">
        <w:rPr>
          <w:rFonts w:ascii="Times New Roman" w:hAnsi="Times New Roman" w:cs="Times New Roman"/>
        </w:rPr>
        <w:t>Az</w:t>
      </w:r>
      <w:r w:rsidRPr="0078531E">
        <w:rPr>
          <w:rFonts w:ascii="Times New Roman" w:hAnsi="Times New Roman" w:cs="Times New Roman"/>
          <w:spacing w:val="-6"/>
        </w:rPr>
        <w:t xml:space="preserve"> </w:t>
      </w:r>
      <w:r w:rsidRPr="0078531E">
        <w:rPr>
          <w:rFonts w:ascii="Times New Roman" w:hAnsi="Times New Roman" w:cs="Times New Roman"/>
        </w:rPr>
        <w:t>óvodai</w:t>
      </w:r>
      <w:r w:rsidRPr="0078531E">
        <w:rPr>
          <w:rFonts w:ascii="Times New Roman" w:hAnsi="Times New Roman" w:cs="Times New Roman"/>
          <w:spacing w:val="-7"/>
        </w:rPr>
        <w:t xml:space="preserve"> </w:t>
      </w:r>
      <w:r w:rsidRPr="0078531E">
        <w:rPr>
          <w:rFonts w:ascii="Times New Roman" w:hAnsi="Times New Roman" w:cs="Times New Roman"/>
        </w:rPr>
        <w:t>élet</w:t>
      </w:r>
      <w:r w:rsidRPr="0078531E">
        <w:rPr>
          <w:rFonts w:ascii="Times New Roman" w:hAnsi="Times New Roman" w:cs="Times New Roman"/>
          <w:spacing w:val="-7"/>
        </w:rPr>
        <w:t xml:space="preserve"> </w:t>
      </w:r>
      <w:r w:rsidRPr="0078531E">
        <w:rPr>
          <w:rFonts w:ascii="Times New Roman" w:hAnsi="Times New Roman" w:cs="Times New Roman"/>
        </w:rPr>
        <w:t>tevékenységi</w:t>
      </w:r>
      <w:r w:rsidRPr="0078531E">
        <w:rPr>
          <w:rFonts w:ascii="Times New Roman" w:hAnsi="Times New Roman" w:cs="Times New Roman"/>
          <w:spacing w:val="-7"/>
        </w:rPr>
        <w:t xml:space="preserve"> </w:t>
      </w:r>
      <w:r w:rsidRPr="0078531E">
        <w:rPr>
          <w:rFonts w:ascii="Times New Roman" w:hAnsi="Times New Roman" w:cs="Times New Roman"/>
        </w:rPr>
        <w:t>formái</w:t>
      </w:r>
      <w:r w:rsidRPr="0078531E">
        <w:rPr>
          <w:rFonts w:ascii="Times New Roman" w:hAnsi="Times New Roman" w:cs="Times New Roman"/>
          <w:spacing w:val="-7"/>
        </w:rPr>
        <w:t xml:space="preserve"> </w:t>
      </w:r>
      <w:r w:rsidRPr="0078531E">
        <w:rPr>
          <w:rFonts w:ascii="Times New Roman" w:hAnsi="Times New Roman" w:cs="Times New Roman"/>
        </w:rPr>
        <w:t>és</w:t>
      </w:r>
      <w:r w:rsidRPr="0078531E">
        <w:rPr>
          <w:rFonts w:ascii="Times New Roman" w:hAnsi="Times New Roman" w:cs="Times New Roman"/>
          <w:spacing w:val="-7"/>
        </w:rPr>
        <w:t xml:space="preserve"> </w:t>
      </w:r>
      <w:r w:rsidRPr="0078531E">
        <w:rPr>
          <w:rFonts w:ascii="Times New Roman" w:hAnsi="Times New Roman" w:cs="Times New Roman"/>
        </w:rPr>
        <w:t>az</w:t>
      </w:r>
      <w:r w:rsidR="004B556A" w:rsidRPr="0078531E">
        <w:rPr>
          <w:rFonts w:ascii="Times New Roman" w:hAnsi="Times New Roman" w:cs="Times New Roman"/>
        </w:rPr>
        <w:t xml:space="preserve"> </w:t>
      </w:r>
      <w:r w:rsidRPr="0078531E">
        <w:rPr>
          <w:rFonts w:ascii="Times New Roman" w:hAnsi="Times New Roman" w:cs="Times New Roman"/>
        </w:rPr>
        <w:t>óvodapedagógus feladatai</w:t>
      </w:r>
    </w:p>
    <w:p w14:paraId="6E4913B2" w14:textId="10B16932" w:rsidR="00D52A8D" w:rsidRPr="0078531E" w:rsidRDefault="00D52A8D" w:rsidP="00D52A8D">
      <w:pPr>
        <w:pStyle w:val="Cmsor4"/>
        <w:tabs>
          <w:tab w:val="left" w:pos="609"/>
        </w:tabs>
        <w:spacing w:before="162"/>
        <w:ind w:left="0"/>
        <w:rPr>
          <w:b w:val="0"/>
          <w:bCs w:val="0"/>
        </w:rPr>
      </w:pPr>
      <w:r w:rsidRPr="0078531E">
        <w:rPr>
          <w:spacing w:val="-2"/>
        </w:rPr>
        <w:t xml:space="preserve">    Alapja: </w:t>
      </w:r>
      <w:r w:rsidRPr="0078531E">
        <w:rPr>
          <w:b w:val="0"/>
          <w:bCs w:val="0"/>
        </w:rPr>
        <w:t>Az</w:t>
      </w:r>
      <w:r w:rsidRPr="0078531E">
        <w:rPr>
          <w:b w:val="0"/>
          <w:bCs w:val="0"/>
          <w:spacing w:val="-4"/>
        </w:rPr>
        <w:t xml:space="preserve"> </w:t>
      </w:r>
      <w:r w:rsidRPr="0078531E">
        <w:rPr>
          <w:b w:val="0"/>
          <w:bCs w:val="0"/>
        </w:rPr>
        <w:t>ÓNOAP</w:t>
      </w:r>
      <w:r w:rsidRPr="0078531E">
        <w:rPr>
          <w:b w:val="0"/>
          <w:bCs w:val="0"/>
          <w:spacing w:val="-2"/>
        </w:rPr>
        <w:t xml:space="preserve"> </w:t>
      </w:r>
      <w:r w:rsidRPr="0078531E">
        <w:rPr>
          <w:b w:val="0"/>
          <w:bCs w:val="0"/>
        </w:rPr>
        <w:t>meghatározása</w:t>
      </w:r>
      <w:r w:rsidRPr="0078531E">
        <w:rPr>
          <w:b w:val="0"/>
          <w:bCs w:val="0"/>
          <w:spacing w:val="-2"/>
        </w:rPr>
        <w:t xml:space="preserve"> alapján.</w:t>
      </w:r>
    </w:p>
    <w:p w14:paraId="4ED43DC1" w14:textId="77777777" w:rsidR="00AE0CFD" w:rsidRPr="0078531E" w:rsidRDefault="00AE0CFD">
      <w:pPr>
        <w:pStyle w:val="Szvegtrzs"/>
      </w:pPr>
    </w:p>
    <w:p w14:paraId="3F51E271" w14:textId="77777777" w:rsidR="00AE0CFD" w:rsidRPr="0078531E" w:rsidRDefault="00AE0CFD">
      <w:pPr>
        <w:pStyle w:val="Szvegtrzs"/>
        <w:spacing w:before="5"/>
      </w:pPr>
    </w:p>
    <w:p w14:paraId="4368CDE9" w14:textId="77777777" w:rsidR="00AE0CFD" w:rsidRPr="0078531E" w:rsidRDefault="00C3522D" w:rsidP="00D52A8D">
      <w:pPr>
        <w:ind w:left="136"/>
        <w:jc w:val="center"/>
        <w:rPr>
          <w:b/>
          <w:sz w:val="24"/>
        </w:rPr>
      </w:pPr>
      <w:r w:rsidRPr="0078531E">
        <w:rPr>
          <w:b/>
          <w:sz w:val="24"/>
        </w:rPr>
        <w:t>JÁTÉK</w:t>
      </w:r>
      <w:r w:rsidRPr="0078531E">
        <w:rPr>
          <w:b/>
          <w:spacing w:val="-6"/>
          <w:sz w:val="24"/>
        </w:rPr>
        <w:t xml:space="preserve"> </w:t>
      </w:r>
      <w:r w:rsidRPr="0078531E">
        <w:rPr>
          <w:b/>
          <w:sz w:val="24"/>
        </w:rPr>
        <w:t>(BENNE</w:t>
      </w:r>
      <w:r w:rsidRPr="0078531E">
        <w:rPr>
          <w:b/>
          <w:spacing w:val="-1"/>
          <w:sz w:val="24"/>
        </w:rPr>
        <w:t xml:space="preserve"> </w:t>
      </w:r>
      <w:r w:rsidRPr="0078531E">
        <w:rPr>
          <w:b/>
          <w:sz w:val="24"/>
        </w:rPr>
        <w:t>AZ</w:t>
      </w:r>
      <w:r w:rsidRPr="0078531E">
        <w:rPr>
          <w:b/>
          <w:spacing w:val="-4"/>
          <w:sz w:val="24"/>
        </w:rPr>
        <w:t xml:space="preserve"> </w:t>
      </w:r>
      <w:r w:rsidRPr="0078531E">
        <w:rPr>
          <w:b/>
          <w:sz w:val="24"/>
        </w:rPr>
        <w:t>UDVARI</w:t>
      </w:r>
      <w:r w:rsidRPr="0078531E">
        <w:rPr>
          <w:b/>
          <w:spacing w:val="-2"/>
          <w:sz w:val="24"/>
        </w:rPr>
        <w:t xml:space="preserve"> </w:t>
      </w:r>
      <w:r w:rsidRPr="0078531E">
        <w:rPr>
          <w:b/>
          <w:sz w:val="24"/>
        </w:rPr>
        <w:t>JÁTÉK</w:t>
      </w:r>
      <w:r w:rsidRPr="0078531E">
        <w:rPr>
          <w:b/>
          <w:spacing w:val="-3"/>
          <w:sz w:val="24"/>
        </w:rPr>
        <w:t xml:space="preserve"> </w:t>
      </w:r>
      <w:r w:rsidRPr="0078531E">
        <w:rPr>
          <w:b/>
          <w:spacing w:val="-2"/>
          <w:sz w:val="24"/>
        </w:rPr>
        <w:t>TEVÉKENYSÉGEK)</w:t>
      </w:r>
    </w:p>
    <w:p w14:paraId="26B03AB7" w14:textId="77777777" w:rsidR="00AE0CFD" w:rsidRPr="0078531E" w:rsidRDefault="00AE0CFD">
      <w:pPr>
        <w:pStyle w:val="Szvegtrzs"/>
        <w:spacing w:before="106" w:after="1"/>
        <w:rPr>
          <w:b/>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82"/>
      </w:tblGrid>
      <w:tr w:rsidR="0078531E" w:rsidRPr="0078531E" w14:paraId="2EF01148" w14:textId="77777777">
        <w:trPr>
          <w:trHeight w:val="568"/>
        </w:trPr>
        <w:tc>
          <w:tcPr>
            <w:tcW w:w="9182" w:type="dxa"/>
          </w:tcPr>
          <w:p w14:paraId="51C93481" w14:textId="6C1AEFC8" w:rsidR="00AE0CFD" w:rsidRPr="0078531E" w:rsidRDefault="00C3522D" w:rsidP="00964876">
            <w:pPr>
              <w:pStyle w:val="TableParagraph"/>
              <w:spacing w:before="138"/>
              <w:ind w:left="470"/>
              <w:jc w:val="both"/>
              <w:rPr>
                <w:b/>
                <w:sz w:val="24"/>
              </w:rPr>
            </w:pPr>
            <w:r w:rsidRPr="0078531E">
              <w:t>1.</w:t>
            </w:r>
            <w:r w:rsidRPr="0078531E">
              <w:rPr>
                <w:spacing w:val="42"/>
              </w:rPr>
              <w:t xml:space="preserve">  </w:t>
            </w:r>
            <w:r w:rsidRPr="0078531E">
              <w:rPr>
                <w:sz w:val="24"/>
              </w:rPr>
              <w:t>Pedagógiai</w:t>
            </w:r>
            <w:r w:rsidRPr="0078531E">
              <w:rPr>
                <w:spacing w:val="-3"/>
                <w:sz w:val="24"/>
              </w:rPr>
              <w:t xml:space="preserve"> </w:t>
            </w:r>
            <w:r w:rsidRPr="0078531E">
              <w:rPr>
                <w:sz w:val="24"/>
              </w:rPr>
              <w:t>programunkban</w:t>
            </w:r>
            <w:r w:rsidRPr="0078531E">
              <w:rPr>
                <w:spacing w:val="-2"/>
                <w:sz w:val="24"/>
              </w:rPr>
              <w:t xml:space="preserve"> </w:t>
            </w:r>
            <w:r w:rsidRPr="0078531E">
              <w:rPr>
                <w:sz w:val="24"/>
              </w:rPr>
              <w:t>a</w:t>
            </w:r>
            <w:r w:rsidRPr="0078531E">
              <w:rPr>
                <w:spacing w:val="-1"/>
                <w:sz w:val="24"/>
              </w:rPr>
              <w:t xml:space="preserve"> </w:t>
            </w:r>
            <w:r w:rsidRPr="0078531E">
              <w:rPr>
                <w:sz w:val="24"/>
              </w:rPr>
              <w:t xml:space="preserve">gyermekek </w:t>
            </w:r>
            <w:r w:rsidRPr="0078531E">
              <w:rPr>
                <w:b/>
                <w:sz w:val="24"/>
                <w:u w:val="single"/>
              </w:rPr>
              <w:t>szabad,</w:t>
            </w:r>
            <w:r w:rsidRPr="0078531E">
              <w:rPr>
                <w:b/>
                <w:spacing w:val="-1"/>
                <w:sz w:val="24"/>
                <w:u w:val="single"/>
              </w:rPr>
              <w:t xml:space="preserve"> </w:t>
            </w:r>
            <w:r w:rsidRPr="0078531E">
              <w:rPr>
                <w:b/>
                <w:sz w:val="24"/>
                <w:u w:val="single"/>
              </w:rPr>
              <w:t>spontán</w:t>
            </w:r>
            <w:r w:rsidRPr="0078531E">
              <w:rPr>
                <w:b/>
                <w:spacing w:val="-3"/>
                <w:sz w:val="24"/>
                <w:u w:val="single"/>
              </w:rPr>
              <w:t xml:space="preserve"> </w:t>
            </w:r>
            <w:r w:rsidRPr="0078531E">
              <w:rPr>
                <w:b/>
                <w:sz w:val="24"/>
                <w:u w:val="single"/>
              </w:rPr>
              <w:t>játéka</w:t>
            </w:r>
            <w:r w:rsidRPr="0078531E">
              <w:rPr>
                <w:b/>
                <w:spacing w:val="-2"/>
                <w:sz w:val="24"/>
                <w:u w:val="single"/>
              </w:rPr>
              <w:t xml:space="preserve"> dominál.</w:t>
            </w:r>
            <w:r w:rsidR="00F60D62" w:rsidRPr="0078531E">
              <w:rPr>
                <w:b/>
                <w:spacing w:val="-2"/>
                <w:sz w:val="24"/>
                <w:u w:val="single"/>
              </w:rPr>
              <w:t xml:space="preserve"> </w:t>
            </w:r>
            <w:r w:rsidR="00F60D62" w:rsidRPr="0078531E">
              <w:rPr>
                <w:sz w:val="24"/>
                <w:szCs w:val="24"/>
              </w:rPr>
              <w:t>A játék kiemelt jelentősége az óvodánk napirendjében, időbeosztásában, továbbá a játékos tevékenységszervezésben is megmutatkozik.</w:t>
            </w:r>
          </w:p>
        </w:tc>
      </w:tr>
      <w:tr w:rsidR="0078531E" w:rsidRPr="0078531E" w14:paraId="6B2C4543" w14:textId="77777777">
        <w:trPr>
          <w:trHeight w:val="1103"/>
        </w:trPr>
        <w:tc>
          <w:tcPr>
            <w:tcW w:w="9182" w:type="dxa"/>
          </w:tcPr>
          <w:p w14:paraId="4AD3B785" w14:textId="77777777" w:rsidR="00AE0CFD" w:rsidRPr="0078531E" w:rsidRDefault="00C3522D" w:rsidP="00964876">
            <w:pPr>
              <w:pStyle w:val="TableParagraph"/>
              <w:spacing w:line="237" w:lineRule="auto"/>
              <w:ind w:left="830" w:right="90" w:hanging="360"/>
              <w:jc w:val="both"/>
              <w:rPr>
                <w:sz w:val="24"/>
              </w:rPr>
            </w:pPr>
            <w:r w:rsidRPr="0078531E">
              <w:t>2.</w:t>
            </w:r>
            <w:r w:rsidRPr="0078531E">
              <w:rPr>
                <w:spacing w:val="80"/>
                <w:w w:val="150"/>
              </w:rPr>
              <w:t xml:space="preserve"> </w:t>
            </w:r>
            <w:r w:rsidRPr="0078531E">
              <w:rPr>
                <w:sz w:val="24"/>
              </w:rPr>
              <w:t>A</w:t>
            </w:r>
            <w:r w:rsidRPr="0078531E">
              <w:rPr>
                <w:spacing w:val="80"/>
                <w:sz w:val="24"/>
              </w:rPr>
              <w:t xml:space="preserve"> </w:t>
            </w:r>
            <w:r w:rsidRPr="0078531E">
              <w:rPr>
                <w:sz w:val="24"/>
              </w:rPr>
              <w:t>szabad</w:t>
            </w:r>
            <w:r w:rsidRPr="0078531E">
              <w:rPr>
                <w:spacing w:val="80"/>
                <w:sz w:val="24"/>
              </w:rPr>
              <w:t xml:space="preserve"> </w:t>
            </w:r>
            <w:r w:rsidRPr="0078531E">
              <w:rPr>
                <w:sz w:val="24"/>
              </w:rPr>
              <w:t>játék</w:t>
            </w:r>
            <w:r w:rsidRPr="0078531E">
              <w:rPr>
                <w:spacing w:val="80"/>
                <w:sz w:val="24"/>
              </w:rPr>
              <w:t xml:space="preserve"> </w:t>
            </w:r>
            <w:r w:rsidRPr="0078531E">
              <w:rPr>
                <w:sz w:val="24"/>
              </w:rPr>
              <w:t>bevezetése</w:t>
            </w:r>
            <w:r w:rsidRPr="0078531E">
              <w:rPr>
                <w:spacing w:val="80"/>
                <w:sz w:val="24"/>
              </w:rPr>
              <w:t xml:space="preserve"> </w:t>
            </w:r>
            <w:r w:rsidRPr="0078531E">
              <w:rPr>
                <w:sz w:val="24"/>
              </w:rPr>
              <w:t>nem</w:t>
            </w:r>
            <w:r w:rsidRPr="0078531E">
              <w:rPr>
                <w:spacing w:val="80"/>
                <w:sz w:val="24"/>
              </w:rPr>
              <w:t xml:space="preserve"> </w:t>
            </w:r>
            <w:r w:rsidRPr="0078531E">
              <w:rPr>
                <w:sz w:val="24"/>
              </w:rPr>
              <w:t>működik</w:t>
            </w:r>
            <w:r w:rsidRPr="0078531E">
              <w:rPr>
                <w:spacing w:val="80"/>
                <w:sz w:val="24"/>
              </w:rPr>
              <w:t xml:space="preserve"> </w:t>
            </w:r>
            <w:r w:rsidRPr="0078531E">
              <w:rPr>
                <w:sz w:val="24"/>
              </w:rPr>
              <w:t>egyik</w:t>
            </w:r>
            <w:r w:rsidRPr="0078531E">
              <w:rPr>
                <w:spacing w:val="80"/>
                <w:sz w:val="24"/>
              </w:rPr>
              <w:t xml:space="preserve"> </w:t>
            </w:r>
            <w:r w:rsidRPr="0078531E">
              <w:rPr>
                <w:sz w:val="24"/>
              </w:rPr>
              <w:t>napról</w:t>
            </w:r>
            <w:r w:rsidRPr="0078531E">
              <w:rPr>
                <w:spacing w:val="80"/>
                <w:sz w:val="24"/>
              </w:rPr>
              <w:t xml:space="preserve"> </w:t>
            </w:r>
            <w:r w:rsidRPr="0078531E">
              <w:rPr>
                <w:sz w:val="24"/>
              </w:rPr>
              <w:t>a</w:t>
            </w:r>
            <w:r w:rsidRPr="0078531E">
              <w:rPr>
                <w:spacing w:val="80"/>
                <w:sz w:val="24"/>
              </w:rPr>
              <w:t xml:space="preserve"> </w:t>
            </w:r>
            <w:r w:rsidRPr="0078531E">
              <w:rPr>
                <w:sz w:val="24"/>
              </w:rPr>
              <w:t>másikra.</w:t>
            </w:r>
            <w:r w:rsidRPr="0078531E">
              <w:rPr>
                <w:spacing w:val="80"/>
                <w:sz w:val="24"/>
              </w:rPr>
              <w:t xml:space="preserve"> </w:t>
            </w:r>
            <w:r w:rsidRPr="0078531E">
              <w:rPr>
                <w:sz w:val="24"/>
              </w:rPr>
              <w:t>Éppen</w:t>
            </w:r>
            <w:r w:rsidRPr="0078531E">
              <w:rPr>
                <w:spacing w:val="80"/>
                <w:sz w:val="24"/>
              </w:rPr>
              <w:t xml:space="preserve"> </w:t>
            </w:r>
            <w:r w:rsidRPr="0078531E">
              <w:rPr>
                <w:sz w:val="24"/>
              </w:rPr>
              <w:t>olyan</w:t>
            </w:r>
            <w:r w:rsidRPr="0078531E">
              <w:rPr>
                <w:spacing w:val="-2"/>
                <w:sz w:val="24"/>
              </w:rPr>
              <w:t xml:space="preserve"> </w:t>
            </w:r>
            <w:r w:rsidRPr="0078531E">
              <w:rPr>
                <w:i/>
                <w:sz w:val="24"/>
              </w:rPr>
              <w:t>tudatos</w:t>
            </w:r>
            <w:r w:rsidRPr="0078531E">
              <w:rPr>
                <w:i/>
                <w:spacing w:val="-2"/>
                <w:sz w:val="24"/>
              </w:rPr>
              <w:t xml:space="preserve"> </w:t>
            </w:r>
            <w:r w:rsidRPr="0078531E">
              <w:rPr>
                <w:sz w:val="24"/>
              </w:rPr>
              <w:t>munkát igényel a pedagógustól, mint az óvodai nevelés bármely folyamata.</w:t>
            </w:r>
            <w:r w:rsidRPr="0078531E">
              <w:rPr>
                <w:spacing w:val="33"/>
                <w:sz w:val="24"/>
              </w:rPr>
              <w:t xml:space="preserve"> </w:t>
            </w:r>
            <w:r w:rsidRPr="0078531E">
              <w:rPr>
                <w:sz w:val="24"/>
              </w:rPr>
              <w:t>Csak</w:t>
            </w:r>
            <w:r w:rsidRPr="0078531E">
              <w:rPr>
                <w:spacing w:val="34"/>
                <w:sz w:val="24"/>
              </w:rPr>
              <w:t xml:space="preserve"> </w:t>
            </w:r>
            <w:r w:rsidRPr="0078531E">
              <w:rPr>
                <w:sz w:val="24"/>
              </w:rPr>
              <w:t>akkor</w:t>
            </w:r>
            <w:r w:rsidRPr="0078531E">
              <w:rPr>
                <w:spacing w:val="36"/>
                <w:sz w:val="24"/>
              </w:rPr>
              <w:t xml:space="preserve"> </w:t>
            </w:r>
            <w:r w:rsidRPr="0078531E">
              <w:rPr>
                <w:sz w:val="24"/>
              </w:rPr>
              <w:t>fog</w:t>
            </w:r>
            <w:r w:rsidRPr="0078531E">
              <w:rPr>
                <w:spacing w:val="32"/>
                <w:sz w:val="24"/>
              </w:rPr>
              <w:t xml:space="preserve"> </w:t>
            </w:r>
            <w:r w:rsidRPr="0078531E">
              <w:rPr>
                <w:sz w:val="24"/>
              </w:rPr>
              <w:t>működni</w:t>
            </w:r>
            <w:r w:rsidRPr="0078531E">
              <w:rPr>
                <w:spacing w:val="35"/>
                <w:sz w:val="24"/>
              </w:rPr>
              <w:t xml:space="preserve"> </w:t>
            </w:r>
            <w:r w:rsidRPr="0078531E">
              <w:rPr>
                <w:sz w:val="24"/>
              </w:rPr>
              <w:t>igazán,</w:t>
            </w:r>
            <w:r w:rsidRPr="0078531E">
              <w:rPr>
                <w:spacing w:val="34"/>
                <w:sz w:val="24"/>
              </w:rPr>
              <w:t xml:space="preserve"> </w:t>
            </w:r>
            <w:r w:rsidRPr="0078531E">
              <w:rPr>
                <w:sz w:val="24"/>
              </w:rPr>
              <w:t>ha</w:t>
            </w:r>
            <w:r w:rsidRPr="0078531E">
              <w:rPr>
                <w:spacing w:val="36"/>
                <w:sz w:val="24"/>
              </w:rPr>
              <w:t xml:space="preserve"> </w:t>
            </w:r>
            <w:r w:rsidRPr="0078531E">
              <w:rPr>
                <w:sz w:val="24"/>
              </w:rPr>
              <w:t>maga</w:t>
            </w:r>
            <w:r w:rsidRPr="0078531E">
              <w:rPr>
                <w:spacing w:val="33"/>
                <w:sz w:val="24"/>
              </w:rPr>
              <w:t xml:space="preserve"> </w:t>
            </w:r>
            <w:r w:rsidRPr="0078531E">
              <w:rPr>
                <w:sz w:val="24"/>
              </w:rPr>
              <w:t>a</w:t>
            </w:r>
            <w:r w:rsidRPr="0078531E">
              <w:rPr>
                <w:spacing w:val="33"/>
                <w:sz w:val="24"/>
              </w:rPr>
              <w:t xml:space="preserve"> </w:t>
            </w:r>
            <w:r w:rsidRPr="0078531E">
              <w:rPr>
                <w:sz w:val="24"/>
              </w:rPr>
              <w:t>pedagógus</w:t>
            </w:r>
            <w:r w:rsidRPr="0078531E">
              <w:rPr>
                <w:spacing w:val="34"/>
                <w:sz w:val="24"/>
              </w:rPr>
              <w:t xml:space="preserve"> </w:t>
            </w:r>
            <w:r w:rsidRPr="0078531E">
              <w:rPr>
                <w:sz w:val="24"/>
              </w:rPr>
              <w:t>is</w:t>
            </w:r>
            <w:r w:rsidRPr="0078531E">
              <w:rPr>
                <w:spacing w:val="6"/>
                <w:sz w:val="24"/>
              </w:rPr>
              <w:t xml:space="preserve"> </w:t>
            </w:r>
            <w:r w:rsidRPr="0078531E">
              <w:rPr>
                <w:i/>
                <w:sz w:val="24"/>
              </w:rPr>
              <w:t>elkötelezett</w:t>
            </w:r>
            <w:r w:rsidRPr="0078531E">
              <w:rPr>
                <w:i/>
                <w:spacing w:val="36"/>
                <w:sz w:val="24"/>
              </w:rPr>
              <w:t xml:space="preserve"> </w:t>
            </w:r>
            <w:r w:rsidRPr="0078531E">
              <w:rPr>
                <w:spacing w:val="-10"/>
                <w:sz w:val="24"/>
              </w:rPr>
              <w:t>a</w:t>
            </w:r>
          </w:p>
          <w:p w14:paraId="37344448" w14:textId="77777777" w:rsidR="00AE0CFD" w:rsidRPr="0078531E" w:rsidRDefault="00C3522D" w:rsidP="00964876">
            <w:pPr>
              <w:pStyle w:val="TableParagraph"/>
              <w:spacing w:line="263" w:lineRule="exact"/>
              <w:ind w:left="830"/>
              <w:jc w:val="both"/>
              <w:rPr>
                <w:sz w:val="24"/>
              </w:rPr>
            </w:pPr>
            <w:r w:rsidRPr="0078531E">
              <w:rPr>
                <w:sz w:val="24"/>
              </w:rPr>
              <w:t>szabad</w:t>
            </w:r>
            <w:r w:rsidRPr="0078531E">
              <w:rPr>
                <w:spacing w:val="-1"/>
                <w:sz w:val="24"/>
              </w:rPr>
              <w:t xml:space="preserve"> </w:t>
            </w:r>
            <w:r w:rsidRPr="0078531E">
              <w:rPr>
                <w:sz w:val="24"/>
              </w:rPr>
              <w:t>játék mellett, ha</w:t>
            </w:r>
            <w:r w:rsidRPr="0078531E">
              <w:rPr>
                <w:spacing w:val="-1"/>
                <w:sz w:val="24"/>
              </w:rPr>
              <w:t xml:space="preserve"> </w:t>
            </w:r>
            <w:r w:rsidRPr="0078531E">
              <w:rPr>
                <w:sz w:val="24"/>
              </w:rPr>
              <w:t>önmaga</w:t>
            </w:r>
            <w:r w:rsidRPr="0078531E">
              <w:rPr>
                <w:spacing w:val="-2"/>
                <w:sz w:val="24"/>
              </w:rPr>
              <w:t xml:space="preserve"> </w:t>
            </w:r>
            <w:r w:rsidRPr="0078531E">
              <w:rPr>
                <w:sz w:val="24"/>
              </w:rPr>
              <w:t>is</w:t>
            </w:r>
            <w:r w:rsidRPr="0078531E">
              <w:rPr>
                <w:spacing w:val="-1"/>
                <w:sz w:val="24"/>
              </w:rPr>
              <w:t xml:space="preserve"> </w:t>
            </w:r>
            <w:r w:rsidRPr="0078531E">
              <w:rPr>
                <w:sz w:val="24"/>
              </w:rPr>
              <w:t>szeret</w:t>
            </w:r>
            <w:r w:rsidRPr="0078531E">
              <w:rPr>
                <w:spacing w:val="-1"/>
                <w:sz w:val="24"/>
              </w:rPr>
              <w:t xml:space="preserve"> </w:t>
            </w:r>
            <w:r w:rsidRPr="0078531E">
              <w:rPr>
                <w:sz w:val="24"/>
              </w:rPr>
              <w:t>és</w:t>
            </w:r>
            <w:r w:rsidRPr="0078531E">
              <w:rPr>
                <w:spacing w:val="-1"/>
                <w:sz w:val="24"/>
              </w:rPr>
              <w:t xml:space="preserve"> </w:t>
            </w:r>
            <w:r w:rsidRPr="0078531E">
              <w:rPr>
                <w:sz w:val="24"/>
              </w:rPr>
              <w:t xml:space="preserve">tud </w:t>
            </w:r>
            <w:r w:rsidRPr="0078531E">
              <w:rPr>
                <w:spacing w:val="-2"/>
                <w:sz w:val="24"/>
              </w:rPr>
              <w:t>játszani.</w:t>
            </w:r>
          </w:p>
        </w:tc>
      </w:tr>
      <w:tr w:rsidR="0078531E" w:rsidRPr="0078531E" w14:paraId="5570D8E3" w14:textId="77777777">
        <w:trPr>
          <w:trHeight w:val="1104"/>
        </w:trPr>
        <w:tc>
          <w:tcPr>
            <w:tcW w:w="9182" w:type="dxa"/>
          </w:tcPr>
          <w:p w14:paraId="1C6A03A4" w14:textId="77777777" w:rsidR="00AE0CFD" w:rsidRPr="0078531E" w:rsidRDefault="00C3522D" w:rsidP="00964876">
            <w:pPr>
              <w:pStyle w:val="TableParagraph"/>
              <w:spacing w:line="235" w:lineRule="auto"/>
              <w:ind w:left="830" w:hanging="360"/>
              <w:jc w:val="both"/>
              <w:rPr>
                <w:b/>
                <w:sz w:val="24"/>
              </w:rPr>
            </w:pPr>
            <w:r w:rsidRPr="0078531E">
              <w:t>3.</w:t>
            </w:r>
            <w:r w:rsidRPr="0078531E">
              <w:rPr>
                <w:spacing w:val="80"/>
                <w:w w:val="150"/>
              </w:rPr>
              <w:t xml:space="preserve"> </w:t>
            </w:r>
            <w:r w:rsidRPr="0078531E">
              <w:rPr>
                <w:sz w:val="24"/>
              </w:rPr>
              <w:t>A</w:t>
            </w:r>
            <w:r w:rsidRPr="0078531E">
              <w:rPr>
                <w:spacing w:val="80"/>
                <w:sz w:val="24"/>
              </w:rPr>
              <w:t xml:space="preserve"> </w:t>
            </w:r>
            <w:r w:rsidRPr="0078531E">
              <w:rPr>
                <w:sz w:val="24"/>
              </w:rPr>
              <w:t>szabad</w:t>
            </w:r>
            <w:r w:rsidRPr="0078531E">
              <w:rPr>
                <w:spacing w:val="80"/>
                <w:sz w:val="24"/>
              </w:rPr>
              <w:t xml:space="preserve"> </w:t>
            </w:r>
            <w:r w:rsidRPr="0078531E">
              <w:rPr>
                <w:sz w:val="24"/>
              </w:rPr>
              <w:t>játék</w:t>
            </w:r>
            <w:r w:rsidRPr="0078531E">
              <w:rPr>
                <w:spacing w:val="80"/>
                <w:sz w:val="24"/>
              </w:rPr>
              <w:t xml:space="preserve"> </w:t>
            </w:r>
            <w:r w:rsidRPr="0078531E">
              <w:rPr>
                <w:sz w:val="24"/>
              </w:rPr>
              <w:t>során</w:t>
            </w:r>
            <w:r w:rsidRPr="0078531E">
              <w:rPr>
                <w:spacing w:val="80"/>
                <w:sz w:val="24"/>
              </w:rPr>
              <w:t xml:space="preserve"> </w:t>
            </w:r>
            <w:r w:rsidRPr="0078531E">
              <w:rPr>
                <w:sz w:val="24"/>
              </w:rPr>
              <w:t>alkalmazott</w:t>
            </w:r>
            <w:r w:rsidRPr="0078531E">
              <w:rPr>
                <w:spacing w:val="80"/>
                <w:sz w:val="24"/>
              </w:rPr>
              <w:t xml:space="preserve"> </w:t>
            </w:r>
            <w:r w:rsidRPr="0078531E">
              <w:rPr>
                <w:sz w:val="24"/>
              </w:rPr>
              <w:t>módszerek,</w:t>
            </w:r>
            <w:r w:rsidRPr="0078531E">
              <w:rPr>
                <w:spacing w:val="80"/>
                <w:sz w:val="24"/>
              </w:rPr>
              <w:t xml:space="preserve"> </w:t>
            </w:r>
            <w:r w:rsidRPr="0078531E">
              <w:rPr>
                <w:sz w:val="24"/>
              </w:rPr>
              <w:t>eszközök</w:t>
            </w:r>
            <w:r w:rsidRPr="0078531E">
              <w:rPr>
                <w:spacing w:val="80"/>
                <w:sz w:val="24"/>
              </w:rPr>
              <w:t xml:space="preserve"> </w:t>
            </w:r>
            <w:r w:rsidRPr="0078531E">
              <w:rPr>
                <w:sz w:val="24"/>
              </w:rPr>
              <w:t>újfajta</w:t>
            </w:r>
            <w:r w:rsidRPr="0078531E">
              <w:rPr>
                <w:spacing w:val="80"/>
                <w:sz w:val="24"/>
              </w:rPr>
              <w:t xml:space="preserve"> </w:t>
            </w:r>
            <w:r w:rsidRPr="0078531E">
              <w:rPr>
                <w:sz w:val="24"/>
              </w:rPr>
              <w:t>szemléletváltást kívánnak</w:t>
            </w:r>
            <w:r w:rsidRPr="0078531E">
              <w:rPr>
                <w:spacing w:val="55"/>
                <w:sz w:val="24"/>
              </w:rPr>
              <w:t xml:space="preserve"> </w:t>
            </w:r>
            <w:r w:rsidRPr="0078531E">
              <w:rPr>
                <w:sz w:val="24"/>
              </w:rPr>
              <w:t>meg</w:t>
            </w:r>
            <w:r w:rsidRPr="0078531E">
              <w:rPr>
                <w:spacing w:val="55"/>
                <w:sz w:val="24"/>
              </w:rPr>
              <w:t xml:space="preserve"> </w:t>
            </w:r>
            <w:r w:rsidRPr="0078531E">
              <w:rPr>
                <w:sz w:val="24"/>
              </w:rPr>
              <w:t>tőlünk,</w:t>
            </w:r>
            <w:r w:rsidRPr="0078531E">
              <w:rPr>
                <w:spacing w:val="58"/>
                <w:sz w:val="24"/>
              </w:rPr>
              <w:t xml:space="preserve"> </w:t>
            </w:r>
            <w:r w:rsidRPr="0078531E">
              <w:rPr>
                <w:sz w:val="24"/>
              </w:rPr>
              <w:t>hisz</w:t>
            </w:r>
            <w:r w:rsidRPr="0078531E">
              <w:rPr>
                <w:spacing w:val="2"/>
                <w:sz w:val="24"/>
              </w:rPr>
              <w:t xml:space="preserve"> </w:t>
            </w:r>
            <w:r w:rsidRPr="0078531E">
              <w:rPr>
                <w:b/>
                <w:sz w:val="24"/>
              </w:rPr>
              <w:t>a</w:t>
            </w:r>
            <w:r w:rsidRPr="0078531E">
              <w:rPr>
                <w:b/>
                <w:spacing w:val="57"/>
                <w:sz w:val="24"/>
              </w:rPr>
              <w:t xml:space="preserve"> </w:t>
            </w:r>
            <w:r w:rsidRPr="0078531E">
              <w:rPr>
                <w:b/>
                <w:sz w:val="24"/>
              </w:rPr>
              <w:t>pedagógus</w:t>
            </w:r>
            <w:r w:rsidRPr="0078531E">
              <w:rPr>
                <w:b/>
                <w:spacing w:val="58"/>
                <w:sz w:val="24"/>
              </w:rPr>
              <w:t xml:space="preserve"> </w:t>
            </w:r>
            <w:r w:rsidRPr="0078531E">
              <w:rPr>
                <w:b/>
                <w:sz w:val="24"/>
              </w:rPr>
              <w:t>játéksegítő,</w:t>
            </w:r>
            <w:r w:rsidRPr="0078531E">
              <w:rPr>
                <w:b/>
                <w:spacing w:val="57"/>
                <w:sz w:val="24"/>
              </w:rPr>
              <w:t xml:space="preserve"> </w:t>
            </w:r>
            <w:r w:rsidRPr="0078531E">
              <w:rPr>
                <w:b/>
                <w:sz w:val="24"/>
              </w:rPr>
              <w:t>támogató,</w:t>
            </w:r>
            <w:r w:rsidRPr="0078531E">
              <w:rPr>
                <w:b/>
                <w:spacing w:val="58"/>
                <w:sz w:val="24"/>
              </w:rPr>
              <w:t xml:space="preserve"> </w:t>
            </w:r>
            <w:r w:rsidRPr="0078531E">
              <w:rPr>
                <w:b/>
                <w:spacing w:val="-2"/>
                <w:sz w:val="24"/>
              </w:rPr>
              <w:t>élménybiztosító</w:t>
            </w:r>
          </w:p>
          <w:p w14:paraId="2A1A7E6D" w14:textId="77777777" w:rsidR="00AE0CFD" w:rsidRPr="0078531E" w:rsidRDefault="00C3522D" w:rsidP="00964876">
            <w:pPr>
              <w:pStyle w:val="TableParagraph"/>
              <w:tabs>
                <w:tab w:val="left" w:pos="3382"/>
                <w:tab w:val="left" w:pos="3823"/>
                <w:tab w:val="left" w:pos="5015"/>
                <w:tab w:val="left" w:pos="5919"/>
                <w:tab w:val="left" w:pos="6346"/>
                <w:tab w:val="left" w:pos="7416"/>
              </w:tabs>
              <w:spacing w:line="270" w:lineRule="atLeast"/>
              <w:ind w:left="830" w:right="99"/>
              <w:jc w:val="both"/>
              <w:rPr>
                <w:sz w:val="24"/>
              </w:rPr>
            </w:pPr>
            <w:r w:rsidRPr="0078531E">
              <w:rPr>
                <w:b/>
                <w:sz w:val="24"/>
              </w:rPr>
              <w:t xml:space="preserve">szerepe </w:t>
            </w:r>
            <w:r w:rsidRPr="0078531E">
              <w:rPr>
                <w:sz w:val="24"/>
              </w:rPr>
              <w:t>elengedhetetlen</w:t>
            </w:r>
            <w:r w:rsidRPr="0078531E">
              <w:rPr>
                <w:sz w:val="24"/>
              </w:rPr>
              <w:tab/>
            </w:r>
            <w:r w:rsidRPr="0078531E">
              <w:rPr>
                <w:spacing w:val="-6"/>
                <w:sz w:val="24"/>
              </w:rPr>
              <w:t>az</w:t>
            </w:r>
            <w:r w:rsidRPr="0078531E">
              <w:rPr>
                <w:sz w:val="24"/>
              </w:rPr>
              <w:tab/>
            </w:r>
            <w:r w:rsidRPr="0078531E">
              <w:rPr>
                <w:spacing w:val="-2"/>
                <w:sz w:val="24"/>
              </w:rPr>
              <w:t>elmélyült,</w:t>
            </w:r>
            <w:r w:rsidRPr="0078531E">
              <w:rPr>
                <w:sz w:val="24"/>
              </w:rPr>
              <w:tab/>
            </w:r>
            <w:r w:rsidRPr="0078531E">
              <w:rPr>
                <w:spacing w:val="-2"/>
                <w:sz w:val="24"/>
              </w:rPr>
              <w:t>gazdag</w:t>
            </w:r>
            <w:r w:rsidRPr="0078531E">
              <w:rPr>
                <w:sz w:val="24"/>
              </w:rPr>
              <w:tab/>
            </w:r>
            <w:r w:rsidRPr="0078531E">
              <w:rPr>
                <w:spacing w:val="-6"/>
                <w:sz w:val="24"/>
              </w:rPr>
              <w:t>és</w:t>
            </w:r>
            <w:r w:rsidRPr="0078531E">
              <w:rPr>
                <w:sz w:val="24"/>
              </w:rPr>
              <w:tab/>
            </w:r>
            <w:r w:rsidRPr="0078531E">
              <w:rPr>
                <w:spacing w:val="-2"/>
                <w:sz w:val="24"/>
              </w:rPr>
              <w:t>sokszínű</w:t>
            </w:r>
            <w:r w:rsidRPr="0078531E">
              <w:rPr>
                <w:sz w:val="24"/>
              </w:rPr>
              <w:tab/>
            </w:r>
            <w:r w:rsidRPr="0078531E">
              <w:rPr>
                <w:spacing w:val="-2"/>
                <w:sz w:val="24"/>
              </w:rPr>
              <w:t>játéktevékenység kialakításához.</w:t>
            </w:r>
          </w:p>
        </w:tc>
      </w:tr>
      <w:tr w:rsidR="0078531E" w:rsidRPr="0078531E" w14:paraId="63DE2988" w14:textId="77777777">
        <w:trPr>
          <w:trHeight w:val="1103"/>
        </w:trPr>
        <w:tc>
          <w:tcPr>
            <w:tcW w:w="9182" w:type="dxa"/>
          </w:tcPr>
          <w:p w14:paraId="653D6CA1" w14:textId="77777777" w:rsidR="00AE0CFD" w:rsidRPr="0078531E" w:rsidRDefault="00C3522D" w:rsidP="00964876">
            <w:pPr>
              <w:pStyle w:val="TableParagraph"/>
              <w:tabs>
                <w:tab w:val="left" w:pos="2202"/>
                <w:tab w:val="left" w:pos="2706"/>
                <w:tab w:val="left" w:pos="3138"/>
                <w:tab w:val="left" w:pos="4186"/>
                <w:tab w:val="left" w:pos="4476"/>
                <w:tab w:val="left" w:pos="4896"/>
                <w:tab w:val="left" w:pos="6087"/>
                <w:tab w:val="left" w:pos="7647"/>
                <w:tab w:val="left" w:pos="7760"/>
                <w:tab w:val="left" w:pos="8060"/>
                <w:tab w:val="left" w:pos="8635"/>
              </w:tabs>
              <w:spacing w:line="232" w:lineRule="auto"/>
              <w:ind w:left="830" w:right="96" w:hanging="360"/>
              <w:jc w:val="both"/>
              <w:rPr>
                <w:sz w:val="24"/>
              </w:rPr>
            </w:pPr>
            <w:r w:rsidRPr="0078531E">
              <w:t>4.</w:t>
            </w:r>
            <w:r w:rsidRPr="0078531E">
              <w:rPr>
                <w:spacing w:val="80"/>
              </w:rPr>
              <w:t xml:space="preserve"> </w:t>
            </w:r>
            <w:r w:rsidRPr="0078531E">
              <w:rPr>
                <w:sz w:val="24"/>
              </w:rPr>
              <w:t>Óvodapedagógusaink</w:t>
            </w:r>
            <w:r w:rsidRPr="0078531E">
              <w:rPr>
                <w:sz w:val="24"/>
              </w:rPr>
              <w:tab/>
            </w:r>
            <w:r w:rsidRPr="0078531E">
              <w:rPr>
                <w:spacing w:val="-2"/>
                <w:sz w:val="24"/>
              </w:rPr>
              <w:t>feladata,</w:t>
            </w:r>
            <w:r w:rsidRPr="0078531E">
              <w:rPr>
                <w:sz w:val="24"/>
              </w:rPr>
              <w:tab/>
            </w:r>
            <w:r w:rsidRPr="0078531E">
              <w:rPr>
                <w:spacing w:val="-4"/>
                <w:sz w:val="24"/>
              </w:rPr>
              <w:t>hogy</w:t>
            </w:r>
            <w:r w:rsidRPr="0078531E">
              <w:rPr>
                <w:sz w:val="24"/>
              </w:rPr>
              <w:tab/>
            </w:r>
            <w:r w:rsidRPr="0078531E">
              <w:rPr>
                <w:spacing w:val="-2"/>
                <w:sz w:val="24"/>
              </w:rPr>
              <w:t>megfelelő</w:t>
            </w:r>
            <w:r w:rsidRPr="0078531E">
              <w:rPr>
                <w:sz w:val="24"/>
              </w:rPr>
              <w:tab/>
            </w:r>
            <w:r w:rsidRPr="0078531E">
              <w:rPr>
                <w:spacing w:val="-2"/>
                <w:sz w:val="24"/>
              </w:rPr>
              <w:t>csoportlégkört,</w:t>
            </w:r>
            <w:r w:rsidRPr="0078531E">
              <w:rPr>
                <w:sz w:val="24"/>
              </w:rPr>
              <w:tab/>
            </w:r>
            <w:r w:rsidRPr="0078531E">
              <w:rPr>
                <w:sz w:val="24"/>
              </w:rPr>
              <w:tab/>
            </w:r>
            <w:r w:rsidRPr="0078531E">
              <w:rPr>
                <w:spacing w:val="-2"/>
                <w:sz w:val="24"/>
              </w:rPr>
              <w:t>helyet,</w:t>
            </w:r>
            <w:r w:rsidRPr="0078531E">
              <w:rPr>
                <w:sz w:val="24"/>
              </w:rPr>
              <w:tab/>
            </w:r>
            <w:r w:rsidRPr="0078531E">
              <w:rPr>
                <w:spacing w:val="-2"/>
                <w:sz w:val="24"/>
              </w:rPr>
              <w:t>időt, eszközöket</w:t>
            </w:r>
            <w:r w:rsidRPr="0078531E">
              <w:rPr>
                <w:sz w:val="24"/>
              </w:rPr>
              <w:tab/>
            </w:r>
            <w:r w:rsidRPr="0078531E">
              <w:rPr>
                <w:spacing w:val="-5"/>
                <w:sz w:val="24"/>
              </w:rPr>
              <w:t>és</w:t>
            </w:r>
            <w:r w:rsidRPr="0078531E">
              <w:rPr>
                <w:sz w:val="24"/>
              </w:rPr>
              <w:tab/>
            </w:r>
            <w:r w:rsidRPr="0078531E">
              <w:rPr>
                <w:spacing w:val="-2"/>
                <w:sz w:val="24"/>
              </w:rPr>
              <w:t>élményszerzési</w:t>
            </w:r>
            <w:r w:rsidRPr="0078531E">
              <w:rPr>
                <w:sz w:val="24"/>
              </w:rPr>
              <w:tab/>
            </w:r>
            <w:r w:rsidRPr="0078531E">
              <w:rPr>
                <w:sz w:val="24"/>
              </w:rPr>
              <w:tab/>
            </w:r>
            <w:r w:rsidRPr="0078531E">
              <w:rPr>
                <w:spacing w:val="-2"/>
                <w:sz w:val="24"/>
              </w:rPr>
              <w:t>lehetőségeket</w:t>
            </w:r>
            <w:r w:rsidRPr="0078531E">
              <w:rPr>
                <w:sz w:val="24"/>
              </w:rPr>
              <w:tab/>
            </w:r>
            <w:r w:rsidRPr="0078531E">
              <w:rPr>
                <w:spacing w:val="-60"/>
                <w:sz w:val="24"/>
              </w:rPr>
              <w:t xml:space="preserve"> </w:t>
            </w:r>
            <w:r w:rsidRPr="0078531E">
              <w:rPr>
                <w:spacing w:val="-2"/>
                <w:sz w:val="24"/>
              </w:rPr>
              <w:t>biztosítsanak</w:t>
            </w:r>
            <w:r w:rsidRPr="0078531E">
              <w:rPr>
                <w:sz w:val="24"/>
              </w:rPr>
              <w:tab/>
            </w:r>
            <w:r w:rsidRPr="0078531E">
              <w:rPr>
                <w:spacing w:val="-10"/>
                <w:sz w:val="24"/>
              </w:rPr>
              <w:t>a</w:t>
            </w:r>
            <w:r w:rsidRPr="0078531E">
              <w:rPr>
                <w:sz w:val="24"/>
              </w:rPr>
              <w:tab/>
            </w:r>
            <w:r w:rsidRPr="0078531E">
              <w:rPr>
                <w:sz w:val="24"/>
              </w:rPr>
              <w:tab/>
            </w:r>
            <w:r w:rsidRPr="0078531E">
              <w:rPr>
                <w:spacing w:val="-2"/>
                <w:sz w:val="24"/>
              </w:rPr>
              <w:t>különböző</w:t>
            </w:r>
          </w:p>
          <w:p w14:paraId="007D5979" w14:textId="77777777" w:rsidR="00AE0CFD" w:rsidRPr="0078531E" w:rsidRDefault="00C3522D" w:rsidP="00964876">
            <w:pPr>
              <w:pStyle w:val="TableParagraph"/>
              <w:tabs>
                <w:tab w:val="left" w:pos="2672"/>
                <w:tab w:val="left" w:pos="3059"/>
                <w:tab w:val="left" w:pos="4188"/>
                <w:tab w:val="left" w:pos="5582"/>
                <w:tab w:val="left" w:pos="5966"/>
                <w:tab w:val="left" w:pos="7408"/>
              </w:tabs>
              <w:spacing w:line="270" w:lineRule="atLeast"/>
              <w:ind w:left="830" w:right="99"/>
              <w:jc w:val="both"/>
              <w:rPr>
                <w:b/>
                <w:sz w:val="24"/>
              </w:rPr>
            </w:pPr>
            <w:r w:rsidRPr="0078531E">
              <w:rPr>
                <w:spacing w:val="-2"/>
                <w:sz w:val="24"/>
              </w:rPr>
              <w:t>játékformákhoz,</w:t>
            </w:r>
            <w:r w:rsidRPr="0078531E">
              <w:rPr>
                <w:sz w:val="24"/>
              </w:rPr>
              <w:tab/>
            </w:r>
            <w:r w:rsidRPr="0078531E">
              <w:rPr>
                <w:spacing w:val="-10"/>
                <w:sz w:val="24"/>
              </w:rPr>
              <w:t>a</w:t>
            </w:r>
            <w:r w:rsidRPr="0078531E">
              <w:rPr>
                <w:sz w:val="24"/>
              </w:rPr>
              <w:tab/>
            </w:r>
            <w:r w:rsidRPr="0078531E">
              <w:rPr>
                <w:spacing w:val="-2"/>
                <w:sz w:val="24"/>
              </w:rPr>
              <w:t>gyakorló</w:t>
            </w:r>
            <w:r w:rsidRPr="0078531E">
              <w:rPr>
                <w:sz w:val="24"/>
              </w:rPr>
              <w:tab/>
            </w:r>
            <w:r w:rsidRPr="0078531E">
              <w:rPr>
                <w:spacing w:val="-2"/>
                <w:sz w:val="24"/>
              </w:rPr>
              <w:t>játékokhoz,</w:t>
            </w:r>
            <w:r w:rsidRPr="0078531E">
              <w:rPr>
                <w:sz w:val="24"/>
              </w:rPr>
              <w:tab/>
            </w:r>
            <w:r w:rsidRPr="0078531E">
              <w:rPr>
                <w:spacing w:val="-10"/>
                <w:sz w:val="24"/>
              </w:rPr>
              <w:t>a</w:t>
            </w:r>
            <w:r w:rsidRPr="0078531E">
              <w:rPr>
                <w:sz w:val="24"/>
              </w:rPr>
              <w:tab/>
            </w:r>
            <w:r w:rsidRPr="0078531E">
              <w:rPr>
                <w:spacing w:val="-2"/>
                <w:sz w:val="24"/>
              </w:rPr>
              <w:t>szimbolikus</w:t>
            </w:r>
            <w:r w:rsidRPr="0078531E">
              <w:rPr>
                <w:sz w:val="24"/>
              </w:rPr>
              <w:tab/>
            </w:r>
            <w:r w:rsidRPr="0078531E">
              <w:rPr>
                <w:spacing w:val="-2"/>
                <w:sz w:val="24"/>
              </w:rPr>
              <w:t xml:space="preserve">szerepjátékokhoz </w:t>
            </w:r>
            <w:r w:rsidRPr="0078531E">
              <w:rPr>
                <w:sz w:val="24"/>
              </w:rPr>
              <w:t>(drámajátékhoz), konstruáló játékokhoz, a szabályjátékokhoz,</w:t>
            </w:r>
            <w:r w:rsidRPr="0078531E">
              <w:rPr>
                <w:sz w:val="24"/>
                <w:u w:val="single"/>
              </w:rPr>
              <w:t xml:space="preserve"> </w:t>
            </w:r>
            <w:r w:rsidRPr="0078531E">
              <w:rPr>
                <w:b/>
                <w:sz w:val="24"/>
                <w:u w:val="single"/>
              </w:rPr>
              <w:t>bábjátékhoz</w:t>
            </w:r>
          </w:p>
        </w:tc>
      </w:tr>
      <w:tr w:rsidR="0078531E" w:rsidRPr="0078531E" w14:paraId="11B2CD3E" w14:textId="77777777">
        <w:trPr>
          <w:trHeight w:val="830"/>
        </w:trPr>
        <w:tc>
          <w:tcPr>
            <w:tcW w:w="9182" w:type="dxa"/>
          </w:tcPr>
          <w:p w14:paraId="6D1BE5CD" w14:textId="77777777" w:rsidR="00AE0CFD" w:rsidRPr="0078531E" w:rsidRDefault="00C3522D" w:rsidP="00964876">
            <w:pPr>
              <w:pStyle w:val="TableParagraph"/>
              <w:tabs>
                <w:tab w:val="left" w:pos="3822"/>
              </w:tabs>
              <w:spacing w:line="274" w:lineRule="exact"/>
              <w:ind w:left="830" w:hanging="360"/>
              <w:jc w:val="both"/>
              <w:rPr>
                <w:sz w:val="24"/>
              </w:rPr>
            </w:pPr>
            <w:r w:rsidRPr="0078531E">
              <w:t>5.</w:t>
            </w:r>
            <w:r w:rsidRPr="0078531E">
              <w:rPr>
                <w:spacing w:val="45"/>
              </w:rPr>
              <w:t xml:space="preserve">  </w:t>
            </w:r>
            <w:r w:rsidRPr="0078531E">
              <w:rPr>
                <w:sz w:val="24"/>
              </w:rPr>
              <w:t>Arra,</w:t>
            </w:r>
            <w:r w:rsidRPr="0078531E">
              <w:rPr>
                <w:spacing w:val="69"/>
                <w:sz w:val="24"/>
              </w:rPr>
              <w:t xml:space="preserve"> </w:t>
            </w:r>
            <w:r w:rsidRPr="0078531E">
              <w:rPr>
                <w:sz w:val="24"/>
              </w:rPr>
              <w:t>hogy</w:t>
            </w:r>
            <w:r w:rsidRPr="0078531E">
              <w:rPr>
                <w:spacing w:val="66"/>
                <w:sz w:val="24"/>
              </w:rPr>
              <w:t xml:space="preserve"> </w:t>
            </w:r>
            <w:r w:rsidRPr="0078531E">
              <w:rPr>
                <w:sz w:val="24"/>
              </w:rPr>
              <w:t>a</w:t>
            </w:r>
            <w:r w:rsidRPr="0078531E">
              <w:rPr>
                <w:spacing w:val="67"/>
                <w:sz w:val="24"/>
              </w:rPr>
              <w:t xml:space="preserve"> </w:t>
            </w:r>
            <w:r w:rsidRPr="0078531E">
              <w:rPr>
                <w:sz w:val="24"/>
              </w:rPr>
              <w:t>pedagógus</w:t>
            </w:r>
            <w:r w:rsidRPr="0078531E">
              <w:rPr>
                <w:spacing w:val="69"/>
                <w:sz w:val="24"/>
              </w:rPr>
              <w:t xml:space="preserve"> </w:t>
            </w:r>
            <w:r w:rsidRPr="0078531E">
              <w:rPr>
                <w:spacing w:val="-10"/>
                <w:sz w:val="24"/>
              </w:rPr>
              <w:t>a</w:t>
            </w:r>
            <w:r w:rsidRPr="0078531E">
              <w:rPr>
                <w:sz w:val="24"/>
              </w:rPr>
              <w:tab/>
              <w:t>játék</w:t>
            </w:r>
            <w:r w:rsidRPr="0078531E">
              <w:rPr>
                <w:spacing w:val="64"/>
                <w:sz w:val="24"/>
              </w:rPr>
              <w:t xml:space="preserve"> </w:t>
            </w:r>
            <w:r w:rsidRPr="0078531E">
              <w:rPr>
                <w:sz w:val="24"/>
              </w:rPr>
              <w:t>folyamatába</w:t>
            </w:r>
            <w:r w:rsidRPr="0078531E">
              <w:rPr>
                <w:spacing w:val="4"/>
                <w:sz w:val="24"/>
              </w:rPr>
              <w:t xml:space="preserve"> </w:t>
            </w:r>
            <w:r w:rsidRPr="0078531E">
              <w:rPr>
                <w:b/>
                <w:sz w:val="24"/>
              </w:rPr>
              <w:t>bekapcsolódik-e,</w:t>
            </w:r>
            <w:r w:rsidRPr="0078531E">
              <w:rPr>
                <w:b/>
                <w:spacing w:val="-1"/>
                <w:sz w:val="24"/>
              </w:rPr>
              <w:t xml:space="preserve"> </w:t>
            </w:r>
            <w:r w:rsidRPr="0078531E">
              <w:rPr>
                <w:sz w:val="24"/>
              </w:rPr>
              <w:t>illetve</w:t>
            </w:r>
            <w:r w:rsidRPr="0078531E">
              <w:rPr>
                <w:spacing w:val="65"/>
                <w:sz w:val="24"/>
              </w:rPr>
              <w:t xml:space="preserve"> </w:t>
            </w:r>
            <w:r w:rsidRPr="0078531E">
              <w:rPr>
                <w:sz w:val="24"/>
              </w:rPr>
              <w:t>be</w:t>
            </w:r>
            <w:r w:rsidRPr="0078531E">
              <w:rPr>
                <w:spacing w:val="66"/>
                <w:sz w:val="24"/>
              </w:rPr>
              <w:t xml:space="preserve"> </w:t>
            </w:r>
            <w:r w:rsidRPr="0078531E">
              <w:rPr>
                <w:sz w:val="24"/>
              </w:rPr>
              <w:t>kell-</w:t>
            </w:r>
            <w:r w:rsidRPr="0078531E">
              <w:rPr>
                <w:spacing w:val="-10"/>
                <w:sz w:val="24"/>
              </w:rPr>
              <w:t>e</w:t>
            </w:r>
          </w:p>
          <w:p w14:paraId="624BD18C" w14:textId="77777777" w:rsidR="00AE0CFD" w:rsidRPr="0078531E" w:rsidRDefault="00C3522D" w:rsidP="00964876">
            <w:pPr>
              <w:pStyle w:val="TableParagraph"/>
              <w:spacing w:line="276" w:lineRule="exact"/>
              <w:ind w:left="830"/>
              <w:jc w:val="both"/>
              <w:rPr>
                <w:sz w:val="24"/>
              </w:rPr>
            </w:pPr>
            <w:r w:rsidRPr="0078531E">
              <w:rPr>
                <w:sz w:val="24"/>
              </w:rPr>
              <w:t>kapcsolódnia,</w:t>
            </w:r>
            <w:r w:rsidRPr="0078531E">
              <w:rPr>
                <w:spacing w:val="-3"/>
                <w:sz w:val="24"/>
              </w:rPr>
              <w:t xml:space="preserve"> </w:t>
            </w:r>
            <w:r w:rsidRPr="0078531E">
              <w:rPr>
                <w:sz w:val="24"/>
              </w:rPr>
              <w:t>nincs</w:t>
            </w:r>
            <w:r w:rsidRPr="0078531E">
              <w:rPr>
                <w:spacing w:val="-4"/>
                <w:sz w:val="24"/>
              </w:rPr>
              <w:t xml:space="preserve"> </w:t>
            </w:r>
            <w:r w:rsidRPr="0078531E">
              <w:rPr>
                <w:sz w:val="24"/>
              </w:rPr>
              <w:t>recept.</w:t>
            </w:r>
            <w:r w:rsidRPr="0078531E">
              <w:rPr>
                <w:spacing w:val="-3"/>
                <w:sz w:val="24"/>
              </w:rPr>
              <w:t xml:space="preserve"> </w:t>
            </w:r>
            <w:r w:rsidRPr="0078531E">
              <w:rPr>
                <w:sz w:val="24"/>
              </w:rPr>
              <w:t>Minden</w:t>
            </w:r>
            <w:r w:rsidRPr="0078531E">
              <w:rPr>
                <w:spacing w:val="-3"/>
                <w:sz w:val="24"/>
              </w:rPr>
              <w:t xml:space="preserve"> </w:t>
            </w:r>
            <w:r w:rsidRPr="0078531E">
              <w:rPr>
                <w:sz w:val="24"/>
              </w:rPr>
              <w:t>esetben</w:t>
            </w:r>
            <w:r w:rsidRPr="0078531E">
              <w:rPr>
                <w:spacing w:val="-3"/>
                <w:sz w:val="24"/>
              </w:rPr>
              <w:t xml:space="preserve"> </w:t>
            </w:r>
            <w:r w:rsidRPr="0078531E">
              <w:rPr>
                <w:sz w:val="24"/>
              </w:rPr>
              <w:t>a</w:t>
            </w:r>
            <w:r w:rsidRPr="0078531E">
              <w:rPr>
                <w:spacing w:val="-3"/>
                <w:sz w:val="24"/>
              </w:rPr>
              <w:t xml:space="preserve"> </w:t>
            </w:r>
            <w:r w:rsidRPr="0078531E">
              <w:rPr>
                <w:sz w:val="24"/>
              </w:rPr>
              <w:t>gyermek</w:t>
            </w:r>
            <w:r w:rsidRPr="0078531E">
              <w:rPr>
                <w:spacing w:val="-3"/>
                <w:sz w:val="24"/>
              </w:rPr>
              <w:t xml:space="preserve"> </w:t>
            </w:r>
            <w:r w:rsidRPr="0078531E">
              <w:rPr>
                <w:sz w:val="24"/>
              </w:rPr>
              <w:t>aktuális</w:t>
            </w:r>
            <w:r w:rsidRPr="0078531E">
              <w:rPr>
                <w:spacing w:val="-3"/>
                <w:sz w:val="24"/>
              </w:rPr>
              <w:t xml:space="preserve"> </w:t>
            </w:r>
            <w:r w:rsidRPr="0078531E">
              <w:rPr>
                <w:sz w:val="24"/>
              </w:rPr>
              <w:t>játéka</w:t>
            </w:r>
            <w:r w:rsidRPr="0078531E">
              <w:rPr>
                <w:spacing w:val="-4"/>
                <w:sz w:val="24"/>
              </w:rPr>
              <w:t xml:space="preserve"> </w:t>
            </w:r>
            <w:r w:rsidRPr="0078531E">
              <w:rPr>
                <w:sz w:val="24"/>
              </w:rPr>
              <w:t>dönti</w:t>
            </w:r>
            <w:r w:rsidRPr="0078531E">
              <w:rPr>
                <w:spacing w:val="-3"/>
                <w:sz w:val="24"/>
              </w:rPr>
              <w:t xml:space="preserve"> </w:t>
            </w:r>
            <w:r w:rsidRPr="0078531E">
              <w:rPr>
                <w:sz w:val="24"/>
              </w:rPr>
              <w:t>el,</w:t>
            </w:r>
            <w:r w:rsidRPr="0078531E">
              <w:rPr>
                <w:spacing w:val="-3"/>
                <w:sz w:val="24"/>
              </w:rPr>
              <w:t xml:space="preserve"> </w:t>
            </w:r>
            <w:r w:rsidRPr="0078531E">
              <w:rPr>
                <w:sz w:val="24"/>
              </w:rPr>
              <w:t>hogy</w:t>
            </w:r>
            <w:r w:rsidRPr="0078531E">
              <w:rPr>
                <w:spacing w:val="-8"/>
                <w:sz w:val="24"/>
              </w:rPr>
              <w:t xml:space="preserve"> </w:t>
            </w:r>
            <w:r w:rsidRPr="0078531E">
              <w:rPr>
                <w:sz w:val="24"/>
              </w:rPr>
              <w:t>a pedagógus milyen megnyilvánulása lesz kedvező a játék alakulására.</w:t>
            </w:r>
          </w:p>
        </w:tc>
      </w:tr>
      <w:tr w:rsidR="0078531E" w:rsidRPr="0078531E" w14:paraId="5C701B52" w14:textId="77777777">
        <w:trPr>
          <w:trHeight w:val="1103"/>
        </w:trPr>
        <w:tc>
          <w:tcPr>
            <w:tcW w:w="9182" w:type="dxa"/>
          </w:tcPr>
          <w:p w14:paraId="13786DC9" w14:textId="77777777" w:rsidR="00AE0CFD" w:rsidRPr="0078531E" w:rsidRDefault="00C3522D" w:rsidP="00964876">
            <w:pPr>
              <w:pStyle w:val="TableParagraph"/>
              <w:ind w:left="830" w:right="93" w:hanging="360"/>
              <w:jc w:val="both"/>
              <w:rPr>
                <w:b/>
                <w:i/>
                <w:sz w:val="24"/>
              </w:rPr>
            </w:pPr>
            <w:r w:rsidRPr="0078531E">
              <w:rPr>
                <w:sz w:val="24"/>
              </w:rPr>
              <w:lastRenderedPageBreak/>
              <w:t>6.</w:t>
            </w:r>
            <w:r w:rsidRPr="0078531E">
              <w:rPr>
                <w:spacing w:val="80"/>
                <w:sz w:val="24"/>
              </w:rPr>
              <w:t xml:space="preserve"> </w:t>
            </w:r>
            <w:r w:rsidRPr="0078531E">
              <w:rPr>
                <w:sz w:val="24"/>
              </w:rPr>
              <w:t xml:space="preserve">A játék folyamatában az óvodapedagógus tudatos jelenléte biztosítja az élményszerű, elmélyült gyermeki játék kibontakozását. Mindezt az </w:t>
            </w:r>
            <w:r w:rsidRPr="0078531E">
              <w:rPr>
                <w:b/>
                <w:sz w:val="24"/>
                <w:u w:val="single"/>
              </w:rPr>
              <w:t>óvodapedagógus</w:t>
            </w:r>
            <w:r w:rsidRPr="0078531E">
              <w:rPr>
                <w:b/>
                <w:sz w:val="24"/>
              </w:rPr>
              <w:t xml:space="preserve"> </w:t>
            </w:r>
            <w:r w:rsidRPr="0078531E">
              <w:rPr>
                <w:b/>
                <w:sz w:val="24"/>
                <w:u w:val="single"/>
              </w:rPr>
              <w:t>feltételteremtő</w:t>
            </w:r>
            <w:r w:rsidRPr="0078531E">
              <w:rPr>
                <w:b/>
                <w:spacing w:val="14"/>
                <w:sz w:val="24"/>
                <w:u w:val="single"/>
              </w:rPr>
              <w:t xml:space="preserve"> </w:t>
            </w:r>
            <w:r w:rsidRPr="0078531E">
              <w:rPr>
                <w:b/>
                <w:sz w:val="24"/>
                <w:u w:val="single"/>
              </w:rPr>
              <w:t>tevékenysége</w:t>
            </w:r>
            <w:r w:rsidRPr="0078531E">
              <w:rPr>
                <w:b/>
                <w:spacing w:val="18"/>
                <w:sz w:val="24"/>
              </w:rPr>
              <w:t xml:space="preserve"> </w:t>
            </w:r>
            <w:r w:rsidRPr="0078531E">
              <w:rPr>
                <w:sz w:val="24"/>
              </w:rPr>
              <w:t>mellett</w:t>
            </w:r>
            <w:r w:rsidRPr="0078531E">
              <w:rPr>
                <w:spacing w:val="17"/>
                <w:sz w:val="24"/>
              </w:rPr>
              <w:t xml:space="preserve"> </w:t>
            </w:r>
            <w:r w:rsidRPr="0078531E">
              <w:rPr>
                <w:sz w:val="24"/>
              </w:rPr>
              <w:t>a</w:t>
            </w:r>
            <w:r w:rsidRPr="0078531E">
              <w:rPr>
                <w:spacing w:val="17"/>
                <w:sz w:val="24"/>
              </w:rPr>
              <w:t xml:space="preserve"> </w:t>
            </w:r>
            <w:r w:rsidRPr="0078531E">
              <w:rPr>
                <w:sz w:val="24"/>
              </w:rPr>
              <w:t>szükség</w:t>
            </w:r>
            <w:r w:rsidRPr="0078531E">
              <w:rPr>
                <w:spacing w:val="14"/>
                <w:sz w:val="24"/>
              </w:rPr>
              <w:t xml:space="preserve"> </w:t>
            </w:r>
            <w:r w:rsidRPr="0078531E">
              <w:rPr>
                <w:sz w:val="24"/>
              </w:rPr>
              <w:t>és</w:t>
            </w:r>
            <w:r w:rsidRPr="0078531E">
              <w:rPr>
                <w:spacing w:val="18"/>
                <w:sz w:val="24"/>
              </w:rPr>
              <w:t xml:space="preserve"> </w:t>
            </w:r>
            <w:r w:rsidRPr="0078531E">
              <w:rPr>
                <w:b/>
                <w:i/>
                <w:sz w:val="24"/>
                <w:u w:val="single"/>
              </w:rPr>
              <w:t>igény</w:t>
            </w:r>
            <w:r w:rsidRPr="0078531E">
              <w:rPr>
                <w:b/>
                <w:i/>
                <w:spacing w:val="17"/>
                <w:sz w:val="24"/>
                <w:u w:val="single"/>
              </w:rPr>
              <w:t xml:space="preserve"> </w:t>
            </w:r>
            <w:r w:rsidRPr="0078531E">
              <w:rPr>
                <w:b/>
                <w:i/>
                <w:sz w:val="24"/>
                <w:u w:val="single"/>
              </w:rPr>
              <w:t>szerinti</w:t>
            </w:r>
            <w:r w:rsidRPr="0078531E">
              <w:rPr>
                <w:b/>
                <w:i/>
                <w:spacing w:val="17"/>
                <w:sz w:val="24"/>
                <w:u w:val="single"/>
              </w:rPr>
              <w:t xml:space="preserve"> </w:t>
            </w:r>
            <w:r w:rsidRPr="0078531E">
              <w:rPr>
                <w:b/>
                <w:i/>
                <w:sz w:val="24"/>
                <w:u w:val="single"/>
              </w:rPr>
              <w:t>együtt</w:t>
            </w:r>
            <w:r w:rsidRPr="0078531E">
              <w:rPr>
                <w:b/>
                <w:i/>
                <w:spacing w:val="16"/>
                <w:sz w:val="24"/>
                <w:u w:val="single"/>
              </w:rPr>
              <w:t xml:space="preserve"> </w:t>
            </w:r>
            <w:r w:rsidRPr="0078531E">
              <w:rPr>
                <w:b/>
                <w:i/>
                <w:spacing w:val="-2"/>
                <w:sz w:val="24"/>
                <w:u w:val="single"/>
              </w:rPr>
              <w:t>játszásával,</w:t>
            </w:r>
          </w:p>
          <w:p w14:paraId="0E187C95" w14:textId="77777777" w:rsidR="00AE0CFD" w:rsidRPr="0078531E" w:rsidRDefault="00C3522D" w:rsidP="00964876">
            <w:pPr>
              <w:pStyle w:val="TableParagraph"/>
              <w:spacing w:line="264" w:lineRule="exact"/>
              <w:ind w:left="830"/>
              <w:jc w:val="both"/>
              <w:rPr>
                <w:sz w:val="24"/>
              </w:rPr>
            </w:pPr>
            <w:r w:rsidRPr="0078531E">
              <w:rPr>
                <w:sz w:val="24"/>
              </w:rPr>
              <w:t>támogató,</w:t>
            </w:r>
            <w:r w:rsidRPr="0078531E">
              <w:rPr>
                <w:spacing w:val="-5"/>
                <w:sz w:val="24"/>
              </w:rPr>
              <w:t xml:space="preserve"> </w:t>
            </w:r>
            <w:r w:rsidRPr="0078531E">
              <w:rPr>
                <w:sz w:val="24"/>
              </w:rPr>
              <w:t>serkentő,</w:t>
            </w:r>
            <w:r w:rsidRPr="0078531E">
              <w:rPr>
                <w:spacing w:val="-2"/>
                <w:sz w:val="24"/>
              </w:rPr>
              <w:t xml:space="preserve"> </w:t>
            </w:r>
            <w:r w:rsidRPr="0078531E">
              <w:rPr>
                <w:sz w:val="24"/>
              </w:rPr>
              <w:t>ösztönző</w:t>
            </w:r>
            <w:r w:rsidRPr="0078531E">
              <w:rPr>
                <w:spacing w:val="-2"/>
                <w:sz w:val="24"/>
              </w:rPr>
              <w:t xml:space="preserve"> </w:t>
            </w:r>
            <w:r w:rsidRPr="0078531E">
              <w:rPr>
                <w:sz w:val="24"/>
              </w:rPr>
              <w:t>magatartásával,</w:t>
            </w:r>
            <w:r w:rsidRPr="0078531E">
              <w:rPr>
                <w:spacing w:val="-3"/>
                <w:sz w:val="24"/>
              </w:rPr>
              <w:t xml:space="preserve"> </w:t>
            </w:r>
            <w:r w:rsidRPr="0078531E">
              <w:rPr>
                <w:sz w:val="24"/>
              </w:rPr>
              <w:t>indirekt</w:t>
            </w:r>
            <w:r w:rsidRPr="0078531E">
              <w:rPr>
                <w:spacing w:val="-2"/>
                <w:sz w:val="24"/>
              </w:rPr>
              <w:t xml:space="preserve"> </w:t>
            </w:r>
            <w:r w:rsidRPr="0078531E">
              <w:rPr>
                <w:sz w:val="24"/>
              </w:rPr>
              <w:t>reakcióival</w:t>
            </w:r>
            <w:r w:rsidRPr="0078531E">
              <w:rPr>
                <w:spacing w:val="-2"/>
                <w:sz w:val="24"/>
              </w:rPr>
              <w:t xml:space="preserve"> </w:t>
            </w:r>
            <w:r w:rsidRPr="0078531E">
              <w:rPr>
                <w:sz w:val="24"/>
              </w:rPr>
              <w:t>éri</w:t>
            </w:r>
            <w:r w:rsidRPr="0078531E">
              <w:rPr>
                <w:spacing w:val="-2"/>
                <w:sz w:val="24"/>
              </w:rPr>
              <w:t xml:space="preserve"> </w:t>
            </w:r>
            <w:r w:rsidRPr="0078531E">
              <w:rPr>
                <w:spacing w:val="-5"/>
                <w:sz w:val="24"/>
              </w:rPr>
              <w:t>el.</w:t>
            </w:r>
          </w:p>
        </w:tc>
      </w:tr>
      <w:tr w:rsidR="0078531E" w:rsidRPr="0078531E" w14:paraId="2E46FB50" w14:textId="77777777">
        <w:trPr>
          <w:trHeight w:val="566"/>
        </w:trPr>
        <w:tc>
          <w:tcPr>
            <w:tcW w:w="9182" w:type="dxa"/>
          </w:tcPr>
          <w:p w14:paraId="53D505A9" w14:textId="77777777" w:rsidR="00AE0CFD" w:rsidRPr="0078531E" w:rsidRDefault="00C3522D" w:rsidP="00964876">
            <w:pPr>
              <w:pStyle w:val="TableParagraph"/>
              <w:spacing w:line="276" w:lineRule="exact"/>
              <w:ind w:left="830" w:hanging="360"/>
              <w:jc w:val="both"/>
              <w:rPr>
                <w:sz w:val="24"/>
              </w:rPr>
            </w:pPr>
            <w:r w:rsidRPr="0078531E">
              <w:t>7.</w:t>
            </w:r>
            <w:r w:rsidRPr="0078531E">
              <w:rPr>
                <w:spacing w:val="136"/>
              </w:rPr>
              <w:t xml:space="preserve"> </w:t>
            </w:r>
            <w:r w:rsidRPr="0078531E">
              <w:rPr>
                <w:b/>
                <w:sz w:val="24"/>
                <w:u w:val="single"/>
              </w:rPr>
              <w:t>Alkotó</w:t>
            </w:r>
            <w:r w:rsidRPr="0078531E">
              <w:rPr>
                <w:b/>
                <w:spacing w:val="79"/>
                <w:w w:val="150"/>
                <w:sz w:val="24"/>
                <w:u w:val="single"/>
              </w:rPr>
              <w:t xml:space="preserve"> </w:t>
            </w:r>
            <w:r w:rsidRPr="0078531E">
              <w:rPr>
                <w:b/>
                <w:sz w:val="24"/>
                <w:u w:val="single"/>
              </w:rPr>
              <w:t>kedvű</w:t>
            </w:r>
            <w:r w:rsidRPr="0078531E">
              <w:rPr>
                <w:b/>
                <w:spacing w:val="80"/>
                <w:sz w:val="24"/>
                <w:u w:val="single"/>
              </w:rPr>
              <w:t xml:space="preserve"> </w:t>
            </w:r>
            <w:r w:rsidRPr="0078531E">
              <w:rPr>
                <w:b/>
                <w:sz w:val="24"/>
                <w:u w:val="single"/>
              </w:rPr>
              <w:t>légkört</w:t>
            </w:r>
            <w:r w:rsidRPr="0078531E">
              <w:rPr>
                <w:b/>
                <w:spacing w:val="80"/>
                <w:w w:val="150"/>
                <w:sz w:val="24"/>
              </w:rPr>
              <w:t xml:space="preserve"> </w:t>
            </w:r>
            <w:r w:rsidRPr="0078531E">
              <w:rPr>
                <w:sz w:val="24"/>
              </w:rPr>
              <w:t>teremtve</w:t>
            </w:r>
            <w:r w:rsidRPr="0078531E">
              <w:rPr>
                <w:spacing w:val="79"/>
                <w:w w:val="150"/>
                <w:sz w:val="24"/>
              </w:rPr>
              <w:t xml:space="preserve"> </w:t>
            </w:r>
            <w:r w:rsidRPr="0078531E">
              <w:rPr>
                <w:sz w:val="24"/>
              </w:rPr>
              <w:t>a</w:t>
            </w:r>
            <w:r w:rsidRPr="0078531E">
              <w:rPr>
                <w:spacing w:val="79"/>
                <w:w w:val="150"/>
                <w:sz w:val="24"/>
              </w:rPr>
              <w:t xml:space="preserve"> </w:t>
            </w:r>
            <w:r w:rsidRPr="0078531E">
              <w:rPr>
                <w:sz w:val="24"/>
              </w:rPr>
              <w:t>játékban</w:t>
            </w:r>
            <w:r w:rsidRPr="0078531E">
              <w:rPr>
                <w:spacing w:val="79"/>
                <w:w w:val="150"/>
                <w:sz w:val="24"/>
              </w:rPr>
              <w:t xml:space="preserve"> </w:t>
            </w:r>
            <w:r w:rsidRPr="0078531E">
              <w:rPr>
                <w:sz w:val="24"/>
              </w:rPr>
              <w:t>fejlődik</w:t>
            </w:r>
            <w:r w:rsidRPr="0078531E">
              <w:rPr>
                <w:spacing w:val="80"/>
                <w:w w:val="150"/>
                <w:sz w:val="24"/>
              </w:rPr>
              <w:t xml:space="preserve"> </w:t>
            </w:r>
            <w:r w:rsidRPr="0078531E">
              <w:rPr>
                <w:sz w:val="24"/>
              </w:rPr>
              <w:t>leginkább</w:t>
            </w:r>
            <w:r w:rsidRPr="0078531E">
              <w:rPr>
                <w:spacing w:val="79"/>
                <w:w w:val="150"/>
                <w:sz w:val="24"/>
              </w:rPr>
              <w:t xml:space="preserve"> </w:t>
            </w:r>
            <w:r w:rsidRPr="0078531E">
              <w:rPr>
                <w:sz w:val="24"/>
              </w:rPr>
              <w:t>a</w:t>
            </w:r>
            <w:r w:rsidRPr="0078531E">
              <w:rPr>
                <w:spacing w:val="79"/>
                <w:w w:val="150"/>
                <w:sz w:val="24"/>
              </w:rPr>
              <w:t xml:space="preserve"> </w:t>
            </w:r>
            <w:r w:rsidRPr="0078531E">
              <w:rPr>
                <w:sz w:val="24"/>
              </w:rPr>
              <w:t xml:space="preserve">gyermekek </w:t>
            </w:r>
            <w:r w:rsidRPr="0078531E">
              <w:rPr>
                <w:spacing w:val="-2"/>
                <w:sz w:val="24"/>
              </w:rPr>
              <w:t>kreativitása.</w:t>
            </w:r>
          </w:p>
        </w:tc>
      </w:tr>
      <w:tr w:rsidR="0078531E" w:rsidRPr="0078531E" w14:paraId="234E5440" w14:textId="77777777">
        <w:trPr>
          <w:trHeight w:val="568"/>
        </w:trPr>
        <w:tc>
          <w:tcPr>
            <w:tcW w:w="9182" w:type="dxa"/>
          </w:tcPr>
          <w:p w14:paraId="7423FA82" w14:textId="77777777" w:rsidR="00AE0CFD" w:rsidRPr="0078531E" w:rsidRDefault="00C3522D" w:rsidP="00964876">
            <w:pPr>
              <w:pStyle w:val="TableParagraph"/>
              <w:spacing w:before="5" w:line="232" w:lineRule="auto"/>
              <w:ind w:left="830" w:hanging="360"/>
              <w:jc w:val="both"/>
              <w:rPr>
                <w:b/>
                <w:i/>
                <w:sz w:val="24"/>
              </w:rPr>
            </w:pPr>
            <w:r w:rsidRPr="0078531E">
              <w:t>8.</w:t>
            </w:r>
            <w:r w:rsidRPr="0078531E">
              <w:rPr>
                <w:spacing w:val="80"/>
                <w:w w:val="150"/>
              </w:rPr>
              <w:t xml:space="preserve"> </w:t>
            </w:r>
            <w:r w:rsidRPr="0078531E">
              <w:rPr>
                <w:sz w:val="24"/>
              </w:rPr>
              <w:t>Óvodapedagógusaink</w:t>
            </w:r>
            <w:r w:rsidRPr="0078531E">
              <w:rPr>
                <w:spacing w:val="40"/>
                <w:sz w:val="24"/>
              </w:rPr>
              <w:t xml:space="preserve"> </w:t>
            </w:r>
            <w:r w:rsidRPr="0078531E">
              <w:rPr>
                <w:sz w:val="24"/>
              </w:rPr>
              <w:t>a</w:t>
            </w:r>
            <w:r w:rsidRPr="0078531E">
              <w:rPr>
                <w:spacing w:val="40"/>
                <w:sz w:val="24"/>
              </w:rPr>
              <w:t xml:space="preserve"> </w:t>
            </w:r>
            <w:r w:rsidRPr="0078531E">
              <w:rPr>
                <w:sz w:val="24"/>
              </w:rPr>
              <w:t>csoportszobákat</w:t>
            </w:r>
            <w:r w:rsidRPr="0078531E">
              <w:rPr>
                <w:spacing w:val="40"/>
                <w:sz w:val="24"/>
              </w:rPr>
              <w:t xml:space="preserve"> </w:t>
            </w:r>
            <w:r w:rsidRPr="0078531E">
              <w:rPr>
                <w:sz w:val="24"/>
              </w:rPr>
              <w:t>úgy</w:t>
            </w:r>
            <w:r w:rsidRPr="0078531E">
              <w:rPr>
                <w:spacing w:val="40"/>
                <w:sz w:val="24"/>
              </w:rPr>
              <w:t xml:space="preserve"> </w:t>
            </w:r>
            <w:r w:rsidRPr="0078531E">
              <w:rPr>
                <w:sz w:val="24"/>
              </w:rPr>
              <w:t>rendezik</w:t>
            </w:r>
            <w:r w:rsidRPr="0078531E">
              <w:rPr>
                <w:spacing w:val="40"/>
                <w:sz w:val="24"/>
              </w:rPr>
              <w:t xml:space="preserve"> </w:t>
            </w:r>
            <w:r w:rsidRPr="0078531E">
              <w:rPr>
                <w:sz w:val="24"/>
              </w:rPr>
              <w:t>be,</w:t>
            </w:r>
            <w:r w:rsidRPr="0078531E">
              <w:rPr>
                <w:spacing w:val="40"/>
                <w:sz w:val="24"/>
              </w:rPr>
              <w:t xml:space="preserve"> </w:t>
            </w:r>
            <w:r w:rsidRPr="0078531E">
              <w:rPr>
                <w:sz w:val="24"/>
              </w:rPr>
              <w:t>hogy</w:t>
            </w:r>
            <w:r w:rsidRPr="0078531E">
              <w:rPr>
                <w:spacing w:val="40"/>
                <w:sz w:val="24"/>
              </w:rPr>
              <w:t xml:space="preserve"> </w:t>
            </w:r>
            <w:r w:rsidRPr="0078531E">
              <w:rPr>
                <w:sz w:val="24"/>
              </w:rPr>
              <w:t>legyen</w:t>
            </w:r>
            <w:r w:rsidRPr="0078531E">
              <w:rPr>
                <w:spacing w:val="40"/>
                <w:sz w:val="24"/>
              </w:rPr>
              <w:t xml:space="preserve"> </w:t>
            </w:r>
            <w:r w:rsidRPr="0078531E">
              <w:rPr>
                <w:sz w:val="24"/>
              </w:rPr>
              <w:t>állandó</w:t>
            </w:r>
            <w:r w:rsidRPr="0078531E">
              <w:rPr>
                <w:spacing w:val="40"/>
                <w:sz w:val="24"/>
              </w:rPr>
              <w:t xml:space="preserve"> </w:t>
            </w:r>
            <w:r w:rsidRPr="0078531E">
              <w:rPr>
                <w:sz w:val="24"/>
              </w:rPr>
              <w:t xml:space="preserve">és variálható helye az úgynevezett játék </w:t>
            </w:r>
            <w:r w:rsidRPr="0078531E">
              <w:rPr>
                <w:b/>
                <w:i/>
                <w:sz w:val="24"/>
              </w:rPr>
              <w:t>„kuckóknak”.</w:t>
            </w:r>
          </w:p>
        </w:tc>
      </w:tr>
      <w:tr w:rsidR="0078531E" w:rsidRPr="0078531E" w14:paraId="358A04FC" w14:textId="77777777">
        <w:trPr>
          <w:trHeight w:val="827"/>
        </w:trPr>
        <w:tc>
          <w:tcPr>
            <w:tcW w:w="9182" w:type="dxa"/>
          </w:tcPr>
          <w:p w14:paraId="0F02DB04" w14:textId="77777777" w:rsidR="00AE0CFD" w:rsidRPr="0078531E" w:rsidRDefault="00C3522D" w:rsidP="00964876">
            <w:pPr>
              <w:pStyle w:val="TableParagraph"/>
              <w:spacing w:line="232" w:lineRule="auto"/>
              <w:ind w:left="830" w:hanging="360"/>
              <w:jc w:val="both"/>
              <w:rPr>
                <w:sz w:val="24"/>
              </w:rPr>
            </w:pPr>
            <w:r w:rsidRPr="0078531E">
              <w:t>9.</w:t>
            </w:r>
            <w:r w:rsidRPr="0078531E">
              <w:rPr>
                <w:spacing w:val="80"/>
                <w:w w:val="150"/>
              </w:rPr>
              <w:t xml:space="preserve"> </w:t>
            </w:r>
            <w:r w:rsidRPr="0078531E">
              <w:rPr>
                <w:sz w:val="24"/>
              </w:rPr>
              <w:t>Környezeti</w:t>
            </w:r>
            <w:r w:rsidRPr="0078531E">
              <w:rPr>
                <w:spacing w:val="40"/>
                <w:sz w:val="24"/>
              </w:rPr>
              <w:t xml:space="preserve"> </w:t>
            </w:r>
            <w:r w:rsidRPr="0078531E">
              <w:rPr>
                <w:sz w:val="24"/>
              </w:rPr>
              <w:t>nevelésünk</w:t>
            </w:r>
            <w:r w:rsidRPr="0078531E">
              <w:rPr>
                <w:spacing w:val="40"/>
                <w:sz w:val="24"/>
              </w:rPr>
              <w:t xml:space="preserve"> </w:t>
            </w:r>
            <w:r w:rsidRPr="0078531E">
              <w:rPr>
                <w:sz w:val="24"/>
              </w:rPr>
              <w:t>fontos</w:t>
            </w:r>
            <w:r w:rsidRPr="0078531E">
              <w:rPr>
                <w:spacing w:val="40"/>
                <w:sz w:val="24"/>
              </w:rPr>
              <w:t xml:space="preserve"> </w:t>
            </w:r>
            <w:r w:rsidRPr="0078531E">
              <w:rPr>
                <w:sz w:val="24"/>
              </w:rPr>
              <w:t>eleme</w:t>
            </w:r>
            <w:r w:rsidRPr="0078531E">
              <w:rPr>
                <w:spacing w:val="40"/>
                <w:sz w:val="24"/>
              </w:rPr>
              <w:t xml:space="preserve"> </w:t>
            </w:r>
            <w:r w:rsidRPr="0078531E">
              <w:rPr>
                <w:sz w:val="24"/>
              </w:rPr>
              <w:t>a</w:t>
            </w:r>
            <w:r w:rsidRPr="0078531E">
              <w:rPr>
                <w:spacing w:val="75"/>
                <w:sz w:val="24"/>
              </w:rPr>
              <w:t xml:space="preserve"> </w:t>
            </w:r>
            <w:r w:rsidRPr="0078531E">
              <w:rPr>
                <w:b/>
                <w:sz w:val="24"/>
                <w:u w:val="single"/>
              </w:rPr>
              <w:t>természetsarok,</w:t>
            </w:r>
            <w:r w:rsidRPr="0078531E">
              <w:rPr>
                <w:b/>
                <w:spacing w:val="40"/>
                <w:sz w:val="24"/>
              </w:rPr>
              <w:t xml:space="preserve"> </w:t>
            </w:r>
            <w:r w:rsidRPr="0078531E">
              <w:rPr>
                <w:sz w:val="24"/>
              </w:rPr>
              <w:t>amelynek</w:t>
            </w:r>
            <w:r w:rsidRPr="0078531E">
              <w:rPr>
                <w:spacing w:val="40"/>
                <w:sz w:val="24"/>
              </w:rPr>
              <w:t xml:space="preserve"> </w:t>
            </w:r>
            <w:r w:rsidRPr="0078531E">
              <w:rPr>
                <w:sz w:val="24"/>
              </w:rPr>
              <w:t>gyűjteményét</w:t>
            </w:r>
            <w:r w:rsidRPr="0078531E">
              <w:rPr>
                <w:spacing w:val="40"/>
                <w:sz w:val="24"/>
              </w:rPr>
              <w:t xml:space="preserve"> </w:t>
            </w:r>
            <w:r w:rsidRPr="0078531E">
              <w:rPr>
                <w:sz w:val="24"/>
              </w:rPr>
              <w:t>évszakoknak</w:t>
            </w:r>
            <w:r w:rsidRPr="0078531E">
              <w:rPr>
                <w:spacing w:val="35"/>
                <w:sz w:val="24"/>
              </w:rPr>
              <w:t xml:space="preserve"> </w:t>
            </w:r>
            <w:r w:rsidRPr="0078531E">
              <w:rPr>
                <w:sz w:val="24"/>
              </w:rPr>
              <w:t>megfelelően</w:t>
            </w:r>
            <w:r w:rsidRPr="0078531E">
              <w:rPr>
                <w:spacing w:val="37"/>
                <w:sz w:val="24"/>
              </w:rPr>
              <w:t xml:space="preserve"> </w:t>
            </w:r>
            <w:r w:rsidRPr="0078531E">
              <w:rPr>
                <w:sz w:val="24"/>
              </w:rPr>
              <w:t>változtatjuk.</w:t>
            </w:r>
            <w:r w:rsidRPr="0078531E">
              <w:rPr>
                <w:spacing w:val="37"/>
                <w:sz w:val="24"/>
              </w:rPr>
              <w:t xml:space="preserve"> </w:t>
            </w:r>
            <w:r w:rsidRPr="0078531E">
              <w:rPr>
                <w:sz w:val="24"/>
              </w:rPr>
              <w:t>Kiemelt</w:t>
            </w:r>
            <w:r w:rsidRPr="0078531E">
              <w:rPr>
                <w:spacing w:val="37"/>
                <w:sz w:val="24"/>
              </w:rPr>
              <w:t xml:space="preserve"> </w:t>
            </w:r>
            <w:r w:rsidRPr="0078531E">
              <w:rPr>
                <w:sz w:val="24"/>
              </w:rPr>
              <w:t>fontosságúnak</w:t>
            </w:r>
            <w:r w:rsidRPr="0078531E">
              <w:rPr>
                <w:spacing w:val="37"/>
                <w:sz w:val="24"/>
              </w:rPr>
              <w:t xml:space="preserve"> </w:t>
            </w:r>
            <w:r w:rsidRPr="0078531E">
              <w:rPr>
                <w:sz w:val="24"/>
              </w:rPr>
              <w:t>érezzük</w:t>
            </w:r>
            <w:r w:rsidRPr="0078531E">
              <w:rPr>
                <w:spacing w:val="37"/>
                <w:sz w:val="24"/>
              </w:rPr>
              <w:t xml:space="preserve"> </w:t>
            </w:r>
            <w:r w:rsidRPr="0078531E">
              <w:rPr>
                <w:sz w:val="24"/>
              </w:rPr>
              <w:t>a</w:t>
            </w:r>
            <w:r w:rsidRPr="0078531E">
              <w:rPr>
                <w:spacing w:val="39"/>
                <w:sz w:val="24"/>
              </w:rPr>
              <w:t xml:space="preserve"> </w:t>
            </w:r>
            <w:r w:rsidRPr="0078531E">
              <w:rPr>
                <w:spacing w:val="-2"/>
                <w:sz w:val="24"/>
              </w:rPr>
              <w:t>természet</w:t>
            </w:r>
          </w:p>
          <w:p w14:paraId="7B98F208" w14:textId="77777777" w:rsidR="00AE0CFD" w:rsidRPr="0078531E" w:rsidRDefault="00C3522D" w:rsidP="00964876">
            <w:pPr>
              <w:pStyle w:val="TableParagraph"/>
              <w:spacing w:before="1" w:line="264" w:lineRule="exact"/>
              <w:ind w:left="830"/>
              <w:jc w:val="both"/>
              <w:rPr>
                <w:sz w:val="24"/>
              </w:rPr>
            </w:pPr>
            <w:r w:rsidRPr="0078531E">
              <w:rPr>
                <w:sz w:val="24"/>
              </w:rPr>
              <w:t>kincseivel</w:t>
            </w:r>
            <w:r w:rsidRPr="0078531E">
              <w:rPr>
                <w:spacing w:val="-2"/>
                <w:sz w:val="24"/>
              </w:rPr>
              <w:t xml:space="preserve"> </w:t>
            </w:r>
            <w:r w:rsidRPr="0078531E">
              <w:rPr>
                <w:sz w:val="24"/>
              </w:rPr>
              <w:t>való</w:t>
            </w:r>
            <w:r w:rsidRPr="0078531E">
              <w:rPr>
                <w:spacing w:val="-1"/>
                <w:sz w:val="24"/>
              </w:rPr>
              <w:t xml:space="preserve"> </w:t>
            </w:r>
            <w:r w:rsidRPr="0078531E">
              <w:rPr>
                <w:spacing w:val="-2"/>
                <w:sz w:val="24"/>
              </w:rPr>
              <w:t>játékokat.</w:t>
            </w:r>
          </w:p>
        </w:tc>
      </w:tr>
      <w:tr w:rsidR="0078531E" w:rsidRPr="0078531E" w14:paraId="6649C1F1" w14:textId="77777777">
        <w:trPr>
          <w:trHeight w:val="1380"/>
        </w:trPr>
        <w:tc>
          <w:tcPr>
            <w:tcW w:w="9182" w:type="dxa"/>
          </w:tcPr>
          <w:p w14:paraId="0AEDF691" w14:textId="28044EFC" w:rsidR="00AE0CFD" w:rsidRPr="0078531E" w:rsidRDefault="00C3522D" w:rsidP="00964876">
            <w:pPr>
              <w:pStyle w:val="TableParagraph"/>
              <w:spacing w:line="272" w:lineRule="exact"/>
              <w:ind w:left="470"/>
              <w:jc w:val="both"/>
              <w:rPr>
                <w:sz w:val="24"/>
              </w:rPr>
            </w:pPr>
            <w:r w:rsidRPr="0078531E">
              <w:t>10.</w:t>
            </w:r>
            <w:r w:rsidRPr="0078531E">
              <w:rPr>
                <w:spacing w:val="27"/>
              </w:rPr>
              <w:t xml:space="preserve"> </w:t>
            </w:r>
            <w:r w:rsidRPr="0078531E">
              <w:rPr>
                <w:sz w:val="24"/>
              </w:rPr>
              <w:t>Játék</w:t>
            </w:r>
            <w:r w:rsidRPr="0078531E">
              <w:rPr>
                <w:spacing w:val="38"/>
                <w:sz w:val="24"/>
              </w:rPr>
              <w:t xml:space="preserve"> </w:t>
            </w:r>
            <w:r w:rsidRPr="0078531E">
              <w:rPr>
                <w:sz w:val="24"/>
              </w:rPr>
              <w:t>keretében</w:t>
            </w:r>
            <w:r w:rsidRPr="0078531E">
              <w:rPr>
                <w:spacing w:val="38"/>
                <w:sz w:val="24"/>
              </w:rPr>
              <w:t xml:space="preserve"> </w:t>
            </w:r>
            <w:r w:rsidRPr="0078531E">
              <w:rPr>
                <w:sz w:val="24"/>
              </w:rPr>
              <w:t>a</w:t>
            </w:r>
            <w:r w:rsidRPr="0078531E">
              <w:rPr>
                <w:spacing w:val="38"/>
                <w:sz w:val="24"/>
              </w:rPr>
              <w:t xml:space="preserve"> </w:t>
            </w:r>
            <w:r w:rsidRPr="0078531E">
              <w:rPr>
                <w:sz w:val="24"/>
              </w:rPr>
              <w:t>kisgyermekek</w:t>
            </w:r>
            <w:r w:rsidRPr="0078531E">
              <w:rPr>
                <w:spacing w:val="38"/>
                <w:sz w:val="24"/>
              </w:rPr>
              <w:t xml:space="preserve"> </w:t>
            </w:r>
            <w:r w:rsidRPr="0078531E">
              <w:rPr>
                <w:sz w:val="24"/>
              </w:rPr>
              <w:t>ismerkednek</w:t>
            </w:r>
            <w:r w:rsidRPr="0078531E">
              <w:rPr>
                <w:spacing w:val="38"/>
                <w:sz w:val="24"/>
              </w:rPr>
              <w:t xml:space="preserve"> </w:t>
            </w:r>
            <w:r w:rsidRPr="0078531E">
              <w:rPr>
                <w:sz w:val="24"/>
              </w:rPr>
              <w:t>természeti</w:t>
            </w:r>
            <w:r w:rsidRPr="0078531E">
              <w:rPr>
                <w:spacing w:val="38"/>
                <w:sz w:val="24"/>
              </w:rPr>
              <w:t xml:space="preserve"> </w:t>
            </w:r>
            <w:r w:rsidRPr="0078531E">
              <w:rPr>
                <w:sz w:val="24"/>
              </w:rPr>
              <w:t>anyagokkal,</w:t>
            </w:r>
            <w:r w:rsidRPr="0078531E">
              <w:rPr>
                <w:spacing w:val="39"/>
                <w:sz w:val="24"/>
              </w:rPr>
              <w:t xml:space="preserve"> </w:t>
            </w:r>
            <w:r w:rsidRPr="0078531E">
              <w:rPr>
                <w:spacing w:val="-2"/>
                <w:sz w:val="24"/>
              </w:rPr>
              <w:t>illetve</w:t>
            </w:r>
          </w:p>
          <w:p w14:paraId="6618C2EF" w14:textId="77777777" w:rsidR="00AE0CFD" w:rsidRPr="0078531E" w:rsidRDefault="00C3522D" w:rsidP="00964876">
            <w:pPr>
              <w:pStyle w:val="TableParagraph"/>
              <w:ind w:left="830" w:right="98"/>
              <w:jc w:val="both"/>
              <w:rPr>
                <w:sz w:val="24"/>
              </w:rPr>
            </w:pPr>
            <w:r w:rsidRPr="0078531E">
              <w:rPr>
                <w:sz w:val="24"/>
              </w:rPr>
              <w:t>„természettudományos” megfigyeléseket végeznek (pl. csíráztatás játék). Fontos hangsúlyozni, hogy óvodapedagógusaink tudják, hogy ebben az életkorban nem a természeti</w:t>
            </w:r>
            <w:r w:rsidRPr="0078531E">
              <w:rPr>
                <w:spacing w:val="-8"/>
                <w:sz w:val="24"/>
              </w:rPr>
              <w:t xml:space="preserve"> </w:t>
            </w:r>
            <w:r w:rsidRPr="0078531E">
              <w:rPr>
                <w:sz w:val="24"/>
              </w:rPr>
              <w:t>jelenségek</w:t>
            </w:r>
            <w:r w:rsidRPr="0078531E">
              <w:rPr>
                <w:spacing w:val="-7"/>
                <w:sz w:val="24"/>
              </w:rPr>
              <w:t xml:space="preserve"> </w:t>
            </w:r>
            <w:r w:rsidRPr="0078531E">
              <w:rPr>
                <w:sz w:val="24"/>
              </w:rPr>
              <w:t>tudományos</w:t>
            </w:r>
            <w:r w:rsidRPr="0078531E">
              <w:rPr>
                <w:spacing w:val="-7"/>
                <w:sz w:val="24"/>
              </w:rPr>
              <w:t xml:space="preserve"> </w:t>
            </w:r>
            <w:r w:rsidRPr="0078531E">
              <w:rPr>
                <w:sz w:val="24"/>
              </w:rPr>
              <w:t>magyarázata</w:t>
            </w:r>
            <w:r w:rsidRPr="0078531E">
              <w:rPr>
                <w:spacing w:val="-8"/>
                <w:sz w:val="24"/>
              </w:rPr>
              <w:t xml:space="preserve"> </w:t>
            </w:r>
            <w:r w:rsidRPr="0078531E">
              <w:rPr>
                <w:sz w:val="24"/>
              </w:rPr>
              <w:t>a</w:t>
            </w:r>
            <w:r w:rsidRPr="0078531E">
              <w:rPr>
                <w:spacing w:val="-8"/>
                <w:sz w:val="24"/>
              </w:rPr>
              <w:t xml:space="preserve"> </w:t>
            </w:r>
            <w:r w:rsidRPr="0078531E">
              <w:rPr>
                <w:sz w:val="24"/>
              </w:rPr>
              <w:t>fontos,</w:t>
            </w:r>
            <w:r w:rsidRPr="0078531E">
              <w:rPr>
                <w:spacing w:val="-7"/>
                <w:sz w:val="24"/>
              </w:rPr>
              <w:t xml:space="preserve"> </w:t>
            </w:r>
            <w:r w:rsidRPr="0078531E">
              <w:rPr>
                <w:sz w:val="24"/>
              </w:rPr>
              <w:t>hanem</w:t>
            </w:r>
            <w:r w:rsidRPr="0078531E">
              <w:rPr>
                <w:spacing w:val="-7"/>
                <w:sz w:val="24"/>
              </w:rPr>
              <w:t xml:space="preserve"> </w:t>
            </w:r>
            <w:r w:rsidRPr="0078531E">
              <w:rPr>
                <w:sz w:val="24"/>
              </w:rPr>
              <w:t>sokkal</w:t>
            </w:r>
            <w:r w:rsidRPr="0078531E">
              <w:rPr>
                <w:spacing w:val="-7"/>
                <w:sz w:val="24"/>
              </w:rPr>
              <w:t xml:space="preserve"> </w:t>
            </w:r>
            <w:r w:rsidRPr="0078531E">
              <w:rPr>
                <w:sz w:val="24"/>
              </w:rPr>
              <w:t>inkább</w:t>
            </w:r>
            <w:r w:rsidRPr="0078531E">
              <w:rPr>
                <w:spacing w:val="-8"/>
                <w:sz w:val="24"/>
              </w:rPr>
              <w:t xml:space="preserve"> </w:t>
            </w:r>
            <w:r w:rsidRPr="0078531E">
              <w:rPr>
                <w:sz w:val="24"/>
              </w:rPr>
              <w:t>maga</w:t>
            </w:r>
            <w:r w:rsidRPr="0078531E">
              <w:rPr>
                <w:spacing w:val="-6"/>
                <w:sz w:val="24"/>
              </w:rPr>
              <w:t xml:space="preserve"> </w:t>
            </w:r>
            <w:r w:rsidRPr="0078531E">
              <w:rPr>
                <w:spacing w:val="-10"/>
                <w:sz w:val="24"/>
              </w:rPr>
              <w:t>a</w:t>
            </w:r>
          </w:p>
          <w:p w14:paraId="5EFB35BF" w14:textId="77777777" w:rsidR="00AE0CFD" w:rsidRPr="0078531E" w:rsidRDefault="00C3522D" w:rsidP="00964876">
            <w:pPr>
              <w:pStyle w:val="TableParagraph"/>
              <w:spacing w:before="1" w:line="259" w:lineRule="exact"/>
              <w:ind w:left="830"/>
              <w:jc w:val="both"/>
              <w:rPr>
                <w:b/>
                <w:sz w:val="24"/>
              </w:rPr>
            </w:pPr>
            <w:r w:rsidRPr="0078531E">
              <w:rPr>
                <w:b/>
                <w:sz w:val="24"/>
                <w:u w:val="single"/>
              </w:rPr>
              <w:t>felfedező,</w:t>
            </w:r>
            <w:r w:rsidRPr="0078531E">
              <w:rPr>
                <w:b/>
                <w:spacing w:val="-2"/>
                <w:sz w:val="24"/>
                <w:u w:val="single"/>
              </w:rPr>
              <w:t xml:space="preserve"> </w:t>
            </w:r>
            <w:r w:rsidRPr="0078531E">
              <w:rPr>
                <w:b/>
                <w:sz w:val="24"/>
                <w:u w:val="single"/>
              </w:rPr>
              <w:t>cselekvő</w:t>
            </w:r>
            <w:r w:rsidRPr="0078531E">
              <w:rPr>
                <w:b/>
                <w:spacing w:val="-2"/>
                <w:sz w:val="24"/>
                <w:u w:val="single"/>
              </w:rPr>
              <w:t xml:space="preserve"> </w:t>
            </w:r>
            <w:r w:rsidRPr="0078531E">
              <w:rPr>
                <w:b/>
                <w:sz w:val="24"/>
                <w:u w:val="single"/>
              </w:rPr>
              <w:t>tevékenység</w:t>
            </w:r>
            <w:r w:rsidRPr="0078531E">
              <w:rPr>
                <w:b/>
                <w:spacing w:val="-1"/>
                <w:sz w:val="24"/>
                <w:u w:val="single"/>
              </w:rPr>
              <w:t xml:space="preserve"> </w:t>
            </w:r>
            <w:r w:rsidRPr="0078531E">
              <w:rPr>
                <w:b/>
                <w:sz w:val="24"/>
                <w:u w:val="single"/>
              </w:rPr>
              <w:t>és</w:t>
            </w:r>
            <w:r w:rsidRPr="0078531E">
              <w:rPr>
                <w:b/>
                <w:spacing w:val="-3"/>
                <w:sz w:val="24"/>
                <w:u w:val="single"/>
              </w:rPr>
              <w:t xml:space="preserve"> </w:t>
            </w:r>
            <w:r w:rsidRPr="0078531E">
              <w:rPr>
                <w:b/>
                <w:sz w:val="24"/>
                <w:u w:val="single"/>
              </w:rPr>
              <w:t>a</w:t>
            </w:r>
            <w:r w:rsidRPr="0078531E">
              <w:rPr>
                <w:b/>
                <w:spacing w:val="-1"/>
                <w:sz w:val="24"/>
                <w:u w:val="single"/>
              </w:rPr>
              <w:t xml:space="preserve"> </w:t>
            </w:r>
            <w:r w:rsidRPr="0078531E">
              <w:rPr>
                <w:b/>
                <w:spacing w:val="-2"/>
                <w:sz w:val="24"/>
                <w:u w:val="single"/>
              </w:rPr>
              <w:t>játék.</w:t>
            </w:r>
          </w:p>
        </w:tc>
      </w:tr>
      <w:tr w:rsidR="0078531E" w:rsidRPr="0078531E" w14:paraId="789D739D" w14:textId="77777777">
        <w:trPr>
          <w:trHeight w:val="1103"/>
        </w:trPr>
        <w:tc>
          <w:tcPr>
            <w:tcW w:w="9182" w:type="dxa"/>
          </w:tcPr>
          <w:p w14:paraId="36A2276C" w14:textId="427432F1" w:rsidR="004F7154" w:rsidRPr="0078531E" w:rsidRDefault="00C3522D" w:rsidP="00964876">
            <w:pPr>
              <w:pStyle w:val="TableParagraph"/>
              <w:spacing w:line="237" w:lineRule="auto"/>
              <w:ind w:left="830" w:right="94" w:hanging="360"/>
              <w:jc w:val="both"/>
              <w:rPr>
                <w:sz w:val="24"/>
              </w:rPr>
            </w:pPr>
            <w:r w:rsidRPr="0078531E">
              <w:t xml:space="preserve">11. </w:t>
            </w:r>
            <w:r w:rsidRPr="0078531E">
              <w:rPr>
                <w:sz w:val="24"/>
              </w:rPr>
              <w:t>A játékeszközök</w:t>
            </w:r>
            <w:r w:rsidR="004F7154" w:rsidRPr="0078531E">
              <w:rPr>
                <w:sz w:val="24"/>
              </w:rPr>
              <w:t>nél figyelembe vesszük a gyermeke korcsoportonként igényeit</w:t>
            </w:r>
            <w:r w:rsidR="00A93044" w:rsidRPr="0078531E">
              <w:rPr>
                <w:sz w:val="24"/>
              </w:rPr>
              <w:t xml:space="preserve"> és törekszünk a természetes anyagok (tex</w:t>
            </w:r>
            <w:r w:rsidR="00964876" w:rsidRPr="0078531E">
              <w:rPr>
                <w:sz w:val="24"/>
              </w:rPr>
              <w:t>tíliák</w:t>
            </w:r>
            <w:r w:rsidR="00A93044" w:rsidRPr="0078531E">
              <w:rPr>
                <w:sz w:val="24"/>
              </w:rPr>
              <w:t xml:space="preserve">, fonalak, termések) használatára és az </w:t>
            </w:r>
            <w:proofErr w:type="spellStart"/>
            <w:r w:rsidR="00A93044" w:rsidRPr="0078531E">
              <w:rPr>
                <w:sz w:val="24"/>
              </w:rPr>
              <w:t>újrahasznosításra</w:t>
            </w:r>
            <w:proofErr w:type="spellEnd"/>
            <w:r w:rsidR="00A93044" w:rsidRPr="0078531E">
              <w:rPr>
                <w:sz w:val="24"/>
              </w:rPr>
              <w:t>, melyek kibontakoztatják és gazdagítják a gyermekek fantáziáját, manuális képességeit és kreativitását.</w:t>
            </w:r>
          </w:p>
          <w:p w14:paraId="05CF3128" w14:textId="4856EE11" w:rsidR="00AE0CFD" w:rsidRPr="0078531E" w:rsidRDefault="00AE0CFD" w:rsidP="00964876">
            <w:pPr>
              <w:pStyle w:val="TableParagraph"/>
              <w:spacing w:line="263" w:lineRule="exact"/>
              <w:ind w:left="830"/>
              <w:jc w:val="both"/>
              <w:rPr>
                <w:sz w:val="24"/>
              </w:rPr>
            </w:pPr>
          </w:p>
        </w:tc>
      </w:tr>
      <w:tr w:rsidR="0078531E" w:rsidRPr="0078531E" w14:paraId="0DD66790" w14:textId="77777777">
        <w:trPr>
          <w:trHeight w:val="827"/>
        </w:trPr>
        <w:tc>
          <w:tcPr>
            <w:tcW w:w="9182" w:type="dxa"/>
          </w:tcPr>
          <w:p w14:paraId="4B69550E" w14:textId="77777777" w:rsidR="00AE0CFD" w:rsidRPr="0078531E" w:rsidRDefault="00C3522D" w:rsidP="00964876">
            <w:pPr>
              <w:pStyle w:val="TableParagraph"/>
              <w:spacing w:line="268" w:lineRule="exact"/>
              <w:ind w:left="830" w:hanging="360"/>
              <w:jc w:val="both"/>
              <w:rPr>
                <w:sz w:val="24"/>
              </w:rPr>
            </w:pPr>
            <w:r w:rsidRPr="0078531E">
              <w:rPr>
                <w:sz w:val="24"/>
              </w:rPr>
              <w:t>12.</w:t>
            </w:r>
            <w:r w:rsidRPr="0078531E">
              <w:rPr>
                <w:spacing w:val="-2"/>
                <w:sz w:val="24"/>
              </w:rPr>
              <w:t xml:space="preserve"> </w:t>
            </w:r>
            <w:r w:rsidRPr="0078531E">
              <w:rPr>
                <w:sz w:val="24"/>
              </w:rPr>
              <w:t>Az</w:t>
            </w:r>
            <w:r w:rsidRPr="0078531E">
              <w:rPr>
                <w:spacing w:val="20"/>
                <w:sz w:val="24"/>
              </w:rPr>
              <w:t xml:space="preserve"> </w:t>
            </w:r>
            <w:r w:rsidRPr="0078531E">
              <w:rPr>
                <w:sz w:val="24"/>
              </w:rPr>
              <w:t>udvari</w:t>
            </w:r>
            <w:r w:rsidRPr="0078531E">
              <w:rPr>
                <w:spacing w:val="20"/>
                <w:sz w:val="24"/>
              </w:rPr>
              <w:t xml:space="preserve"> </w:t>
            </w:r>
            <w:r w:rsidRPr="0078531E">
              <w:rPr>
                <w:sz w:val="24"/>
              </w:rPr>
              <w:t>játékhoz</w:t>
            </w:r>
            <w:r w:rsidRPr="0078531E">
              <w:rPr>
                <w:spacing w:val="19"/>
                <w:sz w:val="24"/>
              </w:rPr>
              <w:t xml:space="preserve"> </w:t>
            </w:r>
            <w:r w:rsidRPr="0078531E">
              <w:rPr>
                <w:sz w:val="24"/>
              </w:rPr>
              <w:t>zömmel</w:t>
            </w:r>
            <w:r w:rsidRPr="0078531E">
              <w:rPr>
                <w:spacing w:val="20"/>
                <w:sz w:val="24"/>
              </w:rPr>
              <w:t xml:space="preserve"> </w:t>
            </w:r>
            <w:r w:rsidRPr="0078531E">
              <w:rPr>
                <w:sz w:val="24"/>
              </w:rPr>
              <w:t>a</w:t>
            </w:r>
            <w:r w:rsidRPr="0078531E">
              <w:rPr>
                <w:spacing w:val="18"/>
                <w:sz w:val="24"/>
              </w:rPr>
              <w:t xml:space="preserve"> </w:t>
            </w:r>
            <w:r w:rsidRPr="0078531E">
              <w:rPr>
                <w:sz w:val="24"/>
              </w:rPr>
              <w:t>gyermekek</w:t>
            </w:r>
            <w:r w:rsidRPr="0078531E">
              <w:rPr>
                <w:spacing w:val="20"/>
                <w:sz w:val="24"/>
              </w:rPr>
              <w:t xml:space="preserve"> </w:t>
            </w:r>
            <w:r w:rsidRPr="0078531E">
              <w:rPr>
                <w:sz w:val="24"/>
              </w:rPr>
              <w:t>nagy</w:t>
            </w:r>
            <w:r w:rsidRPr="0078531E">
              <w:rPr>
                <w:spacing w:val="17"/>
                <w:sz w:val="24"/>
              </w:rPr>
              <w:t xml:space="preserve"> </w:t>
            </w:r>
            <w:r w:rsidRPr="0078531E">
              <w:rPr>
                <w:sz w:val="24"/>
              </w:rPr>
              <w:t>mozgásigényét</w:t>
            </w:r>
            <w:r w:rsidRPr="0078531E">
              <w:rPr>
                <w:spacing w:val="20"/>
                <w:sz w:val="24"/>
              </w:rPr>
              <w:t xml:space="preserve"> </w:t>
            </w:r>
            <w:r w:rsidRPr="0078531E">
              <w:rPr>
                <w:sz w:val="24"/>
              </w:rPr>
              <w:t>kielégítő</w:t>
            </w:r>
            <w:r w:rsidRPr="0078531E">
              <w:rPr>
                <w:spacing w:val="20"/>
                <w:sz w:val="24"/>
              </w:rPr>
              <w:t xml:space="preserve"> </w:t>
            </w:r>
            <w:r w:rsidRPr="0078531E">
              <w:rPr>
                <w:spacing w:val="-2"/>
                <w:sz w:val="24"/>
              </w:rPr>
              <w:t>természetes</w:t>
            </w:r>
          </w:p>
          <w:p w14:paraId="22F0E037" w14:textId="77777777" w:rsidR="00AE0CFD" w:rsidRPr="0078531E" w:rsidRDefault="00C3522D" w:rsidP="00964876">
            <w:pPr>
              <w:pStyle w:val="TableParagraph"/>
              <w:spacing w:line="270" w:lineRule="atLeast"/>
              <w:ind w:left="830"/>
              <w:jc w:val="both"/>
              <w:rPr>
                <w:sz w:val="24"/>
              </w:rPr>
            </w:pPr>
            <w:r w:rsidRPr="0078531E">
              <w:rPr>
                <w:sz w:val="24"/>
              </w:rPr>
              <w:t>anyagokból</w:t>
            </w:r>
            <w:r w:rsidRPr="0078531E">
              <w:rPr>
                <w:spacing w:val="80"/>
                <w:sz w:val="24"/>
              </w:rPr>
              <w:t xml:space="preserve"> </w:t>
            </w:r>
            <w:r w:rsidRPr="0078531E">
              <w:rPr>
                <w:sz w:val="24"/>
              </w:rPr>
              <w:t>készült</w:t>
            </w:r>
            <w:r w:rsidRPr="0078531E">
              <w:rPr>
                <w:spacing w:val="80"/>
                <w:sz w:val="24"/>
              </w:rPr>
              <w:t xml:space="preserve"> </w:t>
            </w:r>
            <w:r w:rsidRPr="0078531E">
              <w:rPr>
                <w:sz w:val="24"/>
              </w:rPr>
              <w:t>mozgásfejlesztő</w:t>
            </w:r>
            <w:r w:rsidRPr="0078531E">
              <w:rPr>
                <w:spacing w:val="80"/>
                <w:sz w:val="24"/>
              </w:rPr>
              <w:t xml:space="preserve"> </w:t>
            </w:r>
            <w:r w:rsidRPr="0078531E">
              <w:rPr>
                <w:sz w:val="24"/>
              </w:rPr>
              <w:t>eszközöket</w:t>
            </w:r>
            <w:r w:rsidRPr="0078531E">
              <w:rPr>
                <w:spacing w:val="80"/>
                <w:sz w:val="24"/>
              </w:rPr>
              <w:t xml:space="preserve"> </w:t>
            </w:r>
            <w:r w:rsidRPr="0078531E">
              <w:rPr>
                <w:sz w:val="24"/>
              </w:rPr>
              <w:t>(pl.</w:t>
            </w:r>
            <w:r w:rsidRPr="0078531E">
              <w:rPr>
                <w:spacing w:val="80"/>
                <w:sz w:val="24"/>
              </w:rPr>
              <w:t xml:space="preserve"> </w:t>
            </w:r>
            <w:r w:rsidRPr="0078531E">
              <w:rPr>
                <w:sz w:val="24"/>
              </w:rPr>
              <w:t>fa</w:t>
            </w:r>
            <w:r w:rsidRPr="0078531E">
              <w:rPr>
                <w:spacing w:val="80"/>
                <w:sz w:val="24"/>
              </w:rPr>
              <w:t xml:space="preserve"> </w:t>
            </w:r>
            <w:r w:rsidRPr="0078531E">
              <w:rPr>
                <w:sz w:val="24"/>
              </w:rPr>
              <w:t>játékokra,</w:t>
            </w:r>
            <w:r w:rsidRPr="0078531E">
              <w:rPr>
                <w:spacing w:val="80"/>
                <w:sz w:val="24"/>
              </w:rPr>
              <w:t xml:space="preserve"> </w:t>
            </w:r>
            <w:r w:rsidRPr="0078531E">
              <w:rPr>
                <w:sz w:val="24"/>
              </w:rPr>
              <w:t xml:space="preserve">mászókákra) </w:t>
            </w:r>
            <w:r w:rsidRPr="0078531E">
              <w:rPr>
                <w:spacing w:val="-2"/>
                <w:sz w:val="24"/>
              </w:rPr>
              <w:t>biztosítunk.</w:t>
            </w:r>
          </w:p>
        </w:tc>
      </w:tr>
      <w:tr w:rsidR="0078531E" w:rsidRPr="0078531E" w14:paraId="0FACE87C" w14:textId="77777777">
        <w:trPr>
          <w:trHeight w:val="566"/>
        </w:trPr>
        <w:tc>
          <w:tcPr>
            <w:tcW w:w="9182" w:type="dxa"/>
          </w:tcPr>
          <w:p w14:paraId="754FC106" w14:textId="77777777" w:rsidR="00AE0CFD" w:rsidRPr="0078531E" w:rsidRDefault="00C3522D" w:rsidP="00964876">
            <w:pPr>
              <w:pStyle w:val="TableParagraph"/>
              <w:spacing w:line="276" w:lineRule="exact"/>
              <w:ind w:left="830" w:hanging="360"/>
              <w:jc w:val="both"/>
              <w:rPr>
                <w:sz w:val="24"/>
              </w:rPr>
            </w:pPr>
            <w:r w:rsidRPr="0078531E">
              <w:rPr>
                <w:sz w:val="24"/>
              </w:rPr>
              <w:t>13.</w:t>
            </w:r>
            <w:r w:rsidRPr="0078531E">
              <w:rPr>
                <w:spacing w:val="-3"/>
                <w:sz w:val="24"/>
              </w:rPr>
              <w:t xml:space="preserve"> </w:t>
            </w:r>
            <w:r w:rsidRPr="0078531E">
              <w:rPr>
                <w:sz w:val="24"/>
              </w:rPr>
              <w:t>A</w:t>
            </w:r>
            <w:r w:rsidRPr="0078531E">
              <w:rPr>
                <w:spacing w:val="40"/>
                <w:sz w:val="24"/>
              </w:rPr>
              <w:t xml:space="preserve"> </w:t>
            </w:r>
            <w:r w:rsidRPr="0078531E">
              <w:rPr>
                <w:sz w:val="24"/>
              </w:rPr>
              <w:t>napirendben</w:t>
            </w:r>
            <w:r w:rsidRPr="0078531E">
              <w:rPr>
                <w:spacing w:val="40"/>
                <w:sz w:val="24"/>
              </w:rPr>
              <w:t xml:space="preserve"> </w:t>
            </w:r>
            <w:r w:rsidRPr="0078531E">
              <w:rPr>
                <w:sz w:val="24"/>
              </w:rPr>
              <w:t>megfelelő</w:t>
            </w:r>
            <w:r w:rsidRPr="0078531E">
              <w:rPr>
                <w:spacing w:val="40"/>
                <w:sz w:val="24"/>
              </w:rPr>
              <w:t xml:space="preserve"> </w:t>
            </w:r>
            <w:r w:rsidRPr="0078531E">
              <w:rPr>
                <w:sz w:val="24"/>
              </w:rPr>
              <w:t>szerepet</w:t>
            </w:r>
            <w:r w:rsidRPr="0078531E">
              <w:rPr>
                <w:spacing w:val="40"/>
                <w:sz w:val="24"/>
              </w:rPr>
              <w:t xml:space="preserve"> </w:t>
            </w:r>
            <w:r w:rsidRPr="0078531E">
              <w:rPr>
                <w:sz w:val="24"/>
              </w:rPr>
              <w:t>kap</w:t>
            </w:r>
            <w:r w:rsidRPr="0078531E">
              <w:rPr>
                <w:spacing w:val="40"/>
                <w:sz w:val="24"/>
              </w:rPr>
              <w:t xml:space="preserve"> </w:t>
            </w:r>
            <w:r w:rsidRPr="0078531E">
              <w:rPr>
                <w:sz w:val="24"/>
              </w:rPr>
              <w:t>a</w:t>
            </w:r>
            <w:r w:rsidRPr="0078531E">
              <w:rPr>
                <w:spacing w:val="40"/>
                <w:sz w:val="24"/>
              </w:rPr>
              <w:t xml:space="preserve"> </w:t>
            </w:r>
            <w:r w:rsidRPr="0078531E">
              <w:rPr>
                <w:sz w:val="24"/>
              </w:rPr>
              <w:t>gyermekek</w:t>
            </w:r>
            <w:r w:rsidRPr="0078531E">
              <w:rPr>
                <w:spacing w:val="40"/>
                <w:sz w:val="24"/>
              </w:rPr>
              <w:t xml:space="preserve"> </w:t>
            </w:r>
            <w:r w:rsidRPr="0078531E">
              <w:rPr>
                <w:sz w:val="24"/>
              </w:rPr>
              <w:t>szabad</w:t>
            </w:r>
            <w:r w:rsidRPr="0078531E">
              <w:rPr>
                <w:spacing w:val="40"/>
                <w:sz w:val="24"/>
              </w:rPr>
              <w:t xml:space="preserve"> </w:t>
            </w:r>
            <w:r w:rsidRPr="0078531E">
              <w:rPr>
                <w:sz w:val="24"/>
              </w:rPr>
              <w:t>játéktevékenysége</w:t>
            </w:r>
            <w:r w:rsidRPr="0078531E">
              <w:rPr>
                <w:spacing w:val="40"/>
                <w:sz w:val="24"/>
              </w:rPr>
              <w:t xml:space="preserve"> </w:t>
            </w:r>
            <w:r w:rsidRPr="0078531E">
              <w:rPr>
                <w:sz w:val="24"/>
              </w:rPr>
              <w:t>a csoportszobában és az udvari játékban egyaránt.</w:t>
            </w:r>
          </w:p>
        </w:tc>
      </w:tr>
      <w:tr w:rsidR="00AE0CFD" w:rsidRPr="0078531E" w14:paraId="3D3EED2A" w14:textId="77777777">
        <w:trPr>
          <w:trHeight w:val="2330"/>
        </w:trPr>
        <w:tc>
          <w:tcPr>
            <w:tcW w:w="9182" w:type="dxa"/>
          </w:tcPr>
          <w:p w14:paraId="775FA6B3" w14:textId="77777777" w:rsidR="00AE0CFD" w:rsidRPr="0078531E" w:rsidRDefault="00C3522D" w:rsidP="00964876">
            <w:pPr>
              <w:pStyle w:val="TableParagraph"/>
              <w:spacing w:line="274" w:lineRule="exact"/>
              <w:ind w:left="470"/>
              <w:jc w:val="both"/>
              <w:rPr>
                <w:b/>
                <w:sz w:val="24"/>
              </w:rPr>
            </w:pPr>
            <w:r w:rsidRPr="0078531E">
              <w:rPr>
                <w:sz w:val="24"/>
              </w:rPr>
              <w:t>14.</w:t>
            </w:r>
            <w:r w:rsidRPr="0078531E">
              <w:rPr>
                <w:spacing w:val="-5"/>
                <w:sz w:val="24"/>
              </w:rPr>
              <w:t xml:space="preserve"> </w:t>
            </w:r>
            <w:r w:rsidRPr="0078531E">
              <w:rPr>
                <w:b/>
                <w:sz w:val="24"/>
              </w:rPr>
              <w:t>Az</w:t>
            </w:r>
            <w:r w:rsidRPr="0078531E">
              <w:rPr>
                <w:b/>
                <w:spacing w:val="-4"/>
                <w:sz w:val="24"/>
              </w:rPr>
              <w:t xml:space="preserve"> </w:t>
            </w:r>
            <w:r w:rsidRPr="0078531E">
              <w:rPr>
                <w:b/>
                <w:sz w:val="24"/>
              </w:rPr>
              <w:t>óvodapedagógustól</w:t>
            </w:r>
            <w:r w:rsidRPr="0078531E">
              <w:rPr>
                <w:b/>
                <w:spacing w:val="-2"/>
                <w:sz w:val="24"/>
              </w:rPr>
              <w:t xml:space="preserve"> </w:t>
            </w:r>
            <w:r w:rsidRPr="0078531E">
              <w:rPr>
                <w:b/>
                <w:sz w:val="24"/>
              </w:rPr>
              <w:t>elvárt</w:t>
            </w:r>
            <w:r w:rsidRPr="0078531E">
              <w:rPr>
                <w:b/>
                <w:spacing w:val="54"/>
                <w:sz w:val="24"/>
              </w:rPr>
              <w:t xml:space="preserve"> </w:t>
            </w:r>
            <w:r w:rsidRPr="0078531E">
              <w:rPr>
                <w:b/>
                <w:sz w:val="24"/>
              </w:rPr>
              <w:t>főbb</w:t>
            </w:r>
            <w:r w:rsidRPr="0078531E">
              <w:rPr>
                <w:b/>
                <w:spacing w:val="-2"/>
                <w:sz w:val="24"/>
              </w:rPr>
              <w:t xml:space="preserve"> </w:t>
            </w:r>
            <w:r w:rsidRPr="0078531E">
              <w:rPr>
                <w:b/>
                <w:sz w:val="24"/>
              </w:rPr>
              <w:t>személyiségjegyek</w:t>
            </w:r>
            <w:r w:rsidRPr="0078531E">
              <w:rPr>
                <w:b/>
                <w:spacing w:val="-2"/>
                <w:sz w:val="24"/>
              </w:rPr>
              <w:t xml:space="preserve"> </w:t>
            </w:r>
            <w:r w:rsidRPr="0078531E">
              <w:rPr>
                <w:b/>
                <w:sz w:val="24"/>
              </w:rPr>
              <w:t>a</w:t>
            </w:r>
            <w:r w:rsidRPr="0078531E">
              <w:rPr>
                <w:b/>
                <w:spacing w:val="-2"/>
                <w:sz w:val="24"/>
              </w:rPr>
              <w:t xml:space="preserve"> játékban:</w:t>
            </w:r>
          </w:p>
          <w:p w14:paraId="2B8B1013" w14:textId="77777777" w:rsidR="00AE0CFD" w:rsidRPr="0078531E" w:rsidRDefault="00C3522D" w:rsidP="00964876">
            <w:pPr>
              <w:pStyle w:val="TableParagraph"/>
              <w:numPr>
                <w:ilvl w:val="0"/>
                <w:numId w:val="11"/>
              </w:numPr>
              <w:tabs>
                <w:tab w:val="left" w:pos="460"/>
              </w:tabs>
              <w:spacing w:line="292" w:lineRule="exact"/>
              <w:ind w:left="460" w:hanging="110"/>
              <w:jc w:val="both"/>
              <w:rPr>
                <w:sz w:val="24"/>
              </w:rPr>
            </w:pPr>
            <w:r w:rsidRPr="0078531E">
              <w:rPr>
                <w:sz w:val="24"/>
              </w:rPr>
              <w:t>megengedő,</w:t>
            </w:r>
            <w:r w:rsidRPr="0078531E">
              <w:rPr>
                <w:spacing w:val="-3"/>
                <w:sz w:val="24"/>
              </w:rPr>
              <w:t xml:space="preserve"> </w:t>
            </w:r>
            <w:r w:rsidRPr="0078531E">
              <w:rPr>
                <w:sz w:val="24"/>
              </w:rPr>
              <w:t>feltételteremtő</w:t>
            </w:r>
            <w:r w:rsidRPr="0078531E">
              <w:rPr>
                <w:spacing w:val="-1"/>
                <w:sz w:val="24"/>
              </w:rPr>
              <w:t xml:space="preserve"> </w:t>
            </w:r>
            <w:r w:rsidRPr="0078531E">
              <w:rPr>
                <w:spacing w:val="-2"/>
                <w:sz w:val="24"/>
              </w:rPr>
              <w:t>attitűd</w:t>
            </w:r>
          </w:p>
          <w:p w14:paraId="10F463E0" w14:textId="77777777" w:rsidR="00AE0CFD" w:rsidRPr="0078531E" w:rsidRDefault="00C3522D" w:rsidP="00964876">
            <w:pPr>
              <w:pStyle w:val="TableParagraph"/>
              <w:numPr>
                <w:ilvl w:val="0"/>
                <w:numId w:val="11"/>
              </w:numPr>
              <w:tabs>
                <w:tab w:val="left" w:pos="460"/>
              </w:tabs>
              <w:spacing w:line="293" w:lineRule="exact"/>
              <w:ind w:left="460" w:hanging="110"/>
              <w:jc w:val="both"/>
              <w:rPr>
                <w:sz w:val="24"/>
              </w:rPr>
            </w:pPr>
            <w:r w:rsidRPr="0078531E">
              <w:rPr>
                <w:sz w:val="24"/>
              </w:rPr>
              <w:t>empátiás</w:t>
            </w:r>
            <w:r w:rsidRPr="0078531E">
              <w:rPr>
                <w:spacing w:val="-8"/>
                <w:sz w:val="24"/>
              </w:rPr>
              <w:t xml:space="preserve"> </w:t>
            </w:r>
            <w:r w:rsidRPr="0078531E">
              <w:rPr>
                <w:spacing w:val="-2"/>
                <w:sz w:val="24"/>
              </w:rPr>
              <w:t>készség</w:t>
            </w:r>
          </w:p>
          <w:p w14:paraId="0AA839FB" w14:textId="77777777" w:rsidR="00AE0CFD" w:rsidRPr="0078531E" w:rsidRDefault="00C3522D" w:rsidP="00964876">
            <w:pPr>
              <w:pStyle w:val="TableParagraph"/>
              <w:numPr>
                <w:ilvl w:val="0"/>
                <w:numId w:val="11"/>
              </w:numPr>
              <w:tabs>
                <w:tab w:val="left" w:pos="460"/>
              </w:tabs>
              <w:spacing w:line="293" w:lineRule="exact"/>
              <w:ind w:left="460" w:hanging="110"/>
              <w:jc w:val="both"/>
              <w:rPr>
                <w:sz w:val="24"/>
              </w:rPr>
            </w:pPr>
            <w:r w:rsidRPr="0078531E">
              <w:rPr>
                <w:sz w:val="24"/>
              </w:rPr>
              <w:t>játéksegítő,</w:t>
            </w:r>
            <w:r w:rsidRPr="0078531E">
              <w:rPr>
                <w:spacing w:val="-4"/>
                <w:sz w:val="24"/>
              </w:rPr>
              <w:t xml:space="preserve"> </w:t>
            </w:r>
            <w:r w:rsidRPr="0078531E">
              <w:rPr>
                <w:sz w:val="24"/>
              </w:rPr>
              <w:t>játéktámogató,</w:t>
            </w:r>
            <w:r w:rsidRPr="0078531E">
              <w:rPr>
                <w:spacing w:val="-2"/>
                <w:sz w:val="24"/>
              </w:rPr>
              <w:t xml:space="preserve"> </w:t>
            </w:r>
            <w:r w:rsidRPr="0078531E">
              <w:rPr>
                <w:sz w:val="24"/>
              </w:rPr>
              <w:t>a</w:t>
            </w:r>
            <w:r w:rsidRPr="0078531E">
              <w:rPr>
                <w:spacing w:val="-3"/>
                <w:sz w:val="24"/>
              </w:rPr>
              <w:t xml:space="preserve"> </w:t>
            </w:r>
            <w:r w:rsidRPr="0078531E">
              <w:rPr>
                <w:sz w:val="24"/>
              </w:rPr>
              <w:t>gyermek</w:t>
            </w:r>
            <w:r w:rsidRPr="0078531E">
              <w:rPr>
                <w:spacing w:val="-2"/>
                <w:sz w:val="24"/>
              </w:rPr>
              <w:t xml:space="preserve"> </w:t>
            </w:r>
            <w:r w:rsidRPr="0078531E">
              <w:rPr>
                <w:sz w:val="24"/>
              </w:rPr>
              <w:t>igényeihez</w:t>
            </w:r>
            <w:r w:rsidRPr="0078531E">
              <w:rPr>
                <w:spacing w:val="-2"/>
                <w:sz w:val="24"/>
              </w:rPr>
              <w:t xml:space="preserve"> </w:t>
            </w:r>
            <w:r w:rsidRPr="0078531E">
              <w:rPr>
                <w:sz w:val="24"/>
              </w:rPr>
              <w:t>alkalmazkodó</w:t>
            </w:r>
            <w:r w:rsidRPr="0078531E">
              <w:rPr>
                <w:spacing w:val="-1"/>
                <w:sz w:val="24"/>
              </w:rPr>
              <w:t xml:space="preserve"> </w:t>
            </w:r>
            <w:r w:rsidRPr="0078531E">
              <w:rPr>
                <w:spacing w:val="-2"/>
                <w:sz w:val="24"/>
              </w:rPr>
              <w:t>magatartás</w:t>
            </w:r>
          </w:p>
          <w:p w14:paraId="72C50F19" w14:textId="77777777" w:rsidR="00AE0CFD" w:rsidRPr="0078531E" w:rsidRDefault="00C3522D" w:rsidP="00964876">
            <w:pPr>
              <w:pStyle w:val="TableParagraph"/>
              <w:numPr>
                <w:ilvl w:val="0"/>
                <w:numId w:val="11"/>
              </w:numPr>
              <w:tabs>
                <w:tab w:val="left" w:pos="460"/>
              </w:tabs>
              <w:spacing w:line="293" w:lineRule="exact"/>
              <w:ind w:left="460" w:hanging="110"/>
              <w:jc w:val="both"/>
              <w:rPr>
                <w:sz w:val="24"/>
              </w:rPr>
            </w:pPr>
            <w:r w:rsidRPr="0078531E">
              <w:rPr>
                <w:sz w:val="24"/>
              </w:rPr>
              <w:t>játékos</w:t>
            </w:r>
            <w:r w:rsidRPr="0078531E">
              <w:rPr>
                <w:spacing w:val="-4"/>
                <w:sz w:val="24"/>
              </w:rPr>
              <w:t xml:space="preserve"> </w:t>
            </w:r>
            <w:proofErr w:type="spellStart"/>
            <w:r w:rsidRPr="0078531E">
              <w:rPr>
                <w:sz w:val="24"/>
              </w:rPr>
              <w:t>beállítódás</w:t>
            </w:r>
            <w:proofErr w:type="spellEnd"/>
            <w:r w:rsidRPr="0078531E">
              <w:rPr>
                <w:sz w:val="24"/>
              </w:rPr>
              <w:t>,</w:t>
            </w:r>
            <w:r w:rsidRPr="0078531E">
              <w:rPr>
                <w:spacing w:val="-3"/>
                <w:sz w:val="24"/>
              </w:rPr>
              <w:t xml:space="preserve"> </w:t>
            </w:r>
            <w:r w:rsidRPr="0078531E">
              <w:rPr>
                <w:spacing w:val="-2"/>
                <w:sz w:val="24"/>
              </w:rPr>
              <w:t>játszóképesség</w:t>
            </w:r>
          </w:p>
          <w:p w14:paraId="0CE125C6" w14:textId="77777777" w:rsidR="00AE0CFD" w:rsidRPr="0078531E" w:rsidRDefault="00C3522D" w:rsidP="00964876">
            <w:pPr>
              <w:pStyle w:val="TableParagraph"/>
              <w:numPr>
                <w:ilvl w:val="0"/>
                <w:numId w:val="11"/>
              </w:numPr>
              <w:tabs>
                <w:tab w:val="left" w:pos="460"/>
              </w:tabs>
              <w:spacing w:line="293" w:lineRule="exact"/>
              <w:ind w:left="460" w:hanging="110"/>
              <w:jc w:val="both"/>
              <w:rPr>
                <w:sz w:val="24"/>
              </w:rPr>
            </w:pPr>
            <w:proofErr w:type="spellStart"/>
            <w:r w:rsidRPr="0078531E">
              <w:rPr>
                <w:spacing w:val="-2"/>
                <w:sz w:val="24"/>
              </w:rPr>
              <w:t>megszólíthatóság</w:t>
            </w:r>
            <w:proofErr w:type="spellEnd"/>
          </w:p>
          <w:p w14:paraId="3472E1CA" w14:textId="77777777" w:rsidR="00AE0CFD" w:rsidRPr="0078531E" w:rsidRDefault="00C3522D" w:rsidP="00964876">
            <w:pPr>
              <w:pStyle w:val="TableParagraph"/>
              <w:numPr>
                <w:ilvl w:val="0"/>
                <w:numId w:val="11"/>
              </w:numPr>
              <w:tabs>
                <w:tab w:val="left" w:pos="460"/>
              </w:tabs>
              <w:spacing w:line="293" w:lineRule="exact"/>
              <w:ind w:left="460" w:hanging="110"/>
              <w:jc w:val="both"/>
              <w:rPr>
                <w:sz w:val="24"/>
              </w:rPr>
            </w:pPr>
            <w:r w:rsidRPr="0078531E">
              <w:rPr>
                <w:sz w:val="24"/>
              </w:rPr>
              <w:t>közvetlen,</w:t>
            </w:r>
            <w:r w:rsidRPr="0078531E">
              <w:rPr>
                <w:spacing w:val="-5"/>
                <w:sz w:val="24"/>
              </w:rPr>
              <w:t xml:space="preserve"> </w:t>
            </w:r>
            <w:r w:rsidRPr="0078531E">
              <w:rPr>
                <w:sz w:val="24"/>
              </w:rPr>
              <w:t>nyugodt</w:t>
            </w:r>
            <w:r w:rsidRPr="0078531E">
              <w:rPr>
                <w:spacing w:val="-2"/>
                <w:sz w:val="24"/>
              </w:rPr>
              <w:t xml:space="preserve"> hangvétel</w:t>
            </w:r>
          </w:p>
          <w:p w14:paraId="364CD973" w14:textId="77777777" w:rsidR="00AE0CFD" w:rsidRPr="0078531E" w:rsidRDefault="00C3522D" w:rsidP="00964876">
            <w:pPr>
              <w:pStyle w:val="TableParagraph"/>
              <w:numPr>
                <w:ilvl w:val="0"/>
                <w:numId w:val="11"/>
              </w:numPr>
              <w:tabs>
                <w:tab w:val="left" w:pos="460"/>
              </w:tabs>
              <w:spacing w:before="1" w:line="279" w:lineRule="exact"/>
              <w:ind w:left="460" w:hanging="110"/>
              <w:jc w:val="both"/>
              <w:rPr>
                <w:sz w:val="24"/>
              </w:rPr>
            </w:pPr>
            <w:r w:rsidRPr="0078531E">
              <w:rPr>
                <w:sz w:val="24"/>
              </w:rPr>
              <w:t>sokoldalú</w:t>
            </w:r>
            <w:r w:rsidRPr="0078531E">
              <w:rPr>
                <w:spacing w:val="-1"/>
                <w:sz w:val="24"/>
              </w:rPr>
              <w:t xml:space="preserve"> </w:t>
            </w:r>
            <w:r w:rsidRPr="0078531E">
              <w:rPr>
                <w:spacing w:val="-2"/>
                <w:sz w:val="24"/>
              </w:rPr>
              <w:t>gyermekismeret</w:t>
            </w:r>
          </w:p>
        </w:tc>
      </w:tr>
    </w:tbl>
    <w:p w14:paraId="321D3CAD" w14:textId="77777777" w:rsidR="00AE0CFD" w:rsidRPr="0078531E" w:rsidRDefault="00AE0CFD">
      <w:pPr>
        <w:pStyle w:val="Szvegtrzs"/>
        <w:spacing w:before="226"/>
        <w:rPr>
          <w:b/>
        </w:rPr>
      </w:pPr>
    </w:p>
    <w:p w14:paraId="26AD7937" w14:textId="77777777" w:rsidR="00AE0CFD" w:rsidRPr="0078531E" w:rsidRDefault="00C3522D" w:rsidP="00314E44">
      <w:pPr>
        <w:ind w:left="630"/>
        <w:jc w:val="center"/>
        <w:rPr>
          <w:b/>
          <w:sz w:val="24"/>
        </w:rPr>
      </w:pPr>
      <w:r w:rsidRPr="0078531E">
        <w:rPr>
          <w:b/>
          <w:sz w:val="24"/>
        </w:rPr>
        <w:t>VERSELÉS,</w:t>
      </w:r>
      <w:r w:rsidRPr="0078531E">
        <w:rPr>
          <w:b/>
          <w:spacing w:val="1"/>
          <w:sz w:val="24"/>
        </w:rPr>
        <w:t xml:space="preserve"> </w:t>
      </w:r>
      <w:r w:rsidRPr="0078531E">
        <w:rPr>
          <w:b/>
          <w:spacing w:val="-2"/>
          <w:sz w:val="24"/>
        </w:rPr>
        <w:t>MESÉLÉS</w:t>
      </w:r>
    </w:p>
    <w:p w14:paraId="680FE794" w14:textId="77777777" w:rsidR="00AE0CFD" w:rsidRPr="0078531E" w:rsidRDefault="00AE0CFD">
      <w:pPr>
        <w:pStyle w:val="Szvegtrzs"/>
        <w:spacing w:before="109" w:after="1"/>
        <w:rPr>
          <w:b/>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9"/>
      </w:tblGrid>
      <w:tr w:rsidR="0078531E" w:rsidRPr="0078531E" w14:paraId="6A6FD6ED" w14:textId="77777777">
        <w:trPr>
          <w:trHeight w:val="1380"/>
        </w:trPr>
        <w:tc>
          <w:tcPr>
            <w:tcW w:w="9069" w:type="dxa"/>
          </w:tcPr>
          <w:p w14:paraId="4534063C" w14:textId="77777777" w:rsidR="00AE0CFD" w:rsidRPr="0078531E" w:rsidRDefault="00C3522D" w:rsidP="00964876">
            <w:pPr>
              <w:pStyle w:val="TableParagraph"/>
              <w:ind w:left="897" w:right="94" w:hanging="360"/>
              <w:jc w:val="both"/>
              <w:rPr>
                <w:sz w:val="24"/>
              </w:rPr>
            </w:pPr>
            <w:r w:rsidRPr="0078531E">
              <w:rPr>
                <w:sz w:val="24"/>
              </w:rPr>
              <w:t>1.</w:t>
            </w:r>
            <w:r w:rsidRPr="0078531E">
              <w:rPr>
                <w:spacing w:val="40"/>
                <w:sz w:val="24"/>
              </w:rPr>
              <w:t xml:space="preserve"> </w:t>
            </w:r>
            <w:r w:rsidRPr="0078531E">
              <w:rPr>
                <w:sz w:val="24"/>
              </w:rPr>
              <w:t>A népi, a klasszikus és a kortárs irodalmi művekből választunk. A felhasznált irodalmi anyagokat az óvodapedagógusok módszertani tudatossággal válogatják, óvodai</w:t>
            </w:r>
            <w:r w:rsidRPr="0078531E">
              <w:rPr>
                <w:spacing w:val="27"/>
                <w:sz w:val="24"/>
              </w:rPr>
              <w:t xml:space="preserve"> </w:t>
            </w:r>
            <w:r w:rsidRPr="0078531E">
              <w:rPr>
                <w:sz w:val="24"/>
              </w:rPr>
              <w:t>programunk</w:t>
            </w:r>
            <w:r w:rsidRPr="0078531E">
              <w:rPr>
                <w:spacing w:val="30"/>
                <w:sz w:val="24"/>
              </w:rPr>
              <w:t xml:space="preserve"> </w:t>
            </w:r>
            <w:r w:rsidRPr="0078531E">
              <w:rPr>
                <w:sz w:val="24"/>
              </w:rPr>
              <w:t>megvalósításához</w:t>
            </w:r>
            <w:r w:rsidRPr="0078531E">
              <w:rPr>
                <w:spacing w:val="30"/>
                <w:sz w:val="24"/>
              </w:rPr>
              <w:t xml:space="preserve"> </w:t>
            </w:r>
            <w:r w:rsidRPr="0078531E">
              <w:rPr>
                <w:sz w:val="24"/>
              </w:rPr>
              <w:t>kapcsolódó</w:t>
            </w:r>
            <w:r w:rsidRPr="0078531E">
              <w:rPr>
                <w:spacing w:val="29"/>
                <w:sz w:val="24"/>
              </w:rPr>
              <w:t xml:space="preserve"> </w:t>
            </w:r>
            <w:r w:rsidRPr="0078531E">
              <w:rPr>
                <w:sz w:val="24"/>
              </w:rPr>
              <w:t>kötelező/</w:t>
            </w:r>
            <w:r w:rsidRPr="0078531E">
              <w:rPr>
                <w:spacing w:val="29"/>
                <w:sz w:val="24"/>
              </w:rPr>
              <w:t xml:space="preserve"> </w:t>
            </w:r>
            <w:r w:rsidRPr="0078531E">
              <w:rPr>
                <w:sz w:val="24"/>
              </w:rPr>
              <w:t>ajánlott</w:t>
            </w:r>
            <w:r w:rsidRPr="0078531E">
              <w:rPr>
                <w:spacing w:val="30"/>
                <w:sz w:val="24"/>
              </w:rPr>
              <w:t xml:space="preserve"> </w:t>
            </w:r>
            <w:r w:rsidRPr="0078531E">
              <w:rPr>
                <w:spacing w:val="-2"/>
                <w:sz w:val="24"/>
              </w:rPr>
              <w:t>szakirodalom</w:t>
            </w:r>
          </w:p>
          <w:p w14:paraId="3F2329DC" w14:textId="77777777" w:rsidR="00AE0CFD" w:rsidRPr="0078531E" w:rsidRDefault="00C3522D" w:rsidP="00964876">
            <w:pPr>
              <w:pStyle w:val="TableParagraph"/>
              <w:spacing w:line="270" w:lineRule="atLeast"/>
              <w:ind w:left="897" w:right="94"/>
              <w:jc w:val="both"/>
              <w:rPr>
                <w:sz w:val="24"/>
              </w:rPr>
            </w:pPr>
            <w:r w:rsidRPr="0078531E">
              <w:rPr>
                <w:sz w:val="24"/>
              </w:rPr>
              <w:t>jegyzék alapján, mert csak a művészi értékű irodalmi alkotás biztosítja a gyermek számára az esztétikai élményt.</w:t>
            </w:r>
          </w:p>
          <w:p w14:paraId="77E01418" w14:textId="2F24CDE8" w:rsidR="00F60D62" w:rsidRPr="0078531E" w:rsidRDefault="00F60D62" w:rsidP="00964876">
            <w:pPr>
              <w:pStyle w:val="TableParagraph"/>
              <w:spacing w:line="270" w:lineRule="atLeast"/>
              <w:ind w:left="897" w:right="94"/>
              <w:jc w:val="both"/>
              <w:rPr>
                <w:sz w:val="24"/>
                <w:szCs w:val="24"/>
              </w:rPr>
            </w:pPr>
            <w:r w:rsidRPr="0078531E">
              <w:rPr>
                <w:sz w:val="24"/>
                <w:szCs w:val="24"/>
              </w:rPr>
              <w:t>A mondókák, dúdolók, versek hozzájárulnak a gyermek érzelmi biztonságához, anyanyelvi neveléséhez, ezzel megalapozva a könyvekhez való pozitív érzelmi kapcsolatukat, ami elősegíti az olvasóvá válást. A mondókák, dúdolók, versek ritmusukkal, a mozdulatok és szavak egységével a gyermeknek érzéki-érzelmi élményeket nyújtanak, eközben fejlődik emlékezetük, képzeletük, szókincsük.</w:t>
            </w:r>
          </w:p>
        </w:tc>
      </w:tr>
      <w:tr w:rsidR="0078531E" w:rsidRPr="0078531E" w14:paraId="5BE645E1" w14:textId="77777777" w:rsidTr="00A703E6">
        <w:trPr>
          <w:trHeight w:val="2231"/>
        </w:trPr>
        <w:tc>
          <w:tcPr>
            <w:tcW w:w="9069" w:type="dxa"/>
          </w:tcPr>
          <w:p w14:paraId="5F9525D3" w14:textId="77777777" w:rsidR="0005697F" w:rsidRPr="0078531E" w:rsidRDefault="0005697F" w:rsidP="00964876">
            <w:pPr>
              <w:pStyle w:val="TableParagraph"/>
              <w:tabs>
                <w:tab w:val="left" w:pos="1077"/>
              </w:tabs>
              <w:spacing w:line="276" w:lineRule="auto"/>
              <w:ind w:left="897" w:right="233" w:hanging="360"/>
              <w:jc w:val="both"/>
              <w:rPr>
                <w:sz w:val="24"/>
              </w:rPr>
            </w:pPr>
            <w:r w:rsidRPr="0078531E">
              <w:rPr>
                <w:spacing w:val="-6"/>
                <w:sz w:val="24"/>
              </w:rPr>
              <w:lastRenderedPageBreak/>
              <w:t>2.</w:t>
            </w:r>
            <w:r w:rsidRPr="0078531E">
              <w:rPr>
                <w:sz w:val="24"/>
              </w:rPr>
              <w:tab/>
            </w:r>
            <w:r w:rsidRPr="0078531E">
              <w:rPr>
                <w:sz w:val="24"/>
              </w:rPr>
              <w:tab/>
              <w:t>A</w:t>
            </w:r>
            <w:r w:rsidRPr="0078531E">
              <w:rPr>
                <w:spacing w:val="-5"/>
                <w:sz w:val="24"/>
              </w:rPr>
              <w:t xml:space="preserve"> </w:t>
            </w:r>
            <w:r w:rsidRPr="0078531E">
              <w:rPr>
                <w:sz w:val="24"/>
              </w:rPr>
              <w:t>3-7</w:t>
            </w:r>
            <w:r w:rsidRPr="0078531E">
              <w:rPr>
                <w:spacing w:val="-4"/>
                <w:sz w:val="24"/>
              </w:rPr>
              <w:t xml:space="preserve"> </w:t>
            </w:r>
            <w:r w:rsidRPr="0078531E">
              <w:rPr>
                <w:sz w:val="24"/>
              </w:rPr>
              <w:t>éves</w:t>
            </w:r>
            <w:r w:rsidRPr="0078531E">
              <w:rPr>
                <w:spacing w:val="-2"/>
                <w:sz w:val="24"/>
              </w:rPr>
              <w:t xml:space="preserve"> </w:t>
            </w:r>
            <w:r w:rsidRPr="0078531E">
              <w:rPr>
                <w:sz w:val="24"/>
              </w:rPr>
              <w:t>gyermekek</w:t>
            </w:r>
            <w:r w:rsidRPr="0078531E">
              <w:rPr>
                <w:spacing w:val="-2"/>
                <w:sz w:val="24"/>
              </w:rPr>
              <w:t xml:space="preserve"> </w:t>
            </w:r>
            <w:r w:rsidRPr="0078531E">
              <w:rPr>
                <w:sz w:val="24"/>
              </w:rPr>
              <w:t>életkori</w:t>
            </w:r>
            <w:r w:rsidRPr="0078531E">
              <w:rPr>
                <w:spacing w:val="-4"/>
                <w:sz w:val="24"/>
              </w:rPr>
              <w:t xml:space="preserve"> </w:t>
            </w:r>
            <w:r w:rsidRPr="0078531E">
              <w:rPr>
                <w:sz w:val="24"/>
              </w:rPr>
              <w:t>sajátosságaihoz</w:t>
            </w:r>
            <w:r w:rsidRPr="0078531E">
              <w:rPr>
                <w:spacing w:val="-3"/>
                <w:sz w:val="24"/>
              </w:rPr>
              <w:t xml:space="preserve"> </w:t>
            </w:r>
            <w:r w:rsidRPr="0078531E">
              <w:rPr>
                <w:sz w:val="24"/>
              </w:rPr>
              <w:t>igazodó</w:t>
            </w:r>
            <w:r w:rsidRPr="0078531E">
              <w:rPr>
                <w:spacing w:val="-4"/>
                <w:sz w:val="24"/>
              </w:rPr>
              <w:t xml:space="preserve"> </w:t>
            </w:r>
            <w:r w:rsidRPr="0078531E">
              <w:rPr>
                <w:sz w:val="24"/>
              </w:rPr>
              <w:t>a</w:t>
            </w:r>
            <w:r w:rsidRPr="0078531E">
              <w:rPr>
                <w:spacing w:val="-5"/>
                <w:sz w:val="24"/>
              </w:rPr>
              <w:t xml:space="preserve"> </w:t>
            </w:r>
            <w:r w:rsidRPr="0078531E">
              <w:rPr>
                <w:sz w:val="24"/>
              </w:rPr>
              <w:t>népi</w:t>
            </w:r>
            <w:r w:rsidRPr="0078531E">
              <w:rPr>
                <w:spacing w:val="-1"/>
                <w:sz w:val="24"/>
              </w:rPr>
              <w:t xml:space="preserve"> </w:t>
            </w:r>
            <w:r w:rsidRPr="0078531E">
              <w:rPr>
                <w:sz w:val="24"/>
              </w:rPr>
              <w:t>-</w:t>
            </w:r>
            <w:r w:rsidRPr="0078531E">
              <w:rPr>
                <w:spacing w:val="-5"/>
                <w:sz w:val="24"/>
              </w:rPr>
              <w:t xml:space="preserve"> </w:t>
            </w:r>
            <w:r w:rsidRPr="0078531E">
              <w:rPr>
                <w:b/>
                <w:sz w:val="24"/>
                <w:u w:val="single"/>
              </w:rPr>
              <w:t>népmesék,</w:t>
            </w:r>
            <w:r w:rsidRPr="0078531E">
              <w:rPr>
                <w:b/>
                <w:spacing w:val="-4"/>
                <w:sz w:val="24"/>
                <w:u w:val="single"/>
              </w:rPr>
              <w:t xml:space="preserve"> </w:t>
            </w:r>
            <w:r w:rsidRPr="0078531E">
              <w:rPr>
                <w:b/>
                <w:sz w:val="24"/>
                <w:u w:val="single"/>
              </w:rPr>
              <w:t>népi</w:t>
            </w:r>
            <w:r w:rsidRPr="0078531E">
              <w:rPr>
                <w:b/>
                <w:sz w:val="24"/>
              </w:rPr>
              <w:t xml:space="preserve"> </w:t>
            </w:r>
            <w:r w:rsidRPr="0078531E">
              <w:rPr>
                <w:b/>
                <w:sz w:val="24"/>
                <w:u w:val="single"/>
              </w:rPr>
              <w:t>hagyományokat felelevenítő mondókák, rigmusok, a magyarság történelmét</w:t>
            </w:r>
            <w:r w:rsidRPr="0078531E">
              <w:rPr>
                <w:b/>
                <w:sz w:val="24"/>
              </w:rPr>
              <w:t xml:space="preserve"> </w:t>
            </w:r>
            <w:r w:rsidRPr="0078531E">
              <w:rPr>
                <w:b/>
                <w:sz w:val="24"/>
                <w:u w:val="single"/>
              </w:rPr>
              <w:t>feldolgozó mondavilág elemei, meséi -,</w:t>
            </w:r>
            <w:r w:rsidRPr="0078531E">
              <w:rPr>
                <w:b/>
                <w:sz w:val="24"/>
              </w:rPr>
              <w:t xml:space="preserve"> </w:t>
            </w:r>
            <w:r w:rsidRPr="0078531E">
              <w:rPr>
                <w:sz w:val="24"/>
              </w:rPr>
              <w:t>a klasszikus és a kortárs irodalmi</w:t>
            </w:r>
          </w:p>
          <w:p w14:paraId="273EB650" w14:textId="77777777" w:rsidR="0005697F" w:rsidRPr="0078531E" w:rsidRDefault="0005697F" w:rsidP="00964876">
            <w:pPr>
              <w:pStyle w:val="TableParagraph"/>
              <w:ind w:left="897"/>
              <w:jc w:val="both"/>
              <w:rPr>
                <w:sz w:val="24"/>
              </w:rPr>
            </w:pPr>
            <w:r w:rsidRPr="0078531E">
              <w:rPr>
                <w:sz w:val="24"/>
              </w:rPr>
              <w:t>művekből</w:t>
            </w:r>
            <w:r w:rsidRPr="0078531E">
              <w:rPr>
                <w:spacing w:val="-4"/>
                <w:sz w:val="24"/>
              </w:rPr>
              <w:t xml:space="preserve"> </w:t>
            </w:r>
            <w:r w:rsidRPr="0078531E">
              <w:rPr>
                <w:sz w:val="24"/>
              </w:rPr>
              <w:t>választunk</w:t>
            </w:r>
            <w:r w:rsidRPr="0078531E">
              <w:rPr>
                <w:spacing w:val="-1"/>
                <w:sz w:val="24"/>
              </w:rPr>
              <w:t xml:space="preserve"> </w:t>
            </w:r>
            <w:r w:rsidRPr="0078531E">
              <w:rPr>
                <w:sz w:val="24"/>
              </w:rPr>
              <w:t>A</w:t>
            </w:r>
            <w:r w:rsidRPr="0078531E">
              <w:rPr>
                <w:spacing w:val="-3"/>
                <w:sz w:val="24"/>
              </w:rPr>
              <w:t xml:space="preserve"> </w:t>
            </w:r>
            <w:r w:rsidRPr="0078531E">
              <w:rPr>
                <w:sz w:val="24"/>
              </w:rPr>
              <w:t>felhasznált</w:t>
            </w:r>
            <w:r w:rsidRPr="0078531E">
              <w:rPr>
                <w:spacing w:val="-2"/>
                <w:sz w:val="24"/>
              </w:rPr>
              <w:t xml:space="preserve"> </w:t>
            </w:r>
            <w:r w:rsidRPr="0078531E">
              <w:rPr>
                <w:sz w:val="24"/>
              </w:rPr>
              <w:t>irodalmi</w:t>
            </w:r>
            <w:r w:rsidRPr="0078531E">
              <w:rPr>
                <w:spacing w:val="-2"/>
                <w:sz w:val="24"/>
              </w:rPr>
              <w:t xml:space="preserve"> </w:t>
            </w:r>
            <w:r w:rsidRPr="0078531E">
              <w:rPr>
                <w:sz w:val="24"/>
              </w:rPr>
              <w:t xml:space="preserve">anyagokat az </w:t>
            </w:r>
            <w:r w:rsidRPr="0078531E">
              <w:rPr>
                <w:spacing w:val="-2"/>
                <w:sz w:val="24"/>
              </w:rPr>
              <w:t>óvodapedagógusok</w:t>
            </w:r>
          </w:p>
          <w:p w14:paraId="2BE4D0B6" w14:textId="77777777" w:rsidR="0005697F" w:rsidRPr="0078531E" w:rsidRDefault="0005697F" w:rsidP="00964876">
            <w:pPr>
              <w:pStyle w:val="TableParagraph"/>
              <w:spacing w:line="273" w:lineRule="exact"/>
              <w:ind w:left="897"/>
              <w:jc w:val="both"/>
              <w:rPr>
                <w:sz w:val="24"/>
              </w:rPr>
            </w:pPr>
            <w:r w:rsidRPr="0078531E">
              <w:rPr>
                <w:sz w:val="24"/>
              </w:rPr>
              <w:t>módszertani</w:t>
            </w:r>
            <w:r w:rsidRPr="0078531E">
              <w:rPr>
                <w:spacing w:val="-6"/>
                <w:sz w:val="24"/>
              </w:rPr>
              <w:t xml:space="preserve"> </w:t>
            </w:r>
            <w:r w:rsidRPr="0078531E">
              <w:rPr>
                <w:sz w:val="24"/>
              </w:rPr>
              <w:t>tudatossággal</w:t>
            </w:r>
            <w:r w:rsidRPr="0078531E">
              <w:rPr>
                <w:spacing w:val="-3"/>
                <w:sz w:val="24"/>
              </w:rPr>
              <w:t xml:space="preserve"> </w:t>
            </w:r>
            <w:r w:rsidRPr="0078531E">
              <w:rPr>
                <w:sz w:val="24"/>
              </w:rPr>
              <w:t>válogatják,</w:t>
            </w:r>
            <w:r w:rsidRPr="0078531E">
              <w:rPr>
                <w:spacing w:val="-3"/>
                <w:sz w:val="24"/>
              </w:rPr>
              <w:t xml:space="preserve"> </w:t>
            </w:r>
            <w:r w:rsidRPr="0078531E">
              <w:rPr>
                <w:sz w:val="24"/>
              </w:rPr>
              <w:t>óvodai</w:t>
            </w:r>
            <w:r w:rsidRPr="0078531E">
              <w:rPr>
                <w:spacing w:val="-3"/>
                <w:sz w:val="24"/>
              </w:rPr>
              <w:t xml:space="preserve"> </w:t>
            </w:r>
            <w:r w:rsidRPr="0078531E">
              <w:rPr>
                <w:sz w:val="24"/>
              </w:rPr>
              <w:t>programunk</w:t>
            </w:r>
            <w:r w:rsidRPr="0078531E">
              <w:rPr>
                <w:spacing w:val="-3"/>
                <w:sz w:val="24"/>
              </w:rPr>
              <w:t xml:space="preserve"> </w:t>
            </w:r>
            <w:r w:rsidRPr="0078531E">
              <w:rPr>
                <w:spacing w:val="-2"/>
                <w:sz w:val="24"/>
              </w:rPr>
              <w:t>megvalósításához</w:t>
            </w:r>
          </w:p>
          <w:p w14:paraId="77D906C9" w14:textId="0427B20F" w:rsidR="0005697F" w:rsidRPr="0078531E" w:rsidRDefault="0005697F" w:rsidP="00964876">
            <w:pPr>
              <w:pStyle w:val="TableParagraph"/>
              <w:spacing w:before="7" w:line="310" w:lineRule="atLeast"/>
              <w:ind w:left="897" w:right="233"/>
              <w:jc w:val="both"/>
              <w:rPr>
                <w:sz w:val="24"/>
              </w:rPr>
            </w:pPr>
            <w:r w:rsidRPr="0078531E">
              <w:rPr>
                <w:sz w:val="24"/>
              </w:rPr>
              <w:t>kapcsolódó</w:t>
            </w:r>
            <w:r w:rsidRPr="0078531E">
              <w:rPr>
                <w:spacing w:val="-4"/>
                <w:sz w:val="24"/>
              </w:rPr>
              <w:t xml:space="preserve"> </w:t>
            </w:r>
            <w:r w:rsidRPr="0078531E">
              <w:rPr>
                <w:sz w:val="24"/>
              </w:rPr>
              <w:t>kötelező/</w:t>
            </w:r>
            <w:r w:rsidRPr="0078531E">
              <w:rPr>
                <w:spacing w:val="-4"/>
                <w:sz w:val="24"/>
              </w:rPr>
              <w:t xml:space="preserve"> </w:t>
            </w:r>
            <w:r w:rsidRPr="0078531E">
              <w:rPr>
                <w:sz w:val="24"/>
              </w:rPr>
              <w:t>ajánlott</w:t>
            </w:r>
            <w:r w:rsidRPr="0078531E">
              <w:rPr>
                <w:spacing w:val="-4"/>
                <w:sz w:val="24"/>
              </w:rPr>
              <w:t xml:space="preserve"> </w:t>
            </w:r>
            <w:r w:rsidRPr="0078531E">
              <w:rPr>
                <w:sz w:val="24"/>
              </w:rPr>
              <w:t>szakirodalom</w:t>
            </w:r>
            <w:r w:rsidRPr="0078531E">
              <w:rPr>
                <w:spacing w:val="-4"/>
                <w:sz w:val="24"/>
              </w:rPr>
              <w:t xml:space="preserve"> </w:t>
            </w:r>
            <w:r w:rsidRPr="0078531E">
              <w:rPr>
                <w:sz w:val="24"/>
              </w:rPr>
              <w:t>jegyzék</w:t>
            </w:r>
            <w:r w:rsidRPr="0078531E">
              <w:rPr>
                <w:spacing w:val="-4"/>
                <w:sz w:val="24"/>
              </w:rPr>
              <w:t xml:space="preserve"> </w:t>
            </w:r>
            <w:r w:rsidRPr="0078531E">
              <w:rPr>
                <w:sz w:val="24"/>
              </w:rPr>
              <w:t>alapján,</w:t>
            </w:r>
            <w:r w:rsidRPr="0078531E">
              <w:rPr>
                <w:spacing w:val="-4"/>
                <w:sz w:val="24"/>
              </w:rPr>
              <w:t xml:space="preserve"> </w:t>
            </w:r>
            <w:r w:rsidRPr="0078531E">
              <w:rPr>
                <w:sz w:val="24"/>
              </w:rPr>
              <w:t>mert</w:t>
            </w:r>
            <w:r w:rsidRPr="0078531E">
              <w:rPr>
                <w:spacing w:val="-4"/>
                <w:sz w:val="24"/>
              </w:rPr>
              <w:t xml:space="preserve"> </w:t>
            </w:r>
            <w:r w:rsidRPr="0078531E">
              <w:rPr>
                <w:sz w:val="24"/>
              </w:rPr>
              <w:t>csak</w:t>
            </w:r>
            <w:r w:rsidRPr="0078531E">
              <w:rPr>
                <w:spacing w:val="-4"/>
                <w:sz w:val="24"/>
              </w:rPr>
              <w:t xml:space="preserve"> </w:t>
            </w:r>
            <w:r w:rsidRPr="0078531E">
              <w:rPr>
                <w:sz w:val="24"/>
              </w:rPr>
              <w:t>a</w:t>
            </w:r>
            <w:r w:rsidRPr="0078531E">
              <w:rPr>
                <w:spacing w:val="-3"/>
                <w:sz w:val="24"/>
              </w:rPr>
              <w:t xml:space="preserve"> </w:t>
            </w:r>
            <w:r w:rsidRPr="0078531E">
              <w:rPr>
                <w:sz w:val="24"/>
              </w:rPr>
              <w:t>művészi értékű irodalmi alkotás biztosítja a gyermek számára az esztétikai élményt.</w:t>
            </w:r>
          </w:p>
        </w:tc>
      </w:tr>
      <w:tr w:rsidR="0078531E" w:rsidRPr="0078531E" w14:paraId="79209694" w14:textId="77777777">
        <w:trPr>
          <w:trHeight w:val="568"/>
        </w:trPr>
        <w:tc>
          <w:tcPr>
            <w:tcW w:w="9069" w:type="dxa"/>
          </w:tcPr>
          <w:p w14:paraId="4D376F34" w14:textId="77777777" w:rsidR="00AE0CFD" w:rsidRPr="0078531E" w:rsidRDefault="00C3522D" w:rsidP="00964876">
            <w:pPr>
              <w:pStyle w:val="TableParagraph"/>
              <w:tabs>
                <w:tab w:val="left" w:pos="3250"/>
                <w:tab w:val="left" w:pos="4344"/>
                <w:tab w:val="left" w:pos="5103"/>
                <w:tab w:val="left" w:pos="6340"/>
                <w:tab w:val="left" w:pos="7702"/>
                <w:tab w:val="left" w:pos="8175"/>
              </w:tabs>
              <w:spacing w:line="270" w:lineRule="atLeast"/>
              <w:ind w:left="897" w:right="97" w:hanging="360"/>
              <w:jc w:val="both"/>
              <w:rPr>
                <w:sz w:val="24"/>
              </w:rPr>
            </w:pPr>
            <w:r w:rsidRPr="0078531E">
              <w:rPr>
                <w:sz w:val="24"/>
              </w:rPr>
              <w:t>3.</w:t>
            </w:r>
            <w:r w:rsidRPr="0078531E">
              <w:rPr>
                <w:spacing w:val="80"/>
                <w:sz w:val="24"/>
              </w:rPr>
              <w:t xml:space="preserve"> </w:t>
            </w:r>
            <w:r w:rsidRPr="0078531E">
              <w:rPr>
                <w:sz w:val="24"/>
              </w:rPr>
              <w:t>Óvodapedagógusaink</w:t>
            </w:r>
            <w:r w:rsidRPr="0078531E">
              <w:rPr>
                <w:sz w:val="24"/>
              </w:rPr>
              <w:tab/>
            </w:r>
            <w:r w:rsidRPr="0078531E">
              <w:rPr>
                <w:spacing w:val="-2"/>
                <w:sz w:val="24"/>
              </w:rPr>
              <w:t>feladata,</w:t>
            </w:r>
            <w:r w:rsidRPr="0078531E">
              <w:rPr>
                <w:sz w:val="24"/>
              </w:rPr>
              <w:tab/>
            </w:r>
            <w:r w:rsidRPr="0078531E">
              <w:rPr>
                <w:spacing w:val="-4"/>
                <w:sz w:val="24"/>
              </w:rPr>
              <w:t>hogy</w:t>
            </w:r>
            <w:r w:rsidRPr="0078531E">
              <w:rPr>
                <w:sz w:val="24"/>
              </w:rPr>
              <w:tab/>
            </w:r>
            <w:r w:rsidRPr="0078531E">
              <w:rPr>
                <w:b/>
                <w:i/>
                <w:spacing w:val="-2"/>
                <w:sz w:val="24"/>
                <w:u w:val="single"/>
              </w:rPr>
              <w:t>megfelelő</w:t>
            </w:r>
            <w:r w:rsidRPr="0078531E">
              <w:rPr>
                <w:b/>
                <w:i/>
                <w:sz w:val="24"/>
                <w:u w:val="single"/>
              </w:rPr>
              <w:tab/>
            </w:r>
            <w:r w:rsidRPr="0078531E">
              <w:rPr>
                <w:b/>
                <w:i/>
                <w:spacing w:val="-2"/>
                <w:sz w:val="24"/>
                <w:u w:val="single"/>
              </w:rPr>
              <w:t>hangulatot</w:t>
            </w:r>
            <w:r w:rsidRPr="0078531E">
              <w:rPr>
                <w:b/>
                <w:i/>
                <w:sz w:val="24"/>
              </w:rPr>
              <w:tab/>
            </w:r>
            <w:r w:rsidRPr="0078531E">
              <w:rPr>
                <w:spacing w:val="-6"/>
                <w:sz w:val="24"/>
              </w:rPr>
              <w:t>és</w:t>
            </w:r>
            <w:r w:rsidRPr="0078531E">
              <w:rPr>
                <w:sz w:val="24"/>
              </w:rPr>
              <w:tab/>
            </w:r>
            <w:r w:rsidRPr="0078531E">
              <w:rPr>
                <w:spacing w:val="-2"/>
                <w:sz w:val="24"/>
              </w:rPr>
              <w:t xml:space="preserve">nyugodt </w:t>
            </w:r>
            <w:r w:rsidRPr="0078531E">
              <w:rPr>
                <w:sz w:val="24"/>
              </w:rPr>
              <w:t>körülményeket teremtsenek a mindennapi meséléshez.</w:t>
            </w:r>
          </w:p>
          <w:p w14:paraId="0F7E888B" w14:textId="77777777" w:rsidR="00F60D62" w:rsidRPr="0078531E" w:rsidRDefault="00F60D62" w:rsidP="00964876">
            <w:pPr>
              <w:pStyle w:val="TableParagraph"/>
              <w:tabs>
                <w:tab w:val="left" w:pos="3250"/>
                <w:tab w:val="left" w:pos="4344"/>
                <w:tab w:val="left" w:pos="5103"/>
                <w:tab w:val="left" w:pos="6340"/>
                <w:tab w:val="left" w:pos="7702"/>
                <w:tab w:val="left" w:pos="8175"/>
              </w:tabs>
              <w:spacing w:line="270" w:lineRule="atLeast"/>
              <w:ind w:left="897" w:right="97" w:hanging="360"/>
              <w:jc w:val="both"/>
              <w:rPr>
                <w:sz w:val="24"/>
                <w:szCs w:val="24"/>
              </w:rPr>
            </w:pPr>
            <w:r w:rsidRPr="0078531E">
              <w:t xml:space="preserve">       </w:t>
            </w:r>
            <w:r w:rsidRPr="0078531E">
              <w:rPr>
                <w:sz w:val="24"/>
                <w:szCs w:val="24"/>
              </w:rPr>
              <w:t xml:space="preserve">A meseválasztáskor szükség van tudatosságra, gyermekközpontú, korosztályos válogatásra, a csoport és az egyéni fejlettségi szintek figyelemebe vételére. </w:t>
            </w:r>
          </w:p>
          <w:p w14:paraId="18B0F766" w14:textId="77777777" w:rsidR="00F60D62" w:rsidRPr="0078531E" w:rsidRDefault="00F60D62" w:rsidP="00964876">
            <w:pPr>
              <w:pStyle w:val="TableParagraph"/>
              <w:tabs>
                <w:tab w:val="left" w:pos="3250"/>
                <w:tab w:val="left" w:pos="4344"/>
                <w:tab w:val="left" w:pos="5103"/>
                <w:tab w:val="left" w:pos="6340"/>
                <w:tab w:val="left" w:pos="7702"/>
                <w:tab w:val="left" w:pos="8175"/>
              </w:tabs>
              <w:spacing w:line="270" w:lineRule="atLeast"/>
              <w:ind w:left="897" w:right="97" w:hanging="360"/>
              <w:jc w:val="both"/>
              <w:rPr>
                <w:sz w:val="24"/>
                <w:szCs w:val="24"/>
              </w:rPr>
            </w:pPr>
            <w:r w:rsidRPr="0078531E">
              <w:t xml:space="preserve">      </w:t>
            </w:r>
            <w:r w:rsidRPr="0078531E">
              <w:rPr>
                <w:sz w:val="24"/>
                <w:szCs w:val="24"/>
              </w:rPr>
              <w:t>Az élőszavas mese különösen alkalmas az óvodás gyermek szemléletmódjának és világképének alakítására, amelyre kiemelt figyelmet fordítunk és alkalmazunk.</w:t>
            </w:r>
          </w:p>
          <w:p w14:paraId="57808950" w14:textId="3D9AD371" w:rsidR="00F60D62" w:rsidRPr="0078531E" w:rsidRDefault="00F60D62" w:rsidP="00964876">
            <w:pPr>
              <w:pStyle w:val="TableParagraph"/>
              <w:tabs>
                <w:tab w:val="left" w:pos="3250"/>
                <w:tab w:val="left" w:pos="4344"/>
                <w:tab w:val="left" w:pos="5103"/>
                <w:tab w:val="left" w:pos="6340"/>
                <w:tab w:val="left" w:pos="7702"/>
                <w:tab w:val="left" w:pos="8175"/>
              </w:tabs>
              <w:spacing w:line="270" w:lineRule="atLeast"/>
              <w:ind w:left="897" w:right="97" w:hanging="360"/>
              <w:jc w:val="both"/>
              <w:rPr>
                <w:sz w:val="24"/>
                <w:szCs w:val="24"/>
              </w:rPr>
            </w:pPr>
            <w:r w:rsidRPr="0078531E">
              <w:rPr>
                <w:sz w:val="24"/>
                <w:szCs w:val="24"/>
              </w:rPr>
              <w:t xml:space="preserve">     A mesélés szokásainak, rítusainak kialakítása segíti a gyermeket a </w:t>
            </w:r>
            <w:proofErr w:type="spellStart"/>
            <w:r w:rsidRPr="0078531E">
              <w:rPr>
                <w:sz w:val="24"/>
                <w:szCs w:val="24"/>
              </w:rPr>
              <w:t>ráhangolódásra</w:t>
            </w:r>
            <w:proofErr w:type="spellEnd"/>
            <w:r w:rsidRPr="0078531E">
              <w:rPr>
                <w:sz w:val="24"/>
                <w:szCs w:val="24"/>
              </w:rPr>
              <w:t xml:space="preserve"> és a mesék b</w:t>
            </w:r>
            <w:r w:rsidR="008A0135" w:rsidRPr="0078531E">
              <w:rPr>
                <w:sz w:val="24"/>
                <w:szCs w:val="24"/>
              </w:rPr>
              <w:t>efogadására.</w:t>
            </w:r>
          </w:p>
        </w:tc>
      </w:tr>
      <w:tr w:rsidR="0078531E" w:rsidRPr="0078531E" w14:paraId="425A2215" w14:textId="77777777">
        <w:trPr>
          <w:trHeight w:val="566"/>
        </w:trPr>
        <w:tc>
          <w:tcPr>
            <w:tcW w:w="9069" w:type="dxa"/>
          </w:tcPr>
          <w:p w14:paraId="723DA7C5" w14:textId="77777777" w:rsidR="00AE0CFD" w:rsidRPr="0078531E" w:rsidRDefault="00C3522D" w:rsidP="00964876">
            <w:pPr>
              <w:pStyle w:val="TableParagraph"/>
              <w:spacing w:line="276" w:lineRule="exact"/>
              <w:ind w:left="897" w:hanging="360"/>
              <w:jc w:val="both"/>
              <w:rPr>
                <w:sz w:val="24"/>
              </w:rPr>
            </w:pPr>
            <w:r w:rsidRPr="0078531E">
              <w:rPr>
                <w:sz w:val="24"/>
              </w:rPr>
              <w:t>4.</w:t>
            </w:r>
            <w:r w:rsidRPr="0078531E">
              <w:rPr>
                <w:spacing w:val="80"/>
                <w:w w:val="150"/>
                <w:sz w:val="24"/>
              </w:rPr>
              <w:t xml:space="preserve"> </w:t>
            </w:r>
            <w:r w:rsidRPr="0078531E">
              <w:rPr>
                <w:sz w:val="24"/>
              </w:rPr>
              <w:t>A</w:t>
            </w:r>
            <w:r w:rsidRPr="0078531E">
              <w:rPr>
                <w:spacing w:val="80"/>
                <w:sz w:val="24"/>
              </w:rPr>
              <w:t xml:space="preserve"> </w:t>
            </w:r>
            <w:r w:rsidRPr="0078531E">
              <w:rPr>
                <w:sz w:val="24"/>
              </w:rPr>
              <w:t>már</w:t>
            </w:r>
            <w:r w:rsidRPr="0078531E">
              <w:rPr>
                <w:spacing w:val="80"/>
                <w:sz w:val="24"/>
              </w:rPr>
              <w:t xml:space="preserve"> </w:t>
            </w:r>
            <w:r w:rsidRPr="0078531E">
              <w:rPr>
                <w:sz w:val="24"/>
              </w:rPr>
              <w:t>jól</w:t>
            </w:r>
            <w:r w:rsidRPr="0078531E">
              <w:rPr>
                <w:spacing w:val="80"/>
                <w:sz w:val="24"/>
              </w:rPr>
              <w:t xml:space="preserve"> </w:t>
            </w:r>
            <w:r w:rsidRPr="0078531E">
              <w:rPr>
                <w:sz w:val="24"/>
              </w:rPr>
              <w:t>ismert,</w:t>
            </w:r>
            <w:r w:rsidRPr="0078531E">
              <w:rPr>
                <w:spacing w:val="80"/>
                <w:sz w:val="24"/>
              </w:rPr>
              <w:t xml:space="preserve"> </w:t>
            </w:r>
            <w:r w:rsidRPr="0078531E">
              <w:rPr>
                <w:sz w:val="24"/>
              </w:rPr>
              <w:t>megszeretett</w:t>
            </w:r>
            <w:r w:rsidRPr="0078531E">
              <w:rPr>
                <w:spacing w:val="80"/>
                <w:sz w:val="24"/>
              </w:rPr>
              <w:t xml:space="preserve"> </w:t>
            </w:r>
            <w:r w:rsidRPr="0078531E">
              <w:rPr>
                <w:sz w:val="24"/>
              </w:rPr>
              <w:t>meséket</w:t>
            </w:r>
            <w:r w:rsidRPr="0078531E">
              <w:rPr>
                <w:spacing w:val="80"/>
                <w:sz w:val="24"/>
              </w:rPr>
              <w:t xml:space="preserve"> </w:t>
            </w:r>
            <w:r w:rsidRPr="0078531E">
              <w:rPr>
                <w:sz w:val="24"/>
              </w:rPr>
              <w:t>a</w:t>
            </w:r>
            <w:r w:rsidRPr="0078531E">
              <w:rPr>
                <w:spacing w:val="80"/>
                <w:sz w:val="24"/>
              </w:rPr>
              <w:t xml:space="preserve"> </w:t>
            </w:r>
            <w:r w:rsidRPr="0078531E">
              <w:rPr>
                <w:sz w:val="24"/>
              </w:rPr>
              <w:t>gyermekek</w:t>
            </w:r>
            <w:r w:rsidRPr="0078531E">
              <w:rPr>
                <w:spacing w:val="80"/>
                <w:sz w:val="24"/>
              </w:rPr>
              <w:t xml:space="preserve"> </w:t>
            </w:r>
            <w:r w:rsidRPr="0078531E">
              <w:rPr>
                <w:sz w:val="24"/>
              </w:rPr>
              <w:t>szerepekre</w:t>
            </w:r>
            <w:r w:rsidRPr="0078531E">
              <w:rPr>
                <w:spacing w:val="80"/>
                <w:sz w:val="24"/>
              </w:rPr>
              <w:t xml:space="preserve"> </w:t>
            </w:r>
            <w:r w:rsidRPr="0078531E">
              <w:rPr>
                <w:sz w:val="24"/>
              </w:rPr>
              <w:t>osztják</w:t>
            </w:r>
            <w:r w:rsidRPr="0078531E">
              <w:rPr>
                <w:spacing w:val="80"/>
                <w:sz w:val="24"/>
              </w:rPr>
              <w:t xml:space="preserve"> </w:t>
            </w:r>
            <w:r w:rsidRPr="0078531E">
              <w:rPr>
                <w:sz w:val="24"/>
              </w:rPr>
              <w:t>az óvodapedagógusok segítségével és eljátsszák.</w:t>
            </w:r>
          </w:p>
        </w:tc>
      </w:tr>
      <w:tr w:rsidR="0078531E" w:rsidRPr="0078531E" w14:paraId="6E421998" w14:textId="77777777">
        <w:trPr>
          <w:trHeight w:val="827"/>
        </w:trPr>
        <w:tc>
          <w:tcPr>
            <w:tcW w:w="9069" w:type="dxa"/>
          </w:tcPr>
          <w:p w14:paraId="16DA60AA" w14:textId="77777777" w:rsidR="00AE0CFD" w:rsidRPr="0078531E" w:rsidRDefault="00C3522D" w:rsidP="00964876">
            <w:pPr>
              <w:pStyle w:val="TableParagraph"/>
              <w:ind w:left="897" w:hanging="360"/>
              <w:jc w:val="both"/>
              <w:rPr>
                <w:sz w:val="24"/>
              </w:rPr>
            </w:pPr>
            <w:r w:rsidRPr="0078531E">
              <w:rPr>
                <w:sz w:val="24"/>
              </w:rPr>
              <w:t>5.</w:t>
            </w:r>
            <w:r w:rsidRPr="0078531E">
              <w:rPr>
                <w:spacing w:val="80"/>
                <w:sz w:val="24"/>
              </w:rPr>
              <w:t xml:space="preserve"> </w:t>
            </w:r>
            <w:r w:rsidRPr="0078531E">
              <w:rPr>
                <w:sz w:val="24"/>
              </w:rPr>
              <w:t>A</w:t>
            </w:r>
            <w:r w:rsidRPr="0078531E">
              <w:rPr>
                <w:spacing w:val="40"/>
                <w:sz w:val="24"/>
              </w:rPr>
              <w:t xml:space="preserve"> </w:t>
            </w:r>
            <w:r w:rsidRPr="0078531E">
              <w:rPr>
                <w:sz w:val="24"/>
              </w:rPr>
              <w:t>mese</w:t>
            </w:r>
            <w:r w:rsidRPr="0078531E">
              <w:rPr>
                <w:spacing w:val="40"/>
                <w:sz w:val="24"/>
              </w:rPr>
              <w:t xml:space="preserve"> </w:t>
            </w:r>
            <w:proofErr w:type="spellStart"/>
            <w:r w:rsidRPr="0078531E">
              <w:rPr>
                <w:sz w:val="24"/>
              </w:rPr>
              <w:t>dramatizációkhoz</w:t>
            </w:r>
            <w:proofErr w:type="spellEnd"/>
            <w:r w:rsidRPr="0078531E">
              <w:rPr>
                <w:spacing w:val="40"/>
                <w:sz w:val="24"/>
              </w:rPr>
              <w:t xml:space="preserve"> </w:t>
            </w:r>
            <w:r w:rsidRPr="0078531E">
              <w:rPr>
                <w:sz w:val="24"/>
              </w:rPr>
              <w:t>szükséges</w:t>
            </w:r>
            <w:r w:rsidRPr="0078531E">
              <w:rPr>
                <w:spacing w:val="40"/>
                <w:sz w:val="24"/>
              </w:rPr>
              <w:t xml:space="preserve"> </w:t>
            </w:r>
            <w:r w:rsidRPr="0078531E">
              <w:rPr>
                <w:b/>
                <w:i/>
                <w:sz w:val="24"/>
              </w:rPr>
              <w:t>jelmezeket,</w:t>
            </w:r>
            <w:r w:rsidRPr="0078531E">
              <w:rPr>
                <w:b/>
                <w:i/>
                <w:spacing w:val="40"/>
                <w:sz w:val="24"/>
              </w:rPr>
              <w:t xml:space="preserve"> </w:t>
            </w:r>
            <w:r w:rsidRPr="0078531E">
              <w:rPr>
                <w:b/>
                <w:i/>
                <w:sz w:val="24"/>
              </w:rPr>
              <w:t>kellékeket</w:t>
            </w:r>
            <w:r w:rsidRPr="0078531E">
              <w:rPr>
                <w:b/>
                <w:i/>
                <w:spacing w:val="40"/>
                <w:sz w:val="24"/>
              </w:rPr>
              <w:t xml:space="preserve"> </w:t>
            </w:r>
            <w:r w:rsidRPr="0078531E">
              <w:rPr>
                <w:b/>
                <w:i/>
                <w:sz w:val="24"/>
              </w:rPr>
              <w:t>közösen</w:t>
            </w:r>
            <w:r w:rsidRPr="0078531E">
              <w:rPr>
                <w:b/>
                <w:i/>
                <w:spacing w:val="40"/>
                <w:sz w:val="24"/>
              </w:rPr>
              <w:t xml:space="preserve"> </w:t>
            </w:r>
            <w:r w:rsidRPr="0078531E">
              <w:rPr>
                <w:sz w:val="24"/>
              </w:rPr>
              <w:t>készítik</w:t>
            </w:r>
            <w:r w:rsidRPr="0078531E">
              <w:rPr>
                <w:spacing w:val="40"/>
                <w:sz w:val="24"/>
              </w:rPr>
              <w:t xml:space="preserve"> </w:t>
            </w:r>
            <w:r w:rsidRPr="0078531E">
              <w:rPr>
                <w:sz w:val="24"/>
              </w:rPr>
              <w:t>el, felhasználják</w:t>
            </w:r>
            <w:r w:rsidRPr="0078531E">
              <w:rPr>
                <w:spacing w:val="-8"/>
                <w:sz w:val="24"/>
              </w:rPr>
              <w:t xml:space="preserve"> </w:t>
            </w:r>
            <w:r w:rsidRPr="0078531E">
              <w:rPr>
                <w:sz w:val="24"/>
              </w:rPr>
              <w:t>hozzá</w:t>
            </w:r>
            <w:r w:rsidRPr="0078531E">
              <w:rPr>
                <w:spacing w:val="-6"/>
                <w:sz w:val="24"/>
              </w:rPr>
              <w:t xml:space="preserve"> </w:t>
            </w:r>
            <w:r w:rsidRPr="0078531E">
              <w:rPr>
                <w:sz w:val="24"/>
              </w:rPr>
              <w:t>a</w:t>
            </w:r>
            <w:r w:rsidRPr="0078531E">
              <w:rPr>
                <w:spacing w:val="-6"/>
                <w:sz w:val="24"/>
              </w:rPr>
              <w:t xml:space="preserve"> </w:t>
            </w:r>
            <w:r w:rsidRPr="0078531E">
              <w:rPr>
                <w:sz w:val="24"/>
              </w:rPr>
              <w:t>csoportban</w:t>
            </w:r>
            <w:r w:rsidRPr="0078531E">
              <w:rPr>
                <w:spacing w:val="-5"/>
                <w:sz w:val="24"/>
              </w:rPr>
              <w:t xml:space="preserve"> </w:t>
            </w:r>
            <w:r w:rsidRPr="0078531E">
              <w:rPr>
                <w:sz w:val="24"/>
              </w:rPr>
              <w:t>összegyűjtött</w:t>
            </w:r>
            <w:r w:rsidRPr="0078531E">
              <w:rPr>
                <w:spacing w:val="-5"/>
                <w:sz w:val="24"/>
              </w:rPr>
              <w:t xml:space="preserve"> </w:t>
            </w:r>
            <w:r w:rsidRPr="0078531E">
              <w:rPr>
                <w:sz w:val="24"/>
              </w:rPr>
              <w:t>régi</w:t>
            </w:r>
            <w:r w:rsidRPr="0078531E">
              <w:rPr>
                <w:spacing w:val="-4"/>
                <w:sz w:val="24"/>
              </w:rPr>
              <w:t xml:space="preserve"> </w:t>
            </w:r>
            <w:r w:rsidRPr="0078531E">
              <w:rPr>
                <w:sz w:val="24"/>
              </w:rPr>
              <w:t>öltözeteket,</w:t>
            </w:r>
            <w:r w:rsidRPr="0078531E">
              <w:rPr>
                <w:spacing w:val="-4"/>
                <w:sz w:val="24"/>
              </w:rPr>
              <w:t xml:space="preserve"> </w:t>
            </w:r>
            <w:r w:rsidRPr="0078531E">
              <w:rPr>
                <w:sz w:val="24"/>
              </w:rPr>
              <w:t>kalapokat,</w:t>
            </w:r>
            <w:r w:rsidRPr="0078531E">
              <w:rPr>
                <w:spacing w:val="-4"/>
                <w:sz w:val="24"/>
              </w:rPr>
              <w:t xml:space="preserve"> </w:t>
            </w:r>
            <w:r w:rsidRPr="0078531E">
              <w:rPr>
                <w:spacing w:val="-2"/>
                <w:sz w:val="24"/>
              </w:rPr>
              <w:t>kendőket</w:t>
            </w:r>
          </w:p>
          <w:p w14:paraId="52BB15D9" w14:textId="77777777" w:rsidR="00AE0CFD" w:rsidRPr="0078531E" w:rsidRDefault="00C3522D" w:rsidP="00964876">
            <w:pPr>
              <w:pStyle w:val="TableParagraph"/>
              <w:spacing w:line="264" w:lineRule="exact"/>
              <w:ind w:left="897"/>
              <w:jc w:val="both"/>
              <w:rPr>
                <w:sz w:val="24"/>
              </w:rPr>
            </w:pPr>
            <w:r w:rsidRPr="0078531E">
              <w:rPr>
                <w:spacing w:val="-4"/>
                <w:sz w:val="24"/>
              </w:rPr>
              <w:t>stb.</w:t>
            </w:r>
          </w:p>
        </w:tc>
      </w:tr>
      <w:tr w:rsidR="0078531E" w:rsidRPr="0078531E" w14:paraId="49E76517" w14:textId="77777777">
        <w:trPr>
          <w:trHeight w:val="568"/>
        </w:trPr>
        <w:tc>
          <w:tcPr>
            <w:tcW w:w="9069" w:type="dxa"/>
          </w:tcPr>
          <w:p w14:paraId="78DCCE68" w14:textId="77777777" w:rsidR="00AE0CFD" w:rsidRPr="0078531E" w:rsidRDefault="00C3522D" w:rsidP="00964876">
            <w:pPr>
              <w:pStyle w:val="TableParagraph"/>
              <w:spacing w:line="270" w:lineRule="atLeast"/>
              <w:ind w:left="897" w:hanging="360"/>
              <w:jc w:val="both"/>
              <w:rPr>
                <w:sz w:val="24"/>
              </w:rPr>
            </w:pPr>
            <w:r w:rsidRPr="0078531E">
              <w:rPr>
                <w:sz w:val="24"/>
              </w:rPr>
              <w:t>6.</w:t>
            </w:r>
            <w:r w:rsidRPr="0078531E">
              <w:rPr>
                <w:spacing w:val="80"/>
                <w:sz w:val="24"/>
              </w:rPr>
              <w:t xml:space="preserve"> </w:t>
            </w:r>
            <w:r w:rsidRPr="0078531E">
              <w:rPr>
                <w:sz w:val="24"/>
              </w:rPr>
              <w:t>A</w:t>
            </w:r>
            <w:r w:rsidRPr="0078531E">
              <w:rPr>
                <w:spacing w:val="-10"/>
                <w:sz w:val="24"/>
              </w:rPr>
              <w:t xml:space="preserve"> </w:t>
            </w:r>
            <w:r w:rsidRPr="0078531E">
              <w:rPr>
                <w:sz w:val="24"/>
              </w:rPr>
              <w:t>drámajátékokat</w:t>
            </w:r>
            <w:r w:rsidRPr="0078531E">
              <w:rPr>
                <w:spacing w:val="-6"/>
                <w:sz w:val="24"/>
              </w:rPr>
              <w:t xml:space="preserve"> </w:t>
            </w:r>
            <w:r w:rsidRPr="0078531E">
              <w:rPr>
                <w:sz w:val="24"/>
              </w:rPr>
              <w:t>először</w:t>
            </w:r>
            <w:r w:rsidRPr="0078531E">
              <w:rPr>
                <w:spacing w:val="-10"/>
                <w:sz w:val="24"/>
              </w:rPr>
              <w:t xml:space="preserve"> </w:t>
            </w:r>
            <w:r w:rsidRPr="0078531E">
              <w:rPr>
                <w:sz w:val="24"/>
              </w:rPr>
              <w:t>az</w:t>
            </w:r>
            <w:r w:rsidRPr="0078531E">
              <w:rPr>
                <w:spacing w:val="-8"/>
                <w:sz w:val="24"/>
              </w:rPr>
              <w:t xml:space="preserve"> </w:t>
            </w:r>
            <w:r w:rsidRPr="0078531E">
              <w:rPr>
                <w:sz w:val="24"/>
              </w:rPr>
              <w:t>óvodapedagógusok</w:t>
            </w:r>
            <w:r w:rsidRPr="0078531E">
              <w:rPr>
                <w:spacing w:val="-9"/>
                <w:sz w:val="24"/>
              </w:rPr>
              <w:t xml:space="preserve"> </w:t>
            </w:r>
            <w:r w:rsidRPr="0078531E">
              <w:rPr>
                <w:sz w:val="24"/>
              </w:rPr>
              <w:t>kezdeményezik,</w:t>
            </w:r>
            <w:r w:rsidRPr="0078531E">
              <w:rPr>
                <w:spacing w:val="-9"/>
                <w:sz w:val="24"/>
              </w:rPr>
              <w:t xml:space="preserve"> </w:t>
            </w:r>
            <w:r w:rsidRPr="0078531E">
              <w:rPr>
                <w:sz w:val="24"/>
              </w:rPr>
              <w:t>majd</w:t>
            </w:r>
            <w:r w:rsidRPr="0078531E">
              <w:rPr>
                <w:spacing w:val="-7"/>
                <w:sz w:val="24"/>
              </w:rPr>
              <w:t xml:space="preserve"> </w:t>
            </w:r>
            <w:r w:rsidRPr="0078531E">
              <w:rPr>
                <w:sz w:val="24"/>
              </w:rPr>
              <w:t>a</w:t>
            </w:r>
            <w:r w:rsidRPr="0078531E">
              <w:rPr>
                <w:spacing w:val="-8"/>
                <w:sz w:val="24"/>
              </w:rPr>
              <w:t xml:space="preserve"> </w:t>
            </w:r>
            <w:r w:rsidRPr="0078531E">
              <w:rPr>
                <w:sz w:val="24"/>
              </w:rPr>
              <w:t>gyermekek ötleteikkel gazdagítják és beépítik mindennapi játékukba.</w:t>
            </w:r>
          </w:p>
        </w:tc>
      </w:tr>
      <w:tr w:rsidR="0078531E" w:rsidRPr="0078531E" w14:paraId="1F10C948" w14:textId="77777777">
        <w:trPr>
          <w:trHeight w:val="1656"/>
        </w:trPr>
        <w:tc>
          <w:tcPr>
            <w:tcW w:w="9069" w:type="dxa"/>
          </w:tcPr>
          <w:p w14:paraId="239CCEC3" w14:textId="02FB4027" w:rsidR="00AE0CFD" w:rsidRPr="0078531E" w:rsidRDefault="00E66FD5" w:rsidP="00964876">
            <w:pPr>
              <w:pStyle w:val="TableParagraph"/>
              <w:ind w:left="897" w:right="92" w:hanging="360"/>
              <w:jc w:val="both"/>
              <w:rPr>
                <w:sz w:val="24"/>
              </w:rPr>
            </w:pPr>
            <w:r w:rsidRPr="0078531E">
              <w:rPr>
                <w:sz w:val="24"/>
              </w:rPr>
              <w:t>7</w:t>
            </w:r>
            <w:r w:rsidR="00C3522D" w:rsidRPr="0078531E">
              <w:rPr>
                <w:sz w:val="24"/>
              </w:rPr>
              <w:t>.</w:t>
            </w:r>
            <w:r w:rsidR="00C3522D" w:rsidRPr="0078531E">
              <w:rPr>
                <w:spacing w:val="40"/>
                <w:sz w:val="24"/>
              </w:rPr>
              <w:t xml:space="preserve"> </w:t>
            </w:r>
            <w:r w:rsidR="00C3522D" w:rsidRPr="0078531E">
              <w:rPr>
                <w:sz w:val="24"/>
              </w:rPr>
              <w:t xml:space="preserve">A mindennapi meséléshez kapcsolódnak a drámajátékok, melyek, egyrészt, mint meseindíttatású játékok jelennek meg. (Ez a mesék kreatív feldolgozását, </w:t>
            </w:r>
            <w:proofErr w:type="spellStart"/>
            <w:r w:rsidR="00C3522D" w:rsidRPr="0078531E">
              <w:rPr>
                <w:sz w:val="24"/>
              </w:rPr>
              <w:t>továbbgondolását</w:t>
            </w:r>
            <w:proofErr w:type="spellEnd"/>
            <w:r w:rsidR="00C3522D" w:rsidRPr="0078531E">
              <w:rPr>
                <w:sz w:val="24"/>
              </w:rPr>
              <w:t>, előzményük eljátszását stb. jelenti.) Másrészt, a drámajátékokat, mint kreatív képességfejlesztő játékokat alkalmazzuk a tehetséggondozás és a fejlődés</w:t>
            </w:r>
            <w:r w:rsidR="00C3522D" w:rsidRPr="0078531E">
              <w:rPr>
                <w:spacing w:val="50"/>
                <w:w w:val="150"/>
                <w:sz w:val="24"/>
              </w:rPr>
              <w:t xml:space="preserve"> </w:t>
            </w:r>
            <w:r w:rsidR="00C3522D" w:rsidRPr="0078531E">
              <w:rPr>
                <w:sz w:val="24"/>
              </w:rPr>
              <w:t>elősegítésére.</w:t>
            </w:r>
            <w:r w:rsidR="00C3522D" w:rsidRPr="0078531E">
              <w:rPr>
                <w:spacing w:val="52"/>
                <w:w w:val="150"/>
                <w:sz w:val="24"/>
              </w:rPr>
              <w:t xml:space="preserve"> </w:t>
            </w:r>
            <w:r w:rsidR="00C3522D" w:rsidRPr="0078531E">
              <w:rPr>
                <w:sz w:val="24"/>
              </w:rPr>
              <w:t>(Fejlesztik</w:t>
            </w:r>
            <w:r w:rsidR="00C3522D" w:rsidRPr="0078531E">
              <w:rPr>
                <w:spacing w:val="50"/>
                <w:w w:val="150"/>
                <w:sz w:val="24"/>
              </w:rPr>
              <w:t xml:space="preserve"> </w:t>
            </w:r>
            <w:r w:rsidR="00C3522D" w:rsidRPr="0078531E">
              <w:rPr>
                <w:sz w:val="24"/>
              </w:rPr>
              <w:t>a</w:t>
            </w:r>
            <w:r w:rsidR="00C3522D" w:rsidRPr="0078531E">
              <w:rPr>
                <w:spacing w:val="52"/>
                <w:w w:val="150"/>
                <w:sz w:val="24"/>
              </w:rPr>
              <w:t xml:space="preserve"> </w:t>
            </w:r>
            <w:r w:rsidR="00C3522D" w:rsidRPr="0078531E">
              <w:rPr>
                <w:sz w:val="24"/>
              </w:rPr>
              <w:t>gyermekek</w:t>
            </w:r>
            <w:r w:rsidR="00C3522D" w:rsidRPr="0078531E">
              <w:rPr>
                <w:spacing w:val="52"/>
                <w:w w:val="150"/>
                <w:sz w:val="24"/>
              </w:rPr>
              <w:t xml:space="preserve"> </w:t>
            </w:r>
            <w:r w:rsidR="00C3522D" w:rsidRPr="0078531E">
              <w:rPr>
                <w:sz w:val="24"/>
              </w:rPr>
              <w:t>értelmi</w:t>
            </w:r>
            <w:r w:rsidR="00C3522D" w:rsidRPr="0078531E">
              <w:rPr>
                <w:spacing w:val="51"/>
                <w:w w:val="150"/>
                <w:sz w:val="24"/>
              </w:rPr>
              <w:t xml:space="preserve"> </w:t>
            </w:r>
            <w:r w:rsidR="00C3522D" w:rsidRPr="0078531E">
              <w:rPr>
                <w:sz w:val="24"/>
              </w:rPr>
              <w:t>képességeit:</w:t>
            </w:r>
            <w:r w:rsidR="00C3522D" w:rsidRPr="0078531E">
              <w:rPr>
                <w:spacing w:val="53"/>
                <w:w w:val="150"/>
                <w:sz w:val="24"/>
              </w:rPr>
              <w:t xml:space="preserve"> </w:t>
            </w:r>
            <w:r w:rsidR="00C3522D" w:rsidRPr="0078531E">
              <w:rPr>
                <w:spacing w:val="-2"/>
                <w:sz w:val="24"/>
              </w:rPr>
              <w:t>érzékelés,</w:t>
            </w:r>
          </w:p>
          <w:p w14:paraId="51B4C5B0" w14:textId="77777777" w:rsidR="00AE0CFD" w:rsidRPr="0078531E" w:rsidRDefault="00C3522D" w:rsidP="00964876">
            <w:pPr>
              <w:pStyle w:val="TableParagraph"/>
              <w:spacing w:line="264" w:lineRule="exact"/>
              <w:ind w:left="897"/>
              <w:jc w:val="both"/>
              <w:rPr>
                <w:sz w:val="24"/>
              </w:rPr>
            </w:pPr>
            <w:r w:rsidRPr="0078531E">
              <w:rPr>
                <w:sz w:val="24"/>
              </w:rPr>
              <w:t>észlelés,</w:t>
            </w:r>
            <w:r w:rsidRPr="0078531E">
              <w:rPr>
                <w:spacing w:val="-2"/>
                <w:sz w:val="24"/>
              </w:rPr>
              <w:t xml:space="preserve"> </w:t>
            </w:r>
            <w:r w:rsidRPr="0078531E">
              <w:rPr>
                <w:sz w:val="24"/>
              </w:rPr>
              <w:t>emlékezet,</w:t>
            </w:r>
            <w:r w:rsidRPr="0078531E">
              <w:rPr>
                <w:spacing w:val="-1"/>
                <w:sz w:val="24"/>
              </w:rPr>
              <w:t xml:space="preserve"> </w:t>
            </w:r>
            <w:r w:rsidRPr="0078531E">
              <w:rPr>
                <w:sz w:val="24"/>
              </w:rPr>
              <w:t>figyelem,</w:t>
            </w:r>
            <w:r w:rsidRPr="0078531E">
              <w:rPr>
                <w:spacing w:val="-2"/>
                <w:sz w:val="24"/>
              </w:rPr>
              <w:t xml:space="preserve"> </w:t>
            </w:r>
            <w:r w:rsidRPr="0078531E">
              <w:rPr>
                <w:sz w:val="24"/>
              </w:rPr>
              <w:t>képzelet,</w:t>
            </w:r>
            <w:r w:rsidRPr="0078531E">
              <w:rPr>
                <w:spacing w:val="-1"/>
                <w:sz w:val="24"/>
              </w:rPr>
              <w:t xml:space="preserve"> </w:t>
            </w:r>
            <w:r w:rsidRPr="0078531E">
              <w:rPr>
                <w:sz w:val="24"/>
              </w:rPr>
              <w:t>gondolkodás,</w:t>
            </w:r>
            <w:r w:rsidRPr="0078531E">
              <w:rPr>
                <w:spacing w:val="-1"/>
                <w:sz w:val="24"/>
              </w:rPr>
              <w:t xml:space="preserve"> </w:t>
            </w:r>
            <w:r w:rsidRPr="0078531E">
              <w:rPr>
                <w:spacing w:val="-2"/>
                <w:sz w:val="24"/>
              </w:rPr>
              <w:t>kommunikáció.)</w:t>
            </w:r>
          </w:p>
        </w:tc>
      </w:tr>
      <w:tr w:rsidR="0078531E" w:rsidRPr="0078531E" w14:paraId="43FB656E" w14:textId="77777777">
        <w:trPr>
          <w:trHeight w:val="1103"/>
        </w:trPr>
        <w:tc>
          <w:tcPr>
            <w:tcW w:w="9069" w:type="dxa"/>
          </w:tcPr>
          <w:p w14:paraId="6206888D" w14:textId="47963B46" w:rsidR="00AE0CFD" w:rsidRPr="0078531E" w:rsidRDefault="00E66FD5" w:rsidP="00964876">
            <w:pPr>
              <w:pStyle w:val="TableParagraph"/>
              <w:ind w:left="897" w:hanging="360"/>
              <w:jc w:val="both"/>
              <w:rPr>
                <w:sz w:val="24"/>
              </w:rPr>
            </w:pPr>
            <w:r w:rsidRPr="0078531E">
              <w:rPr>
                <w:sz w:val="24"/>
              </w:rPr>
              <w:t>8</w:t>
            </w:r>
            <w:r w:rsidR="00C3522D" w:rsidRPr="0078531E">
              <w:rPr>
                <w:sz w:val="24"/>
              </w:rPr>
              <w:t>.</w:t>
            </w:r>
            <w:r w:rsidR="00C3522D" w:rsidRPr="0078531E">
              <w:rPr>
                <w:spacing w:val="80"/>
                <w:sz w:val="24"/>
              </w:rPr>
              <w:t xml:space="preserve"> </w:t>
            </w:r>
            <w:r w:rsidR="00C3522D" w:rsidRPr="0078531E">
              <w:rPr>
                <w:sz w:val="24"/>
              </w:rPr>
              <w:t>A</w:t>
            </w:r>
            <w:r w:rsidR="00C3522D" w:rsidRPr="0078531E">
              <w:rPr>
                <w:spacing w:val="-4"/>
                <w:sz w:val="24"/>
              </w:rPr>
              <w:t xml:space="preserve"> </w:t>
            </w:r>
            <w:r w:rsidR="00C3522D" w:rsidRPr="0078531E">
              <w:rPr>
                <w:sz w:val="24"/>
              </w:rPr>
              <w:t>mindennapi</w:t>
            </w:r>
            <w:r w:rsidR="00C3522D" w:rsidRPr="0078531E">
              <w:rPr>
                <w:spacing w:val="-3"/>
                <w:sz w:val="24"/>
              </w:rPr>
              <w:t xml:space="preserve"> </w:t>
            </w:r>
            <w:r w:rsidR="00C3522D" w:rsidRPr="0078531E">
              <w:rPr>
                <w:sz w:val="24"/>
              </w:rPr>
              <w:t>meséléshez,</w:t>
            </w:r>
            <w:r w:rsidR="00C3522D" w:rsidRPr="0078531E">
              <w:rPr>
                <w:spacing w:val="-3"/>
                <w:sz w:val="24"/>
              </w:rPr>
              <w:t xml:space="preserve"> </w:t>
            </w:r>
            <w:r w:rsidR="00C3522D" w:rsidRPr="0078531E">
              <w:rPr>
                <w:sz w:val="24"/>
              </w:rPr>
              <w:t>mondókázáshoz</w:t>
            </w:r>
            <w:r w:rsidR="00C3522D" w:rsidRPr="0078531E">
              <w:rPr>
                <w:spacing w:val="-2"/>
                <w:sz w:val="24"/>
              </w:rPr>
              <w:t xml:space="preserve"> </w:t>
            </w:r>
            <w:r w:rsidR="00C3522D" w:rsidRPr="0078531E">
              <w:rPr>
                <w:sz w:val="24"/>
              </w:rPr>
              <w:t>és</w:t>
            </w:r>
            <w:r w:rsidR="00C3522D" w:rsidRPr="0078531E">
              <w:rPr>
                <w:spacing w:val="-4"/>
                <w:sz w:val="24"/>
              </w:rPr>
              <w:t xml:space="preserve"> </w:t>
            </w:r>
            <w:r w:rsidR="00C3522D" w:rsidRPr="0078531E">
              <w:rPr>
                <w:sz w:val="24"/>
              </w:rPr>
              <w:t>verseléshez</w:t>
            </w:r>
            <w:r w:rsidR="00C3522D" w:rsidRPr="0078531E">
              <w:rPr>
                <w:spacing w:val="-2"/>
                <w:sz w:val="24"/>
              </w:rPr>
              <w:t xml:space="preserve"> </w:t>
            </w:r>
            <w:r w:rsidR="00C3522D" w:rsidRPr="0078531E">
              <w:rPr>
                <w:sz w:val="24"/>
              </w:rPr>
              <w:t>szorosan</w:t>
            </w:r>
            <w:r w:rsidR="00C3522D" w:rsidRPr="0078531E">
              <w:rPr>
                <w:spacing w:val="-3"/>
                <w:sz w:val="24"/>
              </w:rPr>
              <w:t xml:space="preserve"> </w:t>
            </w:r>
            <w:r w:rsidR="00C3522D" w:rsidRPr="0078531E">
              <w:rPr>
                <w:sz w:val="24"/>
              </w:rPr>
              <w:t>kapcsolódnak</w:t>
            </w:r>
            <w:r w:rsidR="00C3522D" w:rsidRPr="0078531E">
              <w:rPr>
                <w:spacing w:val="-3"/>
                <w:sz w:val="24"/>
              </w:rPr>
              <w:t xml:space="preserve"> </w:t>
            </w:r>
            <w:r w:rsidR="00C3522D" w:rsidRPr="0078531E">
              <w:rPr>
                <w:sz w:val="24"/>
              </w:rPr>
              <w:t>a gyermekek</w:t>
            </w:r>
            <w:r w:rsidR="00C3522D" w:rsidRPr="0078531E">
              <w:rPr>
                <w:spacing w:val="-7"/>
                <w:sz w:val="24"/>
              </w:rPr>
              <w:t xml:space="preserve"> </w:t>
            </w:r>
            <w:r w:rsidR="00C3522D" w:rsidRPr="0078531E">
              <w:rPr>
                <w:b/>
                <w:i/>
                <w:sz w:val="24"/>
              </w:rPr>
              <w:t>bábjátékai.</w:t>
            </w:r>
            <w:r w:rsidR="00C3522D" w:rsidRPr="0078531E">
              <w:rPr>
                <w:b/>
                <w:i/>
                <w:spacing w:val="-4"/>
                <w:sz w:val="24"/>
              </w:rPr>
              <w:t xml:space="preserve"> </w:t>
            </w:r>
            <w:r w:rsidR="00C3522D" w:rsidRPr="0078531E">
              <w:rPr>
                <w:sz w:val="24"/>
              </w:rPr>
              <w:t>A</w:t>
            </w:r>
            <w:r w:rsidR="00C3522D" w:rsidRPr="0078531E">
              <w:rPr>
                <w:spacing w:val="-3"/>
                <w:sz w:val="24"/>
              </w:rPr>
              <w:t xml:space="preserve"> </w:t>
            </w:r>
            <w:r w:rsidR="00C3522D" w:rsidRPr="0078531E">
              <w:rPr>
                <w:sz w:val="24"/>
              </w:rPr>
              <w:t>hallott</w:t>
            </w:r>
            <w:r w:rsidR="00C3522D" w:rsidRPr="0078531E">
              <w:rPr>
                <w:spacing w:val="-4"/>
                <w:sz w:val="24"/>
              </w:rPr>
              <w:t xml:space="preserve"> </w:t>
            </w:r>
            <w:r w:rsidR="00C3522D" w:rsidRPr="0078531E">
              <w:rPr>
                <w:sz w:val="24"/>
              </w:rPr>
              <w:t>meséket</w:t>
            </w:r>
            <w:r w:rsidR="00C3522D" w:rsidRPr="0078531E">
              <w:rPr>
                <w:spacing w:val="-5"/>
                <w:sz w:val="24"/>
              </w:rPr>
              <w:t xml:space="preserve"> </w:t>
            </w:r>
            <w:r w:rsidR="00C3522D" w:rsidRPr="0078531E">
              <w:rPr>
                <w:sz w:val="24"/>
              </w:rPr>
              <w:t>és</w:t>
            </w:r>
            <w:r w:rsidR="00C3522D" w:rsidRPr="0078531E">
              <w:rPr>
                <w:spacing w:val="-5"/>
                <w:sz w:val="24"/>
              </w:rPr>
              <w:t xml:space="preserve"> </w:t>
            </w:r>
            <w:r w:rsidR="00C3522D" w:rsidRPr="0078531E">
              <w:rPr>
                <w:sz w:val="24"/>
              </w:rPr>
              <w:t>az</w:t>
            </w:r>
            <w:r w:rsidR="00C3522D" w:rsidRPr="0078531E">
              <w:rPr>
                <w:spacing w:val="-4"/>
                <w:sz w:val="24"/>
              </w:rPr>
              <w:t xml:space="preserve"> </w:t>
            </w:r>
            <w:r w:rsidR="00C3522D" w:rsidRPr="0078531E">
              <w:rPr>
                <w:sz w:val="24"/>
              </w:rPr>
              <w:t>általuk</w:t>
            </w:r>
            <w:r w:rsidR="00C3522D" w:rsidRPr="0078531E">
              <w:rPr>
                <w:spacing w:val="-4"/>
                <w:sz w:val="24"/>
              </w:rPr>
              <w:t xml:space="preserve"> </w:t>
            </w:r>
            <w:r w:rsidR="00C3522D" w:rsidRPr="0078531E">
              <w:rPr>
                <w:sz w:val="24"/>
              </w:rPr>
              <w:t>kitalált</w:t>
            </w:r>
            <w:r w:rsidR="00C3522D" w:rsidRPr="0078531E">
              <w:rPr>
                <w:spacing w:val="-4"/>
                <w:sz w:val="24"/>
              </w:rPr>
              <w:t xml:space="preserve"> </w:t>
            </w:r>
            <w:r w:rsidR="00C3522D" w:rsidRPr="0078531E">
              <w:rPr>
                <w:sz w:val="24"/>
              </w:rPr>
              <w:t>történeteket,</w:t>
            </w:r>
            <w:r w:rsidR="00C3522D" w:rsidRPr="0078531E">
              <w:rPr>
                <w:spacing w:val="-7"/>
                <w:sz w:val="24"/>
              </w:rPr>
              <w:t xml:space="preserve"> </w:t>
            </w:r>
            <w:r w:rsidR="00C3522D" w:rsidRPr="0078531E">
              <w:rPr>
                <w:spacing w:val="-2"/>
                <w:sz w:val="24"/>
              </w:rPr>
              <w:t>meséket,</w:t>
            </w:r>
          </w:p>
          <w:p w14:paraId="2FB1684F" w14:textId="77777777" w:rsidR="00AE0CFD" w:rsidRPr="0078531E" w:rsidRDefault="00C3522D" w:rsidP="00964876">
            <w:pPr>
              <w:pStyle w:val="TableParagraph"/>
              <w:spacing w:line="270" w:lineRule="atLeast"/>
              <w:ind w:left="897" w:right="233"/>
              <w:jc w:val="both"/>
              <w:rPr>
                <w:sz w:val="24"/>
              </w:rPr>
            </w:pPr>
            <w:proofErr w:type="spellStart"/>
            <w:r w:rsidRPr="0078531E">
              <w:rPr>
                <w:sz w:val="24"/>
              </w:rPr>
              <w:t>elbábozzák</w:t>
            </w:r>
            <w:proofErr w:type="spellEnd"/>
            <w:r w:rsidRPr="0078531E">
              <w:rPr>
                <w:sz w:val="24"/>
              </w:rPr>
              <w:t xml:space="preserve"> társaiknak. A bábjátékhoz közösen</w:t>
            </w:r>
            <w:r w:rsidRPr="0078531E">
              <w:rPr>
                <w:spacing w:val="28"/>
                <w:sz w:val="24"/>
              </w:rPr>
              <w:t xml:space="preserve"> </w:t>
            </w:r>
            <w:r w:rsidRPr="0078531E">
              <w:rPr>
                <w:sz w:val="24"/>
              </w:rPr>
              <w:t>készítenek bábokat</w:t>
            </w:r>
            <w:r w:rsidRPr="0078531E">
              <w:rPr>
                <w:spacing w:val="28"/>
                <w:sz w:val="24"/>
              </w:rPr>
              <w:t xml:space="preserve"> </w:t>
            </w:r>
            <w:r w:rsidRPr="0078531E">
              <w:rPr>
                <w:sz w:val="24"/>
              </w:rPr>
              <w:t>a felnőttekkel, vagy a kész bábokat használják fel.</w:t>
            </w:r>
          </w:p>
        </w:tc>
      </w:tr>
      <w:tr w:rsidR="0078531E" w:rsidRPr="0078531E" w14:paraId="2716991C" w14:textId="77777777">
        <w:trPr>
          <w:trHeight w:val="568"/>
        </w:trPr>
        <w:tc>
          <w:tcPr>
            <w:tcW w:w="9069" w:type="dxa"/>
          </w:tcPr>
          <w:p w14:paraId="1E6F18C9" w14:textId="4E5A35A6" w:rsidR="00AE0CFD" w:rsidRPr="0078531E" w:rsidRDefault="00E66FD5" w:rsidP="00964876">
            <w:pPr>
              <w:pStyle w:val="TableParagraph"/>
              <w:spacing w:line="270" w:lineRule="atLeast"/>
              <w:ind w:left="897" w:right="233" w:hanging="360"/>
              <w:jc w:val="both"/>
              <w:rPr>
                <w:sz w:val="24"/>
              </w:rPr>
            </w:pPr>
            <w:r w:rsidRPr="0078531E">
              <w:rPr>
                <w:sz w:val="24"/>
              </w:rPr>
              <w:t>9</w:t>
            </w:r>
            <w:r w:rsidR="00C3522D" w:rsidRPr="0078531E">
              <w:rPr>
                <w:sz w:val="24"/>
              </w:rPr>
              <w:t>.</w:t>
            </w:r>
            <w:r w:rsidR="00C3522D" w:rsidRPr="0078531E">
              <w:rPr>
                <w:spacing w:val="-4"/>
                <w:sz w:val="24"/>
              </w:rPr>
              <w:t xml:space="preserve"> </w:t>
            </w:r>
            <w:r w:rsidR="00C3522D" w:rsidRPr="0078531E">
              <w:rPr>
                <w:sz w:val="24"/>
              </w:rPr>
              <w:t>Programunkban lehetőséget teremtünk a gyermekek saját vers- és mesealkotására, annak mozgással és/vagy ábrázolással történő kombinálására.</w:t>
            </w:r>
          </w:p>
        </w:tc>
      </w:tr>
      <w:tr w:rsidR="00AE0CFD" w:rsidRPr="0078531E" w14:paraId="1F58866A" w14:textId="77777777">
        <w:trPr>
          <w:trHeight w:val="1655"/>
        </w:trPr>
        <w:tc>
          <w:tcPr>
            <w:tcW w:w="9069" w:type="dxa"/>
          </w:tcPr>
          <w:p w14:paraId="28FC8297" w14:textId="3B462161" w:rsidR="00AE0CFD" w:rsidRPr="0078531E" w:rsidRDefault="00C3522D">
            <w:pPr>
              <w:pStyle w:val="TableParagraph"/>
              <w:spacing w:line="268" w:lineRule="exact"/>
              <w:ind w:left="537"/>
              <w:jc w:val="both"/>
              <w:rPr>
                <w:sz w:val="24"/>
              </w:rPr>
            </w:pPr>
            <w:r w:rsidRPr="0078531E">
              <w:rPr>
                <w:sz w:val="24"/>
              </w:rPr>
              <w:t>1</w:t>
            </w:r>
            <w:r w:rsidR="00E66FD5" w:rsidRPr="0078531E">
              <w:rPr>
                <w:sz w:val="24"/>
              </w:rPr>
              <w:t>0</w:t>
            </w:r>
            <w:r w:rsidRPr="0078531E">
              <w:rPr>
                <w:sz w:val="24"/>
              </w:rPr>
              <w:t>.</w:t>
            </w:r>
            <w:r w:rsidRPr="0078531E">
              <w:rPr>
                <w:spacing w:val="-5"/>
                <w:sz w:val="24"/>
              </w:rPr>
              <w:t xml:space="preserve"> </w:t>
            </w:r>
            <w:r w:rsidRPr="0078531E">
              <w:rPr>
                <w:sz w:val="24"/>
              </w:rPr>
              <w:t>BESZÉLGETÉSEK:</w:t>
            </w:r>
            <w:r w:rsidRPr="0078531E">
              <w:rPr>
                <w:spacing w:val="-2"/>
                <w:sz w:val="24"/>
              </w:rPr>
              <w:t xml:space="preserve"> </w:t>
            </w:r>
            <w:r w:rsidRPr="0078531E">
              <w:rPr>
                <w:sz w:val="24"/>
              </w:rPr>
              <w:t>Az</w:t>
            </w:r>
            <w:r w:rsidRPr="0078531E">
              <w:rPr>
                <w:spacing w:val="-1"/>
                <w:sz w:val="24"/>
              </w:rPr>
              <w:t xml:space="preserve"> </w:t>
            </w:r>
            <w:r w:rsidRPr="0078531E">
              <w:rPr>
                <w:sz w:val="24"/>
              </w:rPr>
              <w:t>anyanyelvi nevelést</w:t>
            </w:r>
            <w:r w:rsidRPr="0078531E">
              <w:rPr>
                <w:spacing w:val="-2"/>
                <w:sz w:val="24"/>
              </w:rPr>
              <w:t xml:space="preserve"> </w:t>
            </w:r>
            <w:r w:rsidRPr="0078531E">
              <w:rPr>
                <w:sz w:val="24"/>
              </w:rPr>
              <w:t>és</w:t>
            </w:r>
            <w:r w:rsidRPr="0078531E">
              <w:rPr>
                <w:spacing w:val="-3"/>
                <w:sz w:val="24"/>
              </w:rPr>
              <w:t xml:space="preserve"> </w:t>
            </w:r>
            <w:r w:rsidRPr="0078531E">
              <w:rPr>
                <w:sz w:val="24"/>
              </w:rPr>
              <w:t>kommunikáció</w:t>
            </w:r>
            <w:r w:rsidRPr="0078531E">
              <w:rPr>
                <w:spacing w:val="-1"/>
                <w:sz w:val="24"/>
              </w:rPr>
              <w:t xml:space="preserve"> </w:t>
            </w:r>
            <w:r w:rsidRPr="0078531E">
              <w:rPr>
                <w:spacing w:val="-2"/>
                <w:sz w:val="24"/>
              </w:rPr>
              <w:t>fejlesztését</w:t>
            </w:r>
          </w:p>
          <w:p w14:paraId="7A2AB644" w14:textId="77777777" w:rsidR="00AE0CFD" w:rsidRPr="0078531E" w:rsidRDefault="00C3522D">
            <w:pPr>
              <w:pStyle w:val="TableParagraph"/>
              <w:ind w:left="897" w:right="405"/>
              <w:jc w:val="both"/>
              <w:rPr>
                <w:sz w:val="24"/>
              </w:rPr>
            </w:pPr>
            <w:r w:rsidRPr="0078531E">
              <w:rPr>
                <w:sz w:val="24"/>
              </w:rPr>
              <w:t>szolgálják</w:t>
            </w:r>
            <w:r w:rsidRPr="0078531E">
              <w:rPr>
                <w:spacing w:val="-5"/>
                <w:sz w:val="24"/>
              </w:rPr>
              <w:t xml:space="preserve"> </w:t>
            </w:r>
            <w:r w:rsidRPr="0078531E">
              <w:rPr>
                <w:sz w:val="24"/>
              </w:rPr>
              <w:t>a</w:t>
            </w:r>
            <w:r w:rsidRPr="0078531E">
              <w:rPr>
                <w:spacing w:val="-6"/>
                <w:sz w:val="24"/>
              </w:rPr>
              <w:t xml:space="preserve"> </w:t>
            </w:r>
            <w:r w:rsidRPr="0078531E">
              <w:rPr>
                <w:sz w:val="24"/>
              </w:rPr>
              <w:t>napirendben</w:t>
            </w:r>
            <w:r w:rsidRPr="0078531E">
              <w:rPr>
                <w:spacing w:val="-4"/>
                <w:sz w:val="24"/>
              </w:rPr>
              <w:t xml:space="preserve"> </w:t>
            </w:r>
            <w:r w:rsidRPr="0078531E">
              <w:rPr>
                <w:sz w:val="24"/>
              </w:rPr>
              <w:t>szereplő</w:t>
            </w:r>
            <w:r w:rsidRPr="0078531E">
              <w:rPr>
                <w:spacing w:val="-5"/>
                <w:sz w:val="24"/>
              </w:rPr>
              <w:t xml:space="preserve"> </w:t>
            </w:r>
            <w:r w:rsidRPr="0078531E">
              <w:rPr>
                <w:sz w:val="24"/>
              </w:rPr>
              <w:t>beszélgetések,</w:t>
            </w:r>
            <w:r w:rsidRPr="0078531E">
              <w:rPr>
                <w:spacing w:val="-5"/>
                <w:sz w:val="24"/>
              </w:rPr>
              <w:t xml:space="preserve"> </w:t>
            </w:r>
            <w:r w:rsidRPr="0078531E">
              <w:rPr>
                <w:sz w:val="24"/>
              </w:rPr>
              <w:t>amikor</w:t>
            </w:r>
            <w:r w:rsidRPr="0078531E">
              <w:rPr>
                <w:spacing w:val="-5"/>
                <w:sz w:val="24"/>
              </w:rPr>
              <w:t xml:space="preserve"> </w:t>
            </w:r>
            <w:r w:rsidRPr="0078531E">
              <w:rPr>
                <w:sz w:val="24"/>
              </w:rPr>
              <w:t>a</w:t>
            </w:r>
            <w:r w:rsidRPr="0078531E">
              <w:rPr>
                <w:spacing w:val="-7"/>
                <w:sz w:val="24"/>
              </w:rPr>
              <w:t xml:space="preserve"> </w:t>
            </w:r>
            <w:r w:rsidRPr="0078531E">
              <w:rPr>
                <w:sz w:val="24"/>
              </w:rPr>
              <w:t>gyermekek</w:t>
            </w:r>
            <w:r w:rsidRPr="0078531E">
              <w:rPr>
                <w:spacing w:val="-5"/>
                <w:sz w:val="24"/>
              </w:rPr>
              <w:t xml:space="preserve"> </w:t>
            </w:r>
            <w:r w:rsidRPr="0078531E">
              <w:rPr>
                <w:sz w:val="24"/>
              </w:rPr>
              <w:t>csoportos, szervezett formában megbeszélhetik társaikkal és a felnőttekkel az őket</w:t>
            </w:r>
          </w:p>
          <w:p w14:paraId="539F3F9F" w14:textId="77777777" w:rsidR="00AE0CFD" w:rsidRPr="0078531E" w:rsidRDefault="00C3522D">
            <w:pPr>
              <w:pStyle w:val="TableParagraph"/>
              <w:spacing w:line="270" w:lineRule="atLeast"/>
              <w:ind w:left="897" w:right="361"/>
              <w:jc w:val="both"/>
              <w:rPr>
                <w:sz w:val="24"/>
              </w:rPr>
            </w:pPr>
            <w:r w:rsidRPr="0078531E">
              <w:rPr>
                <w:sz w:val="24"/>
              </w:rPr>
              <w:t>foglalkoztató</w:t>
            </w:r>
            <w:r w:rsidRPr="0078531E">
              <w:rPr>
                <w:spacing w:val="-4"/>
                <w:sz w:val="24"/>
              </w:rPr>
              <w:t xml:space="preserve"> </w:t>
            </w:r>
            <w:r w:rsidRPr="0078531E">
              <w:rPr>
                <w:sz w:val="24"/>
              </w:rPr>
              <w:t>időszerű</w:t>
            </w:r>
            <w:r w:rsidRPr="0078531E">
              <w:rPr>
                <w:spacing w:val="-4"/>
                <w:sz w:val="24"/>
              </w:rPr>
              <w:t xml:space="preserve"> </w:t>
            </w:r>
            <w:r w:rsidRPr="0078531E">
              <w:rPr>
                <w:sz w:val="24"/>
              </w:rPr>
              <w:t>kérdéseket,</w:t>
            </w:r>
            <w:r w:rsidRPr="0078531E">
              <w:rPr>
                <w:spacing w:val="-4"/>
                <w:sz w:val="24"/>
              </w:rPr>
              <w:t xml:space="preserve"> </w:t>
            </w:r>
            <w:r w:rsidRPr="0078531E">
              <w:rPr>
                <w:sz w:val="24"/>
              </w:rPr>
              <w:t>beszámolhatnak</w:t>
            </w:r>
            <w:r w:rsidRPr="0078531E">
              <w:rPr>
                <w:spacing w:val="-4"/>
                <w:sz w:val="24"/>
              </w:rPr>
              <w:t xml:space="preserve"> </w:t>
            </w:r>
            <w:r w:rsidRPr="0078531E">
              <w:rPr>
                <w:sz w:val="24"/>
              </w:rPr>
              <w:t>a</w:t>
            </w:r>
            <w:r w:rsidRPr="0078531E">
              <w:rPr>
                <w:spacing w:val="-6"/>
                <w:sz w:val="24"/>
              </w:rPr>
              <w:t xml:space="preserve"> </w:t>
            </w:r>
            <w:r w:rsidRPr="0078531E">
              <w:rPr>
                <w:sz w:val="24"/>
              </w:rPr>
              <w:t>velük</w:t>
            </w:r>
            <w:r w:rsidRPr="0078531E">
              <w:rPr>
                <w:spacing w:val="-4"/>
                <w:sz w:val="24"/>
              </w:rPr>
              <w:t xml:space="preserve"> </w:t>
            </w:r>
            <w:r w:rsidRPr="0078531E">
              <w:rPr>
                <w:sz w:val="24"/>
              </w:rPr>
              <w:t>történt</w:t>
            </w:r>
            <w:r w:rsidRPr="0078531E">
              <w:rPr>
                <w:spacing w:val="-4"/>
                <w:sz w:val="24"/>
              </w:rPr>
              <w:t xml:space="preserve"> </w:t>
            </w:r>
            <w:proofErr w:type="gramStart"/>
            <w:r w:rsidRPr="0078531E">
              <w:rPr>
                <w:sz w:val="24"/>
              </w:rPr>
              <w:t>eseményekről,</w:t>
            </w:r>
            <w:proofErr w:type="gramEnd"/>
            <w:r w:rsidRPr="0078531E">
              <w:rPr>
                <w:sz w:val="24"/>
              </w:rPr>
              <w:t xml:space="preserve"> stb.</w:t>
            </w:r>
            <w:r w:rsidRPr="0078531E">
              <w:rPr>
                <w:spacing w:val="-6"/>
                <w:sz w:val="24"/>
              </w:rPr>
              <w:t xml:space="preserve"> </w:t>
            </w:r>
            <w:r w:rsidRPr="0078531E">
              <w:rPr>
                <w:sz w:val="24"/>
              </w:rPr>
              <w:t>Ezek</w:t>
            </w:r>
            <w:r w:rsidRPr="0078531E">
              <w:rPr>
                <w:spacing w:val="-6"/>
                <w:sz w:val="24"/>
              </w:rPr>
              <w:t xml:space="preserve"> </w:t>
            </w:r>
            <w:r w:rsidRPr="0078531E">
              <w:rPr>
                <w:sz w:val="24"/>
              </w:rPr>
              <w:t>az</w:t>
            </w:r>
            <w:r w:rsidRPr="0078531E">
              <w:rPr>
                <w:spacing w:val="-5"/>
                <w:sz w:val="24"/>
              </w:rPr>
              <w:t xml:space="preserve"> </w:t>
            </w:r>
            <w:r w:rsidRPr="0078531E">
              <w:rPr>
                <w:sz w:val="24"/>
              </w:rPr>
              <w:t>alkalmak</w:t>
            </w:r>
            <w:r w:rsidRPr="0078531E">
              <w:rPr>
                <w:spacing w:val="-6"/>
                <w:sz w:val="24"/>
              </w:rPr>
              <w:t xml:space="preserve"> </w:t>
            </w:r>
            <w:r w:rsidRPr="0078531E">
              <w:rPr>
                <w:sz w:val="24"/>
              </w:rPr>
              <w:t>segítenek</w:t>
            </w:r>
            <w:r w:rsidRPr="0078531E">
              <w:rPr>
                <w:spacing w:val="-4"/>
                <w:sz w:val="24"/>
              </w:rPr>
              <w:t xml:space="preserve"> </w:t>
            </w:r>
            <w:r w:rsidRPr="0078531E">
              <w:rPr>
                <w:sz w:val="24"/>
              </w:rPr>
              <w:t>a</w:t>
            </w:r>
            <w:r w:rsidRPr="0078531E">
              <w:rPr>
                <w:spacing w:val="-5"/>
                <w:sz w:val="24"/>
              </w:rPr>
              <w:t xml:space="preserve"> </w:t>
            </w:r>
            <w:r w:rsidRPr="0078531E">
              <w:rPr>
                <w:sz w:val="24"/>
              </w:rPr>
              <w:t>gyermekek</w:t>
            </w:r>
            <w:r w:rsidRPr="0078531E">
              <w:rPr>
                <w:spacing w:val="-6"/>
                <w:sz w:val="24"/>
              </w:rPr>
              <w:t xml:space="preserve"> </w:t>
            </w:r>
            <w:r w:rsidRPr="0078531E">
              <w:rPr>
                <w:sz w:val="24"/>
              </w:rPr>
              <w:t>toleranciájának</w:t>
            </w:r>
            <w:r w:rsidRPr="0078531E">
              <w:rPr>
                <w:spacing w:val="-6"/>
                <w:sz w:val="24"/>
              </w:rPr>
              <w:t xml:space="preserve"> </w:t>
            </w:r>
            <w:r w:rsidRPr="0078531E">
              <w:rPr>
                <w:sz w:val="24"/>
              </w:rPr>
              <w:t>kifejlesztésében,</w:t>
            </w:r>
            <w:r w:rsidRPr="0078531E">
              <w:rPr>
                <w:spacing w:val="-6"/>
                <w:sz w:val="24"/>
              </w:rPr>
              <w:t xml:space="preserve"> </w:t>
            </w:r>
            <w:r w:rsidRPr="0078531E">
              <w:rPr>
                <w:sz w:val="24"/>
              </w:rPr>
              <w:t>az egymásra figyelés a másik meghallgatásának képességének kialakulásában.</w:t>
            </w:r>
          </w:p>
        </w:tc>
      </w:tr>
    </w:tbl>
    <w:p w14:paraId="22294735" w14:textId="77777777" w:rsidR="00AE0CFD" w:rsidRPr="0078531E" w:rsidRDefault="00AE0CFD">
      <w:pPr>
        <w:pStyle w:val="Szvegtrzs"/>
        <w:rPr>
          <w:b/>
        </w:rPr>
      </w:pPr>
    </w:p>
    <w:p w14:paraId="249D86A9" w14:textId="77777777" w:rsidR="00AE0CFD" w:rsidRPr="0078531E" w:rsidRDefault="00AE0CFD">
      <w:pPr>
        <w:pStyle w:val="Szvegtrzs"/>
        <w:spacing w:before="83"/>
        <w:rPr>
          <w:b/>
        </w:rPr>
      </w:pPr>
    </w:p>
    <w:p w14:paraId="4A43C308" w14:textId="615BA9E5" w:rsidR="00AE0CFD" w:rsidRPr="0078531E" w:rsidRDefault="008A0135" w:rsidP="0007465E">
      <w:pPr>
        <w:ind w:left="630"/>
        <w:jc w:val="center"/>
        <w:rPr>
          <w:b/>
          <w:sz w:val="24"/>
        </w:rPr>
      </w:pPr>
      <w:r w:rsidRPr="0078531E">
        <w:rPr>
          <w:b/>
          <w:spacing w:val="-2"/>
          <w:sz w:val="24"/>
        </w:rPr>
        <w:t xml:space="preserve">MINDENNAPOS </w:t>
      </w:r>
      <w:r w:rsidR="00C3522D" w:rsidRPr="0078531E">
        <w:rPr>
          <w:b/>
          <w:spacing w:val="-2"/>
          <w:sz w:val="24"/>
        </w:rPr>
        <w:t>MOZGÁS</w:t>
      </w:r>
    </w:p>
    <w:p w14:paraId="249DE83E" w14:textId="77777777" w:rsidR="00AE0CFD" w:rsidRPr="0078531E" w:rsidRDefault="00AE0CFD">
      <w:pPr>
        <w:pStyle w:val="Szvegtrzs"/>
        <w:spacing w:before="109"/>
        <w:rPr>
          <w:b/>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9"/>
      </w:tblGrid>
      <w:tr w:rsidR="0078531E" w:rsidRPr="0078531E" w14:paraId="38310B13" w14:textId="77777777">
        <w:trPr>
          <w:trHeight w:val="566"/>
        </w:trPr>
        <w:tc>
          <w:tcPr>
            <w:tcW w:w="9069" w:type="dxa"/>
          </w:tcPr>
          <w:p w14:paraId="034537F7" w14:textId="77777777" w:rsidR="005863FF" w:rsidRPr="0078531E" w:rsidRDefault="008A0135" w:rsidP="00964876">
            <w:pPr>
              <w:pStyle w:val="TableParagraph"/>
              <w:spacing w:line="276" w:lineRule="exact"/>
              <w:ind w:left="699" w:right="233" w:hanging="162"/>
              <w:jc w:val="both"/>
              <w:rPr>
                <w:sz w:val="24"/>
                <w:szCs w:val="24"/>
              </w:rPr>
            </w:pPr>
            <w:r w:rsidRPr="0078531E">
              <w:rPr>
                <w:sz w:val="24"/>
                <w:szCs w:val="24"/>
              </w:rPr>
              <w:t>A gyermek legalapvetőbb szükséglete, természetes megnyilvánulási formája a mozgás. A rendszeres, örömmel végzett, közösségben történő testmozgás hozzájárul a gyermek optimális személyiségfejlődéséhez, továbbá az egészséges életvitel kialakulásához.</w:t>
            </w:r>
          </w:p>
          <w:p w14:paraId="119A88EC" w14:textId="77777777" w:rsidR="005863FF" w:rsidRPr="0078531E" w:rsidRDefault="005863FF" w:rsidP="00964876">
            <w:pPr>
              <w:pStyle w:val="TableParagraph"/>
              <w:spacing w:line="276" w:lineRule="exact"/>
              <w:ind w:left="699" w:right="233" w:hanging="162"/>
              <w:jc w:val="both"/>
              <w:rPr>
                <w:sz w:val="24"/>
                <w:szCs w:val="24"/>
              </w:rPr>
            </w:pPr>
          </w:p>
          <w:p w14:paraId="5C0C3173" w14:textId="1180B488" w:rsidR="005863FF" w:rsidRPr="0078531E" w:rsidRDefault="008A0135" w:rsidP="00964876">
            <w:pPr>
              <w:pStyle w:val="TableParagraph"/>
              <w:spacing w:line="276" w:lineRule="exact"/>
              <w:ind w:left="699" w:right="233" w:hanging="162"/>
              <w:jc w:val="both"/>
              <w:rPr>
                <w:sz w:val="24"/>
                <w:szCs w:val="24"/>
              </w:rPr>
            </w:pPr>
            <w:r w:rsidRPr="0078531E">
              <w:rPr>
                <w:sz w:val="24"/>
                <w:szCs w:val="24"/>
              </w:rPr>
              <w:lastRenderedPageBreak/>
              <w:t xml:space="preserve"> A tevékenység alapvető szervezeti keretei a következők: </w:t>
            </w:r>
          </w:p>
          <w:p w14:paraId="4129167C" w14:textId="77777777" w:rsidR="005863FF" w:rsidRPr="0078531E" w:rsidRDefault="008A0135" w:rsidP="00964876">
            <w:pPr>
              <w:pStyle w:val="TableParagraph"/>
              <w:spacing w:line="276" w:lineRule="exact"/>
              <w:ind w:left="699" w:right="233" w:hanging="162"/>
              <w:jc w:val="both"/>
              <w:rPr>
                <w:sz w:val="24"/>
                <w:szCs w:val="24"/>
              </w:rPr>
            </w:pPr>
            <w:r w:rsidRPr="0078531E">
              <w:rPr>
                <w:sz w:val="24"/>
                <w:szCs w:val="24"/>
              </w:rPr>
              <w:t>a) spontán, aktív szabad játékban megjelenő mozgásos tevékenység,</w:t>
            </w:r>
          </w:p>
          <w:p w14:paraId="07825CBF" w14:textId="77777777" w:rsidR="005863FF" w:rsidRPr="0078531E" w:rsidRDefault="008A0135" w:rsidP="00964876">
            <w:pPr>
              <w:pStyle w:val="TableParagraph"/>
              <w:spacing w:line="276" w:lineRule="exact"/>
              <w:ind w:left="699" w:right="233" w:hanging="162"/>
              <w:jc w:val="both"/>
              <w:rPr>
                <w:sz w:val="24"/>
                <w:szCs w:val="24"/>
              </w:rPr>
            </w:pPr>
            <w:r w:rsidRPr="0078531E">
              <w:rPr>
                <w:sz w:val="24"/>
                <w:szCs w:val="24"/>
              </w:rPr>
              <w:t xml:space="preserve"> b) irányított, mindennapos mozgásfejlesztés,</w:t>
            </w:r>
          </w:p>
          <w:p w14:paraId="3303E9E7" w14:textId="605066BD" w:rsidR="008A0135" w:rsidRPr="0078531E" w:rsidRDefault="008A0135" w:rsidP="00964876">
            <w:pPr>
              <w:pStyle w:val="TableParagraph"/>
              <w:spacing w:line="276" w:lineRule="exact"/>
              <w:ind w:left="699" w:right="233" w:hanging="162"/>
              <w:jc w:val="both"/>
              <w:rPr>
                <w:sz w:val="24"/>
                <w:szCs w:val="24"/>
              </w:rPr>
            </w:pPr>
            <w:r w:rsidRPr="0078531E">
              <w:rPr>
                <w:sz w:val="24"/>
                <w:szCs w:val="24"/>
              </w:rPr>
              <w:t xml:space="preserve"> c) szervezett mozgásos tevékenység.</w:t>
            </w:r>
          </w:p>
        </w:tc>
      </w:tr>
      <w:tr w:rsidR="0078531E" w:rsidRPr="0078531E" w14:paraId="72DD7195" w14:textId="77777777">
        <w:trPr>
          <w:trHeight w:val="566"/>
        </w:trPr>
        <w:tc>
          <w:tcPr>
            <w:tcW w:w="9069" w:type="dxa"/>
          </w:tcPr>
          <w:p w14:paraId="0441FEED" w14:textId="7115D761" w:rsidR="008A0135" w:rsidRPr="0078531E" w:rsidRDefault="008A0135" w:rsidP="00964876">
            <w:pPr>
              <w:pStyle w:val="TableParagraph"/>
              <w:spacing w:line="276" w:lineRule="exact"/>
              <w:ind w:left="699" w:right="233" w:hanging="162"/>
              <w:jc w:val="both"/>
              <w:rPr>
                <w:sz w:val="24"/>
                <w:szCs w:val="24"/>
              </w:rPr>
            </w:pPr>
            <w:r w:rsidRPr="0078531E">
              <w:rPr>
                <w:sz w:val="24"/>
                <w:szCs w:val="24"/>
              </w:rPr>
              <w:lastRenderedPageBreak/>
              <w:t>Az óvodai élet minden napján biztosított aktív szabad játék mellett hangsúlyosan jelennek meg az irányított mozgásos tevékenységek, amelyek játékos környezetben és játékba ágyazottan fejlesztik az alapvető mozgáskészségeket és a kapcsolódó fogalmi rendszert.</w:t>
            </w:r>
          </w:p>
        </w:tc>
      </w:tr>
      <w:tr w:rsidR="0078531E" w:rsidRPr="0078531E" w14:paraId="25F23248" w14:textId="77777777">
        <w:trPr>
          <w:trHeight w:val="566"/>
        </w:trPr>
        <w:tc>
          <w:tcPr>
            <w:tcW w:w="9069" w:type="dxa"/>
          </w:tcPr>
          <w:p w14:paraId="58E3604C" w14:textId="77777777" w:rsidR="00AE0CFD" w:rsidRPr="0078531E" w:rsidRDefault="00C3522D" w:rsidP="00964876">
            <w:pPr>
              <w:pStyle w:val="TableParagraph"/>
              <w:spacing w:line="276" w:lineRule="exact"/>
              <w:ind w:left="699" w:right="233" w:hanging="162"/>
              <w:jc w:val="both"/>
              <w:rPr>
                <w:sz w:val="24"/>
              </w:rPr>
            </w:pPr>
            <w:r w:rsidRPr="0078531E">
              <w:rPr>
                <w:sz w:val="24"/>
              </w:rPr>
              <w:t xml:space="preserve">1. Programunk mozgásos tevékenységeiben együttesen érvényesül a rugalmasság és a </w:t>
            </w:r>
            <w:r w:rsidRPr="0078531E">
              <w:rPr>
                <w:spacing w:val="-2"/>
                <w:sz w:val="24"/>
              </w:rPr>
              <w:t>kötöttség.</w:t>
            </w:r>
          </w:p>
        </w:tc>
      </w:tr>
      <w:tr w:rsidR="0078531E" w:rsidRPr="0078531E" w14:paraId="58EF90C5" w14:textId="77777777">
        <w:trPr>
          <w:trHeight w:val="568"/>
        </w:trPr>
        <w:tc>
          <w:tcPr>
            <w:tcW w:w="9069" w:type="dxa"/>
          </w:tcPr>
          <w:p w14:paraId="577FB27F" w14:textId="77777777" w:rsidR="00AE0CFD" w:rsidRPr="0078531E" w:rsidRDefault="00C3522D" w:rsidP="00964876">
            <w:pPr>
              <w:pStyle w:val="TableParagraph"/>
              <w:spacing w:before="138"/>
              <w:ind w:left="699" w:hanging="162"/>
              <w:jc w:val="both"/>
              <w:rPr>
                <w:sz w:val="24"/>
              </w:rPr>
            </w:pPr>
            <w:r w:rsidRPr="0078531E">
              <w:rPr>
                <w:sz w:val="24"/>
              </w:rPr>
              <w:t>2.A</w:t>
            </w:r>
            <w:r w:rsidRPr="0078531E">
              <w:rPr>
                <w:spacing w:val="-5"/>
                <w:sz w:val="24"/>
              </w:rPr>
              <w:t xml:space="preserve"> </w:t>
            </w:r>
            <w:r w:rsidRPr="0078531E">
              <w:rPr>
                <w:sz w:val="24"/>
              </w:rPr>
              <w:t>heti</w:t>
            </w:r>
            <w:r w:rsidRPr="0078531E">
              <w:rPr>
                <w:spacing w:val="-1"/>
                <w:sz w:val="24"/>
              </w:rPr>
              <w:t xml:space="preserve"> </w:t>
            </w:r>
            <w:r w:rsidRPr="0078531E">
              <w:rPr>
                <w:sz w:val="24"/>
              </w:rPr>
              <w:t>rendben egy</w:t>
            </w:r>
            <w:r w:rsidRPr="0078531E">
              <w:rPr>
                <w:spacing w:val="-6"/>
                <w:sz w:val="24"/>
              </w:rPr>
              <w:t xml:space="preserve"> </w:t>
            </w:r>
            <w:r w:rsidRPr="0078531E">
              <w:rPr>
                <w:sz w:val="24"/>
              </w:rPr>
              <w:t>nap kötött</w:t>
            </w:r>
            <w:r w:rsidRPr="0078531E">
              <w:rPr>
                <w:spacing w:val="-1"/>
                <w:sz w:val="24"/>
              </w:rPr>
              <w:t xml:space="preserve"> </w:t>
            </w:r>
            <w:r w:rsidRPr="0078531E">
              <w:rPr>
                <w:sz w:val="24"/>
              </w:rPr>
              <w:t>formában</w:t>
            </w:r>
            <w:r w:rsidRPr="0078531E">
              <w:rPr>
                <w:spacing w:val="-2"/>
                <w:sz w:val="24"/>
              </w:rPr>
              <w:t xml:space="preserve"> </w:t>
            </w:r>
            <w:r w:rsidRPr="0078531E">
              <w:rPr>
                <w:sz w:val="24"/>
              </w:rPr>
              <w:t>szervezünk</w:t>
            </w:r>
            <w:r w:rsidRPr="0078531E">
              <w:rPr>
                <w:spacing w:val="-2"/>
                <w:sz w:val="24"/>
              </w:rPr>
              <w:t xml:space="preserve"> </w:t>
            </w:r>
            <w:r w:rsidRPr="0078531E">
              <w:rPr>
                <w:sz w:val="24"/>
              </w:rPr>
              <w:t>kiemelt</w:t>
            </w:r>
            <w:r w:rsidRPr="0078531E">
              <w:rPr>
                <w:spacing w:val="-1"/>
                <w:sz w:val="24"/>
              </w:rPr>
              <w:t xml:space="preserve"> </w:t>
            </w:r>
            <w:r w:rsidRPr="0078531E">
              <w:rPr>
                <w:sz w:val="24"/>
              </w:rPr>
              <w:t>mozgásos</w:t>
            </w:r>
            <w:r w:rsidRPr="0078531E">
              <w:rPr>
                <w:spacing w:val="-2"/>
                <w:sz w:val="24"/>
              </w:rPr>
              <w:t xml:space="preserve"> tevékenységet.</w:t>
            </w:r>
          </w:p>
        </w:tc>
      </w:tr>
      <w:tr w:rsidR="0078531E" w:rsidRPr="0078531E" w14:paraId="22585489" w14:textId="77777777">
        <w:trPr>
          <w:trHeight w:val="566"/>
        </w:trPr>
        <w:tc>
          <w:tcPr>
            <w:tcW w:w="9069" w:type="dxa"/>
          </w:tcPr>
          <w:p w14:paraId="7991BF36" w14:textId="77777777" w:rsidR="00AE0CFD" w:rsidRPr="0078531E" w:rsidRDefault="00C3522D" w:rsidP="00964876">
            <w:pPr>
              <w:pStyle w:val="TableParagraph"/>
              <w:spacing w:line="276" w:lineRule="exact"/>
              <w:ind w:left="699" w:hanging="162"/>
              <w:jc w:val="both"/>
              <w:rPr>
                <w:b/>
                <w:i/>
                <w:sz w:val="24"/>
              </w:rPr>
            </w:pPr>
            <w:r w:rsidRPr="0078531E">
              <w:rPr>
                <w:sz w:val="24"/>
              </w:rPr>
              <w:t>3.</w:t>
            </w:r>
            <w:r w:rsidRPr="0078531E">
              <w:rPr>
                <w:spacing w:val="-2"/>
                <w:sz w:val="24"/>
              </w:rPr>
              <w:t xml:space="preserve"> </w:t>
            </w:r>
            <w:r w:rsidRPr="0078531E">
              <w:rPr>
                <w:sz w:val="24"/>
              </w:rPr>
              <w:t>Mindennap</w:t>
            </w:r>
            <w:r w:rsidRPr="0078531E">
              <w:rPr>
                <w:spacing w:val="-1"/>
                <w:sz w:val="24"/>
              </w:rPr>
              <w:t xml:space="preserve"> </w:t>
            </w:r>
            <w:r w:rsidRPr="0078531E">
              <w:rPr>
                <w:sz w:val="24"/>
              </w:rPr>
              <w:t>szervezünk</w:t>
            </w:r>
            <w:r w:rsidRPr="0078531E">
              <w:rPr>
                <w:spacing w:val="-1"/>
                <w:sz w:val="24"/>
              </w:rPr>
              <w:t xml:space="preserve"> </w:t>
            </w:r>
            <w:r w:rsidRPr="0078531E">
              <w:rPr>
                <w:sz w:val="24"/>
              </w:rPr>
              <w:t>mozgásos</w:t>
            </w:r>
            <w:r w:rsidRPr="0078531E">
              <w:rPr>
                <w:spacing w:val="-2"/>
                <w:sz w:val="24"/>
              </w:rPr>
              <w:t xml:space="preserve"> </w:t>
            </w:r>
            <w:r w:rsidRPr="0078531E">
              <w:rPr>
                <w:sz w:val="24"/>
              </w:rPr>
              <w:t>játékokat,</w:t>
            </w:r>
            <w:r w:rsidRPr="0078531E">
              <w:rPr>
                <w:spacing w:val="-1"/>
                <w:sz w:val="24"/>
              </w:rPr>
              <w:t xml:space="preserve"> </w:t>
            </w:r>
            <w:r w:rsidRPr="0078531E">
              <w:rPr>
                <w:sz w:val="24"/>
              </w:rPr>
              <w:t xml:space="preserve">melybe a </w:t>
            </w:r>
            <w:r w:rsidRPr="0078531E">
              <w:rPr>
                <w:b/>
                <w:i/>
                <w:sz w:val="24"/>
                <w:u w:val="single"/>
              </w:rPr>
              <w:t>láb-</w:t>
            </w:r>
            <w:r w:rsidRPr="0078531E">
              <w:rPr>
                <w:b/>
                <w:i/>
                <w:spacing w:val="-2"/>
                <w:sz w:val="24"/>
                <w:u w:val="single"/>
              </w:rPr>
              <w:t xml:space="preserve"> </w:t>
            </w:r>
            <w:r w:rsidRPr="0078531E">
              <w:rPr>
                <w:b/>
                <w:i/>
                <w:sz w:val="24"/>
                <w:u w:val="single"/>
              </w:rPr>
              <w:t>és</w:t>
            </w:r>
            <w:r w:rsidRPr="0078531E">
              <w:rPr>
                <w:b/>
                <w:i/>
                <w:spacing w:val="-2"/>
                <w:sz w:val="24"/>
                <w:u w:val="single"/>
              </w:rPr>
              <w:t xml:space="preserve"> </w:t>
            </w:r>
            <w:r w:rsidRPr="0078531E">
              <w:rPr>
                <w:b/>
                <w:i/>
                <w:sz w:val="24"/>
                <w:u w:val="single"/>
              </w:rPr>
              <w:t>testtartást</w:t>
            </w:r>
            <w:r w:rsidRPr="0078531E">
              <w:rPr>
                <w:b/>
                <w:i/>
                <w:spacing w:val="-1"/>
                <w:sz w:val="24"/>
                <w:u w:val="single"/>
              </w:rPr>
              <w:t xml:space="preserve"> </w:t>
            </w:r>
            <w:r w:rsidRPr="0078531E">
              <w:rPr>
                <w:b/>
                <w:i/>
                <w:sz w:val="24"/>
                <w:u w:val="single"/>
              </w:rPr>
              <w:t>javító</w:t>
            </w:r>
            <w:r w:rsidRPr="0078531E">
              <w:rPr>
                <w:b/>
                <w:i/>
                <w:spacing w:val="-1"/>
                <w:sz w:val="24"/>
                <w:u w:val="single"/>
              </w:rPr>
              <w:t xml:space="preserve"> </w:t>
            </w:r>
            <w:r w:rsidRPr="0078531E">
              <w:rPr>
                <w:b/>
                <w:i/>
                <w:spacing w:val="-2"/>
                <w:sz w:val="24"/>
                <w:u w:val="single"/>
              </w:rPr>
              <w:t>torna</w:t>
            </w:r>
          </w:p>
          <w:p w14:paraId="67617F2A" w14:textId="77777777" w:rsidR="00AE0CFD" w:rsidRPr="0078531E" w:rsidRDefault="00C3522D" w:rsidP="00964876">
            <w:pPr>
              <w:pStyle w:val="TableParagraph"/>
              <w:tabs>
                <w:tab w:val="left" w:pos="470"/>
              </w:tabs>
              <w:spacing w:line="271" w:lineRule="exact"/>
              <w:ind w:left="699" w:hanging="162"/>
              <w:jc w:val="both"/>
              <w:rPr>
                <w:sz w:val="24"/>
              </w:rPr>
            </w:pPr>
            <w:r w:rsidRPr="0078531E">
              <w:rPr>
                <w:b/>
                <w:i/>
                <w:sz w:val="24"/>
                <w:u w:val="single"/>
              </w:rPr>
              <w:tab/>
              <w:t>elemeit</w:t>
            </w:r>
            <w:r w:rsidRPr="0078531E">
              <w:rPr>
                <w:b/>
                <w:i/>
                <w:spacing w:val="-4"/>
                <w:sz w:val="24"/>
              </w:rPr>
              <w:t xml:space="preserve"> </w:t>
            </w:r>
            <w:r w:rsidRPr="0078531E">
              <w:rPr>
                <w:sz w:val="24"/>
              </w:rPr>
              <w:t>prevenciós</w:t>
            </w:r>
            <w:r w:rsidRPr="0078531E">
              <w:rPr>
                <w:spacing w:val="-3"/>
                <w:sz w:val="24"/>
              </w:rPr>
              <w:t xml:space="preserve"> </w:t>
            </w:r>
            <w:r w:rsidRPr="0078531E">
              <w:rPr>
                <w:sz w:val="24"/>
              </w:rPr>
              <w:t>és korrekciós</w:t>
            </w:r>
            <w:r w:rsidRPr="0078531E">
              <w:rPr>
                <w:spacing w:val="-3"/>
                <w:sz w:val="24"/>
              </w:rPr>
              <w:t xml:space="preserve"> </w:t>
            </w:r>
            <w:r w:rsidRPr="0078531E">
              <w:rPr>
                <w:sz w:val="24"/>
              </w:rPr>
              <w:t>jelleggel</w:t>
            </w:r>
            <w:r w:rsidRPr="0078531E">
              <w:rPr>
                <w:spacing w:val="-2"/>
                <w:sz w:val="24"/>
              </w:rPr>
              <w:t xml:space="preserve"> </w:t>
            </w:r>
            <w:r w:rsidRPr="0078531E">
              <w:rPr>
                <w:sz w:val="24"/>
              </w:rPr>
              <w:t>építjük</w:t>
            </w:r>
            <w:r w:rsidRPr="0078531E">
              <w:rPr>
                <w:spacing w:val="-2"/>
                <w:sz w:val="24"/>
              </w:rPr>
              <w:t xml:space="preserve"> </w:t>
            </w:r>
            <w:r w:rsidRPr="0078531E">
              <w:rPr>
                <w:spacing w:val="-5"/>
                <w:sz w:val="24"/>
              </w:rPr>
              <w:t>be.</w:t>
            </w:r>
          </w:p>
        </w:tc>
      </w:tr>
      <w:tr w:rsidR="0078531E" w:rsidRPr="0078531E" w14:paraId="43AF475A" w14:textId="77777777">
        <w:trPr>
          <w:trHeight w:val="566"/>
        </w:trPr>
        <w:tc>
          <w:tcPr>
            <w:tcW w:w="9069" w:type="dxa"/>
          </w:tcPr>
          <w:p w14:paraId="31AFE349" w14:textId="28B191E2" w:rsidR="00AE0CFD" w:rsidRPr="0078531E" w:rsidRDefault="00C3522D" w:rsidP="00964876">
            <w:pPr>
              <w:pStyle w:val="TableParagraph"/>
              <w:spacing w:line="276" w:lineRule="exact"/>
              <w:ind w:left="699" w:right="233" w:hanging="162"/>
              <w:jc w:val="both"/>
              <w:rPr>
                <w:sz w:val="24"/>
              </w:rPr>
            </w:pPr>
            <w:r w:rsidRPr="0078531E">
              <w:rPr>
                <w:sz w:val="24"/>
              </w:rPr>
              <w:t>4.</w:t>
            </w:r>
            <w:r w:rsidRPr="0078531E">
              <w:rPr>
                <w:spacing w:val="-6"/>
                <w:sz w:val="24"/>
              </w:rPr>
              <w:t xml:space="preserve"> </w:t>
            </w:r>
            <w:r w:rsidRPr="0078531E">
              <w:rPr>
                <w:sz w:val="24"/>
              </w:rPr>
              <w:t>Az</w:t>
            </w:r>
            <w:r w:rsidRPr="0078531E">
              <w:rPr>
                <w:spacing w:val="-6"/>
                <w:sz w:val="24"/>
              </w:rPr>
              <w:t xml:space="preserve"> </w:t>
            </w:r>
            <w:r w:rsidRPr="0078531E">
              <w:rPr>
                <w:sz w:val="24"/>
              </w:rPr>
              <w:t>ismertetett</w:t>
            </w:r>
            <w:r w:rsidRPr="0078531E">
              <w:rPr>
                <w:spacing w:val="-6"/>
                <w:sz w:val="24"/>
              </w:rPr>
              <w:t xml:space="preserve"> </w:t>
            </w:r>
            <w:r w:rsidRPr="0078531E">
              <w:rPr>
                <w:sz w:val="24"/>
              </w:rPr>
              <w:t>mozgáslehetőségeken</w:t>
            </w:r>
            <w:r w:rsidRPr="0078531E">
              <w:rPr>
                <w:spacing w:val="-6"/>
                <w:sz w:val="24"/>
              </w:rPr>
              <w:t xml:space="preserve"> </w:t>
            </w:r>
            <w:r w:rsidRPr="0078531E">
              <w:rPr>
                <w:sz w:val="24"/>
              </w:rPr>
              <w:t>túl</w:t>
            </w:r>
            <w:r w:rsidRPr="0078531E">
              <w:rPr>
                <w:spacing w:val="-6"/>
                <w:sz w:val="24"/>
              </w:rPr>
              <w:t xml:space="preserve"> </w:t>
            </w:r>
            <w:r w:rsidRPr="0078531E">
              <w:rPr>
                <w:sz w:val="24"/>
              </w:rPr>
              <w:t>a</w:t>
            </w:r>
            <w:r w:rsidRPr="0078531E">
              <w:rPr>
                <w:spacing w:val="-7"/>
                <w:sz w:val="24"/>
              </w:rPr>
              <w:t xml:space="preserve"> </w:t>
            </w:r>
            <w:r w:rsidRPr="0078531E">
              <w:rPr>
                <w:sz w:val="24"/>
              </w:rPr>
              <w:t>csoportok</w:t>
            </w:r>
            <w:r w:rsidRPr="0078531E">
              <w:rPr>
                <w:spacing w:val="-6"/>
                <w:sz w:val="24"/>
              </w:rPr>
              <w:t xml:space="preserve"> </w:t>
            </w:r>
            <w:r w:rsidRPr="0078531E">
              <w:rPr>
                <w:sz w:val="24"/>
              </w:rPr>
              <w:t>életmódszervezésében</w:t>
            </w:r>
            <w:r w:rsidRPr="0078531E">
              <w:rPr>
                <w:spacing w:val="-6"/>
                <w:sz w:val="24"/>
              </w:rPr>
              <w:t xml:space="preserve"> </w:t>
            </w:r>
            <w:r w:rsidR="006A1EC6" w:rsidRPr="0078531E">
              <w:rPr>
                <w:spacing w:val="-6"/>
                <w:sz w:val="24"/>
              </w:rPr>
              <w:t xml:space="preserve">fontos </w:t>
            </w:r>
            <w:r w:rsidRPr="0078531E">
              <w:rPr>
                <w:sz w:val="24"/>
              </w:rPr>
              <w:t>helyet kapnak a kirándulások, túrázások, séták, a közelebbi és távolabbi környezetben is.</w:t>
            </w:r>
            <w:r w:rsidR="006A1EC6" w:rsidRPr="0078531E">
              <w:rPr>
                <w:sz w:val="24"/>
              </w:rPr>
              <w:t xml:space="preserve"> megjelennek az erdei óvoda elemei is.</w:t>
            </w:r>
          </w:p>
        </w:tc>
      </w:tr>
      <w:tr w:rsidR="0078531E" w:rsidRPr="0078531E" w14:paraId="4A56729E" w14:textId="77777777">
        <w:trPr>
          <w:trHeight w:val="829"/>
        </w:trPr>
        <w:tc>
          <w:tcPr>
            <w:tcW w:w="9069" w:type="dxa"/>
          </w:tcPr>
          <w:p w14:paraId="6354E15C" w14:textId="7E715598" w:rsidR="00AE0CFD" w:rsidRPr="0078531E" w:rsidRDefault="00C3522D" w:rsidP="00964876">
            <w:pPr>
              <w:pStyle w:val="TableParagraph"/>
              <w:spacing w:line="237" w:lineRule="auto"/>
              <w:ind w:left="699" w:hanging="162"/>
              <w:jc w:val="both"/>
              <w:rPr>
                <w:sz w:val="24"/>
              </w:rPr>
            </w:pPr>
            <w:r w:rsidRPr="0078531E">
              <w:rPr>
                <w:sz w:val="24"/>
              </w:rPr>
              <w:t>5. A mindennapi mozgás során, a mozgásos játékok szervezésében az óvodaudvar</w:t>
            </w:r>
            <w:r w:rsidRPr="0078531E">
              <w:rPr>
                <w:spacing w:val="25"/>
                <w:sz w:val="24"/>
              </w:rPr>
              <w:t xml:space="preserve"> </w:t>
            </w:r>
            <w:r w:rsidRPr="0078531E">
              <w:rPr>
                <w:sz w:val="24"/>
              </w:rPr>
              <w:t>kínálta</w:t>
            </w:r>
            <w:r w:rsidR="009F7F2F" w:rsidRPr="0078531E">
              <w:rPr>
                <w:spacing w:val="26"/>
                <w:sz w:val="24"/>
              </w:rPr>
              <w:t xml:space="preserve"> </w:t>
            </w:r>
            <w:r w:rsidRPr="0078531E">
              <w:rPr>
                <w:sz w:val="24"/>
              </w:rPr>
              <w:t>lehetőségeket</w:t>
            </w:r>
            <w:r w:rsidRPr="0078531E">
              <w:rPr>
                <w:spacing w:val="26"/>
                <w:sz w:val="24"/>
              </w:rPr>
              <w:t xml:space="preserve"> </w:t>
            </w:r>
            <w:r w:rsidRPr="0078531E">
              <w:rPr>
                <w:sz w:val="24"/>
              </w:rPr>
              <w:t>a</w:t>
            </w:r>
            <w:r w:rsidRPr="0078531E">
              <w:rPr>
                <w:spacing w:val="25"/>
                <w:sz w:val="24"/>
              </w:rPr>
              <w:t xml:space="preserve"> </w:t>
            </w:r>
            <w:r w:rsidRPr="0078531E">
              <w:rPr>
                <w:spacing w:val="-2"/>
                <w:sz w:val="24"/>
              </w:rPr>
              <w:t>gyermekek</w:t>
            </w:r>
            <w:r w:rsidR="006A1EC6" w:rsidRPr="0078531E">
              <w:rPr>
                <w:sz w:val="24"/>
              </w:rPr>
              <w:t xml:space="preserve"> </w:t>
            </w:r>
            <w:r w:rsidRPr="0078531E">
              <w:rPr>
                <w:sz w:val="24"/>
              </w:rPr>
              <w:t>edzésében</w:t>
            </w:r>
            <w:r w:rsidRPr="0078531E">
              <w:rPr>
                <w:spacing w:val="-2"/>
                <w:sz w:val="24"/>
              </w:rPr>
              <w:t xml:space="preserve"> </w:t>
            </w:r>
            <w:r w:rsidRPr="0078531E">
              <w:rPr>
                <w:sz w:val="24"/>
              </w:rPr>
              <w:t>maximálisan</w:t>
            </w:r>
            <w:r w:rsidRPr="0078531E">
              <w:rPr>
                <w:spacing w:val="-2"/>
                <w:sz w:val="24"/>
              </w:rPr>
              <w:t xml:space="preserve"> kihasználjuk.</w:t>
            </w:r>
          </w:p>
        </w:tc>
      </w:tr>
      <w:tr w:rsidR="0078531E" w:rsidRPr="0078531E" w14:paraId="5B67B78A" w14:textId="77777777">
        <w:trPr>
          <w:trHeight w:val="1658"/>
        </w:trPr>
        <w:tc>
          <w:tcPr>
            <w:tcW w:w="9069" w:type="dxa"/>
          </w:tcPr>
          <w:p w14:paraId="2317EFB2" w14:textId="7829932E" w:rsidR="008A0135" w:rsidRPr="0078531E" w:rsidRDefault="001211C5" w:rsidP="008A0135">
            <w:pPr>
              <w:pStyle w:val="TableParagraph"/>
              <w:ind w:left="537" w:right="97"/>
              <w:jc w:val="both"/>
              <w:rPr>
                <w:sz w:val="24"/>
              </w:rPr>
            </w:pPr>
            <w:r w:rsidRPr="0078531E">
              <w:rPr>
                <w:sz w:val="24"/>
              </w:rPr>
              <w:t xml:space="preserve"> 6.</w:t>
            </w:r>
            <w:r w:rsidR="00C3522D" w:rsidRPr="0078531E">
              <w:rPr>
                <w:sz w:val="24"/>
              </w:rPr>
              <w:t xml:space="preserve">A spontán, a szabad játék kereteiben végzett mozgásos tevékenységeket kiegészítjük az irányított mozgásos tevékenységekkel. </w:t>
            </w:r>
            <w:r w:rsidR="008A0135" w:rsidRPr="0078531E">
              <w:rPr>
                <w:sz w:val="24"/>
                <w:szCs w:val="24"/>
              </w:rPr>
              <w:t xml:space="preserve">A komplex testmozgások beépülnek az óvodai élet egyéb tevékenységeibe is, miközben együtt hatnak a gyermek személyiségének – a pozitív énkép, önkontroll, érzelemszabályozás, szabálykövető társas viselkedés, együttműködés, kommunikáció, problémamegoldó gondolkodás, tanulási képesség – fejlődésére. </w:t>
            </w:r>
            <w:r w:rsidR="008A0135" w:rsidRPr="0078531E">
              <w:t>5. A mindennapos irányított testmozgás részét képezhetik a zenére, zenei ritmusra végzett mozgásos feladatok, (népi) játékok és táncok (kiemelten a néptánc), amelyek jelentős mértékben segítik a mozgáskultúra játékos, táncos úton történő fejlesztését. A mindennapos testmozgás az óvodai tornaszobában, a csoportszobában vagy a játszóudvaron is megszervezhető.</w:t>
            </w:r>
          </w:p>
          <w:p w14:paraId="685336BC" w14:textId="5A69F66C" w:rsidR="00AE0CFD" w:rsidRPr="0078531E" w:rsidRDefault="00AE0CFD" w:rsidP="00964876">
            <w:pPr>
              <w:pStyle w:val="TableParagraph"/>
              <w:tabs>
                <w:tab w:val="left" w:pos="1190"/>
              </w:tabs>
              <w:spacing w:line="270" w:lineRule="atLeast"/>
              <w:ind w:left="699" w:right="97" w:hanging="162"/>
              <w:jc w:val="both"/>
              <w:rPr>
                <w:sz w:val="24"/>
              </w:rPr>
            </w:pPr>
          </w:p>
        </w:tc>
      </w:tr>
      <w:tr w:rsidR="0078531E" w:rsidRPr="0078531E" w14:paraId="524258A8" w14:textId="77777777" w:rsidTr="005863FF">
        <w:trPr>
          <w:trHeight w:val="1285"/>
        </w:trPr>
        <w:tc>
          <w:tcPr>
            <w:tcW w:w="9069" w:type="dxa"/>
          </w:tcPr>
          <w:p w14:paraId="34C7061D" w14:textId="71A27D1B" w:rsidR="005863FF" w:rsidRPr="0078531E" w:rsidRDefault="008A0135" w:rsidP="005863FF">
            <w:pPr>
              <w:pStyle w:val="TableParagraph"/>
              <w:numPr>
                <w:ilvl w:val="0"/>
                <w:numId w:val="19"/>
              </w:numPr>
              <w:ind w:right="97"/>
              <w:jc w:val="both"/>
              <w:rPr>
                <w:sz w:val="24"/>
                <w:szCs w:val="24"/>
              </w:rPr>
            </w:pPr>
            <w:r w:rsidRPr="0078531E">
              <w:rPr>
                <w:sz w:val="24"/>
                <w:szCs w:val="24"/>
              </w:rPr>
              <w:t>Az egészségfejlesztő testmozgást az óvodai nevelés minden napján, az egyéni szükségleteket és képességeket figyelembe véve, minden gyermek számára biztosítani kell. Törekedni kell a gyermekeket legjobban fejlesztő, kooperatív mozgásos játékok széleskörű alkalmazására, a szabad levegő kihasználására.</w:t>
            </w:r>
          </w:p>
        </w:tc>
      </w:tr>
      <w:tr w:rsidR="0078531E" w:rsidRPr="0078531E" w14:paraId="5A7CECCD" w14:textId="77777777">
        <w:trPr>
          <w:trHeight w:val="566"/>
        </w:trPr>
        <w:tc>
          <w:tcPr>
            <w:tcW w:w="9069" w:type="dxa"/>
          </w:tcPr>
          <w:p w14:paraId="34F922E4" w14:textId="35213F14" w:rsidR="00AE0CFD" w:rsidRPr="0078531E" w:rsidRDefault="008C56D3" w:rsidP="00964876">
            <w:pPr>
              <w:pStyle w:val="TableParagraph"/>
              <w:spacing w:line="275" w:lineRule="exact"/>
              <w:jc w:val="both"/>
              <w:rPr>
                <w:b/>
                <w:sz w:val="24"/>
              </w:rPr>
            </w:pPr>
            <w:r w:rsidRPr="0078531E">
              <w:rPr>
                <w:sz w:val="24"/>
              </w:rPr>
              <w:t xml:space="preserve">       </w:t>
            </w:r>
            <w:r w:rsidR="0007465E" w:rsidRPr="0078531E">
              <w:rPr>
                <w:sz w:val="24"/>
              </w:rPr>
              <w:t xml:space="preserve"> </w:t>
            </w:r>
            <w:r w:rsidR="005863FF" w:rsidRPr="0078531E">
              <w:rPr>
                <w:sz w:val="24"/>
              </w:rPr>
              <w:t>8</w:t>
            </w:r>
            <w:r w:rsidR="0007465E" w:rsidRPr="0078531E">
              <w:rPr>
                <w:sz w:val="24"/>
              </w:rPr>
              <w:t>.</w:t>
            </w:r>
            <w:r w:rsidR="00C3522D" w:rsidRPr="0078531E">
              <w:rPr>
                <w:spacing w:val="60"/>
                <w:w w:val="150"/>
                <w:sz w:val="24"/>
              </w:rPr>
              <w:t xml:space="preserve"> </w:t>
            </w:r>
            <w:r w:rsidR="00C3522D" w:rsidRPr="0078531E">
              <w:rPr>
                <w:sz w:val="24"/>
              </w:rPr>
              <w:t>Törekszünk</w:t>
            </w:r>
            <w:r w:rsidR="00C3522D" w:rsidRPr="0078531E">
              <w:rPr>
                <w:spacing w:val="63"/>
                <w:w w:val="150"/>
                <w:sz w:val="24"/>
              </w:rPr>
              <w:t xml:space="preserve"> </w:t>
            </w:r>
            <w:r w:rsidR="00C3522D" w:rsidRPr="0078531E">
              <w:rPr>
                <w:sz w:val="24"/>
              </w:rPr>
              <w:t>a</w:t>
            </w:r>
            <w:r w:rsidR="00C3522D" w:rsidRPr="0078531E">
              <w:rPr>
                <w:spacing w:val="65"/>
                <w:w w:val="150"/>
                <w:sz w:val="24"/>
              </w:rPr>
              <w:t xml:space="preserve"> </w:t>
            </w:r>
            <w:r w:rsidR="00C3522D" w:rsidRPr="0078531E">
              <w:rPr>
                <w:sz w:val="24"/>
              </w:rPr>
              <w:t>gyermekeket</w:t>
            </w:r>
            <w:r w:rsidR="00C3522D" w:rsidRPr="0078531E">
              <w:rPr>
                <w:spacing w:val="64"/>
                <w:w w:val="150"/>
                <w:sz w:val="24"/>
              </w:rPr>
              <w:t xml:space="preserve"> </w:t>
            </w:r>
            <w:r w:rsidR="00C3522D" w:rsidRPr="0078531E">
              <w:rPr>
                <w:sz w:val="24"/>
              </w:rPr>
              <w:t>legjobban</w:t>
            </w:r>
            <w:r w:rsidR="00C3522D" w:rsidRPr="0078531E">
              <w:rPr>
                <w:spacing w:val="65"/>
                <w:w w:val="150"/>
                <w:sz w:val="24"/>
              </w:rPr>
              <w:t xml:space="preserve"> </w:t>
            </w:r>
            <w:r w:rsidR="00C3522D" w:rsidRPr="0078531E">
              <w:rPr>
                <w:sz w:val="24"/>
              </w:rPr>
              <w:t>fejlesztő,</w:t>
            </w:r>
            <w:r w:rsidR="00C3522D" w:rsidRPr="0078531E">
              <w:rPr>
                <w:spacing w:val="97"/>
                <w:sz w:val="24"/>
              </w:rPr>
              <w:t xml:space="preserve"> </w:t>
            </w:r>
            <w:r w:rsidR="00C3522D" w:rsidRPr="0078531E">
              <w:rPr>
                <w:b/>
                <w:sz w:val="24"/>
                <w:u w:val="single"/>
              </w:rPr>
              <w:t>kooperatív</w:t>
            </w:r>
            <w:r w:rsidR="00C3522D" w:rsidRPr="0078531E">
              <w:rPr>
                <w:b/>
                <w:spacing w:val="63"/>
                <w:w w:val="150"/>
                <w:sz w:val="24"/>
                <w:u w:val="single"/>
              </w:rPr>
              <w:t xml:space="preserve"> </w:t>
            </w:r>
            <w:r w:rsidR="00C3522D" w:rsidRPr="0078531E">
              <w:rPr>
                <w:b/>
                <w:spacing w:val="-2"/>
                <w:sz w:val="24"/>
                <w:u w:val="single"/>
              </w:rPr>
              <w:t>mozgásos</w:t>
            </w:r>
          </w:p>
          <w:p w14:paraId="54BC6509" w14:textId="77777777" w:rsidR="00AE0CFD" w:rsidRPr="0078531E" w:rsidRDefault="00C3522D" w:rsidP="00964876">
            <w:pPr>
              <w:pStyle w:val="TableParagraph"/>
              <w:spacing w:before="5" w:line="266" w:lineRule="exact"/>
              <w:ind w:left="699" w:hanging="162"/>
              <w:jc w:val="both"/>
              <w:rPr>
                <w:b/>
                <w:sz w:val="24"/>
              </w:rPr>
            </w:pPr>
            <w:r w:rsidRPr="0078531E">
              <w:rPr>
                <w:b/>
                <w:sz w:val="24"/>
                <w:u w:val="single"/>
              </w:rPr>
              <w:t>játékok</w:t>
            </w:r>
            <w:r w:rsidRPr="0078531E">
              <w:rPr>
                <w:b/>
                <w:spacing w:val="-7"/>
                <w:sz w:val="24"/>
                <w:u w:val="single"/>
              </w:rPr>
              <w:t xml:space="preserve"> </w:t>
            </w:r>
            <w:r w:rsidRPr="0078531E">
              <w:rPr>
                <w:b/>
                <w:sz w:val="24"/>
                <w:u w:val="single"/>
              </w:rPr>
              <w:t>széleskörű</w:t>
            </w:r>
            <w:r w:rsidRPr="0078531E">
              <w:rPr>
                <w:b/>
                <w:spacing w:val="-6"/>
                <w:sz w:val="24"/>
                <w:u w:val="single"/>
              </w:rPr>
              <w:t xml:space="preserve"> </w:t>
            </w:r>
            <w:r w:rsidRPr="0078531E">
              <w:rPr>
                <w:b/>
                <w:spacing w:val="-2"/>
                <w:sz w:val="24"/>
                <w:u w:val="single"/>
              </w:rPr>
              <w:t>alkalmazására.</w:t>
            </w:r>
          </w:p>
        </w:tc>
      </w:tr>
      <w:tr w:rsidR="00AE0CFD" w:rsidRPr="0078531E" w14:paraId="4B184E2D" w14:textId="77777777">
        <w:trPr>
          <w:trHeight w:val="568"/>
        </w:trPr>
        <w:tc>
          <w:tcPr>
            <w:tcW w:w="9069" w:type="dxa"/>
          </w:tcPr>
          <w:p w14:paraId="059548D9" w14:textId="0A89ED4F" w:rsidR="00AE0CFD" w:rsidRPr="0078531E" w:rsidRDefault="005863FF" w:rsidP="00964876">
            <w:pPr>
              <w:pStyle w:val="TableParagraph"/>
              <w:spacing w:line="276" w:lineRule="exact"/>
              <w:ind w:left="699" w:hanging="162"/>
              <w:jc w:val="both"/>
              <w:rPr>
                <w:sz w:val="24"/>
              </w:rPr>
            </w:pPr>
            <w:r w:rsidRPr="0078531E">
              <w:rPr>
                <w:sz w:val="24"/>
              </w:rPr>
              <w:t>9</w:t>
            </w:r>
            <w:r w:rsidR="00C3522D" w:rsidRPr="0078531E">
              <w:rPr>
                <w:sz w:val="24"/>
              </w:rPr>
              <w:t>.</w:t>
            </w:r>
            <w:r w:rsidR="00C3522D" w:rsidRPr="0078531E">
              <w:rPr>
                <w:spacing w:val="-2"/>
                <w:sz w:val="24"/>
              </w:rPr>
              <w:t xml:space="preserve"> </w:t>
            </w:r>
            <w:r w:rsidR="00C3522D" w:rsidRPr="0078531E">
              <w:rPr>
                <w:sz w:val="24"/>
              </w:rPr>
              <w:t>A</w:t>
            </w:r>
            <w:r w:rsidR="00C3522D" w:rsidRPr="0078531E">
              <w:rPr>
                <w:spacing w:val="-3"/>
                <w:sz w:val="24"/>
              </w:rPr>
              <w:t xml:space="preserve"> </w:t>
            </w:r>
            <w:r w:rsidR="00C3522D" w:rsidRPr="0078531E">
              <w:rPr>
                <w:sz w:val="24"/>
              </w:rPr>
              <w:t>jól</w:t>
            </w:r>
            <w:r w:rsidR="00C3522D" w:rsidRPr="0078531E">
              <w:rPr>
                <w:spacing w:val="-4"/>
                <w:sz w:val="24"/>
              </w:rPr>
              <w:t xml:space="preserve"> </w:t>
            </w:r>
            <w:r w:rsidR="00C3522D" w:rsidRPr="0078531E">
              <w:rPr>
                <w:sz w:val="24"/>
              </w:rPr>
              <w:t>ismert,</w:t>
            </w:r>
            <w:r w:rsidR="00C3522D" w:rsidRPr="0078531E">
              <w:rPr>
                <w:spacing w:val="-3"/>
                <w:sz w:val="24"/>
              </w:rPr>
              <w:t xml:space="preserve"> </w:t>
            </w:r>
            <w:r w:rsidR="00C3522D" w:rsidRPr="0078531E">
              <w:rPr>
                <w:sz w:val="24"/>
              </w:rPr>
              <w:t>készségszintű</w:t>
            </w:r>
            <w:r w:rsidR="00C3522D" w:rsidRPr="0078531E">
              <w:rPr>
                <w:spacing w:val="-5"/>
                <w:sz w:val="24"/>
              </w:rPr>
              <w:t xml:space="preserve"> </w:t>
            </w:r>
            <w:r w:rsidR="00C3522D" w:rsidRPr="0078531E">
              <w:rPr>
                <w:sz w:val="24"/>
              </w:rPr>
              <w:t>feladatok</w:t>
            </w:r>
            <w:r w:rsidR="00C3522D" w:rsidRPr="0078531E">
              <w:rPr>
                <w:spacing w:val="-2"/>
                <w:sz w:val="24"/>
              </w:rPr>
              <w:t xml:space="preserve"> </w:t>
            </w:r>
            <w:r w:rsidR="00C3522D" w:rsidRPr="0078531E">
              <w:rPr>
                <w:sz w:val="24"/>
              </w:rPr>
              <w:t>gyakorlására</w:t>
            </w:r>
            <w:r w:rsidR="00C3522D" w:rsidRPr="0078531E">
              <w:rPr>
                <w:spacing w:val="-4"/>
                <w:sz w:val="24"/>
              </w:rPr>
              <w:t xml:space="preserve"> </w:t>
            </w:r>
            <w:r w:rsidR="00C3522D" w:rsidRPr="0078531E">
              <w:rPr>
                <w:sz w:val="24"/>
              </w:rPr>
              <w:t>a</w:t>
            </w:r>
            <w:r w:rsidR="00C3522D" w:rsidRPr="0078531E">
              <w:rPr>
                <w:spacing w:val="-3"/>
                <w:sz w:val="24"/>
              </w:rPr>
              <w:t xml:space="preserve"> </w:t>
            </w:r>
            <w:r w:rsidR="00C3522D" w:rsidRPr="0078531E">
              <w:rPr>
                <w:sz w:val="24"/>
              </w:rPr>
              <w:t>köredzést,</w:t>
            </w:r>
            <w:r w:rsidR="00C3522D" w:rsidRPr="0078531E">
              <w:rPr>
                <w:spacing w:val="-2"/>
                <w:sz w:val="24"/>
              </w:rPr>
              <w:t xml:space="preserve"> </w:t>
            </w:r>
            <w:r w:rsidR="00C3522D" w:rsidRPr="0078531E">
              <w:rPr>
                <w:sz w:val="24"/>
              </w:rPr>
              <w:t>mint</w:t>
            </w:r>
            <w:r w:rsidR="00C3522D" w:rsidRPr="0078531E">
              <w:rPr>
                <w:spacing w:val="-2"/>
                <w:sz w:val="24"/>
              </w:rPr>
              <w:t xml:space="preserve"> </w:t>
            </w:r>
            <w:r w:rsidR="00C3522D" w:rsidRPr="0078531E">
              <w:rPr>
                <w:sz w:val="24"/>
              </w:rPr>
              <w:t>az</w:t>
            </w:r>
            <w:r w:rsidR="00C3522D" w:rsidRPr="0078531E">
              <w:rPr>
                <w:spacing w:val="-5"/>
                <w:sz w:val="24"/>
              </w:rPr>
              <w:t xml:space="preserve"> </w:t>
            </w:r>
            <w:r w:rsidR="00C3522D" w:rsidRPr="0078531E">
              <w:rPr>
                <w:sz w:val="24"/>
              </w:rPr>
              <w:t>egyik leghatékonyabb foglalkoztatási formát alkalmazzuk.</w:t>
            </w:r>
          </w:p>
        </w:tc>
      </w:tr>
    </w:tbl>
    <w:p w14:paraId="7E7BE7AA" w14:textId="77777777" w:rsidR="00AE0CFD" w:rsidRPr="0078531E" w:rsidRDefault="00AE0CFD">
      <w:pPr>
        <w:pStyle w:val="Szvegtrzs"/>
        <w:rPr>
          <w:b/>
        </w:rPr>
      </w:pPr>
    </w:p>
    <w:p w14:paraId="7273645C" w14:textId="77777777" w:rsidR="00AE0CFD" w:rsidRPr="0078531E" w:rsidRDefault="00AE0CFD">
      <w:pPr>
        <w:pStyle w:val="Szvegtrzs"/>
        <w:spacing w:before="77"/>
        <w:rPr>
          <w:b/>
        </w:rPr>
      </w:pPr>
    </w:p>
    <w:p w14:paraId="4FDE0426" w14:textId="77777777" w:rsidR="00AE0CFD" w:rsidRPr="0078531E" w:rsidRDefault="00C3522D" w:rsidP="0007465E">
      <w:pPr>
        <w:ind w:left="630"/>
        <w:jc w:val="center"/>
        <w:rPr>
          <w:b/>
          <w:sz w:val="24"/>
        </w:rPr>
      </w:pPr>
      <w:r w:rsidRPr="0078531E">
        <w:rPr>
          <w:b/>
          <w:sz w:val="24"/>
        </w:rPr>
        <w:t>ÉNEK,</w:t>
      </w:r>
      <w:r w:rsidRPr="0078531E">
        <w:rPr>
          <w:b/>
          <w:spacing w:val="-2"/>
          <w:sz w:val="24"/>
        </w:rPr>
        <w:t xml:space="preserve"> </w:t>
      </w:r>
      <w:r w:rsidRPr="0078531E">
        <w:rPr>
          <w:b/>
          <w:sz w:val="24"/>
        </w:rPr>
        <w:t>ZENE,</w:t>
      </w:r>
      <w:r w:rsidRPr="0078531E">
        <w:rPr>
          <w:b/>
          <w:spacing w:val="-1"/>
          <w:sz w:val="24"/>
        </w:rPr>
        <w:t xml:space="preserve"> </w:t>
      </w:r>
      <w:r w:rsidRPr="0078531E">
        <w:rPr>
          <w:b/>
          <w:sz w:val="24"/>
        </w:rPr>
        <w:t>ÉNEKES JÁTÉK,</w:t>
      </w:r>
      <w:r w:rsidRPr="0078531E">
        <w:rPr>
          <w:b/>
          <w:spacing w:val="-1"/>
          <w:sz w:val="24"/>
        </w:rPr>
        <w:t xml:space="preserve"> </w:t>
      </w:r>
      <w:r w:rsidRPr="0078531E">
        <w:rPr>
          <w:b/>
          <w:spacing w:val="-2"/>
          <w:sz w:val="24"/>
        </w:rPr>
        <w:t>GYERMEKTÁNC</w:t>
      </w:r>
    </w:p>
    <w:p w14:paraId="135200D8" w14:textId="77777777" w:rsidR="00AE0CFD" w:rsidRPr="0078531E" w:rsidRDefault="00AE0CFD">
      <w:pPr>
        <w:pStyle w:val="Szvegtrzs"/>
        <w:spacing w:before="109"/>
        <w:rPr>
          <w:b/>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9"/>
      </w:tblGrid>
      <w:tr w:rsidR="0078531E" w:rsidRPr="0078531E" w14:paraId="6474B4AC" w14:textId="77777777">
        <w:trPr>
          <w:trHeight w:val="569"/>
        </w:trPr>
        <w:tc>
          <w:tcPr>
            <w:tcW w:w="9069" w:type="dxa"/>
          </w:tcPr>
          <w:p w14:paraId="7997348A" w14:textId="38C7993B" w:rsidR="00AE0CFD" w:rsidRPr="0078531E" w:rsidRDefault="00C3522D" w:rsidP="008A0135">
            <w:pPr>
              <w:pStyle w:val="TableParagraph"/>
              <w:numPr>
                <w:ilvl w:val="0"/>
                <w:numId w:val="44"/>
              </w:numPr>
              <w:spacing w:line="276" w:lineRule="exact"/>
              <w:ind w:right="233"/>
              <w:jc w:val="both"/>
              <w:rPr>
                <w:sz w:val="24"/>
              </w:rPr>
            </w:pPr>
            <w:r w:rsidRPr="0078531E">
              <w:rPr>
                <w:sz w:val="24"/>
              </w:rPr>
              <w:t>A</w:t>
            </w:r>
            <w:r w:rsidRPr="0078531E">
              <w:rPr>
                <w:spacing w:val="80"/>
                <w:w w:val="150"/>
                <w:sz w:val="24"/>
              </w:rPr>
              <w:t xml:space="preserve"> </w:t>
            </w:r>
            <w:r w:rsidRPr="0078531E">
              <w:rPr>
                <w:sz w:val="24"/>
              </w:rPr>
              <w:t>zenei</w:t>
            </w:r>
            <w:r w:rsidRPr="0078531E">
              <w:rPr>
                <w:spacing w:val="80"/>
                <w:w w:val="150"/>
                <w:sz w:val="24"/>
              </w:rPr>
              <w:t xml:space="preserve"> </w:t>
            </w:r>
            <w:r w:rsidRPr="0078531E">
              <w:rPr>
                <w:sz w:val="24"/>
              </w:rPr>
              <w:t>nevelésre</w:t>
            </w:r>
            <w:r w:rsidRPr="0078531E">
              <w:rPr>
                <w:spacing w:val="80"/>
                <w:w w:val="150"/>
                <w:sz w:val="24"/>
              </w:rPr>
              <w:t xml:space="preserve"> </w:t>
            </w:r>
            <w:r w:rsidRPr="0078531E">
              <w:rPr>
                <w:sz w:val="24"/>
              </w:rPr>
              <w:t>a</w:t>
            </w:r>
            <w:r w:rsidRPr="0078531E">
              <w:rPr>
                <w:spacing w:val="80"/>
                <w:w w:val="150"/>
                <w:sz w:val="24"/>
              </w:rPr>
              <w:t xml:space="preserve"> </w:t>
            </w:r>
            <w:r w:rsidRPr="0078531E">
              <w:rPr>
                <w:sz w:val="24"/>
              </w:rPr>
              <w:t>nap</w:t>
            </w:r>
            <w:r w:rsidRPr="0078531E">
              <w:rPr>
                <w:spacing w:val="80"/>
                <w:w w:val="150"/>
                <w:sz w:val="24"/>
              </w:rPr>
              <w:t xml:space="preserve"> </w:t>
            </w:r>
            <w:r w:rsidRPr="0078531E">
              <w:rPr>
                <w:sz w:val="24"/>
              </w:rPr>
              <w:t>bármely</w:t>
            </w:r>
            <w:r w:rsidRPr="0078531E">
              <w:rPr>
                <w:spacing w:val="80"/>
                <w:w w:val="150"/>
                <w:sz w:val="24"/>
              </w:rPr>
              <w:t xml:space="preserve"> </w:t>
            </w:r>
            <w:r w:rsidRPr="0078531E">
              <w:rPr>
                <w:sz w:val="24"/>
              </w:rPr>
              <w:t>során</w:t>
            </w:r>
            <w:r w:rsidRPr="0078531E">
              <w:rPr>
                <w:spacing w:val="80"/>
                <w:w w:val="150"/>
                <w:sz w:val="24"/>
              </w:rPr>
              <w:t xml:space="preserve"> </w:t>
            </w:r>
            <w:r w:rsidRPr="0078531E">
              <w:rPr>
                <w:sz w:val="24"/>
              </w:rPr>
              <w:t>lehetőség</w:t>
            </w:r>
            <w:r w:rsidRPr="0078531E">
              <w:rPr>
                <w:spacing w:val="80"/>
                <w:w w:val="150"/>
                <w:sz w:val="24"/>
              </w:rPr>
              <w:t xml:space="preserve"> </w:t>
            </w:r>
            <w:r w:rsidRPr="0078531E">
              <w:rPr>
                <w:sz w:val="24"/>
              </w:rPr>
              <w:t>nyílik</w:t>
            </w:r>
            <w:r w:rsidRPr="0078531E">
              <w:rPr>
                <w:spacing w:val="80"/>
                <w:w w:val="150"/>
                <w:sz w:val="24"/>
              </w:rPr>
              <w:t xml:space="preserve"> </w:t>
            </w:r>
            <w:r w:rsidRPr="0078531E">
              <w:rPr>
                <w:sz w:val="24"/>
              </w:rPr>
              <w:t>a</w:t>
            </w:r>
            <w:r w:rsidRPr="0078531E">
              <w:rPr>
                <w:spacing w:val="80"/>
                <w:w w:val="150"/>
                <w:sz w:val="24"/>
              </w:rPr>
              <w:t xml:space="preserve"> </w:t>
            </w:r>
            <w:r w:rsidRPr="0078531E">
              <w:rPr>
                <w:sz w:val="24"/>
              </w:rPr>
              <w:t>különféle</w:t>
            </w:r>
            <w:r w:rsidRPr="0078531E">
              <w:rPr>
                <w:spacing w:val="40"/>
                <w:sz w:val="24"/>
              </w:rPr>
              <w:t xml:space="preserve"> </w:t>
            </w:r>
            <w:r w:rsidRPr="0078531E">
              <w:rPr>
                <w:sz w:val="24"/>
              </w:rPr>
              <w:t>tevékenységekhez kapcsolva, a csoportszobában és az udvaron egyaránt.</w:t>
            </w:r>
          </w:p>
          <w:p w14:paraId="4BF72C8B" w14:textId="1AE1DCE4" w:rsidR="008A0135" w:rsidRPr="0078531E" w:rsidRDefault="008A0135" w:rsidP="008A0135">
            <w:pPr>
              <w:pStyle w:val="TableParagraph"/>
              <w:spacing w:line="276" w:lineRule="exact"/>
              <w:ind w:left="820" w:right="233"/>
              <w:jc w:val="both"/>
              <w:rPr>
                <w:sz w:val="24"/>
                <w:szCs w:val="24"/>
              </w:rPr>
            </w:pPr>
            <w:r w:rsidRPr="0078531E">
              <w:rPr>
                <w:sz w:val="24"/>
                <w:szCs w:val="24"/>
              </w:rPr>
              <w:t>A zenei anyag többsége a naptári évhez, a természet jelenségeihez, az évszakok változásaihoz, az emberi élet fordulópontjaihoz, valamint különböző – állami, egyházi, jeles – ünnepekhez fűződik. Az ének, a zene, a népi játék, a néptánc, a néphagyomány, az ünnep meghatározó szerepet tölt be a nemzeti nevelésben, az élményalapú értékközvetítés eszközével, korosztályi sajátosságokra építve.</w:t>
            </w:r>
          </w:p>
        </w:tc>
      </w:tr>
      <w:tr w:rsidR="0078531E" w:rsidRPr="0078531E" w14:paraId="258CFB57" w14:textId="77777777">
        <w:trPr>
          <w:trHeight w:val="827"/>
        </w:trPr>
        <w:tc>
          <w:tcPr>
            <w:tcW w:w="9069" w:type="dxa"/>
          </w:tcPr>
          <w:p w14:paraId="0D4EDD50" w14:textId="35EF7CF6" w:rsidR="00AE0CFD" w:rsidRPr="0078531E" w:rsidRDefault="00C3522D" w:rsidP="00964876">
            <w:pPr>
              <w:pStyle w:val="TableParagraph"/>
              <w:ind w:left="557" w:hanging="142"/>
              <w:jc w:val="both"/>
              <w:rPr>
                <w:sz w:val="24"/>
              </w:rPr>
            </w:pPr>
            <w:r w:rsidRPr="0078531E">
              <w:rPr>
                <w:sz w:val="24"/>
              </w:rPr>
              <w:lastRenderedPageBreak/>
              <w:t>2.</w:t>
            </w:r>
            <w:r w:rsidRPr="0078531E">
              <w:rPr>
                <w:spacing w:val="80"/>
                <w:sz w:val="24"/>
              </w:rPr>
              <w:t xml:space="preserve"> </w:t>
            </w:r>
            <w:r w:rsidRPr="0078531E">
              <w:rPr>
                <w:sz w:val="24"/>
              </w:rPr>
              <w:t>Az énekes népi játékok és az igényesen válogatott kortárs művészeti alkotások fontos</w:t>
            </w:r>
            <w:r w:rsidRPr="0078531E">
              <w:rPr>
                <w:spacing w:val="12"/>
                <w:sz w:val="24"/>
              </w:rPr>
              <w:t xml:space="preserve"> </w:t>
            </w:r>
            <w:r w:rsidRPr="0078531E">
              <w:rPr>
                <w:sz w:val="24"/>
              </w:rPr>
              <w:t>eszközül</w:t>
            </w:r>
            <w:r w:rsidRPr="0078531E">
              <w:rPr>
                <w:spacing w:val="16"/>
                <w:sz w:val="24"/>
              </w:rPr>
              <w:t xml:space="preserve"> </w:t>
            </w:r>
            <w:r w:rsidRPr="0078531E">
              <w:rPr>
                <w:sz w:val="24"/>
              </w:rPr>
              <w:t>szolgálnak</w:t>
            </w:r>
            <w:r w:rsidRPr="0078531E">
              <w:rPr>
                <w:spacing w:val="15"/>
                <w:sz w:val="24"/>
              </w:rPr>
              <w:t xml:space="preserve"> </w:t>
            </w:r>
            <w:r w:rsidRPr="0078531E">
              <w:rPr>
                <w:sz w:val="24"/>
              </w:rPr>
              <w:t>a</w:t>
            </w:r>
            <w:r w:rsidRPr="0078531E">
              <w:rPr>
                <w:spacing w:val="16"/>
                <w:sz w:val="24"/>
              </w:rPr>
              <w:t xml:space="preserve"> </w:t>
            </w:r>
            <w:r w:rsidRPr="0078531E">
              <w:rPr>
                <w:sz w:val="24"/>
              </w:rPr>
              <w:t>gyermek</w:t>
            </w:r>
            <w:r w:rsidRPr="0078531E">
              <w:rPr>
                <w:spacing w:val="15"/>
                <w:sz w:val="24"/>
              </w:rPr>
              <w:t xml:space="preserve"> </w:t>
            </w:r>
            <w:r w:rsidRPr="0078531E">
              <w:rPr>
                <w:sz w:val="24"/>
              </w:rPr>
              <w:t>zenei</w:t>
            </w:r>
            <w:r w:rsidRPr="0078531E">
              <w:rPr>
                <w:spacing w:val="15"/>
                <w:sz w:val="24"/>
              </w:rPr>
              <w:t xml:space="preserve"> </w:t>
            </w:r>
            <w:r w:rsidRPr="0078531E">
              <w:rPr>
                <w:sz w:val="24"/>
              </w:rPr>
              <w:t>képességeinek</w:t>
            </w:r>
            <w:r w:rsidRPr="0078531E">
              <w:rPr>
                <w:spacing w:val="15"/>
                <w:sz w:val="24"/>
              </w:rPr>
              <w:t xml:space="preserve"> </w:t>
            </w:r>
            <w:r w:rsidRPr="0078531E">
              <w:rPr>
                <w:sz w:val="24"/>
              </w:rPr>
              <w:t>(a</w:t>
            </w:r>
            <w:r w:rsidRPr="0078531E">
              <w:rPr>
                <w:spacing w:val="14"/>
                <w:sz w:val="24"/>
              </w:rPr>
              <w:t xml:space="preserve"> </w:t>
            </w:r>
            <w:r w:rsidRPr="0078531E">
              <w:rPr>
                <w:sz w:val="24"/>
              </w:rPr>
              <w:t>ritmus,</w:t>
            </w:r>
            <w:r w:rsidRPr="0078531E">
              <w:rPr>
                <w:spacing w:val="15"/>
                <w:sz w:val="24"/>
              </w:rPr>
              <w:t xml:space="preserve"> </w:t>
            </w:r>
            <w:r w:rsidRPr="0078531E">
              <w:rPr>
                <w:spacing w:val="-2"/>
                <w:sz w:val="24"/>
              </w:rPr>
              <w:t>éneklés,</w:t>
            </w:r>
            <w:r w:rsidR="00964876" w:rsidRPr="0078531E">
              <w:rPr>
                <w:sz w:val="24"/>
              </w:rPr>
              <w:t xml:space="preserve"> </w:t>
            </w:r>
            <w:r w:rsidRPr="0078531E">
              <w:rPr>
                <w:sz w:val="24"/>
              </w:rPr>
              <w:t>hallás,</w:t>
            </w:r>
            <w:r w:rsidRPr="0078531E">
              <w:rPr>
                <w:spacing w:val="-2"/>
                <w:sz w:val="24"/>
              </w:rPr>
              <w:t xml:space="preserve"> </w:t>
            </w:r>
            <w:r w:rsidRPr="0078531E">
              <w:rPr>
                <w:sz w:val="24"/>
              </w:rPr>
              <w:t>mozgás)</w:t>
            </w:r>
            <w:r w:rsidRPr="0078531E">
              <w:rPr>
                <w:spacing w:val="-2"/>
                <w:sz w:val="24"/>
              </w:rPr>
              <w:t xml:space="preserve"> </w:t>
            </w:r>
            <w:r w:rsidRPr="0078531E">
              <w:rPr>
                <w:sz w:val="24"/>
              </w:rPr>
              <w:t>és</w:t>
            </w:r>
            <w:r w:rsidRPr="0078531E">
              <w:rPr>
                <w:spacing w:val="-3"/>
                <w:sz w:val="24"/>
              </w:rPr>
              <w:t xml:space="preserve"> </w:t>
            </w:r>
            <w:r w:rsidRPr="0078531E">
              <w:rPr>
                <w:sz w:val="24"/>
              </w:rPr>
              <w:t>zenei</w:t>
            </w:r>
            <w:r w:rsidRPr="0078531E">
              <w:rPr>
                <w:spacing w:val="-2"/>
                <w:sz w:val="24"/>
              </w:rPr>
              <w:t xml:space="preserve"> </w:t>
            </w:r>
            <w:r w:rsidRPr="0078531E">
              <w:rPr>
                <w:sz w:val="24"/>
              </w:rPr>
              <w:t xml:space="preserve">kreativitásának </w:t>
            </w:r>
            <w:r w:rsidRPr="0078531E">
              <w:rPr>
                <w:spacing w:val="-2"/>
                <w:sz w:val="24"/>
              </w:rPr>
              <w:t>alakításában.</w:t>
            </w:r>
            <w:r w:rsidR="008A0135" w:rsidRPr="0078531E">
              <w:rPr>
                <w:spacing w:val="-2"/>
                <w:sz w:val="24"/>
              </w:rPr>
              <w:t xml:space="preserve"> </w:t>
            </w:r>
            <w:r w:rsidR="008A0135" w:rsidRPr="0078531E">
              <w:rPr>
                <w:sz w:val="24"/>
                <w:szCs w:val="24"/>
              </w:rPr>
              <w:t>A népi játék, gyermekdal, néptánc és a zenehallgatási anyag megválasztásánál az óvodapedagógus figyelembe veszi a nemzetiségi nevelés esetében a gyermekek nemzetiségi hovatartozását is.</w:t>
            </w:r>
          </w:p>
        </w:tc>
      </w:tr>
      <w:tr w:rsidR="0078531E" w:rsidRPr="0078531E" w14:paraId="28C7702A" w14:textId="77777777">
        <w:trPr>
          <w:trHeight w:val="1103"/>
        </w:trPr>
        <w:tc>
          <w:tcPr>
            <w:tcW w:w="9069" w:type="dxa"/>
          </w:tcPr>
          <w:p w14:paraId="2C92F1B4" w14:textId="77777777" w:rsidR="00AE0CFD" w:rsidRPr="0078531E" w:rsidRDefault="00C3522D" w:rsidP="00964876">
            <w:pPr>
              <w:pStyle w:val="TableParagraph"/>
              <w:ind w:left="557" w:hanging="142"/>
              <w:jc w:val="both"/>
              <w:rPr>
                <w:sz w:val="24"/>
              </w:rPr>
            </w:pPr>
            <w:r w:rsidRPr="0078531E">
              <w:rPr>
                <w:sz w:val="24"/>
              </w:rPr>
              <w:t>3.</w:t>
            </w:r>
            <w:r w:rsidRPr="0078531E">
              <w:rPr>
                <w:spacing w:val="80"/>
                <w:sz w:val="24"/>
              </w:rPr>
              <w:t xml:space="preserve"> </w:t>
            </w:r>
            <w:r w:rsidRPr="0078531E">
              <w:rPr>
                <w:sz w:val="24"/>
              </w:rPr>
              <w:t>A játékdalokhoz, mondókákhoz természetes módon társul a zenei képességek fejlesztése,</w:t>
            </w:r>
            <w:r w:rsidRPr="0078531E">
              <w:rPr>
                <w:spacing w:val="-1"/>
                <w:sz w:val="24"/>
              </w:rPr>
              <w:t xml:space="preserve"> </w:t>
            </w:r>
            <w:r w:rsidRPr="0078531E">
              <w:rPr>
                <w:sz w:val="24"/>
              </w:rPr>
              <w:t>zenei</w:t>
            </w:r>
            <w:r w:rsidRPr="0078531E">
              <w:rPr>
                <w:spacing w:val="-1"/>
                <w:sz w:val="24"/>
              </w:rPr>
              <w:t xml:space="preserve"> </w:t>
            </w:r>
            <w:r w:rsidRPr="0078531E">
              <w:rPr>
                <w:sz w:val="24"/>
              </w:rPr>
              <w:t>ritmusérzék</w:t>
            </w:r>
            <w:r w:rsidRPr="0078531E">
              <w:rPr>
                <w:spacing w:val="-1"/>
                <w:sz w:val="24"/>
              </w:rPr>
              <w:t xml:space="preserve"> </w:t>
            </w:r>
            <w:r w:rsidRPr="0078531E">
              <w:rPr>
                <w:sz w:val="24"/>
              </w:rPr>
              <w:t>/</w:t>
            </w:r>
            <w:r w:rsidRPr="0078531E">
              <w:rPr>
                <w:spacing w:val="-1"/>
                <w:sz w:val="24"/>
              </w:rPr>
              <w:t xml:space="preserve"> </w:t>
            </w:r>
            <w:r w:rsidRPr="0078531E">
              <w:rPr>
                <w:sz w:val="24"/>
              </w:rPr>
              <w:t>metrum,</w:t>
            </w:r>
            <w:r w:rsidRPr="0078531E">
              <w:rPr>
                <w:spacing w:val="-1"/>
                <w:sz w:val="24"/>
              </w:rPr>
              <w:t xml:space="preserve"> </w:t>
            </w:r>
            <w:r w:rsidRPr="0078531E">
              <w:rPr>
                <w:sz w:val="24"/>
              </w:rPr>
              <w:t>ütem,</w:t>
            </w:r>
            <w:r w:rsidRPr="0078531E">
              <w:rPr>
                <w:spacing w:val="-1"/>
                <w:sz w:val="24"/>
              </w:rPr>
              <w:t xml:space="preserve"> </w:t>
            </w:r>
            <w:r w:rsidRPr="0078531E">
              <w:rPr>
                <w:sz w:val="24"/>
              </w:rPr>
              <w:t>ritmus,</w:t>
            </w:r>
            <w:r w:rsidRPr="0078531E">
              <w:rPr>
                <w:spacing w:val="-1"/>
                <w:sz w:val="24"/>
              </w:rPr>
              <w:t xml:space="preserve"> </w:t>
            </w:r>
            <w:r w:rsidRPr="0078531E">
              <w:rPr>
                <w:sz w:val="24"/>
              </w:rPr>
              <w:t>tempóérzék</w:t>
            </w:r>
            <w:r w:rsidRPr="0078531E">
              <w:rPr>
                <w:spacing w:val="-1"/>
                <w:sz w:val="24"/>
              </w:rPr>
              <w:t xml:space="preserve"> </w:t>
            </w:r>
            <w:r w:rsidRPr="0078531E">
              <w:rPr>
                <w:sz w:val="24"/>
              </w:rPr>
              <w:t>/</w:t>
            </w:r>
            <w:r w:rsidRPr="0078531E">
              <w:rPr>
                <w:spacing w:val="-1"/>
                <w:sz w:val="24"/>
              </w:rPr>
              <w:t xml:space="preserve"> </w:t>
            </w:r>
            <w:r w:rsidRPr="0078531E">
              <w:rPr>
                <w:sz w:val="24"/>
              </w:rPr>
              <w:t>zenei</w:t>
            </w:r>
            <w:r w:rsidRPr="0078531E">
              <w:rPr>
                <w:spacing w:val="-1"/>
                <w:sz w:val="24"/>
              </w:rPr>
              <w:t xml:space="preserve"> </w:t>
            </w:r>
            <w:r w:rsidRPr="0078531E">
              <w:rPr>
                <w:spacing w:val="-2"/>
                <w:sz w:val="24"/>
              </w:rPr>
              <w:t>hallás</w:t>
            </w:r>
          </w:p>
          <w:p w14:paraId="1C4F499B" w14:textId="77777777" w:rsidR="00AE0CFD" w:rsidRPr="0078531E" w:rsidRDefault="00C3522D" w:rsidP="00964876">
            <w:pPr>
              <w:pStyle w:val="TableParagraph"/>
              <w:spacing w:line="270" w:lineRule="atLeast"/>
              <w:ind w:left="557" w:right="233" w:hanging="142"/>
              <w:jc w:val="both"/>
              <w:rPr>
                <w:sz w:val="24"/>
              </w:rPr>
            </w:pPr>
            <w:r w:rsidRPr="0078531E">
              <w:rPr>
                <w:sz w:val="24"/>
              </w:rPr>
              <w:t>/ tiszta éneklés, dinamikai és hangszín érzék / zenei emlékező és reprodukáló</w:t>
            </w:r>
            <w:r w:rsidRPr="0078531E">
              <w:rPr>
                <w:spacing w:val="40"/>
                <w:sz w:val="24"/>
              </w:rPr>
              <w:t xml:space="preserve"> </w:t>
            </w:r>
            <w:r w:rsidRPr="0078531E">
              <w:rPr>
                <w:sz w:val="24"/>
              </w:rPr>
              <w:t>képesség, belső hallás, zenei formaérzék.</w:t>
            </w:r>
          </w:p>
        </w:tc>
      </w:tr>
      <w:tr w:rsidR="0078531E" w:rsidRPr="0078531E" w14:paraId="07FB8A6F" w14:textId="77777777">
        <w:trPr>
          <w:trHeight w:val="827"/>
        </w:trPr>
        <w:tc>
          <w:tcPr>
            <w:tcW w:w="9069" w:type="dxa"/>
          </w:tcPr>
          <w:p w14:paraId="0626BF39" w14:textId="6F9D2F09" w:rsidR="00AE0CFD" w:rsidRPr="0078531E" w:rsidRDefault="00C3522D" w:rsidP="00964876">
            <w:pPr>
              <w:pStyle w:val="TableParagraph"/>
              <w:tabs>
                <w:tab w:val="left" w:pos="1705"/>
                <w:tab w:val="left" w:pos="3289"/>
                <w:tab w:val="left" w:pos="4206"/>
                <w:tab w:val="left" w:pos="5295"/>
                <w:tab w:val="left" w:pos="6478"/>
                <w:tab w:val="left" w:pos="6861"/>
                <w:tab w:val="left" w:pos="7181"/>
                <w:tab w:val="left" w:pos="8323"/>
              </w:tabs>
              <w:spacing w:line="232" w:lineRule="auto"/>
              <w:ind w:left="699" w:right="93" w:hanging="142"/>
              <w:jc w:val="both"/>
              <w:rPr>
                <w:sz w:val="24"/>
              </w:rPr>
            </w:pPr>
            <w:r w:rsidRPr="0078531E">
              <w:t>4.</w:t>
            </w:r>
            <w:r w:rsidRPr="0078531E">
              <w:rPr>
                <w:spacing w:val="80"/>
              </w:rPr>
              <w:t xml:space="preserve"> </w:t>
            </w:r>
            <w:r w:rsidR="00C45C95" w:rsidRPr="0078531E">
              <w:rPr>
                <w:sz w:val="24"/>
              </w:rPr>
              <w:t xml:space="preserve">Minden </w:t>
            </w:r>
            <w:r w:rsidRPr="0078531E">
              <w:rPr>
                <w:spacing w:val="-2"/>
                <w:sz w:val="24"/>
              </w:rPr>
              <w:t>csoportszob</w:t>
            </w:r>
            <w:r w:rsidR="00C45C95" w:rsidRPr="0078531E">
              <w:rPr>
                <w:spacing w:val="-2"/>
                <w:sz w:val="24"/>
              </w:rPr>
              <w:t>ában</w:t>
            </w:r>
            <w:r w:rsidRPr="0078531E">
              <w:rPr>
                <w:sz w:val="24"/>
              </w:rPr>
              <w:tab/>
            </w:r>
            <w:r w:rsidR="00C45C95" w:rsidRPr="0078531E">
              <w:rPr>
                <w:spacing w:val="-2"/>
                <w:sz w:val="24"/>
              </w:rPr>
              <w:t>biztosítjuk</w:t>
            </w:r>
            <w:r w:rsidR="00C45C95" w:rsidRPr="0078531E">
              <w:rPr>
                <w:sz w:val="24"/>
              </w:rPr>
              <w:t xml:space="preserve"> </w:t>
            </w:r>
            <w:r w:rsidRPr="0078531E">
              <w:rPr>
                <w:spacing w:val="-10"/>
                <w:sz w:val="24"/>
              </w:rPr>
              <w:t>a</w:t>
            </w:r>
            <w:r w:rsidR="00C45C95" w:rsidRPr="0078531E">
              <w:rPr>
                <w:sz w:val="24"/>
              </w:rPr>
              <w:t xml:space="preserve"> </w:t>
            </w:r>
            <w:r w:rsidRPr="0078531E">
              <w:rPr>
                <w:b/>
                <w:i/>
                <w:spacing w:val="-2"/>
                <w:sz w:val="24"/>
                <w:u w:val="single"/>
              </w:rPr>
              <w:t>különféle</w:t>
            </w:r>
            <w:r w:rsidR="00C45C95" w:rsidRPr="0078531E">
              <w:rPr>
                <w:b/>
                <w:i/>
                <w:sz w:val="24"/>
                <w:u w:val="single"/>
              </w:rPr>
              <w:t xml:space="preserve"> </w:t>
            </w:r>
            <w:r w:rsidRPr="0078531E">
              <w:rPr>
                <w:b/>
                <w:i/>
                <w:spacing w:val="-2"/>
                <w:sz w:val="24"/>
                <w:u w:val="single"/>
              </w:rPr>
              <w:t>ritmus</w:t>
            </w:r>
            <w:r w:rsidRPr="0078531E">
              <w:rPr>
                <w:b/>
                <w:i/>
                <w:spacing w:val="-2"/>
                <w:sz w:val="24"/>
              </w:rPr>
              <w:t xml:space="preserve"> </w:t>
            </w:r>
            <w:r w:rsidRPr="0078531E">
              <w:rPr>
                <w:b/>
                <w:i/>
                <w:sz w:val="24"/>
                <w:u w:val="single"/>
              </w:rPr>
              <w:t>hangszereket</w:t>
            </w:r>
            <w:r w:rsidR="00C45C95" w:rsidRPr="0078531E">
              <w:rPr>
                <w:b/>
                <w:i/>
                <w:sz w:val="24"/>
                <w:u w:val="single"/>
              </w:rPr>
              <w:t>.</w:t>
            </w:r>
          </w:p>
          <w:p w14:paraId="17829785" w14:textId="4A9C6694" w:rsidR="00AE0CFD" w:rsidRPr="0078531E" w:rsidRDefault="00C45C95" w:rsidP="00964876">
            <w:pPr>
              <w:pStyle w:val="TableParagraph"/>
              <w:spacing w:before="1" w:line="264" w:lineRule="exact"/>
              <w:ind w:left="699"/>
              <w:jc w:val="both"/>
              <w:rPr>
                <w:sz w:val="24"/>
              </w:rPr>
            </w:pPr>
            <w:r w:rsidRPr="0078531E">
              <w:rPr>
                <w:sz w:val="24"/>
              </w:rPr>
              <w:t xml:space="preserve">A </w:t>
            </w:r>
            <w:r w:rsidR="00C3522D" w:rsidRPr="0078531E">
              <w:rPr>
                <w:sz w:val="24"/>
              </w:rPr>
              <w:t>ritmussal</w:t>
            </w:r>
            <w:r w:rsidR="00C3522D" w:rsidRPr="0078531E">
              <w:rPr>
                <w:spacing w:val="-7"/>
                <w:sz w:val="24"/>
              </w:rPr>
              <w:t xml:space="preserve"> </w:t>
            </w:r>
            <w:r w:rsidR="00C3522D" w:rsidRPr="0078531E">
              <w:rPr>
                <w:sz w:val="24"/>
              </w:rPr>
              <w:t>kísért</w:t>
            </w:r>
            <w:r w:rsidR="00C3522D" w:rsidRPr="0078531E">
              <w:rPr>
                <w:spacing w:val="-6"/>
                <w:sz w:val="24"/>
              </w:rPr>
              <w:t xml:space="preserve"> </w:t>
            </w:r>
            <w:r w:rsidR="00C3522D" w:rsidRPr="0078531E">
              <w:rPr>
                <w:sz w:val="24"/>
              </w:rPr>
              <w:t>éneklés</w:t>
            </w:r>
            <w:r w:rsidRPr="0078531E">
              <w:rPr>
                <w:sz w:val="24"/>
              </w:rPr>
              <w:t>hez</w:t>
            </w:r>
            <w:r w:rsidR="00C3522D" w:rsidRPr="0078531E">
              <w:rPr>
                <w:spacing w:val="-7"/>
                <w:sz w:val="24"/>
              </w:rPr>
              <w:t xml:space="preserve"> </w:t>
            </w:r>
            <w:r w:rsidR="00C3522D" w:rsidRPr="0078531E">
              <w:rPr>
                <w:sz w:val="24"/>
              </w:rPr>
              <w:t>természetes</w:t>
            </w:r>
            <w:r w:rsidR="00C3522D" w:rsidRPr="0078531E">
              <w:rPr>
                <w:spacing w:val="-7"/>
                <w:sz w:val="24"/>
              </w:rPr>
              <w:t xml:space="preserve"> </w:t>
            </w:r>
            <w:r w:rsidR="00C3522D" w:rsidRPr="0078531E">
              <w:rPr>
                <w:sz w:val="24"/>
              </w:rPr>
              <w:t>anyagokból</w:t>
            </w:r>
            <w:r w:rsidR="00C3522D" w:rsidRPr="0078531E">
              <w:rPr>
                <w:spacing w:val="-7"/>
                <w:sz w:val="24"/>
              </w:rPr>
              <w:t xml:space="preserve"> </w:t>
            </w:r>
            <w:r w:rsidR="00C3522D" w:rsidRPr="0078531E">
              <w:rPr>
                <w:sz w:val="24"/>
              </w:rPr>
              <w:t>készített</w:t>
            </w:r>
            <w:r w:rsidR="00C3522D" w:rsidRPr="0078531E">
              <w:rPr>
                <w:spacing w:val="-6"/>
                <w:sz w:val="24"/>
              </w:rPr>
              <w:t xml:space="preserve"> </w:t>
            </w:r>
            <w:r w:rsidR="00C3522D" w:rsidRPr="0078531E">
              <w:rPr>
                <w:spacing w:val="-2"/>
                <w:sz w:val="24"/>
              </w:rPr>
              <w:t>ritmushangszere</w:t>
            </w:r>
            <w:r w:rsidRPr="0078531E">
              <w:rPr>
                <w:spacing w:val="-2"/>
                <w:sz w:val="24"/>
              </w:rPr>
              <w:t>ket alkalmazunk.</w:t>
            </w:r>
          </w:p>
        </w:tc>
      </w:tr>
      <w:tr w:rsidR="0078531E" w:rsidRPr="0078531E" w14:paraId="3DEFAF5D" w14:textId="77777777">
        <w:trPr>
          <w:trHeight w:val="566"/>
        </w:trPr>
        <w:tc>
          <w:tcPr>
            <w:tcW w:w="9069" w:type="dxa"/>
          </w:tcPr>
          <w:p w14:paraId="57FA71E1" w14:textId="77777777" w:rsidR="00AE0CFD" w:rsidRPr="0078531E" w:rsidRDefault="00C3522D" w:rsidP="00964876">
            <w:pPr>
              <w:pStyle w:val="TableParagraph"/>
              <w:spacing w:line="276" w:lineRule="exact"/>
              <w:ind w:left="1322" w:right="233" w:hanging="360"/>
              <w:jc w:val="both"/>
              <w:rPr>
                <w:sz w:val="24"/>
              </w:rPr>
            </w:pPr>
            <w:r w:rsidRPr="0078531E">
              <w:rPr>
                <w:sz w:val="24"/>
              </w:rPr>
              <w:t>5.</w:t>
            </w:r>
            <w:r w:rsidRPr="0078531E">
              <w:rPr>
                <w:spacing w:val="80"/>
                <w:sz w:val="24"/>
              </w:rPr>
              <w:t xml:space="preserve"> </w:t>
            </w:r>
            <w:r w:rsidRPr="0078531E">
              <w:rPr>
                <w:sz w:val="24"/>
              </w:rPr>
              <w:t>A zenehallgatásnál mind az élőzene mind a művészi értékkel bíró gépzene is</w:t>
            </w:r>
            <w:r w:rsidRPr="0078531E">
              <w:rPr>
                <w:spacing w:val="80"/>
                <w:sz w:val="24"/>
              </w:rPr>
              <w:t xml:space="preserve"> </w:t>
            </w:r>
            <w:r w:rsidRPr="0078531E">
              <w:rPr>
                <w:sz w:val="24"/>
              </w:rPr>
              <w:t>helyet kap.</w:t>
            </w:r>
          </w:p>
        </w:tc>
      </w:tr>
      <w:tr w:rsidR="0078531E" w:rsidRPr="0078531E" w14:paraId="468121E9" w14:textId="77777777">
        <w:trPr>
          <w:trHeight w:val="830"/>
        </w:trPr>
        <w:tc>
          <w:tcPr>
            <w:tcW w:w="9069" w:type="dxa"/>
          </w:tcPr>
          <w:p w14:paraId="2F274878" w14:textId="77777777" w:rsidR="00AE0CFD" w:rsidRPr="0078531E" w:rsidRDefault="00C3522D" w:rsidP="00964876">
            <w:pPr>
              <w:pStyle w:val="TableParagraph"/>
              <w:spacing w:line="270" w:lineRule="exact"/>
              <w:ind w:left="1322" w:hanging="360"/>
              <w:jc w:val="both"/>
              <w:rPr>
                <w:sz w:val="24"/>
              </w:rPr>
            </w:pPr>
            <w:r w:rsidRPr="0078531E">
              <w:rPr>
                <w:sz w:val="24"/>
              </w:rPr>
              <w:t>6.</w:t>
            </w:r>
            <w:r w:rsidRPr="0078531E">
              <w:rPr>
                <w:spacing w:val="26"/>
                <w:sz w:val="24"/>
              </w:rPr>
              <w:t xml:space="preserve">  </w:t>
            </w:r>
            <w:r w:rsidRPr="0078531E">
              <w:rPr>
                <w:sz w:val="24"/>
              </w:rPr>
              <w:t>Az</w:t>
            </w:r>
            <w:r w:rsidRPr="0078531E">
              <w:rPr>
                <w:spacing w:val="45"/>
                <w:sz w:val="24"/>
              </w:rPr>
              <w:t xml:space="preserve"> </w:t>
            </w:r>
            <w:r w:rsidRPr="0078531E">
              <w:rPr>
                <w:sz w:val="24"/>
              </w:rPr>
              <w:t>óvodapedagógusok</w:t>
            </w:r>
            <w:r w:rsidRPr="0078531E">
              <w:rPr>
                <w:spacing w:val="43"/>
                <w:sz w:val="24"/>
              </w:rPr>
              <w:t xml:space="preserve"> </w:t>
            </w:r>
            <w:r w:rsidRPr="0078531E">
              <w:rPr>
                <w:sz w:val="24"/>
              </w:rPr>
              <w:t>a</w:t>
            </w:r>
            <w:r w:rsidRPr="0078531E">
              <w:rPr>
                <w:spacing w:val="44"/>
                <w:sz w:val="24"/>
              </w:rPr>
              <w:t xml:space="preserve"> </w:t>
            </w:r>
            <w:r w:rsidRPr="0078531E">
              <w:rPr>
                <w:sz w:val="24"/>
              </w:rPr>
              <w:t>gyermekekkel</w:t>
            </w:r>
            <w:r w:rsidRPr="0078531E">
              <w:rPr>
                <w:spacing w:val="44"/>
                <w:sz w:val="24"/>
              </w:rPr>
              <w:t xml:space="preserve"> </w:t>
            </w:r>
            <w:r w:rsidRPr="0078531E">
              <w:rPr>
                <w:sz w:val="24"/>
              </w:rPr>
              <w:t>közösen</w:t>
            </w:r>
            <w:r w:rsidRPr="0078531E">
              <w:rPr>
                <w:spacing w:val="43"/>
                <w:sz w:val="24"/>
              </w:rPr>
              <w:t xml:space="preserve"> </w:t>
            </w:r>
            <w:r w:rsidRPr="0078531E">
              <w:rPr>
                <w:sz w:val="24"/>
              </w:rPr>
              <w:t>variálják</w:t>
            </w:r>
            <w:r w:rsidRPr="0078531E">
              <w:rPr>
                <w:spacing w:val="43"/>
                <w:sz w:val="24"/>
              </w:rPr>
              <w:t xml:space="preserve"> </w:t>
            </w:r>
            <w:r w:rsidRPr="0078531E">
              <w:rPr>
                <w:sz w:val="24"/>
              </w:rPr>
              <w:t>az</w:t>
            </w:r>
            <w:r w:rsidRPr="0078531E">
              <w:rPr>
                <w:spacing w:val="44"/>
                <w:sz w:val="24"/>
              </w:rPr>
              <w:t xml:space="preserve"> </w:t>
            </w:r>
            <w:r w:rsidRPr="0078531E">
              <w:rPr>
                <w:sz w:val="24"/>
              </w:rPr>
              <w:t>énekes</w:t>
            </w:r>
            <w:r w:rsidRPr="0078531E">
              <w:rPr>
                <w:spacing w:val="44"/>
                <w:sz w:val="24"/>
              </w:rPr>
              <w:t xml:space="preserve"> </w:t>
            </w:r>
            <w:r w:rsidRPr="0078531E">
              <w:rPr>
                <w:spacing w:val="-2"/>
                <w:sz w:val="24"/>
              </w:rPr>
              <w:t>játékok</w:t>
            </w:r>
          </w:p>
          <w:p w14:paraId="1113FA97" w14:textId="77777777" w:rsidR="00AE0CFD" w:rsidRPr="0078531E" w:rsidRDefault="00C3522D" w:rsidP="00964876">
            <w:pPr>
              <w:pStyle w:val="TableParagraph"/>
              <w:spacing w:line="270" w:lineRule="atLeast"/>
              <w:ind w:left="1322" w:right="93"/>
              <w:jc w:val="both"/>
              <w:rPr>
                <w:sz w:val="24"/>
              </w:rPr>
            </w:pPr>
            <w:r w:rsidRPr="0078531E">
              <w:rPr>
                <w:sz w:val="24"/>
              </w:rPr>
              <w:t>mozgásanyagát</w:t>
            </w:r>
            <w:r w:rsidRPr="0078531E">
              <w:rPr>
                <w:spacing w:val="-15"/>
                <w:sz w:val="24"/>
              </w:rPr>
              <w:t xml:space="preserve"> </w:t>
            </w:r>
            <w:r w:rsidRPr="0078531E">
              <w:rPr>
                <w:sz w:val="24"/>
              </w:rPr>
              <w:t>olyan</w:t>
            </w:r>
            <w:r w:rsidRPr="0078531E">
              <w:rPr>
                <w:spacing w:val="-13"/>
                <w:sz w:val="24"/>
              </w:rPr>
              <w:t xml:space="preserve"> </w:t>
            </w:r>
            <w:r w:rsidRPr="0078531E">
              <w:rPr>
                <w:sz w:val="24"/>
              </w:rPr>
              <w:t>egyszerű</w:t>
            </w:r>
            <w:r w:rsidRPr="0078531E">
              <w:rPr>
                <w:spacing w:val="-15"/>
                <w:sz w:val="24"/>
              </w:rPr>
              <w:t xml:space="preserve"> </w:t>
            </w:r>
            <w:r w:rsidRPr="0078531E">
              <w:rPr>
                <w:sz w:val="24"/>
              </w:rPr>
              <w:t>tánclépésekkel,</w:t>
            </w:r>
            <w:r w:rsidRPr="0078531E">
              <w:rPr>
                <w:spacing w:val="-12"/>
                <w:sz w:val="24"/>
              </w:rPr>
              <w:t xml:space="preserve"> </w:t>
            </w:r>
            <w:r w:rsidRPr="0078531E">
              <w:rPr>
                <w:sz w:val="24"/>
              </w:rPr>
              <w:t>amit</w:t>
            </w:r>
            <w:r w:rsidRPr="0078531E">
              <w:rPr>
                <w:spacing w:val="-15"/>
                <w:sz w:val="24"/>
              </w:rPr>
              <w:t xml:space="preserve"> </w:t>
            </w:r>
            <w:r w:rsidRPr="0078531E">
              <w:rPr>
                <w:sz w:val="24"/>
              </w:rPr>
              <w:t>a</w:t>
            </w:r>
            <w:r w:rsidRPr="0078531E">
              <w:rPr>
                <w:spacing w:val="-15"/>
                <w:sz w:val="24"/>
              </w:rPr>
              <w:t xml:space="preserve"> </w:t>
            </w:r>
            <w:r w:rsidRPr="0078531E">
              <w:rPr>
                <w:sz w:val="24"/>
              </w:rPr>
              <w:t>felnőtti</w:t>
            </w:r>
            <w:r w:rsidRPr="0078531E">
              <w:rPr>
                <w:spacing w:val="-14"/>
                <w:sz w:val="24"/>
              </w:rPr>
              <w:t xml:space="preserve"> </w:t>
            </w:r>
            <w:r w:rsidRPr="0078531E">
              <w:rPr>
                <w:sz w:val="24"/>
              </w:rPr>
              <w:t>minta</w:t>
            </w:r>
            <w:r w:rsidRPr="0078531E">
              <w:rPr>
                <w:spacing w:val="-15"/>
                <w:sz w:val="24"/>
              </w:rPr>
              <w:t xml:space="preserve"> </w:t>
            </w:r>
            <w:r w:rsidRPr="0078531E">
              <w:rPr>
                <w:sz w:val="24"/>
              </w:rPr>
              <w:t>utánzásával a gyermekek követni tudnak</w:t>
            </w:r>
          </w:p>
        </w:tc>
      </w:tr>
      <w:tr w:rsidR="0078531E" w:rsidRPr="0078531E" w14:paraId="62B8FF10" w14:textId="77777777">
        <w:trPr>
          <w:trHeight w:val="566"/>
        </w:trPr>
        <w:tc>
          <w:tcPr>
            <w:tcW w:w="9069" w:type="dxa"/>
          </w:tcPr>
          <w:p w14:paraId="62FEC42E" w14:textId="77777777" w:rsidR="00AE0CFD" w:rsidRPr="0078531E" w:rsidRDefault="00C3522D" w:rsidP="00964876">
            <w:pPr>
              <w:pStyle w:val="TableParagraph"/>
              <w:spacing w:line="276" w:lineRule="exact"/>
              <w:ind w:left="1322" w:right="233" w:hanging="360"/>
              <w:jc w:val="both"/>
              <w:rPr>
                <w:sz w:val="24"/>
              </w:rPr>
            </w:pPr>
            <w:r w:rsidRPr="0078531E">
              <w:rPr>
                <w:sz w:val="24"/>
              </w:rPr>
              <w:t>7.</w:t>
            </w:r>
            <w:r w:rsidRPr="0078531E">
              <w:rPr>
                <w:spacing w:val="80"/>
                <w:sz w:val="24"/>
              </w:rPr>
              <w:t xml:space="preserve"> </w:t>
            </w:r>
            <w:r w:rsidRPr="0078531E">
              <w:rPr>
                <w:sz w:val="24"/>
              </w:rPr>
              <w:t>A</w:t>
            </w:r>
            <w:r w:rsidRPr="0078531E">
              <w:rPr>
                <w:spacing w:val="40"/>
                <w:sz w:val="24"/>
              </w:rPr>
              <w:t xml:space="preserve"> </w:t>
            </w:r>
            <w:r w:rsidRPr="0078531E">
              <w:rPr>
                <w:sz w:val="24"/>
              </w:rPr>
              <w:t>népdalok</w:t>
            </w:r>
            <w:r w:rsidRPr="0078531E">
              <w:rPr>
                <w:spacing w:val="40"/>
                <w:sz w:val="24"/>
              </w:rPr>
              <w:t xml:space="preserve"> </w:t>
            </w:r>
            <w:r w:rsidRPr="0078531E">
              <w:rPr>
                <w:sz w:val="24"/>
              </w:rPr>
              <w:t>éneklése,</w:t>
            </w:r>
            <w:r w:rsidRPr="0078531E">
              <w:rPr>
                <w:spacing w:val="40"/>
                <w:sz w:val="24"/>
              </w:rPr>
              <w:t xml:space="preserve"> </w:t>
            </w:r>
            <w:r w:rsidRPr="0078531E">
              <w:rPr>
                <w:sz w:val="24"/>
              </w:rPr>
              <w:t>hallgatása,</w:t>
            </w:r>
            <w:r w:rsidRPr="0078531E">
              <w:rPr>
                <w:spacing w:val="40"/>
                <w:sz w:val="24"/>
              </w:rPr>
              <w:t xml:space="preserve"> </w:t>
            </w:r>
            <w:r w:rsidRPr="0078531E">
              <w:rPr>
                <w:sz w:val="24"/>
              </w:rPr>
              <w:t>a</w:t>
            </w:r>
            <w:r w:rsidRPr="0078531E">
              <w:rPr>
                <w:spacing w:val="40"/>
                <w:sz w:val="24"/>
              </w:rPr>
              <w:t xml:space="preserve"> </w:t>
            </w:r>
            <w:r w:rsidRPr="0078531E">
              <w:rPr>
                <w:sz w:val="24"/>
              </w:rPr>
              <w:t>gyermek,</w:t>
            </w:r>
            <w:r w:rsidRPr="0078531E">
              <w:rPr>
                <w:spacing w:val="40"/>
                <w:sz w:val="24"/>
              </w:rPr>
              <w:t xml:space="preserve"> </w:t>
            </w:r>
            <w:r w:rsidRPr="0078531E">
              <w:rPr>
                <w:sz w:val="24"/>
              </w:rPr>
              <w:t>néptáncok</w:t>
            </w:r>
            <w:r w:rsidRPr="0078531E">
              <w:rPr>
                <w:spacing w:val="40"/>
                <w:sz w:val="24"/>
              </w:rPr>
              <w:t xml:space="preserve"> </w:t>
            </w:r>
            <w:r w:rsidRPr="0078531E">
              <w:rPr>
                <w:sz w:val="24"/>
              </w:rPr>
              <w:t>és</w:t>
            </w:r>
            <w:r w:rsidRPr="0078531E">
              <w:rPr>
                <w:spacing w:val="40"/>
                <w:sz w:val="24"/>
              </w:rPr>
              <w:t xml:space="preserve"> </w:t>
            </w:r>
            <w:r w:rsidRPr="0078531E">
              <w:rPr>
                <w:sz w:val="24"/>
              </w:rPr>
              <w:t>népi</w:t>
            </w:r>
            <w:r w:rsidRPr="0078531E">
              <w:rPr>
                <w:spacing w:val="40"/>
                <w:sz w:val="24"/>
              </w:rPr>
              <w:t xml:space="preserve"> </w:t>
            </w:r>
            <w:r w:rsidRPr="0078531E">
              <w:rPr>
                <w:sz w:val="24"/>
              </w:rPr>
              <w:t>játékok,</w:t>
            </w:r>
            <w:r w:rsidRPr="0078531E">
              <w:rPr>
                <w:spacing w:val="40"/>
                <w:sz w:val="24"/>
              </w:rPr>
              <w:t xml:space="preserve"> </w:t>
            </w:r>
            <w:r w:rsidRPr="0078531E">
              <w:rPr>
                <w:sz w:val="24"/>
              </w:rPr>
              <w:t>a</w:t>
            </w:r>
            <w:r w:rsidRPr="0078531E">
              <w:rPr>
                <w:spacing w:val="40"/>
                <w:sz w:val="24"/>
              </w:rPr>
              <w:t xml:space="preserve"> </w:t>
            </w:r>
            <w:r w:rsidRPr="0078531E">
              <w:rPr>
                <w:sz w:val="24"/>
              </w:rPr>
              <w:t>hagyományok megismerését, tovább élését segítik.</w:t>
            </w:r>
          </w:p>
        </w:tc>
      </w:tr>
      <w:tr w:rsidR="0078531E" w:rsidRPr="0078531E" w14:paraId="6E477237" w14:textId="77777777">
        <w:trPr>
          <w:trHeight w:val="827"/>
        </w:trPr>
        <w:tc>
          <w:tcPr>
            <w:tcW w:w="9069" w:type="dxa"/>
          </w:tcPr>
          <w:p w14:paraId="6E1DE74B" w14:textId="77777777" w:rsidR="00AE0CFD" w:rsidRPr="0078531E" w:rsidRDefault="00C3522D" w:rsidP="00964876">
            <w:pPr>
              <w:pStyle w:val="TableParagraph"/>
              <w:spacing w:line="268" w:lineRule="exact"/>
              <w:ind w:left="1322" w:hanging="360"/>
              <w:jc w:val="both"/>
              <w:rPr>
                <w:sz w:val="24"/>
              </w:rPr>
            </w:pPr>
            <w:r w:rsidRPr="0078531E">
              <w:rPr>
                <w:sz w:val="24"/>
              </w:rPr>
              <w:t>8.</w:t>
            </w:r>
            <w:r w:rsidRPr="0078531E">
              <w:rPr>
                <w:spacing w:val="27"/>
                <w:sz w:val="24"/>
              </w:rPr>
              <w:t xml:space="preserve">  </w:t>
            </w:r>
            <w:r w:rsidRPr="0078531E">
              <w:rPr>
                <w:sz w:val="24"/>
              </w:rPr>
              <w:t>A</w:t>
            </w:r>
            <w:r w:rsidRPr="0078531E">
              <w:rPr>
                <w:spacing w:val="51"/>
                <w:sz w:val="24"/>
              </w:rPr>
              <w:t xml:space="preserve"> </w:t>
            </w:r>
            <w:r w:rsidRPr="0078531E">
              <w:rPr>
                <w:sz w:val="24"/>
              </w:rPr>
              <w:t>gyermektánc</w:t>
            </w:r>
            <w:r w:rsidRPr="0078531E">
              <w:rPr>
                <w:spacing w:val="49"/>
                <w:sz w:val="24"/>
              </w:rPr>
              <w:t xml:space="preserve"> </w:t>
            </w:r>
            <w:r w:rsidRPr="0078531E">
              <w:rPr>
                <w:sz w:val="24"/>
              </w:rPr>
              <w:t>a</w:t>
            </w:r>
            <w:r w:rsidRPr="0078531E">
              <w:rPr>
                <w:spacing w:val="50"/>
                <w:sz w:val="24"/>
              </w:rPr>
              <w:t xml:space="preserve"> </w:t>
            </w:r>
            <w:r w:rsidRPr="0078531E">
              <w:rPr>
                <w:sz w:val="24"/>
              </w:rPr>
              <w:t>felfogásunkban</w:t>
            </w:r>
            <w:r w:rsidRPr="0078531E">
              <w:rPr>
                <w:spacing w:val="51"/>
                <w:sz w:val="24"/>
              </w:rPr>
              <w:t xml:space="preserve"> </w:t>
            </w:r>
            <w:r w:rsidRPr="0078531E">
              <w:rPr>
                <w:sz w:val="24"/>
              </w:rPr>
              <w:t>a</w:t>
            </w:r>
            <w:r w:rsidRPr="0078531E">
              <w:rPr>
                <w:spacing w:val="48"/>
                <w:sz w:val="24"/>
              </w:rPr>
              <w:t xml:space="preserve"> </w:t>
            </w:r>
            <w:r w:rsidRPr="0078531E">
              <w:rPr>
                <w:sz w:val="24"/>
              </w:rPr>
              <w:t>néptánc</w:t>
            </w:r>
            <w:r w:rsidRPr="0078531E">
              <w:rPr>
                <w:spacing w:val="50"/>
                <w:sz w:val="24"/>
              </w:rPr>
              <w:t xml:space="preserve"> </w:t>
            </w:r>
            <w:r w:rsidRPr="0078531E">
              <w:rPr>
                <w:sz w:val="24"/>
              </w:rPr>
              <w:t>figurákkal</w:t>
            </w:r>
            <w:r w:rsidRPr="0078531E">
              <w:rPr>
                <w:spacing w:val="49"/>
                <w:sz w:val="24"/>
              </w:rPr>
              <w:t xml:space="preserve"> </w:t>
            </w:r>
            <w:r w:rsidRPr="0078531E">
              <w:rPr>
                <w:sz w:val="24"/>
              </w:rPr>
              <w:t>való</w:t>
            </w:r>
            <w:r w:rsidRPr="0078531E">
              <w:rPr>
                <w:spacing w:val="49"/>
                <w:sz w:val="24"/>
              </w:rPr>
              <w:t xml:space="preserve"> </w:t>
            </w:r>
            <w:r w:rsidRPr="0078531E">
              <w:rPr>
                <w:sz w:val="24"/>
              </w:rPr>
              <w:t>szabad</w:t>
            </w:r>
            <w:r w:rsidRPr="0078531E">
              <w:rPr>
                <w:spacing w:val="50"/>
                <w:sz w:val="24"/>
              </w:rPr>
              <w:t xml:space="preserve"> </w:t>
            </w:r>
            <w:r w:rsidRPr="0078531E">
              <w:rPr>
                <w:spacing w:val="-2"/>
                <w:sz w:val="24"/>
              </w:rPr>
              <w:t>mozgás</w:t>
            </w:r>
          </w:p>
          <w:p w14:paraId="0C3F2A53" w14:textId="77777777" w:rsidR="00AE0CFD" w:rsidRPr="0078531E" w:rsidRDefault="00C3522D" w:rsidP="00964876">
            <w:pPr>
              <w:pStyle w:val="TableParagraph"/>
              <w:spacing w:line="270" w:lineRule="atLeast"/>
              <w:ind w:left="1322"/>
              <w:jc w:val="both"/>
              <w:rPr>
                <w:sz w:val="24"/>
              </w:rPr>
            </w:pPr>
            <w:r w:rsidRPr="0078531E">
              <w:rPr>
                <w:sz w:val="24"/>
              </w:rPr>
              <w:t>örömét</w:t>
            </w:r>
            <w:r w:rsidRPr="0078531E">
              <w:rPr>
                <w:spacing w:val="29"/>
                <w:sz w:val="24"/>
              </w:rPr>
              <w:t xml:space="preserve"> </w:t>
            </w:r>
            <w:r w:rsidRPr="0078531E">
              <w:rPr>
                <w:sz w:val="24"/>
              </w:rPr>
              <w:t>jelenti,</w:t>
            </w:r>
            <w:r w:rsidRPr="0078531E">
              <w:rPr>
                <w:spacing w:val="29"/>
                <w:sz w:val="24"/>
              </w:rPr>
              <w:t xml:space="preserve"> </w:t>
            </w:r>
            <w:r w:rsidRPr="0078531E">
              <w:rPr>
                <w:sz w:val="24"/>
              </w:rPr>
              <w:t>oly módon,</w:t>
            </w:r>
            <w:r w:rsidRPr="0078531E">
              <w:rPr>
                <w:spacing w:val="29"/>
                <w:sz w:val="24"/>
              </w:rPr>
              <w:t xml:space="preserve"> </w:t>
            </w:r>
            <w:r w:rsidRPr="0078531E">
              <w:rPr>
                <w:sz w:val="24"/>
              </w:rPr>
              <w:t>hogy minden</w:t>
            </w:r>
            <w:r w:rsidRPr="0078531E">
              <w:rPr>
                <w:spacing w:val="32"/>
                <w:sz w:val="24"/>
              </w:rPr>
              <w:t xml:space="preserve"> </w:t>
            </w:r>
            <w:r w:rsidRPr="0078531E">
              <w:rPr>
                <w:sz w:val="24"/>
              </w:rPr>
              <w:t>táncos</w:t>
            </w:r>
            <w:r w:rsidRPr="0078531E">
              <w:rPr>
                <w:spacing w:val="31"/>
                <w:sz w:val="24"/>
              </w:rPr>
              <w:t xml:space="preserve"> </w:t>
            </w:r>
            <w:r w:rsidRPr="0078531E">
              <w:rPr>
                <w:sz w:val="24"/>
              </w:rPr>
              <w:t>alkalom</w:t>
            </w:r>
            <w:r w:rsidRPr="0078531E">
              <w:rPr>
                <w:spacing w:val="29"/>
                <w:sz w:val="24"/>
              </w:rPr>
              <w:t xml:space="preserve"> </w:t>
            </w:r>
            <w:r w:rsidRPr="0078531E">
              <w:rPr>
                <w:sz w:val="24"/>
              </w:rPr>
              <w:t>az</w:t>
            </w:r>
            <w:r w:rsidRPr="0078531E">
              <w:rPr>
                <w:spacing w:val="30"/>
                <w:sz w:val="24"/>
              </w:rPr>
              <w:t xml:space="preserve"> </w:t>
            </w:r>
            <w:r w:rsidRPr="0078531E">
              <w:rPr>
                <w:sz w:val="24"/>
              </w:rPr>
              <w:t>együttes</w:t>
            </w:r>
            <w:r w:rsidRPr="0078531E">
              <w:rPr>
                <w:spacing w:val="29"/>
                <w:sz w:val="24"/>
              </w:rPr>
              <w:t xml:space="preserve"> </w:t>
            </w:r>
            <w:r w:rsidRPr="0078531E">
              <w:rPr>
                <w:sz w:val="24"/>
              </w:rPr>
              <w:t>mozgás örömét adja a gyermekek számára.</w:t>
            </w:r>
          </w:p>
        </w:tc>
      </w:tr>
      <w:tr w:rsidR="0078531E" w:rsidRPr="0078531E" w14:paraId="783FB310" w14:textId="77777777">
        <w:trPr>
          <w:trHeight w:val="568"/>
        </w:trPr>
        <w:tc>
          <w:tcPr>
            <w:tcW w:w="9069" w:type="dxa"/>
          </w:tcPr>
          <w:p w14:paraId="45F58D6F" w14:textId="77777777" w:rsidR="00AE0CFD" w:rsidRPr="0078531E" w:rsidRDefault="00C3522D" w:rsidP="00964876">
            <w:pPr>
              <w:pStyle w:val="TableParagraph"/>
              <w:spacing w:line="276" w:lineRule="exact"/>
              <w:ind w:left="1322" w:hanging="360"/>
              <w:jc w:val="both"/>
              <w:rPr>
                <w:sz w:val="24"/>
              </w:rPr>
            </w:pPr>
            <w:r w:rsidRPr="0078531E">
              <w:rPr>
                <w:sz w:val="24"/>
              </w:rPr>
              <w:t>9.</w:t>
            </w:r>
            <w:r w:rsidRPr="0078531E">
              <w:rPr>
                <w:spacing w:val="80"/>
                <w:sz w:val="24"/>
              </w:rPr>
              <w:t xml:space="preserve"> </w:t>
            </w:r>
            <w:r w:rsidRPr="0078531E">
              <w:rPr>
                <w:sz w:val="24"/>
              </w:rPr>
              <w:t>A</w:t>
            </w:r>
            <w:r w:rsidRPr="0078531E">
              <w:rPr>
                <w:spacing w:val="80"/>
                <w:sz w:val="24"/>
              </w:rPr>
              <w:t xml:space="preserve"> </w:t>
            </w:r>
            <w:r w:rsidRPr="0078531E">
              <w:rPr>
                <w:sz w:val="24"/>
              </w:rPr>
              <w:t>gyermekek</w:t>
            </w:r>
            <w:r w:rsidRPr="0078531E">
              <w:rPr>
                <w:spacing w:val="78"/>
                <w:sz w:val="24"/>
              </w:rPr>
              <w:t xml:space="preserve"> </w:t>
            </w:r>
            <w:r w:rsidRPr="0078531E">
              <w:rPr>
                <w:sz w:val="24"/>
              </w:rPr>
              <w:t>minél</w:t>
            </w:r>
            <w:r w:rsidRPr="0078531E">
              <w:rPr>
                <w:spacing w:val="80"/>
                <w:sz w:val="24"/>
              </w:rPr>
              <w:t xml:space="preserve"> </w:t>
            </w:r>
            <w:r w:rsidRPr="0078531E">
              <w:rPr>
                <w:sz w:val="24"/>
              </w:rPr>
              <w:t>tisztább</w:t>
            </w:r>
            <w:r w:rsidRPr="0078531E">
              <w:rPr>
                <w:spacing w:val="78"/>
                <w:sz w:val="24"/>
              </w:rPr>
              <w:t xml:space="preserve"> </w:t>
            </w:r>
            <w:r w:rsidRPr="0078531E">
              <w:rPr>
                <w:sz w:val="24"/>
              </w:rPr>
              <w:t>éneklését</w:t>
            </w:r>
            <w:r w:rsidRPr="0078531E">
              <w:rPr>
                <w:spacing w:val="80"/>
                <w:sz w:val="24"/>
              </w:rPr>
              <w:t xml:space="preserve"> </w:t>
            </w:r>
            <w:r w:rsidRPr="0078531E">
              <w:rPr>
                <w:sz w:val="24"/>
              </w:rPr>
              <w:t>az</w:t>
            </w:r>
            <w:r w:rsidRPr="0078531E">
              <w:rPr>
                <w:spacing w:val="80"/>
                <w:sz w:val="24"/>
              </w:rPr>
              <w:t xml:space="preserve"> </w:t>
            </w:r>
            <w:r w:rsidRPr="0078531E">
              <w:rPr>
                <w:sz w:val="24"/>
              </w:rPr>
              <w:t>óvodapedagógusok</w:t>
            </w:r>
            <w:r w:rsidRPr="0078531E">
              <w:rPr>
                <w:spacing w:val="80"/>
                <w:sz w:val="24"/>
              </w:rPr>
              <w:t xml:space="preserve"> </w:t>
            </w:r>
            <w:r w:rsidRPr="0078531E">
              <w:rPr>
                <w:sz w:val="24"/>
              </w:rPr>
              <w:t>mindennapi énekelgetésükkel segítik elő.</w:t>
            </w:r>
          </w:p>
        </w:tc>
      </w:tr>
      <w:tr w:rsidR="00AE0CFD" w:rsidRPr="0078531E" w14:paraId="353C3810" w14:textId="77777777">
        <w:trPr>
          <w:trHeight w:val="565"/>
        </w:trPr>
        <w:tc>
          <w:tcPr>
            <w:tcW w:w="9069" w:type="dxa"/>
          </w:tcPr>
          <w:p w14:paraId="3EC5618D" w14:textId="77777777" w:rsidR="00AE0CFD" w:rsidRPr="0078531E" w:rsidRDefault="00C3522D" w:rsidP="00964876">
            <w:pPr>
              <w:pStyle w:val="TableParagraph"/>
              <w:spacing w:line="276" w:lineRule="exact"/>
              <w:ind w:left="1322" w:right="233" w:hanging="360"/>
              <w:jc w:val="both"/>
              <w:rPr>
                <w:sz w:val="24"/>
              </w:rPr>
            </w:pPr>
            <w:r w:rsidRPr="0078531E">
              <w:rPr>
                <w:sz w:val="24"/>
              </w:rPr>
              <w:t>10.</w:t>
            </w:r>
            <w:r w:rsidRPr="0078531E">
              <w:rPr>
                <w:spacing w:val="-5"/>
                <w:sz w:val="24"/>
              </w:rPr>
              <w:t xml:space="preserve"> </w:t>
            </w:r>
            <w:r w:rsidRPr="0078531E">
              <w:rPr>
                <w:sz w:val="24"/>
              </w:rPr>
              <w:t>Az</w:t>
            </w:r>
            <w:r w:rsidRPr="0078531E">
              <w:rPr>
                <w:spacing w:val="-5"/>
                <w:sz w:val="24"/>
              </w:rPr>
              <w:t xml:space="preserve"> </w:t>
            </w:r>
            <w:r w:rsidRPr="0078531E">
              <w:rPr>
                <w:sz w:val="24"/>
              </w:rPr>
              <w:t>énekre,</w:t>
            </w:r>
            <w:r w:rsidRPr="0078531E">
              <w:rPr>
                <w:spacing w:val="-5"/>
                <w:sz w:val="24"/>
              </w:rPr>
              <w:t xml:space="preserve"> </w:t>
            </w:r>
            <w:r w:rsidRPr="0078531E">
              <w:rPr>
                <w:sz w:val="24"/>
              </w:rPr>
              <w:t>énekes</w:t>
            </w:r>
            <w:r w:rsidRPr="0078531E">
              <w:rPr>
                <w:spacing w:val="-5"/>
                <w:sz w:val="24"/>
              </w:rPr>
              <w:t xml:space="preserve"> </w:t>
            </w:r>
            <w:r w:rsidRPr="0078531E">
              <w:rPr>
                <w:sz w:val="24"/>
              </w:rPr>
              <w:t>játékokra,</w:t>
            </w:r>
            <w:r w:rsidRPr="0078531E">
              <w:rPr>
                <w:spacing w:val="-5"/>
                <w:sz w:val="24"/>
              </w:rPr>
              <w:t xml:space="preserve"> </w:t>
            </w:r>
            <w:r w:rsidRPr="0078531E">
              <w:rPr>
                <w:sz w:val="24"/>
              </w:rPr>
              <w:t>zenehallgatásra</w:t>
            </w:r>
            <w:r w:rsidRPr="0078531E">
              <w:rPr>
                <w:spacing w:val="-6"/>
                <w:sz w:val="24"/>
              </w:rPr>
              <w:t xml:space="preserve"> </w:t>
            </w:r>
            <w:r w:rsidRPr="0078531E">
              <w:rPr>
                <w:sz w:val="24"/>
              </w:rPr>
              <w:t>minden</w:t>
            </w:r>
            <w:r w:rsidRPr="0078531E">
              <w:rPr>
                <w:spacing w:val="-5"/>
                <w:sz w:val="24"/>
              </w:rPr>
              <w:t xml:space="preserve"> </w:t>
            </w:r>
            <w:r w:rsidRPr="0078531E">
              <w:rPr>
                <w:sz w:val="24"/>
              </w:rPr>
              <w:t>nap</w:t>
            </w:r>
            <w:r w:rsidRPr="0078531E">
              <w:rPr>
                <w:spacing w:val="-5"/>
                <w:sz w:val="24"/>
              </w:rPr>
              <w:t xml:space="preserve"> </w:t>
            </w:r>
            <w:r w:rsidRPr="0078531E">
              <w:rPr>
                <w:sz w:val="24"/>
              </w:rPr>
              <w:t>a</w:t>
            </w:r>
            <w:r w:rsidRPr="0078531E">
              <w:rPr>
                <w:spacing w:val="-5"/>
                <w:sz w:val="24"/>
              </w:rPr>
              <w:t xml:space="preserve"> </w:t>
            </w:r>
            <w:r w:rsidRPr="0078531E">
              <w:rPr>
                <w:sz w:val="24"/>
              </w:rPr>
              <w:t>komplex tevékenységekben nyílik lehetőség.</w:t>
            </w:r>
          </w:p>
        </w:tc>
      </w:tr>
    </w:tbl>
    <w:p w14:paraId="623F8F7C" w14:textId="77777777" w:rsidR="00AE0CFD" w:rsidRPr="0078531E" w:rsidRDefault="00AE0CFD">
      <w:pPr>
        <w:pStyle w:val="Szvegtrzs"/>
        <w:rPr>
          <w:b/>
        </w:rPr>
      </w:pPr>
    </w:p>
    <w:p w14:paraId="3B706170" w14:textId="77777777" w:rsidR="00AE0CFD" w:rsidRPr="0078531E" w:rsidRDefault="00AE0CFD">
      <w:pPr>
        <w:pStyle w:val="Szvegtrzs"/>
        <w:spacing w:before="65"/>
        <w:rPr>
          <w:b/>
        </w:rPr>
      </w:pPr>
    </w:p>
    <w:p w14:paraId="6156D3E9" w14:textId="77777777" w:rsidR="00AE0CFD" w:rsidRPr="0078531E" w:rsidRDefault="00C3522D" w:rsidP="0007465E">
      <w:pPr>
        <w:spacing w:before="1"/>
        <w:ind w:left="630"/>
        <w:jc w:val="center"/>
        <w:rPr>
          <w:b/>
          <w:sz w:val="24"/>
        </w:rPr>
      </w:pPr>
      <w:r w:rsidRPr="0078531E">
        <w:rPr>
          <w:b/>
          <w:sz w:val="24"/>
        </w:rPr>
        <w:t>KÜLSŐ</w:t>
      </w:r>
      <w:r w:rsidRPr="0078531E">
        <w:rPr>
          <w:b/>
          <w:spacing w:val="-3"/>
          <w:sz w:val="24"/>
        </w:rPr>
        <w:t xml:space="preserve"> </w:t>
      </w:r>
      <w:r w:rsidRPr="0078531E">
        <w:rPr>
          <w:b/>
          <w:sz w:val="24"/>
        </w:rPr>
        <w:t>VILÁG</w:t>
      </w:r>
      <w:r w:rsidRPr="0078531E">
        <w:rPr>
          <w:b/>
          <w:spacing w:val="-4"/>
          <w:sz w:val="24"/>
        </w:rPr>
        <w:t xml:space="preserve"> </w:t>
      </w:r>
      <w:r w:rsidRPr="0078531E">
        <w:rPr>
          <w:b/>
          <w:sz w:val="24"/>
        </w:rPr>
        <w:t>TEVÉKENY</w:t>
      </w:r>
      <w:r w:rsidRPr="0078531E">
        <w:rPr>
          <w:b/>
          <w:spacing w:val="-3"/>
          <w:sz w:val="24"/>
        </w:rPr>
        <w:t xml:space="preserve"> </w:t>
      </w:r>
      <w:r w:rsidRPr="0078531E">
        <w:rPr>
          <w:b/>
          <w:spacing w:val="-2"/>
          <w:sz w:val="24"/>
        </w:rPr>
        <w:t>MEGISMERÉSE</w:t>
      </w:r>
    </w:p>
    <w:p w14:paraId="5B0C83C2" w14:textId="77777777" w:rsidR="00AE0CFD" w:rsidRPr="0078531E" w:rsidRDefault="00AE0CFD">
      <w:pPr>
        <w:pStyle w:val="Szvegtrzs"/>
        <w:spacing w:before="109"/>
        <w:rPr>
          <w:b/>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9"/>
      </w:tblGrid>
      <w:tr w:rsidR="00AE0CFD" w:rsidRPr="0078531E" w14:paraId="652DB6B7" w14:textId="77777777">
        <w:trPr>
          <w:trHeight w:val="1103"/>
        </w:trPr>
        <w:tc>
          <w:tcPr>
            <w:tcW w:w="9069" w:type="dxa"/>
          </w:tcPr>
          <w:p w14:paraId="0A279BD2" w14:textId="77777777" w:rsidR="00AE0CFD" w:rsidRPr="0078531E" w:rsidRDefault="00C3522D" w:rsidP="00964876">
            <w:pPr>
              <w:pStyle w:val="TableParagraph"/>
              <w:ind w:left="830" w:right="96"/>
              <w:jc w:val="both"/>
              <w:rPr>
                <w:sz w:val="24"/>
              </w:rPr>
            </w:pPr>
            <w:r w:rsidRPr="0078531E">
              <w:rPr>
                <w:sz w:val="24"/>
              </w:rPr>
              <w:t>1.</w:t>
            </w:r>
            <w:r w:rsidRPr="0078531E">
              <w:rPr>
                <w:spacing w:val="-8"/>
                <w:sz w:val="24"/>
              </w:rPr>
              <w:t xml:space="preserve"> </w:t>
            </w:r>
            <w:r w:rsidRPr="0078531E">
              <w:rPr>
                <w:sz w:val="24"/>
              </w:rPr>
              <w:t>Olyan</w:t>
            </w:r>
            <w:r w:rsidRPr="0078531E">
              <w:rPr>
                <w:spacing w:val="-8"/>
                <w:sz w:val="24"/>
              </w:rPr>
              <w:t xml:space="preserve"> </w:t>
            </w:r>
            <w:r w:rsidRPr="0078531E">
              <w:rPr>
                <w:sz w:val="24"/>
              </w:rPr>
              <w:t>környezettudatos</w:t>
            </w:r>
            <w:r w:rsidRPr="0078531E">
              <w:rPr>
                <w:spacing w:val="-8"/>
                <w:sz w:val="24"/>
              </w:rPr>
              <w:t xml:space="preserve"> </w:t>
            </w:r>
            <w:r w:rsidRPr="0078531E">
              <w:rPr>
                <w:sz w:val="24"/>
              </w:rPr>
              <w:t>szokás</w:t>
            </w:r>
            <w:r w:rsidRPr="0078531E">
              <w:rPr>
                <w:spacing w:val="-7"/>
                <w:sz w:val="24"/>
              </w:rPr>
              <w:t xml:space="preserve"> </w:t>
            </w:r>
            <w:r w:rsidRPr="0078531E">
              <w:rPr>
                <w:sz w:val="24"/>
              </w:rPr>
              <w:t>és</w:t>
            </w:r>
            <w:r w:rsidRPr="0078531E">
              <w:rPr>
                <w:spacing w:val="-8"/>
                <w:sz w:val="24"/>
              </w:rPr>
              <w:t xml:space="preserve"> </w:t>
            </w:r>
            <w:r w:rsidRPr="0078531E">
              <w:rPr>
                <w:sz w:val="24"/>
              </w:rPr>
              <w:t>értékrendszer</w:t>
            </w:r>
            <w:r w:rsidRPr="0078531E">
              <w:rPr>
                <w:spacing w:val="-9"/>
                <w:sz w:val="24"/>
              </w:rPr>
              <w:t xml:space="preserve"> </w:t>
            </w:r>
            <w:r w:rsidRPr="0078531E">
              <w:rPr>
                <w:sz w:val="24"/>
              </w:rPr>
              <w:t>kialakítására</w:t>
            </w:r>
            <w:r w:rsidRPr="0078531E">
              <w:rPr>
                <w:spacing w:val="-10"/>
                <w:sz w:val="24"/>
              </w:rPr>
              <w:t xml:space="preserve"> </w:t>
            </w:r>
            <w:r w:rsidRPr="0078531E">
              <w:rPr>
                <w:sz w:val="24"/>
              </w:rPr>
              <w:t>törekszünk,</w:t>
            </w:r>
            <w:r w:rsidRPr="0078531E">
              <w:rPr>
                <w:spacing w:val="-8"/>
                <w:sz w:val="24"/>
              </w:rPr>
              <w:t xml:space="preserve"> </w:t>
            </w:r>
            <w:r w:rsidRPr="0078531E">
              <w:rPr>
                <w:sz w:val="24"/>
              </w:rPr>
              <w:t>amelyek alapvetően meghatározzák és befolyásolják a leendő felnőtt gondolkodás és életmódját</w:t>
            </w:r>
            <w:r w:rsidRPr="0078531E">
              <w:rPr>
                <w:spacing w:val="59"/>
                <w:w w:val="150"/>
                <w:sz w:val="24"/>
              </w:rPr>
              <w:t xml:space="preserve"> </w:t>
            </w:r>
            <w:r w:rsidRPr="0078531E">
              <w:rPr>
                <w:sz w:val="24"/>
              </w:rPr>
              <w:t>(pl.</w:t>
            </w:r>
            <w:r w:rsidRPr="0078531E">
              <w:rPr>
                <w:spacing w:val="62"/>
                <w:w w:val="150"/>
                <w:sz w:val="24"/>
              </w:rPr>
              <w:t xml:space="preserve"> </w:t>
            </w:r>
            <w:r w:rsidRPr="0078531E">
              <w:rPr>
                <w:sz w:val="24"/>
              </w:rPr>
              <w:t>Újrahasznosítás,</w:t>
            </w:r>
            <w:r w:rsidRPr="0078531E">
              <w:rPr>
                <w:spacing w:val="62"/>
                <w:w w:val="150"/>
                <w:sz w:val="24"/>
              </w:rPr>
              <w:t xml:space="preserve"> </w:t>
            </w:r>
            <w:r w:rsidRPr="0078531E">
              <w:rPr>
                <w:sz w:val="24"/>
              </w:rPr>
              <w:t>szelektív</w:t>
            </w:r>
            <w:r w:rsidRPr="0078531E">
              <w:rPr>
                <w:spacing w:val="62"/>
                <w:w w:val="150"/>
                <w:sz w:val="24"/>
              </w:rPr>
              <w:t xml:space="preserve"> </w:t>
            </w:r>
            <w:r w:rsidRPr="0078531E">
              <w:rPr>
                <w:sz w:val="24"/>
              </w:rPr>
              <w:t>hulladékgyűjtés,</w:t>
            </w:r>
            <w:r w:rsidRPr="0078531E">
              <w:rPr>
                <w:spacing w:val="65"/>
                <w:w w:val="150"/>
                <w:sz w:val="24"/>
              </w:rPr>
              <w:t xml:space="preserve"> </w:t>
            </w:r>
            <w:r w:rsidRPr="0078531E">
              <w:rPr>
                <w:spacing w:val="-2"/>
                <w:sz w:val="24"/>
              </w:rPr>
              <w:t>energiatakarékosság,</w:t>
            </w:r>
          </w:p>
          <w:p w14:paraId="2C9181CF" w14:textId="262215C1" w:rsidR="00AE0CFD" w:rsidRPr="0078531E" w:rsidRDefault="00C3522D" w:rsidP="00964876">
            <w:pPr>
              <w:pStyle w:val="TableParagraph"/>
              <w:spacing w:line="264" w:lineRule="exact"/>
              <w:ind w:left="830"/>
              <w:jc w:val="both"/>
              <w:rPr>
                <w:sz w:val="24"/>
              </w:rPr>
            </w:pPr>
            <w:r w:rsidRPr="0078531E">
              <w:rPr>
                <w:sz w:val="24"/>
              </w:rPr>
              <w:t>természeti</w:t>
            </w:r>
            <w:r w:rsidRPr="0078531E">
              <w:rPr>
                <w:spacing w:val="-3"/>
                <w:sz w:val="24"/>
              </w:rPr>
              <w:t xml:space="preserve"> </w:t>
            </w:r>
            <w:r w:rsidRPr="0078531E">
              <w:rPr>
                <w:sz w:val="24"/>
              </w:rPr>
              <w:t>értékein</w:t>
            </w:r>
            <w:r w:rsidR="00D5575D" w:rsidRPr="0078531E">
              <w:rPr>
                <w:sz w:val="24"/>
              </w:rPr>
              <w:t>k</w:t>
            </w:r>
            <w:r w:rsidRPr="0078531E">
              <w:rPr>
                <w:spacing w:val="-3"/>
                <w:sz w:val="24"/>
              </w:rPr>
              <w:t xml:space="preserve"> </w:t>
            </w:r>
            <w:r w:rsidRPr="0078531E">
              <w:rPr>
                <w:spacing w:val="-2"/>
                <w:sz w:val="24"/>
              </w:rPr>
              <w:t>megóvása).</w:t>
            </w:r>
          </w:p>
        </w:tc>
      </w:tr>
    </w:tbl>
    <w:p w14:paraId="25C7867D" w14:textId="77777777" w:rsidR="00AE0CFD" w:rsidRPr="0078531E" w:rsidRDefault="00AE0CFD" w:rsidP="00964876">
      <w:pPr>
        <w:spacing w:line="264" w:lineRule="exact"/>
        <w:jc w:val="both"/>
        <w:rPr>
          <w:sz w:val="24"/>
        </w:rPr>
        <w:sectPr w:rsidR="00AE0CFD" w:rsidRPr="0078531E" w:rsidSect="00A42104">
          <w:type w:val="continuous"/>
          <w:pgSz w:w="11910" w:h="16840"/>
          <w:pgMar w:top="1380" w:right="980" w:bottom="1200" w:left="1280" w:header="0" w:footer="1003" w:gutter="0"/>
          <w:cols w:space="708"/>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9"/>
      </w:tblGrid>
      <w:tr w:rsidR="0078531E" w:rsidRPr="0078531E" w14:paraId="150D7967" w14:textId="77777777">
        <w:trPr>
          <w:trHeight w:val="830"/>
        </w:trPr>
        <w:tc>
          <w:tcPr>
            <w:tcW w:w="9069" w:type="dxa"/>
          </w:tcPr>
          <w:p w14:paraId="727F347C" w14:textId="77777777" w:rsidR="00AE0CFD" w:rsidRPr="0078531E" w:rsidRDefault="00C3522D" w:rsidP="00964876">
            <w:pPr>
              <w:pStyle w:val="TableParagraph"/>
              <w:ind w:left="878" w:right="287" w:hanging="48"/>
              <w:jc w:val="both"/>
              <w:rPr>
                <w:sz w:val="24"/>
              </w:rPr>
            </w:pPr>
            <w:r w:rsidRPr="0078531E">
              <w:rPr>
                <w:sz w:val="24"/>
              </w:rPr>
              <w:t>2.</w:t>
            </w:r>
            <w:r w:rsidRPr="0078531E">
              <w:rPr>
                <w:spacing w:val="-4"/>
                <w:sz w:val="24"/>
              </w:rPr>
              <w:t xml:space="preserve"> </w:t>
            </w:r>
            <w:r w:rsidRPr="0078531E">
              <w:rPr>
                <w:sz w:val="24"/>
              </w:rPr>
              <w:t>Környezeti</w:t>
            </w:r>
            <w:r w:rsidRPr="0078531E">
              <w:rPr>
                <w:spacing w:val="-4"/>
                <w:sz w:val="24"/>
              </w:rPr>
              <w:t xml:space="preserve"> </w:t>
            </w:r>
            <w:r w:rsidRPr="0078531E">
              <w:rPr>
                <w:sz w:val="24"/>
              </w:rPr>
              <w:t>nevelésünknek</w:t>
            </w:r>
            <w:r w:rsidRPr="0078531E">
              <w:rPr>
                <w:spacing w:val="40"/>
                <w:sz w:val="24"/>
              </w:rPr>
              <w:t xml:space="preserve"> </w:t>
            </w:r>
            <w:r w:rsidRPr="0078531E">
              <w:rPr>
                <w:sz w:val="24"/>
              </w:rPr>
              <w:t>tartó</w:t>
            </w:r>
            <w:r w:rsidRPr="0078531E">
              <w:rPr>
                <w:spacing w:val="-4"/>
                <w:sz w:val="24"/>
              </w:rPr>
              <w:t xml:space="preserve"> </w:t>
            </w:r>
            <w:proofErr w:type="spellStart"/>
            <w:r w:rsidRPr="0078531E">
              <w:rPr>
                <w:sz w:val="24"/>
              </w:rPr>
              <w:t>pillérei</w:t>
            </w:r>
            <w:proofErr w:type="spellEnd"/>
            <w:r w:rsidRPr="0078531E">
              <w:rPr>
                <w:spacing w:val="-4"/>
                <w:sz w:val="24"/>
              </w:rPr>
              <w:t xml:space="preserve"> </w:t>
            </w:r>
            <w:r w:rsidRPr="0078531E">
              <w:rPr>
                <w:sz w:val="24"/>
              </w:rPr>
              <w:t>a</w:t>
            </w:r>
            <w:r w:rsidRPr="0078531E">
              <w:rPr>
                <w:spacing w:val="-4"/>
                <w:sz w:val="24"/>
              </w:rPr>
              <w:t xml:space="preserve"> </w:t>
            </w:r>
            <w:r w:rsidRPr="0078531E">
              <w:rPr>
                <w:sz w:val="24"/>
              </w:rPr>
              <w:t>játék</w:t>
            </w:r>
            <w:r w:rsidRPr="0078531E">
              <w:rPr>
                <w:spacing w:val="-2"/>
                <w:sz w:val="24"/>
              </w:rPr>
              <w:t xml:space="preserve"> </w:t>
            </w:r>
            <w:r w:rsidRPr="0078531E">
              <w:rPr>
                <w:sz w:val="24"/>
              </w:rPr>
              <w:t>és</w:t>
            </w:r>
            <w:r w:rsidRPr="0078531E">
              <w:rPr>
                <w:spacing w:val="-5"/>
                <w:sz w:val="24"/>
              </w:rPr>
              <w:t xml:space="preserve"> </w:t>
            </w:r>
            <w:r w:rsidRPr="0078531E">
              <w:rPr>
                <w:sz w:val="24"/>
              </w:rPr>
              <w:t>a</w:t>
            </w:r>
            <w:r w:rsidRPr="0078531E">
              <w:rPr>
                <w:spacing w:val="-5"/>
                <w:sz w:val="24"/>
              </w:rPr>
              <w:t xml:space="preserve"> </w:t>
            </w:r>
            <w:r w:rsidRPr="0078531E">
              <w:rPr>
                <w:sz w:val="24"/>
              </w:rPr>
              <w:t>tapasztalás,</w:t>
            </w:r>
            <w:r w:rsidRPr="0078531E">
              <w:rPr>
                <w:spacing w:val="-4"/>
                <w:sz w:val="24"/>
              </w:rPr>
              <w:t xml:space="preserve"> </w:t>
            </w:r>
            <w:r w:rsidRPr="0078531E">
              <w:rPr>
                <w:sz w:val="24"/>
              </w:rPr>
              <w:t>kísérletezés</w:t>
            </w:r>
            <w:r w:rsidRPr="0078531E">
              <w:rPr>
                <w:spacing w:val="-5"/>
                <w:sz w:val="24"/>
              </w:rPr>
              <w:t xml:space="preserve"> </w:t>
            </w:r>
            <w:r w:rsidRPr="0078531E">
              <w:rPr>
                <w:sz w:val="24"/>
              </w:rPr>
              <w:t>és az</w:t>
            </w:r>
            <w:r w:rsidRPr="0078531E">
              <w:rPr>
                <w:spacing w:val="40"/>
                <w:sz w:val="24"/>
              </w:rPr>
              <w:t xml:space="preserve"> </w:t>
            </w:r>
            <w:r w:rsidRPr="0078531E">
              <w:rPr>
                <w:sz w:val="24"/>
              </w:rPr>
              <w:t>élmények.</w:t>
            </w:r>
          </w:p>
        </w:tc>
      </w:tr>
      <w:tr w:rsidR="0078531E" w:rsidRPr="0078531E" w14:paraId="633CB3C6" w14:textId="77777777">
        <w:trPr>
          <w:trHeight w:val="1379"/>
        </w:trPr>
        <w:tc>
          <w:tcPr>
            <w:tcW w:w="9069" w:type="dxa"/>
          </w:tcPr>
          <w:p w14:paraId="40F71DBD" w14:textId="77777777" w:rsidR="00AE0CFD" w:rsidRPr="0078531E" w:rsidRDefault="00C3522D" w:rsidP="00964876">
            <w:pPr>
              <w:pStyle w:val="TableParagraph"/>
              <w:ind w:left="841" w:right="95"/>
              <w:jc w:val="both"/>
              <w:rPr>
                <w:sz w:val="24"/>
              </w:rPr>
            </w:pPr>
            <w:r w:rsidRPr="0078531E">
              <w:rPr>
                <w:sz w:val="24"/>
              </w:rPr>
              <w:t>3.</w:t>
            </w:r>
            <w:r w:rsidRPr="0078531E">
              <w:rPr>
                <w:spacing w:val="40"/>
                <w:sz w:val="24"/>
              </w:rPr>
              <w:t xml:space="preserve"> </w:t>
            </w:r>
            <w:r w:rsidRPr="0078531E">
              <w:rPr>
                <w:sz w:val="24"/>
              </w:rPr>
              <w:t>Feladatunk, hogy elősegítsük a gyermek önálló véleményalkotását, döntési képességeinek</w:t>
            </w:r>
            <w:r w:rsidRPr="0078531E">
              <w:rPr>
                <w:spacing w:val="-3"/>
                <w:sz w:val="24"/>
              </w:rPr>
              <w:t xml:space="preserve"> </w:t>
            </w:r>
            <w:r w:rsidRPr="0078531E">
              <w:rPr>
                <w:sz w:val="24"/>
              </w:rPr>
              <w:t>fejlődését,</w:t>
            </w:r>
            <w:r w:rsidRPr="0078531E">
              <w:rPr>
                <w:spacing w:val="-1"/>
                <w:sz w:val="24"/>
              </w:rPr>
              <w:t xml:space="preserve"> </w:t>
            </w:r>
            <w:r w:rsidRPr="0078531E">
              <w:rPr>
                <w:sz w:val="24"/>
              </w:rPr>
              <w:t>a</w:t>
            </w:r>
            <w:r w:rsidRPr="0078531E">
              <w:rPr>
                <w:spacing w:val="-4"/>
                <w:sz w:val="24"/>
              </w:rPr>
              <w:t xml:space="preserve"> </w:t>
            </w:r>
            <w:r w:rsidRPr="0078531E">
              <w:rPr>
                <w:sz w:val="24"/>
              </w:rPr>
              <w:t>kortárs</w:t>
            </w:r>
            <w:r w:rsidRPr="0078531E">
              <w:rPr>
                <w:spacing w:val="-4"/>
                <w:sz w:val="24"/>
              </w:rPr>
              <w:t xml:space="preserve"> </w:t>
            </w:r>
            <w:r w:rsidRPr="0078531E">
              <w:rPr>
                <w:sz w:val="24"/>
              </w:rPr>
              <w:t>kapcsolatokban</w:t>
            </w:r>
            <w:r w:rsidRPr="0078531E">
              <w:rPr>
                <w:spacing w:val="-2"/>
                <w:sz w:val="24"/>
              </w:rPr>
              <w:t xml:space="preserve"> </w:t>
            </w:r>
            <w:r w:rsidRPr="0078531E">
              <w:rPr>
                <w:sz w:val="24"/>
              </w:rPr>
              <w:t>és</w:t>
            </w:r>
            <w:r w:rsidRPr="0078531E">
              <w:rPr>
                <w:spacing w:val="-3"/>
                <w:sz w:val="24"/>
              </w:rPr>
              <w:t xml:space="preserve"> </w:t>
            </w:r>
            <w:r w:rsidRPr="0078531E">
              <w:rPr>
                <w:sz w:val="24"/>
              </w:rPr>
              <w:t>a</w:t>
            </w:r>
            <w:r w:rsidRPr="0078531E">
              <w:rPr>
                <w:spacing w:val="-4"/>
                <w:sz w:val="24"/>
              </w:rPr>
              <w:t xml:space="preserve"> </w:t>
            </w:r>
            <w:r w:rsidRPr="0078531E">
              <w:rPr>
                <w:sz w:val="24"/>
              </w:rPr>
              <w:t>környezet</w:t>
            </w:r>
            <w:r w:rsidRPr="0078531E">
              <w:rPr>
                <w:spacing w:val="-3"/>
                <w:sz w:val="24"/>
              </w:rPr>
              <w:t xml:space="preserve"> </w:t>
            </w:r>
            <w:r w:rsidRPr="0078531E">
              <w:rPr>
                <w:sz w:val="24"/>
              </w:rPr>
              <w:t>alakításában, továbbá a fenntartható fejlődés érdekében hangsúlyt helyezünk a környezettudatos magatartás formálás megalapozására, alakítására.</w:t>
            </w:r>
          </w:p>
        </w:tc>
      </w:tr>
      <w:tr w:rsidR="0078531E" w:rsidRPr="0078531E" w14:paraId="14AB0AE4" w14:textId="77777777">
        <w:trPr>
          <w:trHeight w:val="565"/>
        </w:trPr>
        <w:tc>
          <w:tcPr>
            <w:tcW w:w="9069" w:type="dxa"/>
          </w:tcPr>
          <w:p w14:paraId="2AC9A426" w14:textId="77777777" w:rsidR="00AE0CFD" w:rsidRPr="0078531E" w:rsidRDefault="00C3522D" w:rsidP="00964876">
            <w:pPr>
              <w:pStyle w:val="TableParagraph"/>
              <w:spacing w:line="275" w:lineRule="exact"/>
              <w:ind w:left="841"/>
              <w:jc w:val="both"/>
              <w:rPr>
                <w:sz w:val="24"/>
              </w:rPr>
            </w:pPr>
            <w:r w:rsidRPr="0078531E">
              <w:rPr>
                <w:sz w:val="24"/>
              </w:rPr>
              <w:t>4.</w:t>
            </w:r>
            <w:r w:rsidRPr="0078531E">
              <w:rPr>
                <w:spacing w:val="26"/>
                <w:sz w:val="24"/>
              </w:rPr>
              <w:t xml:space="preserve">  </w:t>
            </w:r>
            <w:r w:rsidRPr="0078531E">
              <w:rPr>
                <w:sz w:val="24"/>
              </w:rPr>
              <w:t>Kirándulásaink</w:t>
            </w:r>
            <w:r w:rsidRPr="0078531E">
              <w:rPr>
                <w:spacing w:val="-1"/>
                <w:sz w:val="24"/>
              </w:rPr>
              <w:t xml:space="preserve"> </w:t>
            </w:r>
            <w:r w:rsidRPr="0078531E">
              <w:rPr>
                <w:sz w:val="24"/>
              </w:rPr>
              <w:t>segítik</w:t>
            </w:r>
            <w:r w:rsidRPr="0078531E">
              <w:rPr>
                <w:spacing w:val="-1"/>
                <w:sz w:val="24"/>
              </w:rPr>
              <w:t xml:space="preserve"> </w:t>
            </w:r>
            <w:r w:rsidRPr="0078531E">
              <w:rPr>
                <w:sz w:val="24"/>
              </w:rPr>
              <w:t>környezetünk</w:t>
            </w:r>
            <w:r w:rsidRPr="0078531E">
              <w:rPr>
                <w:spacing w:val="-1"/>
                <w:sz w:val="24"/>
              </w:rPr>
              <w:t xml:space="preserve"> </w:t>
            </w:r>
            <w:r w:rsidRPr="0078531E">
              <w:rPr>
                <w:sz w:val="24"/>
              </w:rPr>
              <w:t>szűkebb</w:t>
            </w:r>
            <w:r w:rsidRPr="0078531E">
              <w:rPr>
                <w:spacing w:val="-1"/>
                <w:sz w:val="24"/>
              </w:rPr>
              <w:t xml:space="preserve"> </w:t>
            </w:r>
            <w:r w:rsidRPr="0078531E">
              <w:rPr>
                <w:sz w:val="24"/>
              </w:rPr>
              <w:t>és</w:t>
            </w:r>
            <w:r w:rsidRPr="0078531E">
              <w:rPr>
                <w:spacing w:val="-2"/>
                <w:sz w:val="24"/>
              </w:rPr>
              <w:t xml:space="preserve"> </w:t>
            </w:r>
            <w:r w:rsidRPr="0078531E">
              <w:rPr>
                <w:sz w:val="24"/>
              </w:rPr>
              <w:t>tágabb</w:t>
            </w:r>
            <w:r w:rsidRPr="0078531E">
              <w:rPr>
                <w:spacing w:val="-1"/>
                <w:sz w:val="24"/>
              </w:rPr>
              <w:t xml:space="preserve"> </w:t>
            </w:r>
            <w:r w:rsidRPr="0078531E">
              <w:rPr>
                <w:spacing w:val="-2"/>
                <w:sz w:val="24"/>
              </w:rPr>
              <w:t>megismerést.</w:t>
            </w:r>
          </w:p>
        </w:tc>
      </w:tr>
      <w:tr w:rsidR="0078531E" w:rsidRPr="0078531E" w14:paraId="6977A2B5" w14:textId="77777777">
        <w:trPr>
          <w:trHeight w:val="827"/>
        </w:trPr>
        <w:tc>
          <w:tcPr>
            <w:tcW w:w="9069" w:type="dxa"/>
          </w:tcPr>
          <w:p w14:paraId="00CD9271" w14:textId="58633353" w:rsidR="00AE0CFD" w:rsidRPr="0078531E" w:rsidRDefault="00C3522D" w:rsidP="00964876">
            <w:pPr>
              <w:pStyle w:val="TableParagraph"/>
              <w:ind w:left="841" w:right="233"/>
              <w:jc w:val="both"/>
              <w:rPr>
                <w:sz w:val="24"/>
              </w:rPr>
            </w:pPr>
            <w:r w:rsidRPr="0078531E">
              <w:rPr>
                <w:sz w:val="24"/>
              </w:rPr>
              <w:t>5.</w:t>
            </w:r>
            <w:r w:rsidRPr="0078531E">
              <w:rPr>
                <w:spacing w:val="80"/>
                <w:sz w:val="24"/>
              </w:rPr>
              <w:t xml:space="preserve"> </w:t>
            </w:r>
            <w:r w:rsidRPr="0078531E">
              <w:rPr>
                <w:sz w:val="24"/>
              </w:rPr>
              <w:t>A közlekedésről saját tapasztalataik útján szereznek a gyermekek ismereteket</w:t>
            </w:r>
            <w:r w:rsidRPr="0078531E">
              <w:rPr>
                <w:spacing w:val="40"/>
                <w:sz w:val="24"/>
              </w:rPr>
              <w:t xml:space="preserve"> </w:t>
            </w:r>
            <w:r w:rsidRPr="0078531E">
              <w:rPr>
                <w:sz w:val="24"/>
              </w:rPr>
              <w:t>(pl. utazás tömegközlekedési eszközökkel: autóbusz</w:t>
            </w:r>
            <w:r w:rsidR="00595D3F" w:rsidRPr="0078531E">
              <w:rPr>
                <w:sz w:val="24"/>
              </w:rPr>
              <w:t>, vonat, hajó</w:t>
            </w:r>
            <w:r w:rsidRPr="0078531E">
              <w:rPr>
                <w:sz w:val="24"/>
              </w:rPr>
              <w:t>).</w:t>
            </w:r>
          </w:p>
        </w:tc>
      </w:tr>
      <w:tr w:rsidR="0078531E" w:rsidRPr="0078531E" w14:paraId="6CDB89A8" w14:textId="77777777">
        <w:trPr>
          <w:trHeight w:val="828"/>
        </w:trPr>
        <w:tc>
          <w:tcPr>
            <w:tcW w:w="9069" w:type="dxa"/>
          </w:tcPr>
          <w:p w14:paraId="2DA9F9A9" w14:textId="77777777" w:rsidR="00AE0CFD" w:rsidRPr="0078531E" w:rsidRDefault="00C3522D" w:rsidP="00964876">
            <w:pPr>
              <w:pStyle w:val="TableParagraph"/>
              <w:ind w:left="841" w:right="233"/>
              <w:jc w:val="both"/>
              <w:rPr>
                <w:sz w:val="24"/>
              </w:rPr>
            </w:pPr>
            <w:r w:rsidRPr="0078531E">
              <w:rPr>
                <w:sz w:val="24"/>
              </w:rPr>
              <w:lastRenderedPageBreak/>
              <w:t>6.</w:t>
            </w:r>
            <w:r w:rsidRPr="0078531E">
              <w:rPr>
                <w:spacing w:val="80"/>
                <w:w w:val="150"/>
                <w:sz w:val="24"/>
              </w:rPr>
              <w:t xml:space="preserve"> </w:t>
            </w:r>
            <w:r w:rsidRPr="0078531E">
              <w:rPr>
                <w:sz w:val="24"/>
              </w:rPr>
              <w:t>A</w:t>
            </w:r>
            <w:r w:rsidRPr="0078531E">
              <w:rPr>
                <w:spacing w:val="80"/>
                <w:sz w:val="24"/>
              </w:rPr>
              <w:t xml:space="preserve"> </w:t>
            </w:r>
            <w:r w:rsidRPr="0078531E">
              <w:rPr>
                <w:sz w:val="24"/>
              </w:rPr>
              <w:t>gyalogos</w:t>
            </w:r>
            <w:r w:rsidRPr="0078531E">
              <w:rPr>
                <w:spacing w:val="80"/>
                <w:sz w:val="24"/>
              </w:rPr>
              <w:t xml:space="preserve"> </w:t>
            </w:r>
            <w:r w:rsidRPr="0078531E">
              <w:rPr>
                <w:sz w:val="24"/>
              </w:rPr>
              <w:t>közlekedésről</w:t>
            </w:r>
            <w:r w:rsidRPr="0078531E">
              <w:rPr>
                <w:spacing w:val="80"/>
                <w:sz w:val="24"/>
              </w:rPr>
              <w:t xml:space="preserve"> </w:t>
            </w:r>
            <w:r w:rsidRPr="0078531E">
              <w:rPr>
                <w:sz w:val="24"/>
              </w:rPr>
              <w:t>a</w:t>
            </w:r>
            <w:r w:rsidRPr="0078531E">
              <w:rPr>
                <w:spacing w:val="80"/>
                <w:sz w:val="24"/>
              </w:rPr>
              <w:t xml:space="preserve"> </w:t>
            </w:r>
            <w:r w:rsidRPr="0078531E">
              <w:rPr>
                <w:sz w:val="24"/>
              </w:rPr>
              <w:t>szűkebb</w:t>
            </w:r>
            <w:r w:rsidRPr="0078531E">
              <w:rPr>
                <w:spacing w:val="80"/>
                <w:sz w:val="24"/>
              </w:rPr>
              <w:t xml:space="preserve"> </w:t>
            </w:r>
            <w:r w:rsidRPr="0078531E">
              <w:rPr>
                <w:sz w:val="24"/>
              </w:rPr>
              <w:t>és</w:t>
            </w:r>
            <w:r w:rsidRPr="0078531E">
              <w:rPr>
                <w:spacing w:val="80"/>
                <w:sz w:val="24"/>
              </w:rPr>
              <w:t xml:space="preserve"> </w:t>
            </w:r>
            <w:r w:rsidRPr="0078531E">
              <w:rPr>
                <w:sz w:val="24"/>
              </w:rPr>
              <w:t>tágabb</w:t>
            </w:r>
            <w:r w:rsidRPr="0078531E">
              <w:rPr>
                <w:spacing w:val="80"/>
                <w:sz w:val="24"/>
              </w:rPr>
              <w:t xml:space="preserve"> </w:t>
            </w:r>
            <w:r w:rsidRPr="0078531E">
              <w:rPr>
                <w:sz w:val="24"/>
              </w:rPr>
              <w:t>környezetben</w:t>
            </w:r>
            <w:r w:rsidRPr="0078531E">
              <w:rPr>
                <w:spacing w:val="80"/>
                <w:sz w:val="24"/>
              </w:rPr>
              <w:t xml:space="preserve"> </w:t>
            </w:r>
            <w:r w:rsidRPr="0078531E">
              <w:rPr>
                <w:sz w:val="24"/>
              </w:rPr>
              <w:t>tett</w:t>
            </w:r>
            <w:r w:rsidRPr="0078531E">
              <w:rPr>
                <w:spacing w:val="80"/>
                <w:sz w:val="24"/>
              </w:rPr>
              <w:t xml:space="preserve"> </w:t>
            </w:r>
            <w:r w:rsidRPr="0078531E">
              <w:rPr>
                <w:sz w:val="24"/>
              </w:rPr>
              <w:t>séták alkalmával van módjuk ismereteket szerezni.</w:t>
            </w:r>
          </w:p>
        </w:tc>
      </w:tr>
      <w:tr w:rsidR="0078531E" w:rsidRPr="0078531E" w14:paraId="61998DFE" w14:textId="77777777">
        <w:trPr>
          <w:trHeight w:val="568"/>
        </w:trPr>
        <w:tc>
          <w:tcPr>
            <w:tcW w:w="9069" w:type="dxa"/>
          </w:tcPr>
          <w:p w14:paraId="3D3CD3E3" w14:textId="7EFBA3B2" w:rsidR="00AE0CFD" w:rsidRPr="0078531E" w:rsidRDefault="00C3522D" w:rsidP="00964876">
            <w:pPr>
              <w:pStyle w:val="TableParagraph"/>
              <w:spacing w:line="270" w:lineRule="atLeast"/>
              <w:ind w:left="841"/>
              <w:jc w:val="both"/>
              <w:rPr>
                <w:sz w:val="24"/>
              </w:rPr>
            </w:pPr>
            <w:r w:rsidRPr="0078531E">
              <w:rPr>
                <w:sz w:val="24"/>
              </w:rPr>
              <w:t>7.</w:t>
            </w:r>
            <w:r w:rsidRPr="0078531E">
              <w:rPr>
                <w:spacing w:val="80"/>
                <w:sz w:val="24"/>
              </w:rPr>
              <w:t xml:space="preserve"> </w:t>
            </w:r>
            <w:r w:rsidRPr="0078531E">
              <w:rPr>
                <w:sz w:val="24"/>
              </w:rPr>
              <w:t>Az</w:t>
            </w:r>
            <w:r w:rsidRPr="0078531E">
              <w:rPr>
                <w:spacing w:val="74"/>
                <w:sz w:val="24"/>
              </w:rPr>
              <w:t xml:space="preserve"> </w:t>
            </w:r>
            <w:r w:rsidRPr="0078531E">
              <w:rPr>
                <w:sz w:val="24"/>
              </w:rPr>
              <w:t>óvodánk</w:t>
            </w:r>
            <w:r w:rsidRPr="0078531E">
              <w:rPr>
                <w:spacing w:val="73"/>
                <w:sz w:val="24"/>
              </w:rPr>
              <w:t xml:space="preserve"> </w:t>
            </w:r>
            <w:r w:rsidRPr="0078531E">
              <w:rPr>
                <w:sz w:val="24"/>
              </w:rPr>
              <w:t>közelében</w:t>
            </w:r>
            <w:r w:rsidRPr="0078531E">
              <w:rPr>
                <w:spacing w:val="73"/>
                <w:sz w:val="24"/>
              </w:rPr>
              <w:t xml:space="preserve"> </w:t>
            </w:r>
            <w:r w:rsidRPr="0078531E">
              <w:rPr>
                <w:sz w:val="24"/>
              </w:rPr>
              <w:t>található</w:t>
            </w:r>
            <w:r w:rsidRPr="0078531E">
              <w:rPr>
                <w:spacing w:val="73"/>
                <w:sz w:val="24"/>
              </w:rPr>
              <w:t xml:space="preserve"> </w:t>
            </w:r>
            <w:r w:rsidR="00F076CB" w:rsidRPr="0078531E">
              <w:rPr>
                <w:sz w:val="24"/>
              </w:rPr>
              <w:t xml:space="preserve">bolt, </w:t>
            </w:r>
            <w:r w:rsidRPr="0078531E">
              <w:rPr>
                <w:sz w:val="24"/>
              </w:rPr>
              <w:t>posta</w:t>
            </w:r>
            <w:r w:rsidRPr="0078531E">
              <w:rPr>
                <w:spacing w:val="73"/>
                <w:sz w:val="24"/>
              </w:rPr>
              <w:t xml:space="preserve"> </w:t>
            </w:r>
            <w:r w:rsidRPr="0078531E">
              <w:rPr>
                <w:sz w:val="24"/>
              </w:rPr>
              <w:t>stb.</w:t>
            </w:r>
            <w:r w:rsidRPr="0078531E">
              <w:rPr>
                <w:spacing w:val="74"/>
                <w:sz w:val="24"/>
              </w:rPr>
              <w:t xml:space="preserve"> </w:t>
            </w:r>
            <w:r w:rsidRPr="0078531E">
              <w:rPr>
                <w:sz w:val="24"/>
              </w:rPr>
              <w:t>látogatása, melynek</w:t>
            </w:r>
            <w:r w:rsidRPr="0078531E">
              <w:rPr>
                <w:spacing w:val="-3"/>
                <w:sz w:val="24"/>
              </w:rPr>
              <w:t xml:space="preserve"> </w:t>
            </w:r>
            <w:r w:rsidRPr="0078531E">
              <w:rPr>
                <w:sz w:val="24"/>
              </w:rPr>
              <w:t>során</w:t>
            </w:r>
            <w:r w:rsidRPr="0078531E">
              <w:rPr>
                <w:spacing w:val="-1"/>
                <w:sz w:val="24"/>
              </w:rPr>
              <w:t xml:space="preserve"> </w:t>
            </w:r>
            <w:r w:rsidRPr="0078531E">
              <w:rPr>
                <w:sz w:val="24"/>
              </w:rPr>
              <w:t>az</w:t>
            </w:r>
            <w:r w:rsidRPr="0078531E">
              <w:rPr>
                <w:spacing w:val="-1"/>
                <w:sz w:val="24"/>
              </w:rPr>
              <w:t xml:space="preserve"> </w:t>
            </w:r>
            <w:r w:rsidRPr="0078531E">
              <w:rPr>
                <w:sz w:val="24"/>
              </w:rPr>
              <w:t>emberek</w:t>
            </w:r>
            <w:r w:rsidRPr="0078531E">
              <w:rPr>
                <w:spacing w:val="-1"/>
                <w:sz w:val="24"/>
              </w:rPr>
              <w:t xml:space="preserve"> </w:t>
            </w:r>
            <w:r w:rsidRPr="0078531E">
              <w:rPr>
                <w:sz w:val="24"/>
              </w:rPr>
              <w:t>mindennapi</w:t>
            </w:r>
            <w:r w:rsidRPr="0078531E">
              <w:rPr>
                <w:spacing w:val="-1"/>
                <w:sz w:val="24"/>
              </w:rPr>
              <w:t xml:space="preserve"> </w:t>
            </w:r>
            <w:r w:rsidRPr="0078531E">
              <w:rPr>
                <w:sz w:val="24"/>
              </w:rPr>
              <w:t>munkáját</w:t>
            </w:r>
            <w:r w:rsidRPr="0078531E">
              <w:rPr>
                <w:spacing w:val="-1"/>
                <w:sz w:val="24"/>
              </w:rPr>
              <w:t xml:space="preserve"> </w:t>
            </w:r>
            <w:r w:rsidRPr="0078531E">
              <w:rPr>
                <w:sz w:val="24"/>
              </w:rPr>
              <w:t>ismerhetik</w:t>
            </w:r>
            <w:r w:rsidRPr="0078531E">
              <w:rPr>
                <w:spacing w:val="-1"/>
                <w:sz w:val="24"/>
              </w:rPr>
              <w:t xml:space="preserve"> </w:t>
            </w:r>
            <w:r w:rsidRPr="0078531E">
              <w:rPr>
                <w:sz w:val="24"/>
              </w:rPr>
              <w:t>meg</w:t>
            </w:r>
            <w:r w:rsidRPr="0078531E">
              <w:rPr>
                <w:spacing w:val="-3"/>
                <w:sz w:val="24"/>
              </w:rPr>
              <w:t xml:space="preserve"> </w:t>
            </w:r>
            <w:r w:rsidRPr="0078531E">
              <w:rPr>
                <w:sz w:val="24"/>
              </w:rPr>
              <w:t xml:space="preserve">a </w:t>
            </w:r>
            <w:r w:rsidRPr="0078531E">
              <w:rPr>
                <w:spacing w:val="-2"/>
                <w:sz w:val="24"/>
              </w:rPr>
              <w:t>gyermekek.</w:t>
            </w:r>
          </w:p>
        </w:tc>
      </w:tr>
      <w:tr w:rsidR="0078531E" w:rsidRPr="0078531E" w14:paraId="41E2C86F" w14:textId="77777777">
        <w:trPr>
          <w:trHeight w:val="1103"/>
        </w:trPr>
        <w:tc>
          <w:tcPr>
            <w:tcW w:w="9069" w:type="dxa"/>
          </w:tcPr>
          <w:p w14:paraId="5AE94401" w14:textId="390F9709" w:rsidR="00AE0CFD" w:rsidRPr="0078531E" w:rsidRDefault="00C3522D" w:rsidP="00964876">
            <w:pPr>
              <w:pStyle w:val="TableParagraph"/>
              <w:ind w:left="841" w:right="99"/>
              <w:jc w:val="both"/>
              <w:rPr>
                <w:sz w:val="24"/>
              </w:rPr>
            </w:pPr>
            <w:r w:rsidRPr="0078531E">
              <w:rPr>
                <w:sz w:val="24"/>
              </w:rPr>
              <w:t>8.</w:t>
            </w:r>
            <w:r w:rsidRPr="0078531E">
              <w:rPr>
                <w:spacing w:val="40"/>
                <w:sz w:val="24"/>
              </w:rPr>
              <w:t xml:space="preserve"> </w:t>
            </w:r>
            <w:r w:rsidRPr="0078531E">
              <w:rPr>
                <w:sz w:val="24"/>
              </w:rPr>
              <w:t>A helyi pedagógiai programunk a környezeti nevelést kiemelten „kezeli”</w:t>
            </w:r>
            <w:r w:rsidR="00D5575D" w:rsidRPr="0078531E">
              <w:rPr>
                <w:sz w:val="24"/>
              </w:rPr>
              <w:t>.</w:t>
            </w:r>
            <w:r w:rsidRPr="0078531E">
              <w:rPr>
                <w:sz w:val="24"/>
              </w:rPr>
              <w:t xml:space="preserve">  </w:t>
            </w:r>
            <w:r w:rsidR="00D5575D" w:rsidRPr="0078531E">
              <w:rPr>
                <w:sz w:val="24"/>
              </w:rPr>
              <w:t>A</w:t>
            </w:r>
            <w:r w:rsidRPr="0078531E">
              <w:rPr>
                <w:sz w:val="24"/>
              </w:rPr>
              <w:t xml:space="preserve"> fejlődést elősegítő tevékenységek tartalmaz</w:t>
            </w:r>
            <w:r w:rsidR="00D5575D" w:rsidRPr="0078531E">
              <w:rPr>
                <w:sz w:val="24"/>
              </w:rPr>
              <w:t>zák</w:t>
            </w:r>
            <w:r w:rsidRPr="0078531E">
              <w:rPr>
                <w:sz w:val="24"/>
              </w:rPr>
              <w:t xml:space="preserve"> a fenntarthatóság pedagógiája iránti elkötelezettség</w:t>
            </w:r>
            <w:r w:rsidR="00D5575D" w:rsidRPr="0078531E">
              <w:rPr>
                <w:sz w:val="24"/>
              </w:rPr>
              <w:t>et.</w:t>
            </w:r>
          </w:p>
        </w:tc>
      </w:tr>
      <w:tr w:rsidR="0078531E" w:rsidRPr="0078531E" w14:paraId="34EE1C2F" w14:textId="77777777">
        <w:trPr>
          <w:trHeight w:val="1655"/>
        </w:trPr>
        <w:tc>
          <w:tcPr>
            <w:tcW w:w="9069" w:type="dxa"/>
          </w:tcPr>
          <w:p w14:paraId="34301DA5" w14:textId="7BE99071" w:rsidR="00AE0CFD" w:rsidRPr="0078531E" w:rsidRDefault="00C3522D" w:rsidP="00B04652">
            <w:pPr>
              <w:pStyle w:val="TableParagraph"/>
              <w:ind w:left="1322" w:right="94" w:hanging="360"/>
              <w:jc w:val="both"/>
              <w:rPr>
                <w:sz w:val="24"/>
              </w:rPr>
            </w:pPr>
            <w:r w:rsidRPr="0078531E">
              <w:rPr>
                <w:sz w:val="24"/>
              </w:rPr>
              <w:t>9. A nevelési célok és feladatok megfogalmazásában a természet és környezetvédelmi</w:t>
            </w:r>
            <w:r w:rsidRPr="0078531E">
              <w:rPr>
                <w:spacing w:val="-10"/>
                <w:sz w:val="24"/>
              </w:rPr>
              <w:t xml:space="preserve"> </w:t>
            </w:r>
            <w:r w:rsidRPr="0078531E">
              <w:rPr>
                <w:sz w:val="24"/>
              </w:rPr>
              <w:t>feladatokat</w:t>
            </w:r>
            <w:r w:rsidRPr="0078531E">
              <w:rPr>
                <w:spacing w:val="-10"/>
                <w:sz w:val="24"/>
              </w:rPr>
              <w:t xml:space="preserve"> </w:t>
            </w:r>
            <w:r w:rsidRPr="0078531E">
              <w:rPr>
                <w:sz w:val="24"/>
              </w:rPr>
              <w:t>kiemelten</w:t>
            </w:r>
            <w:r w:rsidRPr="0078531E">
              <w:rPr>
                <w:spacing w:val="-10"/>
                <w:sz w:val="24"/>
              </w:rPr>
              <w:t xml:space="preserve"> </w:t>
            </w:r>
            <w:r w:rsidRPr="0078531E">
              <w:rPr>
                <w:sz w:val="24"/>
              </w:rPr>
              <w:t>kezeljük</w:t>
            </w:r>
            <w:r w:rsidRPr="0078531E">
              <w:rPr>
                <w:spacing w:val="-10"/>
                <w:sz w:val="24"/>
              </w:rPr>
              <w:t xml:space="preserve"> </w:t>
            </w:r>
            <w:r w:rsidRPr="0078531E">
              <w:rPr>
                <w:sz w:val="24"/>
              </w:rPr>
              <w:t>a</w:t>
            </w:r>
            <w:r w:rsidRPr="0078531E">
              <w:rPr>
                <w:spacing w:val="-9"/>
                <w:sz w:val="24"/>
              </w:rPr>
              <w:t xml:space="preserve"> </w:t>
            </w:r>
            <w:r w:rsidRPr="0078531E">
              <w:rPr>
                <w:sz w:val="24"/>
              </w:rPr>
              <w:t>helyi</w:t>
            </w:r>
            <w:r w:rsidRPr="0078531E">
              <w:rPr>
                <w:spacing w:val="-8"/>
                <w:sz w:val="24"/>
              </w:rPr>
              <w:t xml:space="preserve"> </w:t>
            </w:r>
            <w:r w:rsidRPr="0078531E">
              <w:rPr>
                <w:sz w:val="24"/>
              </w:rPr>
              <w:t>adottságok</w:t>
            </w:r>
            <w:r w:rsidRPr="0078531E">
              <w:rPr>
                <w:spacing w:val="-8"/>
                <w:sz w:val="24"/>
              </w:rPr>
              <w:t xml:space="preserve"> </w:t>
            </w:r>
            <w:r w:rsidRPr="0078531E">
              <w:rPr>
                <w:sz w:val="24"/>
              </w:rPr>
              <w:t>alapján</w:t>
            </w:r>
            <w:r w:rsidRPr="0078531E">
              <w:rPr>
                <w:spacing w:val="-6"/>
                <w:sz w:val="24"/>
              </w:rPr>
              <w:t xml:space="preserve"> </w:t>
            </w:r>
            <w:r w:rsidRPr="0078531E">
              <w:rPr>
                <w:sz w:val="24"/>
              </w:rPr>
              <w:t>(pl. faültetés, madárvédelem, hulladék kezelése és felhasználása, egészséges táplálkozás, energiatakarékosság, a lakóhely megismerési tevékenységek, az épített és a természeti környezet védelme stb.).</w:t>
            </w:r>
          </w:p>
        </w:tc>
      </w:tr>
      <w:tr w:rsidR="0078531E" w:rsidRPr="0078531E" w14:paraId="1F0D7EC8" w14:textId="77777777">
        <w:trPr>
          <w:trHeight w:val="828"/>
        </w:trPr>
        <w:tc>
          <w:tcPr>
            <w:tcW w:w="9069" w:type="dxa"/>
          </w:tcPr>
          <w:p w14:paraId="2DBBF75D" w14:textId="77777777" w:rsidR="00AE0CFD" w:rsidRPr="0078531E" w:rsidRDefault="00C3522D" w:rsidP="00B04652">
            <w:pPr>
              <w:pStyle w:val="TableParagraph"/>
              <w:spacing w:line="232" w:lineRule="auto"/>
              <w:ind w:left="1322" w:hanging="360"/>
              <w:jc w:val="both"/>
              <w:rPr>
                <w:sz w:val="24"/>
              </w:rPr>
            </w:pPr>
            <w:r w:rsidRPr="0078531E">
              <w:t>10.</w:t>
            </w:r>
            <w:r w:rsidRPr="0078531E">
              <w:rPr>
                <w:spacing w:val="24"/>
              </w:rPr>
              <w:t xml:space="preserve"> </w:t>
            </w:r>
            <w:r w:rsidRPr="0078531E">
              <w:rPr>
                <w:sz w:val="24"/>
              </w:rPr>
              <w:t>Az</w:t>
            </w:r>
            <w:r w:rsidRPr="0078531E">
              <w:rPr>
                <w:spacing w:val="40"/>
                <w:sz w:val="24"/>
              </w:rPr>
              <w:t xml:space="preserve"> </w:t>
            </w:r>
            <w:r w:rsidRPr="0078531E">
              <w:rPr>
                <w:b/>
                <w:sz w:val="24"/>
              </w:rPr>
              <w:t>óvodai</w:t>
            </w:r>
            <w:r w:rsidRPr="0078531E">
              <w:rPr>
                <w:b/>
                <w:spacing w:val="40"/>
                <w:sz w:val="24"/>
              </w:rPr>
              <w:t xml:space="preserve"> </w:t>
            </w:r>
            <w:r w:rsidRPr="0078531E">
              <w:rPr>
                <w:b/>
                <w:sz w:val="24"/>
              </w:rPr>
              <w:t>nevelőmunkánk</w:t>
            </w:r>
            <w:r w:rsidRPr="0078531E">
              <w:rPr>
                <w:b/>
                <w:spacing w:val="40"/>
                <w:sz w:val="24"/>
              </w:rPr>
              <w:t xml:space="preserve"> </w:t>
            </w:r>
            <w:r w:rsidRPr="0078531E">
              <w:rPr>
                <w:b/>
                <w:sz w:val="24"/>
              </w:rPr>
              <w:t>tervezésében</w:t>
            </w:r>
            <w:r w:rsidRPr="0078531E">
              <w:rPr>
                <w:b/>
                <w:spacing w:val="40"/>
                <w:sz w:val="24"/>
              </w:rPr>
              <w:t xml:space="preserve"> </w:t>
            </w:r>
            <w:r w:rsidRPr="0078531E">
              <w:rPr>
                <w:sz w:val="24"/>
              </w:rPr>
              <w:t>és</w:t>
            </w:r>
            <w:r w:rsidRPr="0078531E">
              <w:rPr>
                <w:spacing w:val="40"/>
                <w:sz w:val="24"/>
              </w:rPr>
              <w:t xml:space="preserve"> </w:t>
            </w:r>
            <w:r w:rsidRPr="0078531E">
              <w:rPr>
                <w:sz w:val="24"/>
              </w:rPr>
              <w:t>a</w:t>
            </w:r>
            <w:r w:rsidRPr="0078531E">
              <w:rPr>
                <w:spacing w:val="40"/>
                <w:sz w:val="24"/>
              </w:rPr>
              <w:t xml:space="preserve"> </w:t>
            </w:r>
            <w:r w:rsidRPr="0078531E">
              <w:rPr>
                <w:sz w:val="24"/>
              </w:rPr>
              <w:t>megvalósítás</w:t>
            </w:r>
            <w:r w:rsidRPr="0078531E">
              <w:rPr>
                <w:spacing w:val="40"/>
                <w:sz w:val="24"/>
              </w:rPr>
              <w:t xml:space="preserve"> </w:t>
            </w:r>
            <w:r w:rsidRPr="0078531E">
              <w:rPr>
                <w:sz w:val="24"/>
              </w:rPr>
              <w:t>gyakorlatában megtalálhatók a környezeti nevelés elvei, tartalmi jellemzői.</w:t>
            </w:r>
          </w:p>
        </w:tc>
      </w:tr>
      <w:tr w:rsidR="0078531E" w:rsidRPr="0078531E" w14:paraId="4FAD62E9" w14:textId="77777777">
        <w:trPr>
          <w:trHeight w:val="1379"/>
        </w:trPr>
        <w:tc>
          <w:tcPr>
            <w:tcW w:w="9069" w:type="dxa"/>
          </w:tcPr>
          <w:p w14:paraId="63C589E2" w14:textId="3E095512" w:rsidR="00AE0CFD" w:rsidRPr="0078531E" w:rsidRDefault="00C3522D" w:rsidP="00B04652">
            <w:pPr>
              <w:pStyle w:val="TableParagraph"/>
              <w:ind w:left="1322" w:right="92" w:hanging="360"/>
              <w:jc w:val="both"/>
              <w:rPr>
                <w:sz w:val="24"/>
              </w:rPr>
            </w:pPr>
            <w:r w:rsidRPr="0078531E">
              <w:rPr>
                <w:sz w:val="24"/>
              </w:rPr>
              <w:t>11.</w:t>
            </w:r>
            <w:r w:rsidRPr="0078531E">
              <w:rPr>
                <w:spacing w:val="-3"/>
                <w:sz w:val="24"/>
              </w:rPr>
              <w:t xml:space="preserve"> </w:t>
            </w:r>
            <w:r w:rsidRPr="0078531E">
              <w:rPr>
                <w:sz w:val="24"/>
              </w:rPr>
              <w:t>A</w:t>
            </w:r>
            <w:r w:rsidRPr="0078531E">
              <w:rPr>
                <w:spacing w:val="-14"/>
                <w:sz w:val="24"/>
              </w:rPr>
              <w:t xml:space="preserve"> </w:t>
            </w:r>
            <w:r w:rsidRPr="0078531E">
              <w:rPr>
                <w:sz w:val="24"/>
              </w:rPr>
              <w:t>nevelőmunka</w:t>
            </w:r>
            <w:r w:rsidRPr="0078531E">
              <w:rPr>
                <w:spacing w:val="-14"/>
                <w:sz w:val="24"/>
              </w:rPr>
              <w:t xml:space="preserve"> </w:t>
            </w:r>
            <w:r w:rsidRPr="0078531E">
              <w:rPr>
                <w:sz w:val="24"/>
              </w:rPr>
              <w:t>hatékonysága</w:t>
            </w:r>
            <w:r w:rsidRPr="0078531E">
              <w:rPr>
                <w:spacing w:val="-14"/>
                <w:sz w:val="24"/>
              </w:rPr>
              <w:t xml:space="preserve"> </w:t>
            </w:r>
            <w:r w:rsidRPr="0078531E">
              <w:rPr>
                <w:sz w:val="24"/>
              </w:rPr>
              <w:t>érdekében</w:t>
            </w:r>
            <w:r w:rsidRPr="0078531E">
              <w:rPr>
                <w:spacing w:val="-13"/>
                <w:sz w:val="24"/>
              </w:rPr>
              <w:t xml:space="preserve"> </w:t>
            </w:r>
            <w:r w:rsidRPr="0078531E">
              <w:rPr>
                <w:sz w:val="24"/>
              </w:rPr>
              <w:t>a</w:t>
            </w:r>
            <w:r w:rsidRPr="0078531E">
              <w:rPr>
                <w:spacing w:val="-12"/>
                <w:sz w:val="24"/>
              </w:rPr>
              <w:t xml:space="preserve"> </w:t>
            </w:r>
            <w:r w:rsidRPr="0078531E">
              <w:rPr>
                <w:sz w:val="24"/>
              </w:rPr>
              <w:t>nevelési</w:t>
            </w:r>
            <w:r w:rsidRPr="0078531E">
              <w:rPr>
                <w:spacing w:val="-13"/>
                <w:sz w:val="24"/>
              </w:rPr>
              <w:t xml:space="preserve"> </w:t>
            </w:r>
            <w:r w:rsidRPr="0078531E">
              <w:rPr>
                <w:sz w:val="24"/>
              </w:rPr>
              <w:t>eljárások</w:t>
            </w:r>
            <w:r w:rsidRPr="0078531E">
              <w:rPr>
                <w:spacing w:val="-13"/>
                <w:sz w:val="24"/>
              </w:rPr>
              <w:t xml:space="preserve"> </w:t>
            </w:r>
            <w:r w:rsidRPr="0078531E">
              <w:rPr>
                <w:sz w:val="24"/>
              </w:rPr>
              <w:t>során</w:t>
            </w:r>
            <w:r w:rsidRPr="0078531E">
              <w:rPr>
                <w:spacing w:val="-13"/>
                <w:sz w:val="24"/>
              </w:rPr>
              <w:t xml:space="preserve"> </w:t>
            </w:r>
            <w:r w:rsidRPr="0078531E">
              <w:rPr>
                <w:sz w:val="24"/>
              </w:rPr>
              <w:t>a</w:t>
            </w:r>
            <w:r w:rsidRPr="0078531E">
              <w:rPr>
                <w:spacing w:val="-12"/>
                <w:sz w:val="24"/>
              </w:rPr>
              <w:t xml:space="preserve"> </w:t>
            </w:r>
            <w:r w:rsidRPr="0078531E">
              <w:rPr>
                <w:sz w:val="24"/>
              </w:rPr>
              <w:t>mit,</w:t>
            </w:r>
            <w:r w:rsidRPr="0078531E">
              <w:rPr>
                <w:spacing w:val="-13"/>
                <w:sz w:val="24"/>
              </w:rPr>
              <w:t xml:space="preserve"> </w:t>
            </w:r>
            <w:r w:rsidRPr="0078531E">
              <w:rPr>
                <w:sz w:val="24"/>
              </w:rPr>
              <w:t>mivel, mikor, hogyan és kivel kérdésekre épített fejlődést elősegítő tevékenységek kerülnek megvalósításra (pl. az igényeknek megfelelően megvalósul a képességek</w:t>
            </w:r>
            <w:r w:rsidRPr="0078531E">
              <w:rPr>
                <w:spacing w:val="45"/>
                <w:sz w:val="24"/>
              </w:rPr>
              <w:t xml:space="preserve"> </w:t>
            </w:r>
            <w:r w:rsidRPr="0078531E">
              <w:rPr>
                <w:sz w:val="24"/>
              </w:rPr>
              <w:t>fejlesztése,</w:t>
            </w:r>
            <w:r w:rsidRPr="0078531E">
              <w:rPr>
                <w:spacing w:val="47"/>
                <w:sz w:val="24"/>
              </w:rPr>
              <w:t xml:space="preserve"> </w:t>
            </w:r>
            <w:r w:rsidRPr="0078531E">
              <w:rPr>
                <w:sz w:val="24"/>
              </w:rPr>
              <w:t>eszközhasználat</w:t>
            </w:r>
            <w:r w:rsidRPr="0078531E">
              <w:rPr>
                <w:spacing w:val="46"/>
                <w:sz w:val="24"/>
              </w:rPr>
              <w:t xml:space="preserve"> </w:t>
            </w:r>
            <w:r w:rsidRPr="0078531E">
              <w:rPr>
                <w:sz w:val="24"/>
              </w:rPr>
              <w:t>megtanulása,</w:t>
            </w:r>
            <w:r w:rsidRPr="0078531E">
              <w:rPr>
                <w:spacing w:val="46"/>
                <w:sz w:val="24"/>
              </w:rPr>
              <w:t xml:space="preserve"> </w:t>
            </w:r>
            <w:r w:rsidRPr="0078531E">
              <w:rPr>
                <w:sz w:val="24"/>
              </w:rPr>
              <w:t>ismeretszerzés</w:t>
            </w:r>
            <w:r w:rsidRPr="0078531E">
              <w:rPr>
                <w:spacing w:val="47"/>
                <w:sz w:val="24"/>
              </w:rPr>
              <w:t xml:space="preserve"> </w:t>
            </w:r>
            <w:r w:rsidRPr="0078531E">
              <w:rPr>
                <w:spacing w:val="-5"/>
                <w:sz w:val="24"/>
              </w:rPr>
              <w:t>és</w:t>
            </w:r>
          </w:p>
          <w:p w14:paraId="2C478B07" w14:textId="77777777" w:rsidR="00AE0CFD" w:rsidRPr="0078531E" w:rsidRDefault="00C3522D" w:rsidP="00B04652">
            <w:pPr>
              <w:pStyle w:val="TableParagraph"/>
              <w:spacing w:line="264" w:lineRule="exact"/>
              <w:ind w:left="1322"/>
              <w:jc w:val="both"/>
              <w:rPr>
                <w:sz w:val="24"/>
              </w:rPr>
            </w:pPr>
            <w:r w:rsidRPr="0078531E">
              <w:rPr>
                <w:sz w:val="24"/>
              </w:rPr>
              <w:t>alkalmazás</w:t>
            </w:r>
            <w:r w:rsidRPr="0078531E">
              <w:rPr>
                <w:spacing w:val="-2"/>
                <w:sz w:val="24"/>
              </w:rPr>
              <w:t xml:space="preserve"> </w:t>
            </w:r>
            <w:r w:rsidRPr="0078531E">
              <w:rPr>
                <w:sz w:val="24"/>
              </w:rPr>
              <w:t>modern</w:t>
            </w:r>
            <w:r w:rsidRPr="0078531E">
              <w:rPr>
                <w:spacing w:val="-1"/>
                <w:sz w:val="24"/>
              </w:rPr>
              <w:t xml:space="preserve"> </w:t>
            </w:r>
            <w:r w:rsidRPr="0078531E">
              <w:rPr>
                <w:sz w:val="24"/>
              </w:rPr>
              <w:t>módszereinek</w:t>
            </w:r>
            <w:r w:rsidRPr="0078531E">
              <w:rPr>
                <w:spacing w:val="-1"/>
                <w:sz w:val="24"/>
              </w:rPr>
              <w:t xml:space="preserve"> </w:t>
            </w:r>
            <w:r w:rsidRPr="0078531E">
              <w:rPr>
                <w:sz w:val="24"/>
              </w:rPr>
              <w:t>használata,</w:t>
            </w:r>
            <w:r w:rsidRPr="0078531E">
              <w:rPr>
                <w:spacing w:val="-1"/>
                <w:sz w:val="24"/>
              </w:rPr>
              <w:t xml:space="preserve"> </w:t>
            </w:r>
            <w:r w:rsidRPr="0078531E">
              <w:rPr>
                <w:sz w:val="24"/>
              </w:rPr>
              <w:t>kirándulások</w:t>
            </w:r>
            <w:r w:rsidRPr="0078531E">
              <w:rPr>
                <w:spacing w:val="-1"/>
                <w:sz w:val="24"/>
              </w:rPr>
              <w:t xml:space="preserve"> </w:t>
            </w:r>
            <w:r w:rsidRPr="0078531E">
              <w:rPr>
                <w:spacing w:val="-2"/>
                <w:sz w:val="24"/>
              </w:rPr>
              <w:t>stb.).</w:t>
            </w:r>
          </w:p>
        </w:tc>
      </w:tr>
      <w:tr w:rsidR="0078531E" w:rsidRPr="0078531E" w14:paraId="3FDCDA6D" w14:textId="77777777">
        <w:trPr>
          <w:trHeight w:val="827"/>
        </w:trPr>
        <w:tc>
          <w:tcPr>
            <w:tcW w:w="9069" w:type="dxa"/>
          </w:tcPr>
          <w:p w14:paraId="49B8568A" w14:textId="77777777" w:rsidR="00AE0CFD" w:rsidRPr="0078531E" w:rsidRDefault="00C3522D" w:rsidP="00B04652">
            <w:pPr>
              <w:pStyle w:val="TableParagraph"/>
              <w:ind w:left="1322" w:hanging="360"/>
              <w:jc w:val="both"/>
              <w:rPr>
                <w:sz w:val="24"/>
              </w:rPr>
            </w:pPr>
            <w:r w:rsidRPr="0078531E">
              <w:rPr>
                <w:sz w:val="24"/>
              </w:rPr>
              <w:t>12.</w:t>
            </w:r>
            <w:r w:rsidRPr="0078531E">
              <w:rPr>
                <w:spacing w:val="-5"/>
                <w:sz w:val="24"/>
              </w:rPr>
              <w:t xml:space="preserve"> </w:t>
            </w:r>
            <w:r w:rsidRPr="0078531E">
              <w:rPr>
                <w:sz w:val="24"/>
              </w:rPr>
              <w:t>A gyerekek nevelése az egyéni fejlettségükhöz igazodó differenciált bánásmód elve alapján a cselekvő, felfedező tevékenységszervezés módszerével zajlik.</w:t>
            </w:r>
          </w:p>
        </w:tc>
      </w:tr>
      <w:tr w:rsidR="0078531E" w:rsidRPr="0078531E" w14:paraId="6CC428D1" w14:textId="77777777">
        <w:trPr>
          <w:trHeight w:val="830"/>
        </w:trPr>
        <w:tc>
          <w:tcPr>
            <w:tcW w:w="9069" w:type="dxa"/>
          </w:tcPr>
          <w:p w14:paraId="16B46FD3" w14:textId="6F015476" w:rsidR="00AE0CFD" w:rsidRPr="0078531E" w:rsidRDefault="00C3522D" w:rsidP="00B04652">
            <w:pPr>
              <w:pStyle w:val="TableParagraph"/>
              <w:ind w:left="1322" w:hanging="360"/>
              <w:jc w:val="both"/>
              <w:rPr>
                <w:sz w:val="24"/>
              </w:rPr>
            </w:pPr>
            <w:r w:rsidRPr="0078531E">
              <w:rPr>
                <w:sz w:val="24"/>
              </w:rPr>
              <w:t>13.</w:t>
            </w:r>
            <w:r w:rsidRPr="0078531E">
              <w:rPr>
                <w:spacing w:val="-4"/>
                <w:sz w:val="24"/>
              </w:rPr>
              <w:t xml:space="preserve"> </w:t>
            </w:r>
            <w:r w:rsidRPr="0078531E">
              <w:rPr>
                <w:sz w:val="24"/>
              </w:rPr>
              <w:t>Óvodánk</w:t>
            </w:r>
            <w:r w:rsidRPr="0078531E">
              <w:rPr>
                <w:spacing w:val="-4"/>
                <w:sz w:val="24"/>
              </w:rPr>
              <w:t xml:space="preserve"> </w:t>
            </w:r>
            <w:r w:rsidRPr="0078531E">
              <w:rPr>
                <w:sz w:val="24"/>
              </w:rPr>
              <w:t>udvarán</w:t>
            </w:r>
            <w:r w:rsidRPr="0078531E">
              <w:rPr>
                <w:spacing w:val="-4"/>
                <w:sz w:val="24"/>
              </w:rPr>
              <w:t xml:space="preserve"> </w:t>
            </w:r>
            <w:r w:rsidRPr="0078531E">
              <w:rPr>
                <w:sz w:val="24"/>
              </w:rPr>
              <w:t>kiskert</w:t>
            </w:r>
            <w:r w:rsidR="00F03A08" w:rsidRPr="0078531E">
              <w:rPr>
                <w:sz w:val="24"/>
              </w:rPr>
              <w:t xml:space="preserve"> </w:t>
            </w:r>
            <w:r w:rsidRPr="0078531E">
              <w:rPr>
                <w:sz w:val="24"/>
              </w:rPr>
              <w:t>lett</w:t>
            </w:r>
            <w:r w:rsidRPr="0078531E">
              <w:rPr>
                <w:spacing w:val="-4"/>
                <w:sz w:val="24"/>
              </w:rPr>
              <w:t xml:space="preserve"> </w:t>
            </w:r>
            <w:r w:rsidRPr="0078531E">
              <w:rPr>
                <w:sz w:val="24"/>
              </w:rPr>
              <w:t>kialakítva,</w:t>
            </w:r>
            <w:r w:rsidRPr="0078531E">
              <w:rPr>
                <w:spacing w:val="-4"/>
                <w:sz w:val="24"/>
              </w:rPr>
              <w:t xml:space="preserve"> </w:t>
            </w:r>
            <w:r w:rsidRPr="0078531E">
              <w:rPr>
                <w:sz w:val="24"/>
              </w:rPr>
              <w:t>ahol</w:t>
            </w:r>
            <w:r w:rsidRPr="0078531E">
              <w:rPr>
                <w:spacing w:val="-4"/>
                <w:sz w:val="24"/>
              </w:rPr>
              <w:t xml:space="preserve"> </w:t>
            </w:r>
            <w:r w:rsidRPr="0078531E">
              <w:rPr>
                <w:sz w:val="24"/>
              </w:rPr>
              <w:t>a</w:t>
            </w:r>
            <w:r w:rsidRPr="0078531E">
              <w:rPr>
                <w:spacing w:val="-4"/>
                <w:sz w:val="24"/>
              </w:rPr>
              <w:t xml:space="preserve"> </w:t>
            </w:r>
            <w:r w:rsidRPr="0078531E">
              <w:rPr>
                <w:sz w:val="24"/>
              </w:rPr>
              <w:t>kerti</w:t>
            </w:r>
            <w:r w:rsidRPr="0078531E">
              <w:rPr>
                <w:spacing w:val="-1"/>
                <w:sz w:val="24"/>
              </w:rPr>
              <w:t xml:space="preserve"> </w:t>
            </w:r>
            <w:r w:rsidRPr="0078531E">
              <w:rPr>
                <w:sz w:val="24"/>
              </w:rPr>
              <w:t>munkákban minden korcsoport aktívan bekapcsolódva vesz részt.</w:t>
            </w:r>
          </w:p>
          <w:p w14:paraId="2332BE88" w14:textId="5107AAFC" w:rsidR="00AE0CFD" w:rsidRPr="0078531E" w:rsidRDefault="00AE0CFD" w:rsidP="00B04652">
            <w:pPr>
              <w:pStyle w:val="TableParagraph"/>
              <w:spacing w:line="264" w:lineRule="exact"/>
              <w:ind w:left="1322"/>
              <w:jc w:val="both"/>
              <w:rPr>
                <w:sz w:val="24"/>
              </w:rPr>
            </w:pPr>
          </w:p>
        </w:tc>
      </w:tr>
      <w:tr w:rsidR="0078531E" w:rsidRPr="0078531E" w14:paraId="1B6D71FC" w14:textId="77777777">
        <w:trPr>
          <w:trHeight w:val="1103"/>
        </w:trPr>
        <w:tc>
          <w:tcPr>
            <w:tcW w:w="9069" w:type="dxa"/>
          </w:tcPr>
          <w:p w14:paraId="3C5EC9B8" w14:textId="77777777" w:rsidR="00AE0CFD" w:rsidRPr="0078531E" w:rsidRDefault="00C3522D" w:rsidP="00B04652">
            <w:pPr>
              <w:pStyle w:val="TableParagraph"/>
              <w:ind w:left="1322" w:right="92" w:hanging="360"/>
              <w:jc w:val="both"/>
              <w:rPr>
                <w:sz w:val="24"/>
              </w:rPr>
            </w:pPr>
            <w:r w:rsidRPr="0078531E">
              <w:rPr>
                <w:sz w:val="24"/>
              </w:rPr>
              <w:t>14.</w:t>
            </w:r>
            <w:r w:rsidRPr="0078531E">
              <w:rPr>
                <w:spacing w:val="-2"/>
                <w:sz w:val="24"/>
              </w:rPr>
              <w:t xml:space="preserve"> </w:t>
            </w:r>
            <w:r w:rsidRPr="0078531E">
              <w:rPr>
                <w:sz w:val="24"/>
              </w:rPr>
              <w:t xml:space="preserve">Az óvodában a gyermekek életkorának megfelelő hagyományok ápolása, gazdagítása a szülők bevonásával, a családdal való közvetlen kapcsolatban </w:t>
            </w:r>
            <w:r w:rsidRPr="0078531E">
              <w:rPr>
                <w:spacing w:val="-2"/>
                <w:sz w:val="24"/>
              </w:rPr>
              <w:t>zajlik.</w:t>
            </w:r>
          </w:p>
        </w:tc>
      </w:tr>
      <w:tr w:rsidR="0078531E" w:rsidRPr="0078531E" w14:paraId="215BA9D7" w14:textId="77777777">
        <w:trPr>
          <w:trHeight w:val="827"/>
        </w:trPr>
        <w:tc>
          <w:tcPr>
            <w:tcW w:w="9069" w:type="dxa"/>
          </w:tcPr>
          <w:p w14:paraId="50BA97BA" w14:textId="14E4AE87" w:rsidR="00AE0CFD" w:rsidRPr="0078531E" w:rsidRDefault="00C3522D" w:rsidP="00B04652">
            <w:pPr>
              <w:pStyle w:val="TableParagraph"/>
              <w:spacing w:line="232" w:lineRule="auto"/>
              <w:ind w:left="1322" w:hanging="360"/>
              <w:jc w:val="both"/>
              <w:rPr>
                <w:sz w:val="24"/>
              </w:rPr>
            </w:pPr>
            <w:r w:rsidRPr="0078531E">
              <w:t>15.</w:t>
            </w:r>
            <w:r w:rsidRPr="0078531E">
              <w:rPr>
                <w:spacing w:val="24"/>
              </w:rPr>
              <w:t xml:space="preserve"> </w:t>
            </w:r>
            <w:r w:rsidRPr="0078531E">
              <w:rPr>
                <w:sz w:val="24"/>
              </w:rPr>
              <w:t>Óvodánk</w:t>
            </w:r>
            <w:r w:rsidRPr="0078531E">
              <w:rPr>
                <w:spacing w:val="-1"/>
                <w:sz w:val="24"/>
              </w:rPr>
              <w:t xml:space="preserve"> </w:t>
            </w:r>
            <w:r w:rsidR="00CE33B5" w:rsidRPr="0078531E">
              <w:rPr>
                <w:sz w:val="24"/>
              </w:rPr>
              <w:t>nagy hangsúlyt fektet</w:t>
            </w:r>
            <w:r w:rsidRPr="0078531E">
              <w:rPr>
                <w:sz w:val="24"/>
              </w:rPr>
              <w:t>,</w:t>
            </w:r>
            <w:r w:rsidRPr="0078531E">
              <w:rPr>
                <w:spacing w:val="-1"/>
                <w:sz w:val="24"/>
              </w:rPr>
              <w:t xml:space="preserve"> </w:t>
            </w:r>
            <w:r w:rsidRPr="0078531E">
              <w:rPr>
                <w:sz w:val="24"/>
              </w:rPr>
              <w:t>a</w:t>
            </w:r>
            <w:r w:rsidRPr="0078531E">
              <w:rPr>
                <w:spacing w:val="-1"/>
                <w:sz w:val="24"/>
              </w:rPr>
              <w:t xml:space="preserve"> </w:t>
            </w:r>
            <w:r w:rsidRPr="0078531E">
              <w:rPr>
                <w:sz w:val="24"/>
              </w:rPr>
              <w:t>zöld</w:t>
            </w:r>
            <w:r w:rsidRPr="0078531E">
              <w:rPr>
                <w:spacing w:val="-3"/>
                <w:sz w:val="24"/>
              </w:rPr>
              <w:t xml:space="preserve"> </w:t>
            </w:r>
            <w:r w:rsidRPr="0078531E">
              <w:rPr>
                <w:sz w:val="24"/>
              </w:rPr>
              <w:t>jeles</w:t>
            </w:r>
            <w:r w:rsidRPr="0078531E">
              <w:rPr>
                <w:spacing w:val="-2"/>
                <w:sz w:val="24"/>
              </w:rPr>
              <w:t xml:space="preserve"> </w:t>
            </w:r>
            <w:r w:rsidRPr="0078531E">
              <w:rPr>
                <w:sz w:val="24"/>
              </w:rPr>
              <w:t>napi hagyomány</w:t>
            </w:r>
            <w:r w:rsidR="00CE33B5" w:rsidRPr="0078531E">
              <w:rPr>
                <w:sz w:val="24"/>
              </w:rPr>
              <w:t>ok</w:t>
            </w:r>
            <w:r w:rsidRPr="0078531E">
              <w:rPr>
                <w:sz w:val="24"/>
              </w:rPr>
              <w:t>ho</w:t>
            </w:r>
            <w:r w:rsidR="00CE33B5" w:rsidRPr="0078531E">
              <w:rPr>
                <w:sz w:val="24"/>
              </w:rPr>
              <w:t>z, z</w:t>
            </w:r>
            <w:r w:rsidRPr="0078531E">
              <w:rPr>
                <w:sz w:val="24"/>
              </w:rPr>
              <w:t>öld ünnepek</w:t>
            </w:r>
            <w:r w:rsidR="00CE33B5" w:rsidRPr="0078531E">
              <w:rPr>
                <w:sz w:val="24"/>
              </w:rPr>
              <w:t>hez</w:t>
            </w:r>
            <w:r w:rsidRPr="0078531E">
              <w:rPr>
                <w:sz w:val="24"/>
              </w:rPr>
              <w:t>, egészségi jeles napok</w:t>
            </w:r>
            <w:r w:rsidR="00CE33B5" w:rsidRPr="0078531E">
              <w:rPr>
                <w:sz w:val="24"/>
              </w:rPr>
              <w:t>hoz</w:t>
            </w:r>
          </w:p>
        </w:tc>
      </w:tr>
      <w:tr w:rsidR="0078531E" w:rsidRPr="0078531E" w14:paraId="361F52F4" w14:textId="77777777">
        <w:trPr>
          <w:trHeight w:val="1382"/>
        </w:trPr>
        <w:tc>
          <w:tcPr>
            <w:tcW w:w="9069" w:type="dxa"/>
          </w:tcPr>
          <w:p w14:paraId="1D4EE50C" w14:textId="77777777" w:rsidR="00AE0CFD" w:rsidRPr="0078531E" w:rsidRDefault="00C3522D" w:rsidP="00B04652">
            <w:pPr>
              <w:pStyle w:val="TableParagraph"/>
              <w:ind w:left="1322" w:right="96" w:hanging="360"/>
              <w:jc w:val="both"/>
              <w:rPr>
                <w:sz w:val="24"/>
              </w:rPr>
            </w:pPr>
            <w:r w:rsidRPr="0078531E">
              <w:rPr>
                <w:sz w:val="24"/>
              </w:rPr>
              <w:t>16.</w:t>
            </w:r>
            <w:r w:rsidRPr="0078531E">
              <w:rPr>
                <w:spacing w:val="-3"/>
                <w:sz w:val="24"/>
              </w:rPr>
              <w:t xml:space="preserve"> </w:t>
            </w:r>
            <w:r w:rsidRPr="0078531E">
              <w:rPr>
                <w:sz w:val="24"/>
              </w:rPr>
              <w:t>Az óvodánk dolgozói szem előtt tartják a fenntarthatóság tartalmi jellemzőit és ez a mindennapi munkájukban is megnyilvánul. Az óvoda felnőtt közössége munkahelyi</w:t>
            </w:r>
            <w:r w:rsidRPr="0078531E">
              <w:rPr>
                <w:spacing w:val="-9"/>
                <w:sz w:val="24"/>
              </w:rPr>
              <w:t xml:space="preserve"> </w:t>
            </w:r>
            <w:r w:rsidRPr="0078531E">
              <w:rPr>
                <w:sz w:val="24"/>
              </w:rPr>
              <w:t>életmódjával</w:t>
            </w:r>
            <w:r w:rsidRPr="0078531E">
              <w:rPr>
                <w:spacing w:val="-6"/>
                <w:sz w:val="24"/>
              </w:rPr>
              <w:t xml:space="preserve"> </w:t>
            </w:r>
            <w:r w:rsidRPr="0078531E">
              <w:rPr>
                <w:sz w:val="24"/>
              </w:rPr>
              <w:t>és</w:t>
            </w:r>
            <w:r w:rsidRPr="0078531E">
              <w:rPr>
                <w:spacing w:val="-9"/>
                <w:sz w:val="24"/>
              </w:rPr>
              <w:t xml:space="preserve"> </w:t>
            </w:r>
            <w:r w:rsidRPr="0078531E">
              <w:rPr>
                <w:sz w:val="24"/>
              </w:rPr>
              <w:t>munkájával</w:t>
            </w:r>
            <w:r w:rsidRPr="0078531E">
              <w:rPr>
                <w:spacing w:val="-8"/>
                <w:sz w:val="24"/>
              </w:rPr>
              <w:t xml:space="preserve"> </w:t>
            </w:r>
            <w:r w:rsidRPr="0078531E">
              <w:rPr>
                <w:sz w:val="24"/>
              </w:rPr>
              <w:t>pozitív</w:t>
            </w:r>
            <w:r w:rsidRPr="0078531E">
              <w:rPr>
                <w:spacing w:val="-8"/>
                <w:sz w:val="24"/>
              </w:rPr>
              <w:t xml:space="preserve"> </w:t>
            </w:r>
            <w:r w:rsidRPr="0078531E">
              <w:rPr>
                <w:sz w:val="24"/>
              </w:rPr>
              <w:t>mintát</w:t>
            </w:r>
            <w:r w:rsidRPr="0078531E">
              <w:rPr>
                <w:spacing w:val="-10"/>
                <w:sz w:val="24"/>
              </w:rPr>
              <w:t xml:space="preserve"> </w:t>
            </w:r>
            <w:r w:rsidRPr="0078531E">
              <w:rPr>
                <w:sz w:val="24"/>
              </w:rPr>
              <w:t>nyújt</w:t>
            </w:r>
            <w:r w:rsidRPr="0078531E">
              <w:rPr>
                <w:spacing w:val="-6"/>
                <w:sz w:val="24"/>
              </w:rPr>
              <w:t xml:space="preserve"> </w:t>
            </w:r>
            <w:r w:rsidRPr="0078531E">
              <w:rPr>
                <w:sz w:val="24"/>
              </w:rPr>
              <w:t>a</w:t>
            </w:r>
            <w:r w:rsidRPr="0078531E">
              <w:rPr>
                <w:spacing w:val="-10"/>
                <w:sz w:val="24"/>
              </w:rPr>
              <w:t xml:space="preserve"> </w:t>
            </w:r>
            <w:r w:rsidRPr="0078531E">
              <w:rPr>
                <w:spacing w:val="-2"/>
                <w:sz w:val="24"/>
              </w:rPr>
              <w:t>környezettudatos</w:t>
            </w:r>
          </w:p>
          <w:p w14:paraId="76B5C3A4" w14:textId="5F2ECDA9" w:rsidR="00AE0CFD" w:rsidRPr="0078531E" w:rsidRDefault="00C3522D" w:rsidP="00B04652">
            <w:pPr>
              <w:pStyle w:val="TableParagraph"/>
              <w:spacing w:line="270" w:lineRule="atLeast"/>
              <w:ind w:left="1322" w:right="96"/>
              <w:jc w:val="both"/>
              <w:rPr>
                <w:sz w:val="24"/>
              </w:rPr>
            </w:pPr>
            <w:r w:rsidRPr="0078531E">
              <w:rPr>
                <w:sz w:val="24"/>
              </w:rPr>
              <w:t>magatartásra,</w:t>
            </w:r>
            <w:r w:rsidRPr="0078531E">
              <w:rPr>
                <w:spacing w:val="-12"/>
                <w:sz w:val="24"/>
              </w:rPr>
              <w:t xml:space="preserve"> </w:t>
            </w:r>
            <w:r w:rsidRPr="0078531E">
              <w:rPr>
                <w:sz w:val="24"/>
              </w:rPr>
              <w:t>az</w:t>
            </w:r>
            <w:r w:rsidRPr="0078531E">
              <w:rPr>
                <w:spacing w:val="-11"/>
                <w:sz w:val="24"/>
              </w:rPr>
              <w:t xml:space="preserve"> </w:t>
            </w:r>
            <w:r w:rsidRPr="0078531E">
              <w:rPr>
                <w:sz w:val="24"/>
              </w:rPr>
              <w:t>ökológiai</w:t>
            </w:r>
            <w:r w:rsidRPr="0078531E">
              <w:rPr>
                <w:spacing w:val="-12"/>
                <w:sz w:val="24"/>
              </w:rPr>
              <w:t xml:space="preserve"> </w:t>
            </w:r>
            <w:r w:rsidRPr="0078531E">
              <w:rPr>
                <w:sz w:val="24"/>
              </w:rPr>
              <w:t>szemléletformálásra,</w:t>
            </w:r>
            <w:r w:rsidRPr="0078531E">
              <w:rPr>
                <w:spacing w:val="-12"/>
                <w:sz w:val="24"/>
              </w:rPr>
              <w:t xml:space="preserve"> </w:t>
            </w:r>
            <w:r w:rsidRPr="0078531E">
              <w:rPr>
                <w:sz w:val="24"/>
              </w:rPr>
              <w:t>megalapozására</w:t>
            </w:r>
            <w:r w:rsidR="00F14CA2" w:rsidRPr="0078531E">
              <w:rPr>
                <w:sz w:val="24"/>
              </w:rPr>
              <w:t>. (energiatakarékosság, szelektív hulladék gyűjtés, komposztálás)</w:t>
            </w:r>
          </w:p>
        </w:tc>
      </w:tr>
      <w:tr w:rsidR="0078531E" w:rsidRPr="0078531E" w14:paraId="1E18628C" w14:textId="77777777">
        <w:trPr>
          <w:trHeight w:val="1379"/>
        </w:trPr>
        <w:tc>
          <w:tcPr>
            <w:tcW w:w="9069" w:type="dxa"/>
          </w:tcPr>
          <w:p w14:paraId="6ABE3587" w14:textId="24BE72CB" w:rsidR="00AE0CFD" w:rsidRPr="0078531E" w:rsidRDefault="00C3522D" w:rsidP="00B04652">
            <w:pPr>
              <w:pStyle w:val="TableParagraph"/>
              <w:spacing w:line="237" w:lineRule="auto"/>
              <w:ind w:left="1322" w:right="94" w:hanging="360"/>
              <w:jc w:val="both"/>
              <w:rPr>
                <w:sz w:val="24"/>
              </w:rPr>
            </w:pPr>
            <w:r w:rsidRPr="0078531E">
              <w:t xml:space="preserve">17. </w:t>
            </w:r>
            <w:r w:rsidRPr="0078531E">
              <w:rPr>
                <w:sz w:val="24"/>
              </w:rPr>
              <w:t>Minden csoportszobának egyéni hangulata,</w:t>
            </w:r>
            <w:r w:rsidR="00B04652" w:rsidRPr="0078531E">
              <w:rPr>
                <w:sz w:val="24"/>
              </w:rPr>
              <w:t xml:space="preserve"> </w:t>
            </w:r>
            <w:proofErr w:type="spellStart"/>
            <w:r w:rsidRPr="0078531E">
              <w:rPr>
                <w:sz w:val="24"/>
              </w:rPr>
              <w:t>arculata</w:t>
            </w:r>
            <w:proofErr w:type="spellEnd"/>
            <w:r w:rsidRPr="0078531E">
              <w:rPr>
                <w:sz w:val="24"/>
              </w:rPr>
              <w:t xml:space="preserve"> van,</w:t>
            </w:r>
            <w:r w:rsidR="00F9161E" w:rsidRPr="0078531E">
              <w:rPr>
                <w:sz w:val="24"/>
              </w:rPr>
              <w:t xml:space="preserve"> </w:t>
            </w:r>
            <w:r w:rsidRPr="0078531E">
              <w:rPr>
                <w:sz w:val="24"/>
              </w:rPr>
              <w:t>növén</w:t>
            </w:r>
            <w:r w:rsidR="00F9161E" w:rsidRPr="0078531E">
              <w:rPr>
                <w:sz w:val="24"/>
              </w:rPr>
              <w:t>yekkel</w:t>
            </w:r>
            <w:r w:rsidRPr="0078531E">
              <w:rPr>
                <w:sz w:val="24"/>
              </w:rPr>
              <w:t>, a természetsarokban a természet által adott „kincsekkel”. A gyermekek a munka tevékenységen belül növényápolási feladatokat látnak el, az egészségügyi előírásoknak megfelelő és megengedett mértékben.</w:t>
            </w:r>
          </w:p>
        </w:tc>
      </w:tr>
      <w:tr w:rsidR="0078531E" w:rsidRPr="0078531E" w14:paraId="3871BCD8" w14:textId="77777777" w:rsidTr="006C65A9">
        <w:trPr>
          <w:trHeight w:val="1033"/>
        </w:trPr>
        <w:tc>
          <w:tcPr>
            <w:tcW w:w="9069" w:type="dxa"/>
          </w:tcPr>
          <w:p w14:paraId="28895AEB" w14:textId="63C552D3" w:rsidR="00AE0CFD" w:rsidRPr="0078531E" w:rsidRDefault="00C3522D" w:rsidP="00B04652">
            <w:pPr>
              <w:pStyle w:val="TableParagraph"/>
              <w:spacing w:line="237" w:lineRule="auto"/>
              <w:ind w:left="1322" w:right="94" w:hanging="360"/>
              <w:jc w:val="both"/>
              <w:rPr>
                <w:sz w:val="24"/>
              </w:rPr>
            </w:pPr>
            <w:r w:rsidRPr="0078531E">
              <w:t xml:space="preserve">18. </w:t>
            </w:r>
            <w:r w:rsidRPr="0078531E">
              <w:rPr>
                <w:sz w:val="24"/>
              </w:rPr>
              <w:t>Az energiatakarékosság szem előtt tartása érvényesül a villany- a vízhasználat és</w:t>
            </w:r>
            <w:r w:rsidRPr="0078531E">
              <w:rPr>
                <w:spacing w:val="-4"/>
                <w:sz w:val="24"/>
              </w:rPr>
              <w:t xml:space="preserve"> </w:t>
            </w:r>
            <w:r w:rsidRPr="0078531E">
              <w:rPr>
                <w:sz w:val="24"/>
              </w:rPr>
              <w:t>a</w:t>
            </w:r>
            <w:r w:rsidRPr="0078531E">
              <w:rPr>
                <w:spacing w:val="-2"/>
                <w:sz w:val="24"/>
              </w:rPr>
              <w:t xml:space="preserve"> </w:t>
            </w:r>
            <w:r w:rsidRPr="0078531E">
              <w:rPr>
                <w:sz w:val="24"/>
              </w:rPr>
              <w:t>fűtés</w:t>
            </w:r>
            <w:r w:rsidRPr="0078531E">
              <w:rPr>
                <w:spacing w:val="-4"/>
                <w:sz w:val="24"/>
              </w:rPr>
              <w:t xml:space="preserve"> </w:t>
            </w:r>
            <w:r w:rsidRPr="0078531E">
              <w:rPr>
                <w:sz w:val="24"/>
              </w:rPr>
              <w:t>terén.</w:t>
            </w:r>
            <w:r w:rsidRPr="0078531E">
              <w:rPr>
                <w:spacing w:val="-1"/>
                <w:sz w:val="24"/>
              </w:rPr>
              <w:t xml:space="preserve"> </w:t>
            </w:r>
            <w:r w:rsidRPr="0078531E">
              <w:rPr>
                <w:sz w:val="24"/>
              </w:rPr>
              <w:t>WC öblítők, hideg- meleg kevert csapvíz rendelkezésre áll. A csapokban vízsugár szűkítők segítik a vízzel való takarékoskodást.</w:t>
            </w:r>
          </w:p>
        </w:tc>
      </w:tr>
      <w:tr w:rsidR="0078531E" w:rsidRPr="0078531E" w14:paraId="3A2E8791" w14:textId="77777777">
        <w:trPr>
          <w:trHeight w:val="565"/>
        </w:trPr>
        <w:tc>
          <w:tcPr>
            <w:tcW w:w="9069" w:type="dxa"/>
          </w:tcPr>
          <w:p w14:paraId="7E666B47" w14:textId="77777777" w:rsidR="00AE0CFD" w:rsidRPr="0078531E" w:rsidRDefault="00C3522D" w:rsidP="00B04652">
            <w:pPr>
              <w:pStyle w:val="TableParagraph"/>
              <w:spacing w:before="138"/>
              <w:ind w:left="962"/>
              <w:jc w:val="both"/>
              <w:rPr>
                <w:sz w:val="24"/>
              </w:rPr>
            </w:pPr>
            <w:r w:rsidRPr="0078531E">
              <w:lastRenderedPageBreak/>
              <w:t>19.</w:t>
            </w:r>
            <w:r w:rsidRPr="0078531E">
              <w:rPr>
                <w:spacing w:val="25"/>
              </w:rPr>
              <w:t xml:space="preserve"> </w:t>
            </w:r>
            <w:r w:rsidRPr="0078531E">
              <w:rPr>
                <w:sz w:val="24"/>
              </w:rPr>
              <w:t>A</w:t>
            </w:r>
            <w:r w:rsidRPr="0078531E">
              <w:rPr>
                <w:spacing w:val="-3"/>
                <w:sz w:val="24"/>
              </w:rPr>
              <w:t xml:space="preserve"> </w:t>
            </w:r>
            <w:r w:rsidRPr="0078531E">
              <w:rPr>
                <w:sz w:val="24"/>
              </w:rPr>
              <w:t>levegő</w:t>
            </w:r>
            <w:r w:rsidRPr="0078531E">
              <w:rPr>
                <w:spacing w:val="-2"/>
                <w:sz w:val="24"/>
              </w:rPr>
              <w:t xml:space="preserve"> </w:t>
            </w:r>
            <w:r w:rsidRPr="0078531E">
              <w:rPr>
                <w:sz w:val="24"/>
              </w:rPr>
              <w:t>illatosítására</w:t>
            </w:r>
            <w:r w:rsidRPr="0078531E">
              <w:rPr>
                <w:spacing w:val="-2"/>
                <w:sz w:val="24"/>
              </w:rPr>
              <w:t xml:space="preserve"> </w:t>
            </w:r>
            <w:r w:rsidRPr="0078531E">
              <w:rPr>
                <w:sz w:val="24"/>
              </w:rPr>
              <w:t>gyógynövényeket</w:t>
            </w:r>
            <w:r w:rsidRPr="0078531E">
              <w:rPr>
                <w:spacing w:val="-2"/>
                <w:sz w:val="24"/>
              </w:rPr>
              <w:t xml:space="preserve"> használunk.</w:t>
            </w:r>
          </w:p>
        </w:tc>
      </w:tr>
      <w:tr w:rsidR="0078531E" w:rsidRPr="0078531E" w14:paraId="5917E56B" w14:textId="77777777" w:rsidTr="002D56A3">
        <w:trPr>
          <w:trHeight w:val="702"/>
        </w:trPr>
        <w:tc>
          <w:tcPr>
            <w:tcW w:w="9069" w:type="dxa"/>
          </w:tcPr>
          <w:p w14:paraId="26139A6C" w14:textId="7DCC88CC" w:rsidR="00AE0CFD" w:rsidRPr="0078531E" w:rsidRDefault="00C3522D" w:rsidP="00B04652">
            <w:pPr>
              <w:pStyle w:val="TableParagraph"/>
              <w:spacing w:line="237" w:lineRule="auto"/>
              <w:ind w:left="1322" w:right="92" w:hanging="360"/>
              <w:jc w:val="both"/>
              <w:rPr>
                <w:sz w:val="24"/>
              </w:rPr>
            </w:pPr>
            <w:r w:rsidRPr="0078531E">
              <w:t xml:space="preserve">20. </w:t>
            </w:r>
            <w:r w:rsidRPr="0078531E">
              <w:rPr>
                <w:sz w:val="24"/>
              </w:rPr>
              <w:t>A szelektív hulladékgyűjtés biztosított az óvoda egész épületében (pl. papír, műanyag stb.)</w:t>
            </w:r>
          </w:p>
        </w:tc>
      </w:tr>
      <w:tr w:rsidR="0078531E" w:rsidRPr="0078531E" w14:paraId="32B52B64" w14:textId="77777777">
        <w:trPr>
          <w:trHeight w:val="827"/>
        </w:trPr>
        <w:tc>
          <w:tcPr>
            <w:tcW w:w="9069" w:type="dxa"/>
          </w:tcPr>
          <w:p w14:paraId="04C91EF4" w14:textId="77777777" w:rsidR="00AE0CFD" w:rsidRPr="0078531E" w:rsidRDefault="00C3522D" w:rsidP="00B04652">
            <w:pPr>
              <w:pStyle w:val="TableParagraph"/>
              <w:ind w:left="1322" w:right="233" w:hanging="360"/>
              <w:jc w:val="both"/>
              <w:rPr>
                <w:sz w:val="24"/>
              </w:rPr>
            </w:pPr>
            <w:r w:rsidRPr="0078531E">
              <w:rPr>
                <w:sz w:val="24"/>
              </w:rPr>
              <w:t>21.</w:t>
            </w:r>
            <w:r w:rsidRPr="0078531E">
              <w:rPr>
                <w:spacing w:val="-3"/>
                <w:sz w:val="24"/>
              </w:rPr>
              <w:t xml:space="preserve"> </w:t>
            </w:r>
            <w:r w:rsidRPr="0078531E">
              <w:rPr>
                <w:sz w:val="24"/>
              </w:rPr>
              <w:t>A</w:t>
            </w:r>
            <w:r w:rsidRPr="0078531E">
              <w:rPr>
                <w:spacing w:val="40"/>
                <w:sz w:val="24"/>
              </w:rPr>
              <w:t xml:space="preserve"> </w:t>
            </w:r>
            <w:r w:rsidRPr="0078531E">
              <w:rPr>
                <w:sz w:val="24"/>
              </w:rPr>
              <w:t>„hulladék</w:t>
            </w:r>
            <w:r w:rsidRPr="0078531E">
              <w:rPr>
                <w:spacing w:val="40"/>
                <w:sz w:val="24"/>
              </w:rPr>
              <w:t xml:space="preserve"> </w:t>
            </w:r>
            <w:r w:rsidRPr="0078531E">
              <w:rPr>
                <w:sz w:val="24"/>
              </w:rPr>
              <w:t>nem</w:t>
            </w:r>
            <w:r w:rsidRPr="0078531E">
              <w:rPr>
                <w:spacing w:val="40"/>
                <w:sz w:val="24"/>
              </w:rPr>
              <w:t xml:space="preserve"> </w:t>
            </w:r>
            <w:r w:rsidRPr="0078531E">
              <w:rPr>
                <w:sz w:val="24"/>
              </w:rPr>
              <w:t>szemét”</w:t>
            </w:r>
            <w:r w:rsidRPr="0078531E">
              <w:rPr>
                <w:spacing w:val="40"/>
                <w:sz w:val="24"/>
              </w:rPr>
              <w:t xml:space="preserve"> </w:t>
            </w:r>
            <w:r w:rsidRPr="0078531E">
              <w:rPr>
                <w:sz w:val="24"/>
              </w:rPr>
              <w:t>elv</w:t>
            </w:r>
            <w:r w:rsidRPr="0078531E">
              <w:rPr>
                <w:spacing w:val="40"/>
                <w:sz w:val="24"/>
              </w:rPr>
              <w:t xml:space="preserve"> </w:t>
            </w:r>
            <w:r w:rsidRPr="0078531E">
              <w:rPr>
                <w:sz w:val="24"/>
              </w:rPr>
              <w:t>hasznosítása</w:t>
            </w:r>
            <w:r w:rsidRPr="0078531E">
              <w:rPr>
                <w:spacing w:val="40"/>
                <w:sz w:val="24"/>
              </w:rPr>
              <w:t xml:space="preserve"> </w:t>
            </w:r>
            <w:r w:rsidRPr="0078531E">
              <w:rPr>
                <w:sz w:val="24"/>
              </w:rPr>
              <w:t>az</w:t>
            </w:r>
            <w:r w:rsidRPr="0078531E">
              <w:rPr>
                <w:spacing w:val="40"/>
                <w:sz w:val="24"/>
              </w:rPr>
              <w:t xml:space="preserve"> </w:t>
            </w:r>
            <w:proofErr w:type="spellStart"/>
            <w:r w:rsidRPr="0078531E">
              <w:rPr>
                <w:sz w:val="24"/>
              </w:rPr>
              <w:t>újrafelhasználás</w:t>
            </w:r>
            <w:proofErr w:type="spellEnd"/>
            <w:r w:rsidRPr="0078531E">
              <w:rPr>
                <w:spacing w:val="40"/>
                <w:sz w:val="24"/>
              </w:rPr>
              <w:t xml:space="preserve"> </w:t>
            </w:r>
            <w:r w:rsidRPr="0078531E">
              <w:rPr>
                <w:sz w:val="24"/>
              </w:rPr>
              <w:t>érdekében</w:t>
            </w:r>
            <w:r w:rsidRPr="0078531E">
              <w:rPr>
                <w:spacing w:val="80"/>
                <w:sz w:val="24"/>
              </w:rPr>
              <w:t xml:space="preserve"> </w:t>
            </w:r>
            <w:r w:rsidRPr="0078531E">
              <w:rPr>
                <w:sz w:val="24"/>
              </w:rPr>
              <w:t>(ajándékkészítés, játékkészítés stb.) megvalósul.</w:t>
            </w:r>
          </w:p>
        </w:tc>
      </w:tr>
      <w:tr w:rsidR="00AE0CFD" w:rsidRPr="0078531E" w14:paraId="3B39CC92" w14:textId="77777777" w:rsidTr="00686EFE">
        <w:trPr>
          <w:trHeight w:val="703"/>
        </w:trPr>
        <w:tc>
          <w:tcPr>
            <w:tcW w:w="9069" w:type="dxa"/>
          </w:tcPr>
          <w:p w14:paraId="6B4E705F" w14:textId="77777777" w:rsidR="00AE0CFD" w:rsidRPr="0078531E" w:rsidRDefault="00C3522D" w:rsidP="00B04652">
            <w:pPr>
              <w:pStyle w:val="TableParagraph"/>
              <w:ind w:left="1322" w:hanging="360"/>
              <w:jc w:val="both"/>
              <w:rPr>
                <w:sz w:val="24"/>
              </w:rPr>
            </w:pPr>
            <w:r w:rsidRPr="0078531E">
              <w:rPr>
                <w:sz w:val="24"/>
              </w:rPr>
              <w:t>22.</w:t>
            </w:r>
            <w:r w:rsidRPr="0078531E">
              <w:rPr>
                <w:spacing w:val="-4"/>
                <w:sz w:val="24"/>
              </w:rPr>
              <w:t xml:space="preserve"> </w:t>
            </w:r>
            <w:r w:rsidRPr="0078531E">
              <w:rPr>
                <w:sz w:val="24"/>
              </w:rPr>
              <w:t>Az</w:t>
            </w:r>
            <w:r w:rsidRPr="0078531E">
              <w:rPr>
                <w:spacing w:val="-4"/>
                <w:sz w:val="24"/>
              </w:rPr>
              <w:t xml:space="preserve"> </w:t>
            </w:r>
            <w:r w:rsidRPr="0078531E">
              <w:rPr>
                <w:sz w:val="24"/>
              </w:rPr>
              <w:t>óvoda</w:t>
            </w:r>
            <w:r w:rsidRPr="0078531E">
              <w:rPr>
                <w:spacing w:val="-5"/>
                <w:sz w:val="24"/>
              </w:rPr>
              <w:t xml:space="preserve"> </w:t>
            </w:r>
            <w:r w:rsidRPr="0078531E">
              <w:rPr>
                <w:sz w:val="24"/>
              </w:rPr>
              <w:t>működése</w:t>
            </w:r>
            <w:r w:rsidRPr="0078531E">
              <w:rPr>
                <w:spacing w:val="-5"/>
                <w:sz w:val="24"/>
              </w:rPr>
              <w:t xml:space="preserve"> </w:t>
            </w:r>
            <w:r w:rsidRPr="0078531E">
              <w:rPr>
                <w:sz w:val="24"/>
              </w:rPr>
              <w:t>során</w:t>
            </w:r>
            <w:r w:rsidRPr="0078531E">
              <w:rPr>
                <w:spacing w:val="-4"/>
                <w:sz w:val="24"/>
              </w:rPr>
              <w:t xml:space="preserve"> </w:t>
            </w:r>
            <w:r w:rsidRPr="0078531E">
              <w:rPr>
                <w:sz w:val="24"/>
              </w:rPr>
              <w:t>rontott</w:t>
            </w:r>
            <w:r w:rsidRPr="0078531E">
              <w:rPr>
                <w:spacing w:val="-4"/>
                <w:sz w:val="24"/>
              </w:rPr>
              <w:t xml:space="preserve"> </w:t>
            </w:r>
            <w:r w:rsidRPr="0078531E">
              <w:rPr>
                <w:sz w:val="24"/>
              </w:rPr>
              <w:t>(használt)</w:t>
            </w:r>
            <w:r w:rsidRPr="0078531E">
              <w:rPr>
                <w:spacing w:val="-4"/>
                <w:sz w:val="24"/>
              </w:rPr>
              <w:t xml:space="preserve"> </w:t>
            </w:r>
            <w:r w:rsidRPr="0078531E">
              <w:rPr>
                <w:sz w:val="24"/>
              </w:rPr>
              <w:t>papírok</w:t>
            </w:r>
            <w:r w:rsidRPr="0078531E">
              <w:rPr>
                <w:spacing w:val="-4"/>
                <w:sz w:val="24"/>
              </w:rPr>
              <w:t xml:space="preserve"> </w:t>
            </w:r>
            <w:r w:rsidRPr="0078531E">
              <w:rPr>
                <w:sz w:val="24"/>
              </w:rPr>
              <w:t>külön</w:t>
            </w:r>
            <w:r w:rsidRPr="0078531E">
              <w:rPr>
                <w:spacing w:val="-4"/>
                <w:sz w:val="24"/>
              </w:rPr>
              <w:t xml:space="preserve"> </w:t>
            </w:r>
            <w:r w:rsidRPr="0078531E">
              <w:rPr>
                <w:sz w:val="24"/>
              </w:rPr>
              <w:t>tárolóba</w:t>
            </w:r>
            <w:r w:rsidRPr="0078531E">
              <w:rPr>
                <w:spacing w:val="-5"/>
                <w:sz w:val="24"/>
              </w:rPr>
              <w:t xml:space="preserve"> </w:t>
            </w:r>
            <w:r w:rsidRPr="0078531E">
              <w:rPr>
                <w:sz w:val="24"/>
              </w:rPr>
              <w:t>kerülnek,</w:t>
            </w:r>
            <w:r w:rsidRPr="0078531E">
              <w:rPr>
                <w:spacing w:val="-4"/>
                <w:sz w:val="24"/>
              </w:rPr>
              <w:t xml:space="preserve"> </w:t>
            </w:r>
            <w:r w:rsidRPr="0078531E">
              <w:rPr>
                <w:sz w:val="24"/>
              </w:rPr>
              <w:t>a papír beszerzésekor az újra papír vásárlására törekszünk.</w:t>
            </w:r>
          </w:p>
        </w:tc>
      </w:tr>
    </w:tbl>
    <w:p w14:paraId="4E4BE848" w14:textId="77777777" w:rsidR="00AE0CFD" w:rsidRPr="0078531E" w:rsidRDefault="00AE0CFD">
      <w:pPr>
        <w:pStyle w:val="Szvegtrzs"/>
        <w:spacing w:before="82"/>
        <w:rPr>
          <w:b/>
        </w:rPr>
      </w:pPr>
    </w:p>
    <w:p w14:paraId="511AEE2B" w14:textId="77777777" w:rsidR="00AE0CFD" w:rsidRPr="0078531E" w:rsidRDefault="00C3522D" w:rsidP="009276CB">
      <w:pPr>
        <w:spacing w:line="360" w:lineRule="auto"/>
        <w:ind w:left="136" w:firstLine="707"/>
        <w:jc w:val="center"/>
        <w:rPr>
          <w:b/>
          <w:sz w:val="24"/>
        </w:rPr>
      </w:pPr>
      <w:r w:rsidRPr="0078531E">
        <w:rPr>
          <w:b/>
          <w:sz w:val="24"/>
        </w:rPr>
        <w:t>A</w:t>
      </w:r>
      <w:r w:rsidRPr="0078531E">
        <w:rPr>
          <w:b/>
          <w:spacing w:val="80"/>
          <w:sz w:val="24"/>
        </w:rPr>
        <w:t xml:space="preserve"> </w:t>
      </w:r>
      <w:r w:rsidRPr="0078531E">
        <w:rPr>
          <w:b/>
          <w:sz w:val="24"/>
        </w:rPr>
        <w:t>KÜLSŐ</w:t>
      </w:r>
      <w:r w:rsidRPr="0078531E">
        <w:rPr>
          <w:b/>
          <w:spacing w:val="80"/>
          <w:sz w:val="24"/>
        </w:rPr>
        <w:t xml:space="preserve"> </w:t>
      </w:r>
      <w:r w:rsidRPr="0078531E">
        <w:rPr>
          <w:b/>
          <w:sz w:val="24"/>
        </w:rPr>
        <w:t>VILÁG</w:t>
      </w:r>
      <w:r w:rsidRPr="0078531E">
        <w:rPr>
          <w:b/>
          <w:spacing w:val="80"/>
          <w:sz w:val="24"/>
        </w:rPr>
        <w:t xml:space="preserve"> </w:t>
      </w:r>
      <w:r w:rsidRPr="0078531E">
        <w:rPr>
          <w:b/>
          <w:sz w:val="24"/>
        </w:rPr>
        <w:t>MENNYISÉGI</w:t>
      </w:r>
      <w:r w:rsidRPr="0078531E">
        <w:rPr>
          <w:b/>
          <w:spacing w:val="80"/>
          <w:sz w:val="24"/>
        </w:rPr>
        <w:t xml:space="preserve"> </w:t>
      </w:r>
      <w:r w:rsidRPr="0078531E">
        <w:rPr>
          <w:b/>
          <w:sz w:val="24"/>
        </w:rPr>
        <w:t>ÉS</w:t>
      </w:r>
      <w:r w:rsidRPr="0078531E">
        <w:rPr>
          <w:b/>
          <w:spacing w:val="80"/>
          <w:sz w:val="24"/>
        </w:rPr>
        <w:t xml:space="preserve"> </w:t>
      </w:r>
      <w:r w:rsidRPr="0078531E">
        <w:rPr>
          <w:b/>
          <w:sz w:val="24"/>
        </w:rPr>
        <w:t>FORMAI</w:t>
      </w:r>
      <w:r w:rsidRPr="0078531E">
        <w:rPr>
          <w:b/>
          <w:spacing w:val="80"/>
          <w:sz w:val="24"/>
        </w:rPr>
        <w:t xml:space="preserve"> </w:t>
      </w:r>
      <w:r w:rsidRPr="0078531E">
        <w:rPr>
          <w:b/>
          <w:sz w:val="24"/>
        </w:rPr>
        <w:t>ÖSSZEFÜGGÉSEINEK</w:t>
      </w:r>
      <w:r w:rsidRPr="0078531E">
        <w:rPr>
          <w:b/>
          <w:spacing w:val="80"/>
          <w:w w:val="150"/>
          <w:sz w:val="24"/>
        </w:rPr>
        <w:t xml:space="preserve"> </w:t>
      </w:r>
      <w:r w:rsidRPr="0078531E">
        <w:rPr>
          <w:b/>
          <w:sz w:val="24"/>
        </w:rPr>
        <w:t>TEVÉKENY MEGISMERÉSE</w:t>
      </w:r>
    </w:p>
    <w:p w14:paraId="112FC390" w14:textId="77777777" w:rsidR="00AE0CFD" w:rsidRPr="0078531E" w:rsidRDefault="00AE0CFD">
      <w:pPr>
        <w:pStyle w:val="Szvegtrzs"/>
        <w:spacing w:before="5"/>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9"/>
      </w:tblGrid>
      <w:tr w:rsidR="0078531E" w:rsidRPr="0078531E" w14:paraId="53DAF8A8" w14:textId="77777777">
        <w:trPr>
          <w:trHeight w:val="568"/>
        </w:trPr>
        <w:tc>
          <w:tcPr>
            <w:tcW w:w="9069" w:type="dxa"/>
          </w:tcPr>
          <w:p w14:paraId="706E19EA" w14:textId="77777777" w:rsidR="00AE0CFD" w:rsidRPr="0078531E" w:rsidRDefault="00AE0CFD" w:rsidP="00B04652">
            <w:pPr>
              <w:pStyle w:val="TableParagraph"/>
              <w:spacing w:before="1"/>
              <w:jc w:val="both"/>
              <w:rPr>
                <w:b/>
                <w:sz w:val="24"/>
              </w:rPr>
            </w:pPr>
          </w:p>
          <w:p w14:paraId="4AE52576" w14:textId="77777777" w:rsidR="00AE0CFD" w:rsidRPr="0078531E" w:rsidRDefault="00C3522D" w:rsidP="00B04652">
            <w:pPr>
              <w:pStyle w:val="TableParagraph"/>
              <w:spacing w:line="271" w:lineRule="exact"/>
              <w:ind w:left="962"/>
              <w:jc w:val="both"/>
              <w:rPr>
                <w:sz w:val="24"/>
              </w:rPr>
            </w:pPr>
            <w:r w:rsidRPr="0078531E">
              <w:rPr>
                <w:sz w:val="24"/>
              </w:rPr>
              <w:t>1.</w:t>
            </w:r>
            <w:r w:rsidRPr="0078531E">
              <w:rPr>
                <w:spacing w:val="-3"/>
                <w:sz w:val="24"/>
              </w:rPr>
              <w:t xml:space="preserve"> </w:t>
            </w:r>
            <w:r w:rsidRPr="0078531E">
              <w:rPr>
                <w:sz w:val="24"/>
              </w:rPr>
              <w:t>A</w:t>
            </w:r>
            <w:r w:rsidRPr="0078531E">
              <w:rPr>
                <w:spacing w:val="-2"/>
                <w:sz w:val="24"/>
              </w:rPr>
              <w:t xml:space="preserve"> </w:t>
            </w:r>
            <w:r w:rsidRPr="0078531E">
              <w:rPr>
                <w:sz w:val="24"/>
              </w:rPr>
              <w:t>játék</w:t>
            </w:r>
            <w:r w:rsidRPr="0078531E">
              <w:rPr>
                <w:spacing w:val="-1"/>
                <w:sz w:val="24"/>
              </w:rPr>
              <w:t xml:space="preserve"> </w:t>
            </w:r>
            <w:r w:rsidRPr="0078531E">
              <w:rPr>
                <w:sz w:val="24"/>
              </w:rPr>
              <w:t>során</w:t>
            </w:r>
            <w:r w:rsidRPr="0078531E">
              <w:rPr>
                <w:spacing w:val="1"/>
                <w:sz w:val="24"/>
              </w:rPr>
              <w:t xml:space="preserve"> </w:t>
            </w:r>
            <w:r w:rsidRPr="0078531E">
              <w:rPr>
                <w:sz w:val="24"/>
              </w:rPr>
              <w:t>adódó</w:t>
            </w:r>
            <w:r w:rsidRPr="0078531E">
              <w:rPr>
                <w:spacing w:val="-1"/>
                <w:sz w:val="24"/>
              </w:rPr>
              <w:t xml:space="preserve"> </w:t>
            </w:r>
            <w:r w:rsidRPr="0078531E">
              <w:rPr>
                <w:sz w:val="24"/>
              </w:rPr>
              <w:t>spontán</w:t>
            </w:r>
            <w:r w:rsidRPr="0078531E">
              <w:rPr>
                <w:spacing w:val="-1"/>
                <w:sz w:val="24"/>
              </w:rPr>
              <w:t xml:space="preserve"> </w:t>
            </w:r>
            <w:r w:rsidRPr="0078531E">
              <w:rPr>
                <w:sz w:val="24"/>
              </w:rPr>
              <w:t>matematikai</w:t>
            </w:r>
            <w:r w:rsidRPr="0078531E">
              <w:rPr>
                <w:spacing w:val="-1"/>
                <w:sz w:val="24"/>
              </w:rPr>
              <w:t xml:space="preserve"> </w:t>
            </w:r>
            <w:r w:rsidRPr="0078531E">
              <w:rPr>
                <w:sz w:val="24"/>
              </w:rPr>
              <w:t xml:space="preserve">helyzetek </w:t>
            </w:r>
            <w:r w:rsidRPr="0078531E">
              <w:rPr>
                <w:spacing w:val="-2"/>
                <w:sz w:val="24"/>
              </w:rPr>
              <w:t>kihasználása.</w:t>
            </w:r>
          </w:p>
        </w:tc>
      </w:tr>
      <w:tr w:rsidR="0078531E" w:rsidRPr="0078531E" w14:paraId="264E7285" w14:textId="77777777">
        <w:trPr>
          <w:trHeight w:val="565"/>
        </w:trPr>
        <w:tc>
          <w:tcPr>
            <w:tcW w:w="9069" w:type="dxa"/>
          </w:tcPr>
          <w:p w14:paraId="1282283D" w14:textId="6C416431" w:rsidR="00AE0CFD" w:rsidRPr="0078531E" w:rsidRDefault="00507D9A" w:rsidP="00B04652">
            <w:pPr>
              <w:pStyle w:val="TableParagraph"/>
              <w:spacing w:before="138"/>
              <w:ind w:left="962"/>
              <w:jc w:val="both"/>
              <w:rPr>
                <w:sz w:val="24"/>
              </w:rPr>
            </w:pPr>
            <w:r w:rsidRPr="0078531E">
              <w:rPr>
                <w:sz w:val="24"/>
              </w:rPr>
              <w:t>2</w:t>
            </w:r>
            <w:r w:rsidR="00C3522D" w:rsidRPr="0078531E">
              <w:rPr>
                <w:sz w:val="24"/>
              </w:rPr>
              <w:t>.</w:t>
            </w:r>
            <w:r w:rsidR="00C3522D" w:rsidRPr="0078531E">
              <w:rPr>
                <w:spacing w:val="25"/>
                <w:sz w:val="24"/>
              </w:rPr>
              <w:t xml:space="preserve">  </w:t>
            </w:r>
            <w:r w:rsidR="00C3522D" w:rsidRPr="0078531E">
              <w:rPr>
                <w:sz w:val="24"/>
              </w:rPr>
              <w:t>Logikai</w:t>
            </w:r>
            <w:r w:rsidR="00C3522D" w:rsidRPr="0078531E">
              <w:rPr>
                <w:spacing w:val="-1"/>
                <w:sz w:val="24"/>
              </w:rPr>
              <w:t xml:space="preserve"> </w:t>
            </w:r>
            <w:r w:rsidR="00C3522D" w:rsidRPr="0078531E">
              <w:rPr>
                <w:sz w:val="24"/>
              </w:rPr>
              <w:t>és</w:t>
            </w:r>
            <w:r w:rsidR="00C3522D" w:rsidRPr="0078531E">
              <w:rPr>
                <w:spacing w:val="-3"/>
                <w:sz w:val="24"/>
              </w:rPr>
              <w:t xml:space="preserve"> </w:t>
            </w:r>
            <w:r w:rsidR="00C3522D" w:rsidRPr="0078531E">
              <w:rPr>
                <w:sz w:val="24"/>
              </w:rPr>
              <w:t>matematikai</w:t>
            </w:r>
            <w:r w:rsidR="00C3522D" w:rsidRPr="0078531E">
              <w:rPr>
                <w:spacing w:val="-1"/>
                <w:sz w:val="24"/>
              </w:rPr>
              <w:t xml:space="preserve"> </w:t>
            </w:r>
            <w:r w:rsidR="00C3522D" w:rsidRPr="0078531E">
              <w:rPr>
                <w:sz w:val="24"/>
              </w:rPr>
              <w:t>szabályjátékok</w:t>
            </w:r>
            <w:r w:rsidR="00C3522D" w:rsidRPr="0078531E">
              <w:rPr>
                <w:spacing w:val="-2"/>
                <w:sz w:val="24"/>
              </w:rPr>
              <w:t xml:space="preserve"> </w:t>
            </w:r>
            <w:r w:rsidR="00C3522D" w:rsidRPr="0078531E">
              <w:rPr>
                <w:sz w:val="24"/>
              </w:rPr>
              <w:t>megismertetése,</w:t>
            </w:r>
            <w:r w:rsidR="00C3522D" w:rsidRPr="0078531E">
              <w:rPr>
                <w:spacing w:val="-1"/>
                <w:sz w:val="24"/>
              </w:rPr>
              <w:t xml:space="preserve"> </w:t>
            </w:r>
            <w:r w:rsidR="00C3522D" w:rsidRPr="0078531E">
              <w:rPr>
                <w:spacing w:val="-2"/>
                <w:sz w:val="24"/>
              </w:rPr>
              <w:t>alkalmazása.</w:t>
            </w:r>
          </w:p>
        </w:tc>
      </w:tr>
      <w:tr w:rsidR="0078531E" w:rsidRPr="0078531E" w14:paraId="5CE6374D" w14:textId="77777777">
        <w:trPr>
          <w:trHeight w:val="569"/>
        </w:trPr>
        <w:tc>
          <w:tcPr>
            <w:tcW w:w="9069" w:type="dxa"/>
          </w:tcPr>
          <w:p w14:paraId="2A8C214C" w14:textId="58141B0A" w:rsidR="00AE0CFD" w:rsidRPr="0078531E" w:rsidRDefault="00507D9A" w:rsidP="00B04652">
            <w:pPr>
              <w:pStyle w:val="TableParagraph"/>
              <w:spacing w:line="276" w:lineRule="exact"/>
              <w:ind w:left="1322" w:hanging="360"/>
              <w:jc w:val="both"/>
              <w:rPr>
                <w:sz w:val="24"/>
              </w:rPr>
            </w:pPr>
            <w:r w:rsidRPr="0078531E">
              <w:rPr>
                <w:sz w:val="24"/>
              </w:rPr>
              <w:t>3</w:t>
            </w:r>
            <w:r w:rsidR="00C3522D" w:rsidRPr="0078531E">
              <w:rPr>
                <w:sz w:val="24"/>
              </w:rPr>
              <w:t>.</w:t>
            </w:r>
            <w:r w:rsidR="00C3522D" w:rsidRPr="0078531E">
              <w:rPr>
                <w:spacing w:val="80"/>
                <w:sz w:val="24"/>
              </w:rPr>
              <w:t xml:space="preserve"> </w:t>
            </w:r>
            <w:r w:rsidR="00C3522D" w:rsidRPr="0078531E">
              <w:rPr>
                <w:sz w:val="24"/>
              </w:rPr>
              <w:t xml:space="preserve">A minket körülvevő világ mennyiségi, formai, </w:t>
            </w:r>
            <w:proofErr w:type="spellStart"/>
            <w:r w:rsidR="00C3522D" w:rsidRPr="0078531E">
              <w:rPr>
                <w:sz w:val="24"/>
              </w:rPr>
              <w:t>kiterjedésbeli</w:t>
            </w:r>
            <w:proofErr w:type="spellEnd"/>
            <w:r w:rsidR="00C3522D" w:rsidRPr="0078531E">
              <w:rPr>
                <w:sz w:val="24"/>
              </w:rPr>
              <w:t xml:space="preserve"> összefüggéseinek felfedeztetése, megtapasztaltatása.</w:t>
            </w:r>
          </w:p>
        </w:tc>
      </w:tr>
      <w:tr w:rsidR="0078531E" w:rsidRPr="0078531E" w14:paraId="02FEF8C3" w14:textId="77777777">
        <w:trPr>
          <w:trHeight w:val="565"/>
        </w:trPr>
        <w:tc>
          <w:tcPr>
            <w:tcW w:w="9069" w:type="dxa"/>
          </w:tcPr>
          <w:p w14:paraId="06E464E2" w14:textId="358598A8" w:rsidR="00AE0CFD" w:rsidRPr="0078531E" w:rsidRDefault="00507D9A" w:rsidP="00B04652">
            <w:pPr>
              <w:pStyle w:val="TableParagraph"/>
              <w:spacing w:line="276" w:lineRule="exact"/>
              <w:ind w:left="1322" w:right="233" w:hanging="360"/>
              <w:jc w:val="both"/>
              <w:rPr>
                <w:sz w:val="24"/>
              </w:rPr>
            </w:pPr>
            <w:r w:rsidRPr="0078531E">
              <w:rPr>
                <w:sz w:val="24"/>
              </w:rPr>
              <w:t>4</w:t>
            </w:r>
            <w:r w:rsidR="00C3522D" w:rsidRPr="0078531E">
              <w:rPr>
                <w:sz w:val="24"/>
              </w:rPr>
              <w:t>.</w:t>
            </w:r>
            <w:r w:rsidR="00C3522D" w:rsidRPr="0078531E">
              <w:rPr>
                <w:spacing w:val="80"/>
                <w:sz w:val="24"/>
              </w:rPr>
              <w:t xml:space="preserve"> </w:t>
            </w:r>
            <w:r w:rsidR="00C3522D" w:rsidRPr="0078531E">
              <w:rPr>
                <w:sz w:val="24"/>
              </w:rPr>
              <w:t>Matematikai</w:t>
            </w:r>
            <w:r w:rsidR="00C3522D" w:rsidRPr="0078531E">
              <w:rPr>
                <w:spacing w:val="80"/>
                <w:sz w:val="24"/>
              </w:rPr>
              <w:t xml:space="preserve"> </w:t>
            </w:r>
            <w:r w:rsidR="00C3522D" w:rsidRPr="0078531E">
              <w:rPr>
                <w:sz w:val="24"/>
              </w:rPr>
              <w:t>tartalmú</w:t>
            </w:r>
            <w:r w:rsidR="00C3522D" w:rsidRPr="0078531E">
              <w:rPr>
                <w:spacing w:val="80"/>
                <w:sz w:val="24"/>
              </w:rPr>
              <w:t xml:space="preserve"> </w:t>
            </w:r>
            <w:r w:rsidR="00C3522D" w:rsidRPr="0078531E">
              <w:rPr>
                <w:sz w:val="24"/>
              </w:rPr>
              <w:t>játék</w:t>
            </w:r>
            <w:r w:rsidR="00C3522D" w:rsidRPr="0078531E">
              <w:rPr>
                <w:spacing w:val="80"/>
                <w:sz w:val="24"/>
              </w:rPr>
              <w:t xml:space="preserve"> </w:t>
            </w:r>
            <w:r w:rsidR="00C3522D" w:rsidRPr="0078531E">
              <w:rPr>
                <w:sz w:val="24"/>
              </w:rPr>
              <w:t>kezdeményezése</w:t>
            </w:r>
            <w:r w:rsidR="00C3522D" w:rsidRPr="0078531E">
              <w:rPr>
                <w:spacing w:val="80"/>
                <w:sz w:val="24"/>
              </w:rPr>
              <w:t xml:space="preserve"> </w:t>
            </w:r>
            <w:r w:rsidR="00C3522D" w:rsidRPr="0078531E">
              <w:rPr>
                <w:sz w:val="24"/>
              </w:rPr>
              <w:t>során</w:t>
            </w:r>
            <w:r w:rsidR="00C3522D" w:rsidRPr="0078531E">
              <w:rPr>
                <w:spacing w:val="80"/>
                <w:sz w:val="24"/>
              </w:rPr>
              <w:t xml:space="preserve"> </w:t>
            </w:r>
            <w:r w:rsidR="00C3522D" w:rsidRPr="0078531E">
              <w:rPr>
                <w:sz w:val="24"/>
              </w:rPr>
              <w:t>a</w:t>
            </w:r>
            <w:r w:rsidR="00C3522D" w:rsidRPr="0078531E">
              <w:rPr>
                <w:spacing w:val="80"/>
                <w:sz w:val="24"/>
              </w:rPr>
              <w:t xml:space="preserve"> </w:t>
            </w:r>
            <w:r w:rsidR="00C3522D" w:rsidRPr="0078531E">
              <w:rPr>
                <w:sz w:val="24"/>
              </w:rPr>
              <w:t>gyermekek</w:t>
            </w:r>
            <w:r w:rsidR="00C3522D" w:rsidRPr="0078531E">
              <w:rPr>
                <w:spacing w:val="80"/>
                <w:sz w:val="24"/>
              </w:rPr>
              <w:t xml:space="preserve"> </w:t>
            </w:r>
            <w:r w:rsidR="00C3522D" w:rsidRPr="0078531E">
              <w:rPr>
                <w:sz w:val="24"/>
              </w:rPr>
              <w:t>egyéni</w:t>
            </w:r>
            <w:r w:rsidR="00C3522D" w:rsidRPr="0078531E">
              <w:rPr>
                <w:spacing w:val="40"/>
                <w:sz w:val="24"/>
              </w:rPr>
              <w:t xml:space="preserve"> </w:t>
            </w:r>
            <w:r w:rsidR="00C3522D" w:rsidRPr="0078531E">
              <w:rPr>
                <w:sz w:val="24"/>
              </w:rPr>
              <w:t>fejlettségének, képességeinek figyelembevétele.</w:t>
            </w:r>
          </w:p>
        </w:tc>
      </w:tr>
      <w:tr w:rsidR="0078531E" w:rsidRPr="0078531E" w14:paraId="534AF617" w14:textId="77777777">
        <w:trPr>
          <w:trHeight w:val="566"/>
        </w:trPr>
        <w:tc>
          <w:tcPr>
            <w:tcW w:w="9069" w:type="dxa"/>
          </w:tcPr>
          <w:p w14:paraId="0A9A0F55" w14:textId="2938C2A1" w:rsidR="00AE0CFD" w:rsidRPr="0078531E" w:rsidRDefault="00507D9A" w:rsidP="00B04652">
            <w:pPr>
              <w:pStyle w:val="TableParagraph"/>
              <w:spacing w:line="276" w:lineRule="exact"/>
              <w:ind w:left="1322" w:right="99" w:hanging="360"/>
              <w:jc w:val="both"/>
              <w:rPr>
                <w:sz w:val="24"/>
              </w:rPr>
            </w:pPr>
            <w:r w:rsidRPr="0078531E">
              <w:rPr>
                <w:sz w:val="24"/>
              </w:rPr>
              <w:t>5</w:t>
            </w:r>
            <w:r w:rsidR="00C3522D" w:rsidRPr="0078531E">
              <w:rPr>
                <w:sz w:val="24"/>
              </w:rPr>
              <w:t>.</w:t>
            </w:r>
            <w:r w:rsidR="00C3522D" w:rsidRPr="0078531E">
              <w:rPr>
                <w:spacing w:val="80"/>
                <w:sz w:val="24"/>
              </w:rPr>
              <w:t xml:space="preserve"> </w:t>
            </w:r>
            <w:r w:rsidR="00C3522D" w:rsidRPr="0078531E">
              <w:rPr>
                <w:sz w:val="24"/>
              </w:rPr>
              <w:t>A</w:t>
            </w:r>
            <w:r w:rsidR="00C3522D" w:rsidRPr="0078531E">
              <w:rPr>
                <w:spacing w:val="40"/>
                <w:sz w:val="24"/>
              </w:rPr>
              <w:t xml:space="preserve"> </w:t>
            </w:r>
            <w:r w:rsidR="00C3522D" w:rsidRPr="0078531E">
              <w:rPr>
                <w:sz w:val="24"/>
              </w:rPr>
              <w:t>gyermeki</w:t>
            </w:r>
            <w:r w:rsidR="00C3522D" w:rsidRPr="0078531E">
              <w:rPr>
                <w:spacing w:val="40"/>
                <w:sz w:val="24"/>
              </w:rPr>
              <w:t xml:space="preserve"> </w:t>
            </w:r>
            <w:r w:rsidR="00C3522D" w:rsidRPr="0078531E">
              <w:rPr>
                <w:sz w:val="24"/>
              </w:rPr>
              <w:t>tevékenység</w:t>
            </w:r>
            <w:r w:rsidR="00C3522D" w:rsidRPr="0078531E">
              <w:rPr>
                <w:spacing w:val="40"/>
                <w:sz w:val="24"/>
              </w:rPr>
              <w:t xml:space="preserve"> </w:t>
            </w:r>
            <w:r w:rsidR="00C3522D" w:rsidRPr="0078531E">
              <w:rPr>
                <w:sz w:val="24"/>
              </w:rPr>
              <w:t>változatos</w:t>
            </w:r>
            <w:r w:rsidR="00C3522D" w:rsidRPr="0078531E">
              <w:rPr>
                <w:spacing w:val="40"/>
                <w:sz w:val="24"/>
              </w:rPr>
              <w:t xml:space="preserve"> </w:t>
            </w:r>
            <w:r w:rsidR="00C3522D" w:rsidRPr="0078531E">
              <w:rPr>
                <w:sz w:val="24"/>
              </w:rPr>
              <w:t>formájának</w:t>
            </w:r>
            <w:r w:rsidR="00C3522D" w:rsidRPr="0078531E">
              <w:rPr>
                <w:spacing w:val="40"/>
                <w:sz w:val="24"/>
              </w:rPr>
              <w:t xml:space="preserve"> </w:t>
            </w:r>
            <w:r w:rsidR="00C3522D" w:rsidRPr="0078531E">
              <w:rPr>
                <w:sz w:val="24"/>
              </w:rPr>
              <w:t>biztosítása:</w:t>
            </w:r>
            <w:r w:rsidR="00C3522D" w:rsidRPr="0078531E">
              <w:rPr>
                <w:spacing w:val="40"/>
                <w:sz w:val="24"/>
              </w:rPr>
              <w:t xml:space="preserve"> </w:t>
            </w:r>
            <w:r w:rsidR="00C3522D" w:rsidRPr="0078531E">
              <w:rPr>
                <w:sz w:val="24"/>
              </w:rPr>
              <w:t>egyéni,</w:t>
            </w:r>
            <w:r w:rsidR="00C3522D" w:rsidRPr="0078531E">
              <w:rPr>
                <w:spacing w:val="40"/>
                <w:sz w:val="24"/>
              </w:rPr>
              <w:t xml:space="preserve"> </w:t>
            </w:r>
            <w:r w:rsidR="00C3522D" w:rsidRPr="0078531E">
              <w:rPr>
                <w:sz w:val="24"/>
              </w:rPr>
              <w:t>páros,</w:t>
            </w:r>
            <w:r w:rsidR="00C3522D" w:rsidRPr="0078531E">
              <w:rPr>
                <w:spacing w:val="80"/>
                <w:sz w:val="24"/>
              </w:rPr>
              <w:t xml:space="preserve"> </w:t>
            </w:r>
            <w:r w:rsidR="00C3522D" w:rsidRPr="0078531E">
              <w:rPr>
                <w:sz w:val="24"/>
              </w:rPr>
              <w:t>mikor-csoportos szervezéssel.</w:t>
            </w:r>
          </w:p>
        </w:tc>
      </w:tr>
      <w:tr w:rsidR="0078531E" w:rsidRPr="0078531E" w14:paraId="2195C347" w14:textId="77777777">
        <w:trPr>
          <w:trHeight w:val="568"/>
        </w:trPr>
        <w:tc>
          <w:tcPr>
            <w:tcW w:w="9069" w:type="dxa"/>
          </w:tcPr>
          <w:p w14:paraId="7DCFA264" w14:textId="5DA18F9D" w:rsidR="00AE0CFD" w:rsidRPr="0078531E" w:rsidRDefault="00507D9A" w:rsidP="00B04652">
            <w:pPr>
              <w:pStyle w:val="TableParagraph"/>
              <w:spacing w:line="270" w:lineRule="atLeast"/>
              <w:ind w:left="1322" w:right="233" w:hanging="360"/>
              <w:jc w:val="both"/>
              <w:rPr>
                <w:sz w:val="24"/>
              </w:rPr>
            </w:pPr>
            <w:r w:rsidRPr="0078531E">
              <w:rPr>
                <w:sz w:val="24"/>
              </w:rPr>
              <w:t>6</w:t>
            </w:r>
            <w:r w:rsidR="00C3522D" w:rsidRPr="0078531E">
              <w:rPr>
                <w:sz w:val="24"/>
              </w:rPr>
              <w:t>.</w:t>
            </w:r>
            <w:r w:rsidR="00C3522D" w:rsidRPr="0078531E">
              <w:rPr>
                <w:spacing w:val="-3"/>
                <w:sz w:val="24"/>
              </w:rPr>
              <w:t xml:space="preserve"> </w:t>
            </w:r>
            <w:r w:rsidR="00C3522D" w:rsidRPr="0078531E">
              <w:rPr>
                <w:sz w:val="24"/>
              </w:rPr>
              <w:t>Mozgásos</w:t>
            </w:r>
            <w:r w:rsidR="00C3522D" w:rsidRPr="0078531E">
              <w:rPr>
                <w:spacing w:val="40"/>
                <w:sz w:val="24"/>
              </w:rPr>
              <w:t xml:space="preserve"> </w:t>
            </w:r>
            <w:r w:rsidR="00C3522D" w:rsidRPr="0078531E">
              <w:rPr>
                <w:sz w:val="24"/>
              </w:rPr>
              <w:t>feladatnál</w:t>
            </w:r>
            <w:r w:rsidR="00C3522D" w:rsidRPr="0078531E">
              <w:rPr>
                <w:spacing w:val="40"/>
                <w:sz w:val="24"/>
              </w:rPr>
              <w:t xml:space="preserve"> </w:t>
            </w:r>
            <w:r w:rsidR="00C3522D" w:rsidRPr="0078531E">
              <w:rPr>
                <w:sz w:val="24"/>
              </w:rPr>
              <w:t>a</w:t>
            </w:r>
            <w:r w:rsidR="00C3522D" w:rsidRPr="0078531E">
              <w:rPr>
                <w:spacing w:val="40"/>
                <w:sz w:val="24"/>
              </w:rPr>
              <w:t xml:space="preserve"> </w:t>
            </w:r>
            <w:r w:rsidR="00C3522D" w:rsidRPr="0078531E">
              <w:rPr>
                <w:sz w:val="24"/>
              </w:rPr>
              <w:t>testrészek</w:t>
            </w:r>
            <w:r w:rsidR="00C3522D" w:rsidRPr="0078531E">
              <w:rPr>
                <w:spacing w:val="40"/>
                <w:sz w:val="24"/>
              </w:rPr>
              <w:t xml:space="preserve"> </w:t>
            </w:r>
            <w:r w:rsidR="00C3522D" w:rsidRPr="0078531E">
              <w:rPr>
                <w:sz w:val="24"/>
              </w:rPr>
              <w:t>megnevezése,</w:t>
            </w:r>
            <w:r w:rsidR="00C3522D" w:rsidRPr="0078531E">
              <w:rPr>
                <w:spacing w:val="40"/>
                <w:sz w:val="24"/>
              </w:rPr>
              <w:t xml:space="preserve"> </w:t>
            </w:r>
            <w:r w:rsidR="00C3522D" w:rsidRPr="0078531E">
              <w:rPr>
                <w:sz w:val="24"/>
              </w:rPr>
              <w:t>a</w:t>
            </w:r>
            <w:r w:rsidR="00C3522D" w:rsidRPr="0078531E">
              <w:rPr>
                <w:spacing w:val="40"/>
                <w:sz w:val="24"/>
              </w:rPr>
              <w:t xml:space="preserve"> </w:t>
            </w:r>
            <w:r w:rsidR="00C3522D" w:rsidRPr="0078531E">
              <w:rPr>
                <w:sz w:val="24"/>
              </w:rPr>
              <w:t>velük</w:t>
            </w:r>
            <w:r w:rsidR="00C3522D" w:rsidRPr="0078531E">
              <w:rPr>
                <w:spacing w:val="40"/>
                <w:sz w:val="24"/>
              </w:rPr>
              <w:t xml:space="preserve"> </w:t>
            </w:r>
            <w:r w:rsidR="00C3522D" w:rsidRPr="0078531E">
              <w:rPr>
                <w:sz w:val="24"/>
              </w:rPr>
              <w:t>végzett</w:t>
            </w:r>
            <w:r w:rsidR="00C3522D" w:rsidRPr="0078531E">
              <w:rPr>
                <w:spacing w:val="40"/>
                <w:sz w:val="24"/>
              </w:rPr>
              <w:t xml:space="preserve"> </w:t>
            </w:r>
            <w:r w:rsidR="00C3522D" w:rsidRPr="0078531E">
              <w:rPr>
                <w:sz w:val="24"/>
              </w:rPr>
              <w:t>cselekvés</w:t>
            </w:r>
            <w:r w:rsidR="00C3522D" w:rsidRPr="0078531E">
              <w:rPr>
                <w:spacing w:val="40"/>
                <w:sz w:val="24"/>
              </w:rPr>
              <w:t xml:space="preserve"> </w:t>
            </w:r>
            <w:r w:rsidR="00C3522D" w:rsidRPr="0078531E">
              <w:rPr>
                <w:spacing w:val="-2"/>
                <w:sz w:val="24"/>
              </w:rPr>
              <w:t>elmondása.</w:t>
            </w:r>
          </w:p>
        </w:tc>
      </w:tr>
      <w:tr w:rsidR="0078531E" w:rsidRPr="0078531E" w14:paraId="4CBCFBED" w14:textId="77777777">
        <w:trPr>
          <w:trHeight w:val="568"/>
        </w:trPr>
        <w:tc>
          <w:tcPr>
            <w:tcW w:w="9069" w:type="dxa"/>
          </w:tcPr>
          <w:p w14:paraId="56A9D77F" w14:textId="1A2E01DB" w:rsidR="00AE0CFD" w:rsidRPr="0078531E" w:rsidRDefault="00507D9A" w:rsidP="00B04652">
            <w:pPr>
              <w:pStyle w:val="TableParagraph"/>
              <w:spacing w:before="138"/>
              <w:ind w:left="962"/>
              <w:jc w:val="both"/>
              <w:rPr>
                <w:sz w:val="24"/>
              </w:rPr>
            </w:pPr>
            <w:r w:rsidRPr="0078531E">
              <w:rPr>
                <w:sz w:val="24"/>
              </w:rPr>
              <w:t>7</w:t>
            </w:r>
            <w:r w:rsidR="00C3522D" w:rsidRPr="0078531E">
              <w:rPr>
                <w:sz w:val="24"/>
              </w:rPr>
              <w:t>.</w:t>
            </w:r>
            <w:r w:rsidR="00C3522D" w:rsidRPr="0078531E">
              <w:rPr>
                <w:spacing w:val="-4"/>
                <w:sz w:val="24"/>
              </w:rPr>
              <w:t xml:space="preserve"> </w:t>
            </w:r>
            <w:r w:rsidR="00C3522D" w:rsidRPr="0078531E">
              <w:rPr>
                <w:sz w:val="24"/>
              </w:rPr>
              <w:t>A</w:t>
            </w:r>
            <w:r w:rsidR="00C3522D" w:rsidRPr="0078531E">
              <w:rPr>
                <w:spacing w:val="-2"/>
                <w:sz w:val="24"/>
              </w:rPr>
              <w:t xml:space="preserve"> </w:t>
            </w:r>
            <w:r w:rsidR="00C3522D" w:rsidRPr="0078531E">
              <w:rPr>
                <w:sz w:val="24"/>
              </w:rPr>
              <w:t>térbeli</w:t>
            </w:r>
            <w:r w:rsidR="00C3522D" w:rsidRPr="0078531E">
              <w:rPr>
                <w:spacing w:val="-1"/>
                <w:sz w:val="24"/>
              </w:rPr>
              <w:t xml:space="preserve"> </w:t>
            </w:r>
            <w:r w:rsidR="00C3522D" w:rsidRPr="0078531E">
              <w:rPr>
                <w:sz w:val="24"/>
              </w:rPr>
              <w:t>viszonyok,</w:t>
            </w:r>
            <w:r w:rsidR="00C3522D" w:rsidRPr="0078531E">
              <w:rPr>
                <w:spacing w:val="-1"/>
                <w:sz w:val="24"/>
              </w:rPr>
              <w:t xml:space="preserve"> </w:t>
            </w:r>
            <w:r w:rsidR="00C3522D" w:rsidRPr="0078531E">
              <w:rPr>
                <w:sz w:val="24"/>
              </w:rPr>
              <w:t>az irányok</w:t>
            </w:r>
            <w:r w:rsidR="00C3522D" w:rsidRPr="0078531E">
              <w:rPr>
                <w:spacing w:val="1"/>
                <w:sz w:val="24"/>
              </w:rPr>
              <w:t xml:space="preserve"> </w:t>
            </w:r>
            <w:r w:rsidR="00C3522D" w:rsidRPr="0078531E">
              <w:rPr>
                <w:sz w:val="24"/>
              </w:rPr>
              <w:t>és</w:t>
            </w:r>
            <w:r w:rsidR="00C3522D" w:rsidRPr="0078531E">
              <w:rPr>
                <w:spacing w:val="-2"/>
                <w:sz w:val="24"/>
              </w:rPr>
              <w:t xml:space="preserve"> </w:t>
            </w:r>
            <w:r w:rsidR="00C3522D" w:rsidRPr="0078531E">
              <w:rPr>
                <w:sz w:val="24"/>
              </w:rPr>
              <w:t>helyzetek</w:t>
            </w:r>
            <w:r w:rsidR="00C3522D" w:rsidRPr="0078531E">
              <w:rPr>
                <w:spacing w:val="-1"/>
                <w:sz w:val="24"/>
              </w:rPr>
              <w:t xml:space="preserve"> </w:t>
            </w:r>
            <w:r w:rsidR="00C3522D" w:rsidRPr="0078531E">
              <w:rPr>
                <w:sz w:val="24"/>
              </w:rPr>
              <w:t>pontos</w:t>
            </w:r>
            <w:r w:rsidR="00C3522D" w:rsidRPr="0078531E">
              <w:rPr>
                <w:spacing w:val="-2"/>
                <w:sz w:val="24"/>
              </w:rPr>
              <w:t xml:space="preserve"> megnevezése.</w:t>
            </w:r>
          </w:p>
        </w:tc>
      </w:tr>
      <w:tr w:rsidR="00AE0CFD" w:rsidRPr="0078531E" w14:paraId="35A7F4B2" w14:textId="77777777">
        <w:trPr>
          <w:trHeight w:val="827"/>
        </w:trPr>
        <w:tc>
          <w:tcPr>
            <w:tcW w:w="9069" w:type="dxa"/>
          </w:tcPr>
          <w:p w14:paraId="0919964E" w14:textId="4D3A2073" w:rsidR="00AE0CFD" w:rsidRPr="0078531E" w:rsidRDefault="00507D9A" w:rsidP="00B04652">
            <w:pPr>
              <w:pStyle w:val="TableParagraph"/>
              <w:ind w:left="962"/>
              <w:jc w:val="both"/>
              <w:rPr>
                <w:sz w:val="24"/>
              </w:rPr>
            </w:pPr>
            <w:r w:rsidRPr="0078531E">
              <w:rPr>
                <w:sz w:val="24"/>
              </w:rPr>
              <w:t>8</w:t>
            </w:r>
            <w:r w:rsidR="00C3522D" w:rsidRPr="0078531E">
              <w:rPr>
                <w:sz w:val="24"/>
              </w:rPr>
              <w:t>.</w:t>
            </w:r>
            <w:r w:rsidR="00C3522D" w:rsidRPr="0078531E">
              <w:rPr>
                <w:spacing w:val="-5"/>
                <w:sz w:val="24"/>
              </w:rPr>
              <w:t xml:space="preserve"> </w:t>
            </w:r>
            <w:r w:rsidR="00C3522D" w:rsidRPr="0078531E">
              <w:rPr>
                <w:sz w:val="24"/>
              </w:rPr>
              <w:t>A matematikai tartalmú feladatlapok megoldását, játékos mozgásos motiváció előzi meg</w:t>
            </w:r>
          </w:p>
        </w:tc>
      </w:tr>
    </w:tbl>
    <w:p w14:paraId="076319A6" w14:textId="77777777" w:rsidR="00AE0CFD" w:rsidRPr="0078531E" w:rsidRDefault="00AE0CFD">
      <w:pPr>
        <w:pStyle w:val="Szvegtrzs"/>
        <w:rPr>
          <w:b/>
        </w:rPr>
      </w:pPr>
    </w:p>
    <w:p w14:paraId="7FDBA5A1" w14:textId="77777777" w:rsidR="00AE0CFD" w:rsidRPr="0078531E" w:rsidRDefault="00AE0CFD">
      <w:pPr>
        <w:pStyle w:val="Szvegtrzs"/>
        <w:spacing w:before="80"/>
        <w:rPr>
          <w:b/>
        </w:rPr>
      </w:pPr>
    </w:p>
    <w:p w14:paraId="286E17C3" w14:textId="77777777" w:rsidR="00AE0CFD" w:rsidRPr="0078531E" w:rsidRDefault="00C3522D" w:rsidP="009276CB">
      <w:pPr>
        <w:ind w:left="256"/>
        <w:jc w:val="center"/>
        <w:rPr>
          <w:b/>
          <w:sz w:val="24"/>
        </w:rPr>
      </w:pPr>
      <w:r w:rsidRPr="0078531E">
        <w:rPr>
          <w:b/>
          <w:sz w:val="24"/>
        </w:rPr>
        <w:t>RAJZOLÁS,</w:t>
      </w:r>
      <w:r w:rsidRPr="0078531E">
        <w:rPr>
          <w:b/>
          <w:spacing w:val="-6"/>
          <w:sz w:val="24"/>
        </w:rPr>
        <w:t xml:space="preserve"> </w:t>
      </w:r>
      <w:r w:rsidRPr="0078531E">
        <w:rPr>
          <w:b/>
          <w:sz w:val="24"/>
        </w:rPr>
        <w:t>MINTÁZÁS,</w:t>
      </w:r>
      <w:r w:rsidRPr="0078531E">
        <w:rPr>
          <w:b/>
          <w:spacing w:val="-3"/>
          <w:sz w:val="24"/>
        </w:rPr>
        <w:t xml:space="preserve"> </w:t>
      </w:r>
      <w:r w:rsidRPr="0078531E">
        <w:rPr>
          <w:b/>
          <w:sz w:val="24"/>
        </w:rPr>
        <w:t>KÉZI</w:t>
      </w:r>
      <w:r w:rsidRPr="0078531E">
        <w:rPr>
          <w:b/>
          <w:spacing w:val="-4"/>
          <w:sz w:val="24"/>
        </w:rPr>
        <w:t xml:space="preserve"> </w:t>
      </w:r>
      <w:r w:rsidRPr="0078531E">
        <w:rPr>
          <w:b/>
          <w:spacing w:val="-2"/>
          <w:sz w:val="24"/>
        </w:rPr>
        <w:t>MUNKA</w:t>
      </w:r>
    </w:p>
    <w:p w14:paraId="22925A80" w14:textId="77777777" w:rsidR="00AE0CFD" w:rsidRPr="0078531E" w:rsidRDefault="00AE0CFD">
      <w:pPr>
        <w:pStyle w:val="Szvegtrzs"/>
        <w:spacing w:before="109"/>
        <w:rPr>
          <w:b/>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9"/>
      </w:tblGrid>
      <w:tr w:rsidR="0078531E" w:rsidRPr="0078531E" w14:paraId="0A2E3C7C" w14:textId="77777777">
        <w:trPr>
          <w:trHeight w:val="1379"/>
        </w:trPr>
        <w:tc>
          <w:tcPr>
            <w:tcW w:w="9069" w:type="dxa"/>
          </w:tcPr>
          <w:p w14:paraId="63A69EFD" w14:textId="713DBDB6" w:rsidR="00AE0CFD" w:rsidRPr="0078531E" w:rsidRDefault="00C3522D" w:rsidP="00B04652">
            <w:pPr>
              <w:pStyle w:val="TableParagraph"/>
              <w:ind w:left="962" w:right="95"/>
              <w:jc w:val="both"/>
              <w:rPr>
                <w:sz w:val="24"/>
              </w:rPr>
            </w:pPr>
            <w:r w:rsidRPr="0078531E">
              <w:rPr>
                <w:sz w:val="24"/>
              </w:rPr>
              <w:t>1. A rajzolás, festés, mintázás, építés, képalakítás, a kézi munka, mint az ábrázolás különböző fajtái, továbbá a műalkotásokkal, a népművészeti elemekkel, az esztétikus tárgyi környezettel való ismerkedés is fontos eszköze a gyermeki személyiség fejlesztésének. A gyermeki alkotás a belső képek gazdagítására épül.</w:t>
            </w:r>
            <w:r w:rsidR="008A0135" w:rsidRPr="0078531E">
              <w:t xml:space="preserve"> </w:t>
            </w:r>
            <w:r w:rsidR="008A0135" w:rsidRPr="0078531E">
              <w:rPr>
                <w:sz w:val="24"/>
                <w:szCs w:val="24"/>
              </w:rPr>
              <w:t>Az óvodai nevelésben törekedni kell a gyermeki alkotások közösségi rendezvényen való bemutatására és a tehetségek felismerésére.</w:t>
            </w:r>
          </w:p>
        </w:tc>
      </w:tr>
      <w:tr w:rsidR="0078531E" w:rsidRPr="0078531E" w14:paraId="13E2F6D9" w14:textId="77777777">
        <w:trPr>
          <w:trHeight w:val="2222"/>
        </w:trPr>
        <w:tc>
          <w:tcPr>
            <w:tcW w:w="9069" w:type="dxa"/>
          </w:tcPr>
          <w:p w14:paraId="2AD31C18" w14:textId="77777777" w:rsidR="00AE0CFD" w:rsidRPr="0078531E" w:rsidRDefault="00C3522D" w:rsidP="00B04652">
            <w:pPr>
              <w:pStyle w:val="TableParagraph"/>
              <w:spacing w:line="276" w:lineRule="auto"/>
              <w:ind w:left="982" w:right="973" w:hanging="20"/>
              <w:jc w:val="both"/>
              <w:rPr>
                <w:sz w:val="24"/>
                <w:szCs w:val="24"/>
              </w:rPr>
            </w:pPr>
            <w:r w:rsidRPr="0078531E">
              <w:rPr>
                <w:sz w:val="24"/>
                <w:szCs w:val="24"/>
              </w:rPr>
              <w:lastRenderedPageBreak/>
              <w:t>2.</w:t>
            </w:r>
            <w:r w:rsidRPr="0078531E">
              <w:rPr>
                <w:spacing w:val="80"/>
                <w:sz w:val="24"/>
                <w:szCs w:val="24"/>
              </w:rPr>
              <w:t xml:space="preserve"> </w:t>
            </w:r>
            <w:r w:rsidRPr="0078531E">
              <w:rPr>
                <w:sz w:val="24"/>
                <w:szCs w:val="24"/>
              </w:rPr>
              <w:t>A</w:t>
            </w:r>
            <w:r w:rsidRPr="0078531E">
              <w:rPr>
                <w:spacing w:val="-2"/>
                <w:sz w:val="24"/>
                <w:szCs w:val="24"/>
              </w:rPr>
              <w:t xml:space="preserve"> </w:t>
            </w:r>
            <w:r w:rsidRPr="0078531E">
              <w:rPr>
                <w:sz w:val="24"/>
                <w:szCs w:val="24"/>
              </w:rPr>
              <w:t>rajzolás,</w:t>
            </w:r>
            <w:r w:rsidRPr="0078531E">
              <w:rPr>
                <w:spacing w:val="-1"/>
                <w:sz w:val="24"/>
                <w:szCs w:val="24"/>
              </w:rPr>
              <w:t xml:space="preserve"> </w:t>
            </w:r>
            <w:r w:rsidRPr="0078531E">
              <w:rPr>
                <w:sz w:val="24"/>
                <w:szCs w:val="24"/>
              </w:rPr>
              <w:t>festés,</w:t>
            </w:r>
            <w:r w:rsidRPr="0078531E">
              <w:rPr>
                <w:spacing w:val="-1"/>
                <w:sz w:val="24"/>
                <w:szCs w:val="24"/>
              </w:rPr>
              <w:t xml:space="preserve"> </w:t>
            </w:r>
            <w:r w:rsidRPr="0078531E">
              <w:rPr>
                <w:sz w:val="24"/>
                <w:szCs w:val="24"/>
              </w:rPr>
              <w:t>mintázás,</w:t>
            </w:r>
            <w:r w:rsidRPr="0078531E">
              <w:rPr>
                <w:spacing w:val="-1"/>
                <w:sz w:val="24"/>
                <w:szCs w:val="24"/>
              </w:rPr>
              <w:t xml:space="preserve"> </w:t>
            </w:r>
            <w:r w:rsidRPr="0078531E">
              <w:rPr>
                <w:sz w:val="24"/>
                <w:szCs w:val="24"/>
              </w:rPr>
              <w:t>építés,</w:t>
            </w:r>
            <w:r w:rsidRPr="0078531E">
              <w:rPr>
                <w:spacing w:val="-1"/>
                <w:sz w:val="24"/>
                <w:szCs w:val="24"/>
              </w:rPr>
              <w:t xml:space="preserve"> </w:t>
            </w:r>
            <w:r w:rsidRPr="0078531E">
              <w:rPr>
                <w:sz w:val="24"/>
                <w:szCs w:val="24"/>
              </w:rPr>
              <w:t>képalakítás,</w:t>
            </w:r>
            <w:r w:rsidRPr="0078531E">
              <w:rPr>
                <w:spacing w:val="-1"/>
                <w:sz w:val="24"/>
                <w:szCs w:val="24"/>
              </w:rPr>
              <w:t xml:space="preserve"> </w:t>
            </w:r>
            <w:r w:rsidRPr="0078531E">
              <w:rPr>
                <w:sz w:val="24"/>
                <w:szCs w:val="24"/>
              </w:rPr>
              <w:t>a kézi</w:t>
            </w:r>
            <w:r w:rsidRPr="0078531E">
              <w:rPr>
                <w:spacing w:val="-1"/>
                <w:sz w:val="24"/>
                <w:szCs w:val="24"/>
              </w:rPr>
              <w:t xml:space="preserve"> </w:t>
            </w:r>
            <w:r w:rsidRPr="0078531E">
              <w:rPr>
                <w:sz w:val="24"/>
                <w:szCs w:val="24"/>
              </w:rPr>
              <w:t>munka,</w:t>
            </w:r>
            <w:r w:rsidRPr="0078531E">
              <w:rPr>
                <w:spacing w:val="-1"/>
                <w:sz w:val="24"/>
                <w:szCs w:val="24"/>
              </w:rPr>
              <w:t xml:space="preserve"> </w:t>
            </w:r>
            <w:r w:rsidRPr="0078531E">
              <w:rPr>
                <w:sz w:val="24"/>
                <w:szCs w:val="24"/>
              </w:rPr>
              <w:t>mint</w:t>
            </w:r>
            <w:r w:rsidRPr="0078531E">
              <w:rPr>
                <w:spacing w:val="-1"/>
                <w:sz w:val="24"/>
                <w:szCs w:val="24"/>
              </w:rPr>
              <w:t xml:space="preserve"> </w:t>
            </w:r>
            <w:r w:rsidRPr="0078531E">
              <w:rPr>
                <w:sz w:val="24"/>
                <w:szCs w:val="24"/>
              </w:rPr>
              <w:t>az ábrázolás</w:t>
            </w:r>
            <w:r w:rsidRPr="0078531E">
              <w:rPr>
                <w:spacing w:val="-5"/>
                <w:sz w:val="24"/>
                <w:szCs w:val="24"/>
              </w:rPr>
              <w:t xml:space="preserve"> </w:t>
            </w:r>
            <w:r w:rsidRPr="0078531E">
              <w:rPr>
                <w:sz w:val="24"/>
                <w:szCs w:val="24"/>
              </w:rPr>
              <w:t>különböző</w:t>
            </w:r>
            <w:r w:rsidRPr="0078531E">
              <w:rPr>
                <w:spacing w:val="-1"/>
                <w:sz w:val="24"/>
                <w:szCs w:val="24"/>
              </w:rPr>
              <w:t xml:space="preserve"> </w:t>
            </w:r>
            <w:r w:rsidRPr="0078531E">
              <w:rPr>
                <w:sz w:val="24"/>
                <w:szCs w:val="24"/>
              </w:rPr>
              <w:t>fajtái,</w:t>
            </w:r>
            <w:r w:rsidRPr="0078531E">
              <w:rPr>
                <w:spacing w:val="-1"/>
                <w:sz w:val="24"/>
                <w:szCs w:val="24"/>
              </w:rPr>
              <w:t xml:space="preserve"> </w:t>
            </w:r>
            <w:r w:rsidRPr="0078531E">
              <w:rPr>
                <w:sz w:val="24"/>
                <w:szCs w:val="24"/>
              </w:rPr>
              <w:t>továbbá</w:t>
            </w:r>
            <w:r w:rsidRPr="0078531E">
              <w:rPr>
                <w:spacing w:val="-2"/>
                <w:sz w:val="24"/>
                <w:szCs w:val="24"/>
              </w:rPr>
              <w:t xml:space="preserve"> </w:t>
            </w:r>
            <w:r w:rsidRPr="0078531E">
              <w:rPr>
                <w:sz w:val="24"/>
                <w:szCs w:val="24"/>
              </w:rPr>
              <w:t>a</w:t>
            </w:r>
            <w:r w:rsidRPr="0078531E">
              <w:rPr>
                <w:spacing w:val="-2"/>
                <w:sz w:val="24"/>
                <w:szCs w:val="24"/>
              </w:rPr>
              <w:t xml:space="preserve"> </w:t>
            </w:r>
            <w:r w:rsidRPr="0078531E">
              <w:rPr>
                <w:sz w:val="24"/>
                <w:szCs w:val="24"/>
              </w:rPr>
              <w:t>műalkotásokkal,</w:t>
            </w:r>
            <w:r w:rsidRPr="0078531E">
              <w:rPr>
                <w:spacing w:val="-1"/>
                <w:sz w:val="24"/>
                <w:szCs w:val="24"/>
              </w:rPr>
              <w:t xml:space="preserve"> </w:t>
            </w:r>
            <w:r w:rsidRPr="0078531E">
              <w:rPr>
                <w:sz w:val="24"/>
                <w:szCs w:val="24"/>
              </w:rPr>
              <w:t>a</w:t>
            </w:r>
            <w:r w:rsidRPr="0078531E">
              <w:rPr>
                <w:spacing w:val="-1"/>
                <w:sz w:val="24"/>
                <w:szCs w:val="24"/>
              </w:rPr>
              <w:t xml:space="preserve"> </w:t>
            </w:r>
            <w:r w:rsidRPr="0078531E">
              <w:rPr>
                <w:spacing w:val="-2"/>
                <w:sz w:val="24"/>
                <w:szCs w:val="24"/>
              </w:rPr>
              <w:t>népművészeti</w:t>
            </w:r>
          </w:p>
          <w:p w14:paraId="7FE97D49" w14:textId="77777777" w:rsidR="00AE0CFD" w:rsidRPr="0078531E" w:rsidRDefault="00C3522D" w:rsidP="00B04652">
            <w:pPr>
              <w:pStyle w:val="TableParagraph"/>
              <w:spacing w:line="276" w:lineRule="auto"/>
              <w:ind w:left="982" w:right="427" w:hanging="20"/>
              <w:jc w:val="both"/>
              <w:rPr>
                <w:bCs/>
                <w:sz w:val="24"/>
                <w:szCs w:val="24"/>
              </w:rPr>
            </w:pPr>
            <w:r w:rsidRPr="0078531E">
              <w:rPr>
                <w:sz w:val="24"/>
                <w:szCs w:val="24"/>
              </w:rPr>
              <w:t xml:space="preserve">elemekkel, </w:t>
            </w:r>
            <w:r w:rsidRPr="0078531E">
              <w:rPr>
                <w:b/>
                <w:sz w:val="24"/>
                <w:szCs w:val="24"/>
                <w:u w:val="single"/>
              </w:rPr>
              <w:t>szokásokkal, hagyományokkal, nemzeti szimbólumokkal</w:t>
            </w:r>
            <w:r w:rsidRPr="0078531E">
              <w:rPr>
                <w:sz w:val="24"/>
                <w:szCs w:val="24"/>
                <w:u w:val="single"/>
              </w:rPr>
              <w:t>,</w:t>
            </w:r>
            <w:r w:rsidRPr="0078531E">
              <w:rPr>
                <w:sz w:val="24"/>
                <w:szCs w:val="24"/>
              </w:rPr>
              <w:t xml:space="preserve"> az esztétikus tárgyi környezettel való ismerkedés is fontos eszköze a gyermeki személyiség</w:t>
            </w:r>
            <w:r w:rsidRPr="0078531E">
              <w:rPr>
                <w:spacing w:val="-8"/>
                <w:sz w:val="24"/>
                <w:szCs w:val="24"/>
              </w:rPr>
              <w:t xml:space="preserve"> </w:t>
            </w:r>
            <w:r w:rsidRPr="0078531E">
              <w:rPr>
                <w:sz w:val="24"/>
                <w:szCs w:val="24"/>
              </w:rPr>
              <w:t>fejlesztésének.</w:t>
            </w:r>
            <w:r w:rsidRPr="0078531E">
              <w:rPr>
                <w:spacing w:val="-6"/>
                <w:sz w:val="24"/>
                <w:szCs w:val="24"/>
              </w:rPr>
              <w:t xml:space="preserve"> </w:t>
            </w:r>
            <w:r w:rsidRPr="0078531E">
              <w:rPr>
                <w:sz w:val="24"/>
                <w:szCs w:val="24"/>
              </w:rPr>
              <w:t>A</w:t>
            </w:r>
            <w:r w:rsidRPr="0078531E">
              <w:rPr>
                <w:spacing w:val="-5"/>
                <w:sz w:val="24"/>
                <w:szCs w:val="24"/>
              </w:rPr>
              <w:t xml:space="preserve"> </w:t>
            </w:r>
            <w:r w:rsidRPr="0078531E">
              <w:rPr>
                <w:sz w:val="24"/>
                <w:szCs w:val="24"/>
              </w:rPr>
              <w:t>gyermeki</w:t>
            </w:r>
            <w:r w:rsidRPr="0078531E">
              <w:rPr>
                <w:spacing w:val="-6"/>
                <w:sz w:val="24"/>
                <w:szCs w:val="24"/>
              </w:rPr>
              <w:t xml:space="preserve"> </w:t>
            </w:r>
            <w:r w:rsidRPr="0078531E">
              <w:rPr>
                <w:sz w:val="24"/>
                <w:szCs w:val="24"/>
              </w:rPr>
              <w:t>alkotás</w:t>
            </w:r>
            <w:r w:rsidRPr="0078531E">
              <w:rPr>
                <w:spacing w:val="-6"/>
                <w:sz w:val="24"/>
                <w:szCs w:val="24"/>
              </w:rPr>
              <w:t xml:space="preserve"> </w:t>
            </w:r>
            <w:r w:rsidRPr="0078531E">
              <w:rPr>
                <w:sz w:val="24"/>
                <w:szCs w:val="24"/>
              </w:rPr>
              <w:t>a</w:t>
            </w:r>
            <w:r w:rsidRPr="0078531E">
              <w:rPr>
                <w:spacing w:val="-5"/>
                <w:sz w:val="24"/>
                <w:szCs w:val="24"/>
              </w:rPr>
              <w:t xml:space="preserve"> </w:t>
            </w:r>
            <w:r w:rsidRPr="0078531E">
              <w:rPr>
                <w:sz w:val="24"/>
                <w:szCs w:val="24"/>
              </w:rPr>
              <w:t>belső</w:t>
            </w:r>
            <w:r w:rsidRPr="0078531E">
              <w:rPr>
                <w:spacing w:val="-6"/>
                <w:sz w:val="24"/>
                <w:szCs w:val="24"/>
              </w:rPr>
              <w:t xml:space="preserve"> </w:t>
            </w:r>
            <w:r w:rsidRPr="0078531E">
              <w:rPr>
                <w:sz w:val="24"/>
                <w:szCs w:val="24"/>
              </w:rPr>
              <w:t>képek</w:t>
            </w:r>
            <w:r w:rsidRPr="0078531E">
              <w:rPr>
                <w:spacing w:val="-4"/>
                <w:sz w:val="24"/>
                <w:szCs w:val="24"/>
              </w:rPr>
              <w:t xml:space="preserve"> </w:t>
            </w:r>
            <w:r w:rsidRPr="0078531E">
              <w:rPr>
                <w:sz w:val="24"/>
                <w:szCs w:val="24"/>
              </w:rPr>
              <w:t xml:space="preserve">gazdagítására épül. </w:t>
            </w:r>
            <w:r w:rsidRPr="0078531E">
              <w:rPr>
                <w:bCs/>
                <w:sz w:val="24"/>
                <w:szCs w:val="24"/>
              </w:rPr>
              <w:t>Törekszünk a gyermeki alkotások közösségi rendezvényen való</w:t>
            </w:r>
          </w:p>
          <w:p w14:paraId="3B785F0B" w14:textId="77777777" w:rsidR="00AE0CFD" w:rsidRPr="0078531E" w:rsidRDefault="00C3522D" w:rsidP="00B04652">
            <w:pPr>
              <w:pStyle w:val="TableParagraph"/>
              <w:ind w:left="982" w:hanging="20"/>
              <w:jc w:val="both"/>
              <w:rPr>
                <w:b/>
                <w:sz w:val="24"/>
                <w:szCs w:val="24"/>
              </w:rPr>
            </w:pPr>
            <w:r w:rsidRPr="0078531E">
              <w:rPr>
                <w:bCs/>
                <w:sz w:val="24"/>
                <w:szCs w:val="24"/>
              </w:rPr>
              <w:t>bemutatására</w:t>
            </w:r>
            <w:r w:rsidRPr="0078531E">
              <w:rPr>
                <w:bCs/>
                <w:spacing w:val="-3"/>
                <w:sz w:val="24"/>
                <w:szCs w:val="24"/>
              </w:rPr>
              <w:t xml:space="preserve"> </w:t>
            </w:r>
            <w:r w:rsidRPr="0078531E">
              <w:rPr>
                <w:bCs/>
                <w:sz w:val="24"/>
                <w:szCs w:val="24"/>
              </w:rPr>
              <w:t>és</w:t>
            </w:r>
            <w:r w:rsidRPr="0078531E">
              <w:rPr>
                <w:bCs/>
                <w:spacing w:val="-3"/>
                <w:sz w:val="24"/>
                <w:szCs w:val="24"/>
              </w:rPr>
              <w:t xml:space="preserve"> </w:t>
            </w:r>
            <w:r w:rsidRPr="0078531E">
              <w:rPr>
                <w:bCs/>
                <w:sz w:val="24"/>
                <w:szCs w:val="24"/>
              </w:rPr>
              <w:t>a</w:t>
            </w:r>
            <w:r w:rsidRPr="0078531E">
              <w:rPr>
                <w:bCs/>
                <w:spacing w:val="-2"/>
                <w:sz w:val="24"/>
                <w:szCs w:val="24"/>
              </w:rPr>
              <w:t xml:space="preserve"> </w:t>
            </w:r>
            <w:r w:rsidRPr="0078531E">
              <w:rPr>
                <w:bCs/>
                <w:sz w:val="24"/>
                <w:szCs w:val="24"/>
              </w:rPr>
              <w:t>tehetségek</w:t>
            </w:r>
            <w:r w:rsidRPr="0078531E">
              <w:rPr>
                <w:bCs/>
                <w:spacing w:val="-2"/>
                <w:sz w:val="24"/>
                <w:szCs w:val="24"/>
              </w:rPr>
              <w:t xml:space="preserve"> bátorítására.</w:t>
            </w:r>
          </w:p>
        </w:tc>
      </w:tr>
      <w:tr w:rsidR="0078531E" w:rsidRPr="0078531E" w14:paraId="6BD19664" w14:textId="77777777">
        <w:trPr>
          <w:trHeight w:val="1007"/>
        </w:trPr>
        <w:tc>
          <w:tcPr>
            <w:tcW w:w="9069" w:type="dxa"/>
          </w:tcPr>
          <w:p w14:paraId="0524B21C" w14:textId="77777777" w:rsidR="00AE0CFD" w:rsidRPr="0078531E" w:rsidRDefault="00C3522D" w:rsidP="00B04652">
            <w:pPr>
              <w:pStyle w:val="TableParagraph"/>
              <w:spacing w:line="237" w:lineRule="auto"/>
              <w:ind w:left="982" w:right="96" w:hanging="20"/>
              <w:jc w:val="both"/>
              <w:rPr>
                <w:sz w:val="24"/>
                <w:szCs w:val="24"/>
              </w:rPr>
            </w:pPr>
            <w:r w:rsidRPr="0078531E">
              <w:rPr>
                <w:sz w:val="24"/>
                <w:szCs w:val="24"/>
              </w:rPr>
              <w:t>3.</w:t>
            </w:r>
            <w:r w:rsidRPr="0078531E">
              <w:rPr>
                <w:spacing w:val="40"/>
                <w:sz w:val="24"/>
                <w:szCs w:val="24"/>
              </w:rPr>
              <w:t xml:space="preserve"> </w:t>
            </w:r>
            <w:r w:rsidRPr="0078531E">
              <w:rPr>
                <w:sz w:val="24"/>
                <w:szCs w:val="24"/>
              </w:rPr>
              <w:t>Programunkban a vizuális látásmód fejlesztésére, az önkifejezési mód megtalálására naponta</w:t>
            </w:r>
            <w:r w:rsidRPr="0078531E">
              <w:rPr>
                <w:spacing w:val="-2"/>
                <w:sz w:val="24"/>
                <w:szCs w:val="24"/>
              </w:rPr>
              <w:t xml:space="preserve"> </w:t>
            </w:r>
            <w:r w:rsidRPr="0078531E">
              <w:rPr>
                <w:sz w:val="24"/>
                <w:szCs w:val="24"/>
              </w:rPr>
              <w:t>nyílik</w:t>
            </w:r>
            <w:r w:rsidRPr="0078531E">
              <w:rPr>
                <w:spacing w:val="-5"/>
                <w:sz w:val="24"/>
                <w:szCs w:val="24"/>
              </w:rPr>
              <w:t xml:space="preserve"> </w:t>
            </w:r>
            <w:r w:rsidRPr="0078531E">
              <w:rPr>
                <w:sz w:val="24"/>
                <w:szCs w:val="24"/>
              </w:rPr>
              <w:t>lehetőség</w:t>
            </w:r>
            <w:r w:rsidRPr="0078531E">
              <w:rPr>
                <w:spacing w:val="-5"/>
                <w:sz w:val="24"/>
                <w:szCs w:val="24"/>
              </w:rPr>
              <w:t xml:space="preserve"> </w:t>
            </w:r>
            <w:r w:rsidRPr="0078531E">
              <w:rPr>
                <w:sz w:val="24"/>
                <w:szCs w:val="24"/>
              </w:rPr>
              <w:t>a</w:t>
            </w:r>
            <w:r w:rsidRPr="0078531E">
              <w:rPr>
                <w:spacing w:val="-4"/>
                <w:sz w:val="24"/>
                <w:szCs w:val="24"/>
              </w:rPr>
              <w:t xml:space="preserve"> </w:t>
            </w:r>
            <w:r w:rsidRPr="0078531E">
              <w:rPr>
                <w:sz w:val="24"/>
                <w:szCs w:val="24"/>
              </w:rPr>
              <w:t>mindennapi</w:t>
            </w:r>
            <w:r w:rsidRPr="0078531E">
              <w:rPr>
                <w:spacing w:val="-1"/>
                <w:sz w:val="24"/>
                <w:szCs w:val="24"/>
              </w:rPr>
              <w:t xml:space="preserve"> </w:t>
            </w:r>
            <w:r w:rsidRPr="0078531E">
              <w:rPr>
                <w:sz w:val="24"/>
                <w:szCs w:val="24"/>
              </w:rPr>
              <w:t>komplex</w:t>
            </w:r>
            <w:r w:rsidRPr="0078531E">
              <w:rPr>
                <w:spacing w:val="-2"/>
                <w:sz w:val="24"/>
                <w:szCs w:val="24"/>
              </w:rPr>
              <w:t xml:space="preserve"> </w:t>
            </w:r>
            <w:r w:rsidRPr="0078531E">
              <w:rPr>
                <w:sz w:val="24"/>
                <w:szCs w:val="24"/>
              </w:rPr>
              <w:t>tevékenységekben,</w:t>
            </w:r>
            <w:r w:rsidRPr="0078531E">
              <w:rPr>
                <w:spacing w:val="-2"/>
                <w:sz w:val="24"/>
                <w:szCs w:val="24"/>
              </w:rPr>
              <w:t xml:space="preserve"> </w:t>
            </w:r>
            <w:r w:rsidRPr="0078531E">
              <w:rPr>
                <w:sz w:val="24"/>
                <w:szCs w:val="24"/>
              </w:rPr>
              <w:t>a</w:t>
            </w:r>
            <w:r w:rsidRPr="0078531E">
              <w:rPr>
                <w:spacing w:val="-2"/>
                <w:sz w:val="24"/>
                <w:szCs w:val="24"/>
              </w:rPr>
              <w:t xml:space="preserve"> </w:t>
            </w:r>
            <w:r w:rsidRPr="0078531E">
              <w:rPr>
                <w:sz w:val="24"/>
                <w:szCs w:val="24"/>
              </w:rPr>
              <w:t>csoportszobában és az udvari játék során is.</w:t>
            </w:r>
          </w:p>
        </w:tc>
      </w:tr>
      <w:tr w:rsidR="0078531E" w:rsidRPr="0078531E" w14:paraId="64071E5E" w14:textId="77777777">
        <w:trPr>
          <w:trHeight w:val="753"/>
        </w:trPr>
        <w:tc>
          <w:tcPr>
            <w:tcW w:w="9069" w:type="dxa"/>
          </w:tcPr>
          <w:p w14:paraId="62835956" w14:textId="77777777" w:rsidR="00AE0CFD" w:rsidRPr="0078531E" w:rsidRDefault="00C3522D" w:rsidP="00B04652">
            <w:pPr>
              <w:pStyle w:val="TableParagraph"/>
              <w:spacing w:line="235" w:lineRule="auto"/>
              <w:ind w:left="982" w:hanging="20"/>
              <w:jc w:val="both"/>
              <w:rPr>
                <w:sz w:val="24"/>
                <w:szCs w:val="24"/>
              </w:rPr>
            </w:pPr>
            <w:r w:rsidRPr="0078531E">
              <w:rPr>
                <w:sz w:val="24"/>
                <w:szCs w:val="24"/>
              </w:rPr>
              <w:t>4.</w:t>
            </w:r>
            <w:r w:rsidRPr="0078531E">
              <w:rPr>
                <w:spacing w:val="80"/>
                <w:sz w:val="24"/>
                <w:szCs w:val="24"/>
              </w:rPr>
              <w:t xml:space="preserve"> </w:t>
            </w:r>
            <w:r w:rsidRPr="0078531E">
              <w:rPr>
                <w:sz w:val="24"/>
                <w:szCs w:val="24"/>
              </w:rPr>
              <w:t>A</w:t>
            </w:r>
            <w:r w:rsidRPr="0078531E">
              <w:rPr>
                <w:spacing w:val="40"/>
                <w:sz w:val="24"/>
                <w:szCs w:val="24"/>
              </w:rPr>
              <w:t xml:space="preserve"> </w:t>
            </w:r>
            <w:r w:rsidRPr="0078531E">
              <w:rPr>
                <w:sz w:val="24"/>
                <w:szCs w:val="24"/>
              </w:rPr>
              <w:t>vizuális</w:t>
            </w:r>
            <w:r w:rsidRPr="0078531E">
              <w:rPr>
                <w:spacing w:val="40"/>
                <w:sz w:val="24"/>
                <w:szCs w:val="24"/>
              </w:rPr>
              <w:t xml:space="preserve"> </w:t>
            </w:r>
            <w:r w:rsidRPr="0078531E">
              <w:rPr>
                <w:sz w:val="24"/>
                <w:szCs w:val="24"/>
              </w:rPr>
              <w:t>kommunikációt</w:t>
            </w:r>
            <w:r w:rsidRPr="0078531E">
              <w:rPr>
                <w:spacing w:val="40"/>
                <w:sz w:val="24"/>
                <w:szCs w:val="24"/>
              </w:rPr>
              <w:t xml:space="preserve"> </w:t>
            </w:r>
            <w:r w:rsidRPr="0078531E">
              <w:rPr>
                <w:sz w:val="24"/>
                <w:szCs w:val="24"/>
              </w:rPr>
              <w:t>fontosnak</w:t>
            </w:r>
            <w:r w:rsidRPr="0078531E">
              <w:rPr>
                <w:spacing w:val="40"/>
                <w:sz w:val="24"/>
                <w:szCs w:val="24"/>
              </w:rPr>
              <w:t xml:space="preserve"> </w:t>
            </w:r>
            <w:r w:rsidRPr="0078531E">
              <w:rPr>
                <w:sz w:val="24"/>
                <w:szCs w:val="24"/>
              </w:rPr>
              <w:t>tartjuk</w:t>
            </w:r>
            <w:r w:rsidRPr="0078531E">
              <w:rPr>
                <w:spacing w:val="40"/>
                <w:sz w:val="24"/>
                <w:szCs w:val="24"/>
              </w:rPr>
              <w:t xml:space="preserve"> </w:t>
            </w:r>
            <w:r w:rsidRPr="0078531E">
              <w:rPr>
                <w:sz w:val="24"/>
                <w:szCs w:val="24"/>
              </w:rPr>
              <w:t>és</w:t>
            </w:r>
            <w:r w:rsidRPr="0078531E">
              <w:rPr>
                <w:spacing w:val="40"/>
                <w:sz w:val="24"/>
                <w:szCs w:val="24"/>
              </w:rPr>
              <w:t xml:space="preserve"> </w:t>
            </w:r>
            <w:r w:rsidRPr="0078531E">
              <w:rPr>
                <w:sz w:val="24"/>
                <w:szCs w:val="24"/>
              </w:rPr>
              <w:t>igyekszünk</w:t>
            </w:r>
            <w:r w:rsidRPr="0078531E">
              <w:rPr>
                <w:spacing w:val="40"/>
                <w:sz w:val="24"/>
                <w:szCs w:val="24"/>
              </w:rPr>
              <w:t xml:space="preserve"> </w:t>
            </w:r>
            <w:r w:rsidRPr="0078531E">
              <w:rPr>
                <w:sz w:val="24"/>
                <w:szCs w:val="24"/>
              </w:rPr>
              <w:t>felhasználni</w:t>
            </w:r>
            <w:r w:rsidRPr="0078531E">
              <w:rPr>
                <w:spacing w:val="40"/>
                <w:sz w:val="24"/>
                <w:szCs w:val="24"/>
              </w:rPr>
              <w:t xml:space="preserve"> </w:t>
            </w:r>
            <w:r w:rsidRPr="0078531E">
              <w:rPr>
                <w:sz w:val="24"/>
                <w:szCs w:val="24"/>
              </w:rPr>
              <w:t>a</w:t>
            </w:r>
            <w:r w:rsidRPr="0078531E">
              <w:rPr>
                <w:spacing w:val="40"/>
                <w:sz w:val="24"/>
                <w:szCs w:val="24"/>
              </w:rPr>
              <w:t xml:space="preserve"> </w:t>
            </w:r>
            <w:r w:rsidRPr="0078531E">
              <w:rPr>
                <w:sz w:val="24"/>
                <w:szCs w:val="24"/>
              </w:rPr>
              <w:t>verbális nyelvi kommunikáció elsajátítására is.</w:t>
            </w:r>
          </w:p>
        </w:tc>
      </w:tr>
      <w:tr w:rsidR="0078531E" w:rsidRPr="0078531E" w14:paraId="2382166F" w14:textId="77777777">
        <w:trPr>
          <w:trHeight w:val="753"/>
        </w:trPr>
        <w:tc>
          <w:tcPr>
            <w:tcW w:w="9069" w:type="dxa"/>
          </w:tcPr>
          <w:p w14:paraId="0024EC18" w14:textId="77777777" w:rsidR="00AE0CFD" w:rsidRPr="0078531E" w:rsidRDefault="00C3522D" w:rsidP="00B04652">
            <w:pPr>
              <w:pStyle w:val="TableParagraph"/>
              <w:spacing w:line="235" w:lineRule="auto"/>
              <w:ind w:left="982" w:hanging="20"/>
              <w:jc w:val="both"/>
              <w:rPr>
                <w:sz w:val="24"/>
                <w:szCs w:val="24"/>
              </w:rPr>
            </w:pPr>
            <w:r w:rsidRPr="0078531E">
              <w:rPr>
                <w:sz w:val="24"/>
                <w:szCs w:val="24"/>
              </w:rPr>
              <w:t>5.</w:t>
            </w:r>
            <w:r w:rsidRPr="0078531E">
              <w:rPr>
                <w:spacing w:val="80"/>
                <w:sz w:val="24"/>
                <w:szCs w:val="24"/>
              </w:rPr>
              <w:t xml:space="preserve"> </w:t>
            </w:r>
            <w:r w:rsidRPr="0078531E">
              <w:rPr>
                <w:sz w:val="24"/>
                <w:szCs w:val="24"/>
              </w:rPr>
              <w:t>A vizuális</w:t>
            </w:r>
            <w:r w:rsidRPr="0078531E">
              <w:rPr>
                <w:spacing w:val="-1"/>
                <w:sz w:val="24"/>
                <w:szCs w:val="24"/>
              </w:rPr>
              <w:t xml:space="preserve"> </w:t>
            </w:r>
            <w:r w:rsidRPr="0078531E">
              <w:rPr>
                <w:sz w:val="24"/>
                <w:szCs w:val="24"/>
              </w:rPr>
              <w:t>kifejezési forma</w:t>
            </w:r>
            <w:r w:rsidRPr="0078531E">
              <w:rPr>
                <w:spacing w:val="-1"/>
                <w:sz w:val="24"/>
                <w:szCs w:val="24"/>
              </w:rPr>
              <w:t xml:space="preserve"> </w:t>
            </w:r>
            <w:r w:rsidRPr="0078531E">
              <w:rPr>
                <w:sz w:val="24"/>
                <w:szCs w:val="24"/>
              </w:rPr>
              <w:t>tervezett</w:t>
            </w:r>
            <w:r w:rsidRPr="0078531E">
              <w:rPr>
                <w:spacing w:val="-2"/>
                <w:sz w:val="24"/>
                <w:szCs w:val="24"/>
              </w:rPr>
              <w:t xml:space="preserve"> </w:t>
            </w:r>
            <w:r w:rsidRPr="0078531E">
              <w:rPr>
                <w:sz w:val="24"/>
                <w:szCs w:val="24"/>
              </w:rPr>
              <w:t>témáját az évszakok</w:t>
            </w:r>
            <w:r w:rsidRPr="0078531E">
              <w:rPr>
                <w:spacing w:val="-1"/>
                <w:sz w:val="24"/>
                <w:szCs w:val="24"/>
              </w:rPr>
              <w:t xml:space="preserve"> </w:t>
            </w:r>
            <w:r w:rsidRPr="0078531E">
              <w:rPr>
                <w:sz w:val="24"/>
                <w:szCs w:val="24"/>
              </w:rPr>
              <w:t>és az ünnepek</w:t>
            </w:r>
            <w:r w:rsidRPr="0078531E">
              <w:rPr>
                <w:spacing w:val="-1"/>
                <w:sz w:val="24"/>
                <w:szCs w:val="24"/>
              </w:rPr>
              <w:t xml:space="preserve"> </w:t>
            </w:r>
            <w:r w:rsidRPr="0078531E">
              <w:rPr>
                <w:sz w:val="24"/>
                <w:szCs w:val="24"/>
              </w:rPr>
              <w:t>befolyásolják, valamint a spontán adódó lehetőségeket is kihasználjuk.</w:t>
            </w:r>
          </w:p>
        </w:tc>
      </w:tr>
      <w:tr w:rsidR="0078531E" w:rsidRPr="0078531E" w14:paraId="268A8BBF" w14:textId="77777777">
        <w:trPr>
          <w:trHeight w:val="755"/>
        </w:trPr>
        <w:tc>
          <w:tcPr>
            <w:tcW w:w="9069" w:type="dxa"/>
          </w:tcPr>
          <w:p w14:paraId="50A35F44" w14:textId="0E6EFD12" w:rsidR="00AE0CFD" w:rsidRPr="0078531E" w:rsidRDefault="00C3522D" w:rsidP="00B04652">
            <w:pPr>
              <w:pStyle w:val="TableParagraph"/>
              <w:spacing w:line="237" w:lineRule="auto"/>
              <w:ind w:left="1124" w:right="93" w:hanging="162"/>
              <w:jc w:val="both"/>
              <w:rPr>
                <w:sz w:val="24"/>
                <w:szCs w:val="24"/>
              </w:rPr>
            </w:pPr>
            <w:r w:rsidRPr="0078531E">
              <w:rPr>
                <w:sz w:val="24"/>
                <w:szCs w:val="24"/>
              </w:rPr>
              <w:t>6.</w:t>
            </w:r>
            <w:r w:rsidR="00B04652" w:rsidRPr="0078531E">
              <w:rPr>
                <w:spacing w:val="78"/>
                <w:w w:val="150"/>
                <w:sz w:val="24"/>
                <w:szCs w:val="24"/>
              </w:rPr>
              <w:t xml:space="preserve"> </w:t>
            </w:r>
            <w:r w:rsidRPr="0078531E">
              <w:rPr>
                <w:sz w:val="24"/>
                <w:szCs w:val="24"/>
              </w:rPr>
              <w:t>Programunkban</w:t>
            </w:r>
            <w:r w:rsidRPr="0078531E">
              <w:rPr>
                <w:spacing w:val="-10"/>
                <w:sz w:val="24"/>
                <w:szCs w:val="24"/>
              </w:rPr>
              <w:t xml:space="preserve"> </w:t>
            </w:r>
            <w:r w:rsidRPr="0078531E">
              <w:rPr>
                <w:sz w:val="24"/>
                <w:szCs w:val="24"/>
              </w:rPr>
              <w:t>a</w:t>
            </w:r>
            <w:r w:rsidRPr="0078531E">
              <w:rPr>
                <w:spacing w:val="-10"/>
                <w:sz w:val="24"/>
                <w:szCs w:val="24"/>
              </w:rPr>
              <w:t xml:space="preserve"> </w:t>
            </w:r>
            <w:r w:rsidRPr="0078531E">
              <w:rPr>
                <w:sz w:val="24"/>
                <w:szCs w:val="24"/>
              </w:rPr>
              <w:t>gyermekek</w:t>
            </w:r>
            <w:r w:rsidRPr="0078531E">
              <w:rPr>
                <w:spacing w:val="-10"/>
                <w:sz w:val="24"/>
                <w:szCs w:val="24"/>
              </w:rPr>
              <w:t xml:space="preserve"> </w:t>
            </w:r>
            <w:r w:rsidRPr="0078531E">
              <w:rPr>
                <w:sz w:val="24"/>
                <w:szCs w:val="24"/>
              </w:rPr>
              <w:t>manuális</w:t>
            </w:r>
            <w:r w:rsidRPr="0078531E">
              <w:rPr>
                <w:spacing w:val="-10"/>
                <w:sz w:val="24"/>
                <w:szCs w:val="24"/>
              </w:rPr>
              <w:t xml:space="preserve"> </w:t>
            </w:r>
            <w:r w:rsidRPr="0078531E">
              <w:rPr>
                <w:sz w:val="24"/>
                <w:szCs w:val="24"/>
              </w:rPr>
              <w:t>tevékenységei</w:t>
            </w:r>
            <w:r w:rsidRPr="0078531E">
              <w:rPr>
                <w:spacing w:val="-9"/>
                <w:sz w:val="24"/>
                <w:szCs w:val="24"/>
              </w:rPr>
              <w:t xml:space="preserve"> </w:t>
            </w:r>
            <w:r w:rsidRPr="0078531E">
              <w:rPr>
                <w:sz w:val="24"/>
                <w:szCs w:val="24"/>
              </w:rPr>
              <w:t>komplex</w:t>
            </w:r>
            <w:r w:rsidRPr="0078531E">
              <w:rPr>
                <w:spacing w:val="-10"/>
                <w:sz w:val="24"/>
                <w:szCs w:val="24"/>
              </w:rPr>
              <w:t xml:space="preserve"> </w:t>
            </w:r>
            <w:r w:rsidRPr="0078531E">
              <w:rPr>
                <w:sz w:val="24"/>
                <w:szCs w:val="24"/>
              </w:rPr>
              <w:t>formában</w:t>
            </w:r>
            <w:r w:rsidRPr="0078531E">
              <w:rPr>
                <w:spacing w:val="-13"/>
                <w:sz w:val="24"/>
                <w:szCs w:val="24"/>
              </w:rPr>
              <w:t xml:space="preserve"> </w:t>
            </w:r>
            <w:r w:rsidRPr="0078531E">
              <w:rPr>
                <w:sz w:val="24"/>
                <w:szCs w:val="24"/>
              </w:rPr>
              <w:t>jelennek</w:t>
            </w:r>
            <w:r w:rsidRPr="0078531E">
              <w:rPr>
                <w:spacing w:val="-14"/>
                <w:sz w:val="24"/>
                <w:szCs w:val="24"/>
              </w:rPr>
              <w:t xml:space="preserve"> </w:t>
            </w:r>
            <w:r w:rsidRPr="0078531E">
              <w:rPr>
                <w:sz w:val="24"/>
                <w:szCs w:val="24"/>
              </w:rPr>
              <w:t>meg a zenével, dallal, mesével, verssel, mondókával a környező világ megismerésével.</w:t>
            </w:r>
          </w:p>
        </w:tc>
      </w:tr>
      <w:tr w:rsidR="0078531E" w:rsidRPr="0078531E" w14:paraId="5E3860A2" w14:textId="77777777">
        <w:trPr>
          <w:trHeight w:val="777"/>
        </w:trPr>
        <w:tc>
          <w:tcPr>
            <w:tcW w:w="9069" w:type="dxa"/>
          </w:tcPr>
          <w:p w14:paraId="2C1FE246" w14:textId="77777777" w:rsidR="00AE0CFD" w:rsidRPr="0078531E" w:rsidRDefault="00C3522D" w:rsidP="00B04652">
            <w:pPr>
              <w:pStyle w:val="TableParagraph"/>
              <w:spacing w:before="1" w:line="252" w:lineRule="exact"/>
              <w:ind w:left="1124" w:right="94" w:hanging="162"/>
              <w:jc w:val="both"/>
              <w:rPr>
                <w:sz w:val="24"/>
                <w:szCs w:val="24"/>
              </w:rPr>
            </w:pPr>
            <w:r w:rsidRPr="0078531E">
              <w:rPr>
                <w:sz w:val="24"/>
                <w:szCs w:val="24"/>
              </w:rPr>
              <w:t>7.</w:t>
            </w:r>
            <w:r w:rsidRPr="0078531E">
              <w:rPr>
                <w:spacing w:val="80"/>
                <w:sz w:val="24"/>
                <w:szCs w:val="24"/>
              </w:rPr>
              <w:t xml:space="preserve"> </w:t>
            </w:r>
            <w:r w:rsidRPr="0078531E">
              <w:rPr>
                <w:sz w:val="24"/>
                <w:szCs w:val="24"/>
              </w:rPr>
              <w:t>A</w:t>
            </w:r>
            <w:r w:rsidRPr="0078531E">
              <w:rPr>
                <w:spacing w:val="-14"/>
                <w:sz w:val="24"/>
                <w:szCs w:val="24"/>
              </w:rPr>
              <w:t xml:space="preserve"> </w:t>
            </w:r>
            <w:r w:rsidRPr="0078531E">
              <w:rPr>
                <w:sz w:val="24"/>
                <w:szCs w:val="24"/>
              </w:rPr>
              <w:t>vizuális</w:t>
            </w:r>
            <w:r w:rsidRPr="0078531E">
              <w:rPr>
                <w:spacing w:val="-12"/>
                <w:sz w:val="24"/>
                <w:szCs w:val="24"/>
              </w:rPr>
              <w:t xml:space="preserve"> </w:t>
            </w:r>
            <w:r w:rsidRPr="0078531E">
              <w:rPr>
                <w:sz w:val="24"/>
                <w:szCs w:val="24"/>
              </w:rPr>
              <w:t>tevékenységekben</w:t>
            </w:r>
            <w:r w:rsidRPr="0078531E">
              <w:rPr>
                <w:spacing w:val="-14"/>
                <w:sz w:val="24"/>
                <w:szCs w:val="24"/>
              </w:rPr>
              <w:t xml:space="preserve"> </w:t>
            </w:r>
            <w:r w:rsidRPr="0078531E">
              <w:rPr>
                <w:sz w:val="24"/>
                <w:szCs w:val="24"/>
              </w:rPr>
              <w:t>(pl.</w:t>
            </w:r>
            <w:r w:rsidRPr="0078531E">
              <w:rPr>
                <w:spacing w:val="-13"/>
                <w:sz w:val="24"/>
                <w:szCs w:val="24"/>
              </w:rPr>
              <w:t xml:space="preserve"> </w:t>
            </w:r>
            <w:r w:rsidRPr="0078531E">
              <w:rPr>
                <w:sz w:val="24"/>
                <w:szCs w:val="24"/>
              </w:rPr>
              <w:t>rajzolás,</w:t>
            </w:r>
            <w:r w:rsidRPr="0078531E">
              <w:rPr>
                <w:spacing w:val="-13"/>
                <w:sz w:val="24"/>
                <w:szCs w:val="24"/>
              </w:rPr>
              <w:t xml:space="preserve"> </w:t>
            </w:r>
            <w:r w:rsidRPr="0078531E">
              <w:rPr>
                <w:sz w:val="24"/>
                <w:szCs w:val="24"/>
              </w:rPr>
              <w:t>festés,</w:t>
            </w:r>
            <w:r w:rsidRPr="0078531E">
              <w:rPr>
                <w:spacing w:val="-14"/>
                <w:sz w:val="24"/>
                <w:szCs w:val="24"/>
              </w:rPr>
              <w:t xml:space="preserve"> </w:t>
            </w:r>
            <w:r w:rsidRPr="0078531E">
              <w:rPr>
                <w:sz w:val="24"/>
                <w:szCs w:val="24"/>
              </w:rPr>
              <w:t>gyurmázás</w:t>
            </w:r>
            <w:r w:rsidRPr="0078531E">
              <w:rPr>
                <w:spacing w:val="-12"/>
                <w:sz w:val="24"/>
                <w:szCs w:val="24"/>
              </w:rPr>
              <w:t xml:space="preserve"> </w:t>
            </w:r>
            <w:r w:rsidRPr="0078531E">
              <w:rPr>
                <w:sz w:val="24"/>
                <w:szCs w:val="24"/>
              </w:rPr>
              <w:t>barkácsolás,</w:t>
            </w:r>
            <w:r w:rsidRPr="0078531E">
              <w:rPr>
                <w:spacing w:val="-14"/>
                <w:sz w:val="24"/>
                <w:szCs w:val="24"/>
              </w:rPr>
              <w:t xml:space="preserve"> </w:t>
            </w:r>
            <w:r w:rsidRPr="0078531E">
              <w:rPr>
                <w:sz w:val="24"/>
                <w:szCs w:val="24"/>
              </w:rPr>
              <w:t>tépés,</w:t>
            </w:r>
            <w:r w:rsidRPr="0078531E">
              <w:rPr>
                <w:spacing w:val="-10"/>
                <w:sz w:val="24"/>
                <w:szCs w:val="24"/>
              </w:rPr>
              <w:t xml:space="preserve"> </w:t>
            </w:r>
            <w:r w:rsidRPr="0078531E">
              <w:rPr>
                <w:sz w:val="24"/>
                <w:szCs w:val="24"/>
              </w:rPr>
              <w:t>szövés, fonás, vágás, ragasztás stb.) olyan játékos tevékenység, melyben nem a produktum, hanem a tevékenység öröme a cél</w:t>
            </w:r>
          </w:p>
        </w:tc>
      </w:tr>
      <w:tr w:rsidR="0078531E" w:rsidRPr="0078531E" w14:paraId="36309953" w14:textId="77777777" w:rsidTr="00B1387F">
        <w:trPr>
          <w:trHeight w:val="938"/>
        </w:trPr>
        <w:tc>
          <w:tcPr>
            <w:tcW w:w="9069" w:type="dxa"/>
          </w:tcPr>
          <w:p w14:paraId="33E01273" w14:textId="04F4BEFF" w:rsidR="00AE0CFD" w:rsidRPr="0078531E" w:rsidRDefault="00B1387F" w:rsidP="00B04652">
            <w:pPr>
              <w:pStyle w:val="TableParagraph"/>
              <w:ind w:left="1124" w:right="98" w:hanging="162"/>
              <w:jc w:val="both"/>
              <w:rPr>
                <w:sz w:val="24"/>
                <w:szCs w:val="24"/>
              </w:rPr>
            </w:pPr>
            <w:r w:rsidRPr="0078531E">
              <w:rPr>
                <w:sz w:val="24"/>
                <w:szCs w:val="24"/>
              </w:rPr>
              <w:t>8.</w:t>
            </w:r>
            <w:r w:rsidR="00C3522D" w:rsidRPr="0078531E">
              <w:rPr>
                <w:sz w:val="24"/>
                <w:szCs w:val="24"/>
              </w:rPr>
              <w:t>A vizuális nevelés a kreativitás, az alkotó képesség megnyilvánulásának egyik fontos eszköze. Az</w:t>
            </w:r>
            <w:r w:rsidR="00C3522D" w:rsidRPr="0078531E">
              <w:rPr>
                <w:spacing w:val="-3"/>
                <w:sz w:val="24"/>
                <w:szCs w:val="24"/>
              </w:rPr>
              <w:t xml:space="preserve"> </w:t>
            </w:r>
            <w:r w:rsidR="00C3522D" w:rsidRPr="0078531E">
              <w:rPr>
                <w:sz w:val="24"/>
                <w:szCs w:val="24"/>
              </w:rPr>
              <w:t>óvoda</w:t>
            </w:r>
            <w:r w:rsidR="00C3522D" w:rsidRPr="0078531E">
              <w:rPr>
                <w:spacing w:val="-3"/>
                <w:sz w:val="24"/>
                <w:szCs w:val="24"/>
              </w:rPr>
              <w:t xml:space="preserve"> </w:t>
            </w:r>
            <w:r w:rsidR="00C3522D" w:rsidRPr="0078531E">
              <w:rPr>
                <w:sz w:val="24"/>
                <w:szCs w:val="24"/>
              </w:rPr>
              <w:t>épületét</w:t>
            </w:r>
            <w:r w:rsidR="00C3522D" w:rsidRPr="0078531E">
              <w:rPr>
                <w:spacing w:val="-5"/>
                <w:sz w:val="24"/>
                <w:szCs w:val="24"/>
              </w:rPr>
              <w:t xml:space="preserve"> </w:t>
            </w:r>
            <w:r w:rsidR="00C3522D" w:rsidRPr="0078531E">
              <w:rPr>
                <w:sz w:val="24"/>
                <w:szCs w:val="24"/>
              </w:rPr>
              <w:t>és</w:t>
            </w:r>
            <w:r w:rsidR="00C3522D" w:rsidRPr="0078531E">
              <w:rPr>
                <w:spacing w:val="-3"/>
                <w:sz w:val="24"/>
                <w:szCs w:val="24"/>
              </w:rPr>
              <w:t xml:space="preserve"> </w:t>
            </w:r>
            <w:r w:rsidR="00C3522D" w:rsidRPr="0078531E">
              <w:rPr>
                <w:sz w:val="24"/>
                <w:szCs w:val="24"/>
              </w:rPr>
              <w:t>a</w:t>
            </w:r>
            <w:r w:rsidR="00C3522D" w:rsidRPr="0078531E">
              <w:rPr>
                <w:spacing w:val="-3"/>
                <w:sz w:val="24"/>
                <w:szCs w:val="24"/>
              </w:rPr>
              <w:t xml:space="preserve"> </w:t>
            </w:r>
            <w:r w:rsidR="00C3522D" w:rsidRPr="0078531E">
              <w:rPr>
                <w:sz w:val="24"/>
                <w:szCs w:val="24"/>
              </w:rPr>
              <w:t>csoportszobákat</w:t>
            </w:r>
            <w:r w:rsidR="00C3522D" w:rsidRPr="0078531E">
              <w:rPr>
                <w:spacing w:val="-2"/>
                <w:sz w:val="24"/>
                <w:szCs w:val="24"/>
              </w:rPr>
              <w:t xml:space="preserve"> </w:t>
            </w:r>
            <w:r w:rsidR="00C3522D" w:rsidRPr="0078531E">
              <w:rPr>
                <w:sz w:val="24"/>
                <w:szCs w:val="24"/>
              </w:rPr>
              <w:t>gyermekek</w:t>
            </w:r>
            <w:r w:rsidR="00C3522D" w:rsidRPr="0078531E">
              <w:rPr>
                <w:spacing w:val="-3"/>
                <w:sz w:val="24"/>
                <w:szCs w:val="24"/>
              </w:rPr>
              <w:t xml:space="preserve"> </w:t>
            </w:r>
            <w:r w:rsidR="00C3522D" w:rsidRPr="0078531E">
              <w:rPr>
                <w:sz w:val="24"/>
                <w:szCs w:val="24"/>
              </w:rPr>
              <w:t>által</w:t>
            </w:r>
            <w:r w:rsidR="00C3522D" w:rsidRPr="0078531E">
              <w:rPr>
                <w:spacing w:val="-2"/>
                <w:sz w:val="24"/>
                <w:szCs w:val="24"/>
              </w:rPr>
              <w:t xml:space="preserve"> </w:t>
            </w:r>
            <w:r w:rsidR="00C3522D" w:rsidRPr="0078531E">
              <w:rPr>
                <w:sz w:val="24"/>
                <w:szCs w:val="24"/>
              </w:rPr>
              <w:t>készített</w:t>
            </w:r>
            <w:r w:rsidR="00C3522D" w:rsidRPr="0078531E">
              <w:rPr>
                <w:spacing w:val="-2"/>
                <w:sz w:val="24"/>
                <w:szCs w:val="24"/>
              </w:rPr>
              <w:t xml:space="preserve"> </w:t>
            </w:r>
            <w:r w:rsidR="00C3522D" w:rsidRPr="0078531E">
              <w:rPr>
                <w:sz w:val="24"/>
                <w:szCs w:val="24"/>
              </w:rPr>
              <w:t>rajzzal,</w:t>
            </w:r>
            <w:r w:rsidR="00C3522D" w:rsidRPr="0078531E">
              <w:rPr>
                <w:spacing w:val="-3"/>
                <w:sz w:val="24"/>
                <w:szCs w:val="24"/>
              </w:rPr>
              <w:t xml:space="preserve"> </w:t>
            </w:r>
            <w:r w:rsidR="00C3522D" w:rsidRPr="0078531E">
              <w:rPr>
                <w:sz w:val="24"/>
                <w:szCs w:val="24"/>
              </w:rPr>
              <w:t>plasztikai alkotással díszítjük.</w:t>
            </w:r>
          </w:p>
        </w:tc>
      </w:tr>
      <w:tr w:rsidR="0078531E" w:rsidRPr="0078531E" w14:paraId="45A0C71D" w14:textId="77777777">
        <w:trPr>
          <w:trHeight w:val="1103"/>
        </w:trPr>
        <w:tc>
          <w:tcPr>
            <w:tcW w:w="9069" w:type="dxa"/>
          </w:tcPr>
          <w:p w14:paraId="0176CCF0" w14:textId="4A785229" w:rsidR="00AE0CFD" w:rsidRPr="0078531E" w:rsidRDefault="00B1387F" w:rsidP="00B04652">
            <w:pPr>
              <w:pStyle w:val="TableParagraph"/>
              <w:ind w:left="1124" w:right="96" w:hanging="162"/>
              <w:jc w:val="both"/>
              <w:rPr>
                <w:sz w:val="24"/>
                <w:szCs w:val="24"/>
              </w:rPr>
            </w:pPr>
            <w:r w:rsidRPr="0078531E">
              <w:rPr>
                <w:sz w:val="24"/>
                <w:szCs w:val="24"/>
              </w:rPr>
              <w:t>9</w:t>
            </w:r>
            <w:r w:rsidR="00C3522D" w:rsidRPr="0078531E">
              <w:rPr>
                <w:spacing w:val="40"/>
                <w:sz w:val="24"/>
                <w:szCs w:val="24"/>
              </w:rPr>
              <w:t xml:space="preserve"> </w:t>
            </w:r>
            <w:r w:rsidR="00C3522D" w:rsidRPr="0078531E">
              <w:rPr>
                <w:sz w:val="24"/>
                <w:szCs w:val="24"/>
              </w:rPr>
              <w:t xml:space="preserve">Fontos, hogy a csoportszobák környezetükkel hozzájáruljanak a gyermekek esztétikai ízlésformálásához, ezért a díszítésükben </w:t>
            </w:r>
            <w:r w:rsidRPr="0078531E">
              <w:rPr>
                <w:sz w:val="24"/>
                <w:szCs w:val="24"/>
              </w:rPr>
              <w:t xml:space="preserve">többnyire </w:t>
            </w:r>
            <w:r w:rsidR="00C3522D" w:rsidRPr="0078531E">
              <w:rPr>
                <w:sz w:val="24"/>
                <w:szCs w:val="24"/>
              </w:rPr>
              <w:t>természetes anyagokat használunk</w:t>
            </w:r>
            <w:r w:rsidR="00C3522D" w:rsidRPr="0078531E">
              <w:rPr>
                <w:spacing w:val="-14"/>
                <w:sz w:val="24"/>
                <w:szCs w:val="24"/>
              </w:rPr>
              <w:t xml:space="preserve"> </w:t>
            </w:r>
            <w:r w:rsidR="00C3522D" w:rsidRPr="0078531E">
              <w:rPr>
                <w:sz w:val="24"/>
                <w:szCs w:val="24"/>
              </w:rPr>
              <w:t>fel,</w:t>
            </w:r>
            <w:r w:rsidR="00C3522D" w:rsidRPr="0078531E">
              <w:rPr>
                <w:spacing w:val="-11"/>
                <w:sz w:val="24"/>
                <w:szCs w:val="24"/>
              </w:rPr>
              <w:t xml:space="preserve"> </w:t>
            </w:r>
            <w:r w:rsidR="00C3522D" w:rsidRPr="0078531E">
              <w:rPr>
                <w:sz w:val="24"/>
                <w:szCs w:val="24"/>
              </w:rPr>
              <w:t>melyek</w:t>
            </w:r>
            <w:r w:rsidR="00C3522D" w:rsidRPr="0078531E">
              <w:rPr>
                <w:spacing w:val="-11"/>
                <w:sz w:val="24"/>
                <w:szCs w:val="24"/>
              </w:rPr>
              <w:t xml:space="preserve"> </w:t>
            </w:r>
            <w:r w:rsidR="00C3522D" w:rsidRPr="0078531E">
              <w:rPr>
                <w:sz w:val="24"/>
                <w:szCs w:val="24"/>
              </w:rPr>
              <w:t>követik</w:t>
            </w:r>
            <w:r w:rsidR="00C3522D" w:rsidRPr="0078531E">
              <w:rPr>
                <w:spacing w:val="-11"/>
                <w:sz w:val="24"/>
                <w:szCs w:val="24"/>
              </w:rPr>
              <w:t xml:space="preserve"> </w:t>
            </w:r>
            <w:r w:rsidR="00C3522D" w:rsidRPr="0078531E">
              <w:rPr>
                <w:sz w:val="24"/>
                <w:szCs w:val="24"/>
              </w:rPr>
              <w:t>az</w:t>
            </w:r>
            <w:r w:rsidR="00C3522D" w:rsidRPr="0078531E">
              <w:rPr>
                <w:spacing w:val="-10"/>
                <w:sz w:val="24"/>
                <w:szCs w:val="24"/>
              </w:rPr>
              <w:t xml:space="preserve"> </w:t>
            </w:r>
            <w:r w:rsidR="00C3522D" w:rsidRPr="0078531E">
              <w:rPr>
                <w:sz w:val="24"/>
                <w:szCs w:val="24"/>
              </w:rPr>
              <w:t>évszakok</w:t>
            </w:r>
            <w:r w:rsidR="00C3522D" w:rsidRPr="0078531E">
              <w:rPr>
                <w:spacing w:val="-11"/>
                <w:sz w:val="24"/>
                <w:szCs w:val="24"/>
              </w:rPr>
              <w:t xml:space="preserve"> </w:t>
            </w:r>
            <w:r w:rsidR="00C3522D" w:rsidRPr="0078531E">
              <w:rPr>
                <w:sz w:val="24"/>
                <w:szCs w:val="24"/>
              </w:rPr>
              <w:t>és</w:t>
            </w:r>
            <w:r w:rsidR="00C3522D" w:rsidRPr="0078531E">
              <w:rPr>
                <w:spacing w:val="-11"/>
                <w:sz w:val="24"/>
                <w:szCs w:val="24"/>
              </w:rPr>
              <w:t xml:space="preserve"> </w:t>
            </w:r>
            <w:r w:rsidR="00C3522D" w:rsidRPr="0078531E">
              <w:rPr>
                <w:sz w:val="24"/>
                <w:szCs w:val="24"/>
              </w:rPr>
              <w:t>az</w:t>
            </w:r>
            <w:r w:rsidR="00C3522D" w:rsidRPr="0078531E">
              <w:rPr>
                <w:spacing w:val="-7"/>
                <w:sz w:val="24"/>
                <w:szCs w:val="24"/>
              </w:rPr>
              <w:t xml:space="preserve"> </w:t>
            </w:r>
            <w:r w:rsidR="00C3522D" w:rsidRPr="0078531E">
              <w:rPr>
                <w:sz w:val="24"/>
                <w:szCs w:val="24"/>
              </w:rPr>
              <w:t>ünnepek</w:t>
            </w:r>
            <w:r w:rsidR="00C3522D" w:rsidRPr="0078531E">
              <w:rPr>
                <w:spacing w:val="-11"/>
                <w:sz w:val="24"/>
                <w:szCs w:val="24"/>
              </w:rPr>
              <w:t xml:space="preserve"> </w:t>
            </w:r>
            <w:r w:rsidR="00C3522D" w:rsidRPr="0078531E">
              <w:rPr>
                <w:sz w:val="24"/>
                <w:szCs w:val="24"/>
              </w:rPr>
              <w:t>hangulati</w:t>
            </w:r>
            <w:r w:rsidR="00C3522D" w:rsidRPr="0078531E">
              <w:rPr>
                <w:spacing w:val="-10"/>
                <w:sz w:val="24"/>
                <w:szCs w:val="24"/>
              </w:rPr>
              <w:t xml:space="preserve"> </w:t>
            </w:r>
            <w:r w:rsidR="00C3522D" w:rsidRPr="0078531E">
              <w:rPr>
                <w:spacing w:val="-2"/>
                <w:sz w:val="24"/>
                <w:szCs w:val="24"/>
              </w:rPr>
              <w:t>változásait.</w:t>
            </w:r>
          </w:p>
        </w:tc>
      </w:tr>
      <w:tr w:rsidR="0078531E" w:rsidRPr="0078531E" w14:paraId="19259A5A" w14:textId="77777777" w:rsidTr="00DA77A1">
        <w:trPr>
          <w:trHeight w:val="537"/>
        </w:trPr>
        <w:tc>
          <w:tcPr>
            <w:tcW w:w="9069" w:type="dxa"/>
          </w:tcPr>
          <w:p w14:paraId="54389128" w14:textId="62AC1A23" w:rsidR="00AE0CFD" w:rsidRPr="0078531E" w:rsidRDefault="00B1387F" w:rsidP="00B04652">
            <w:pPr>
              <w:pStyle w:val="TableParagraph"/>
              <w:ind w:left="1124" w:hanging="162"/>
              <w:jc w:val="both"/>
              <w:rPr>
                <w:sz w:val="24"/>
                <w:szCs w:val="24"/>
              </w:rPr>
            </w:pPr>
            <w:r w:rsidRPr="0078531E">
              <w:rPr>
                <w:sz w:val="24"/>
                <w:szCs w:val="24"/>
              </w:rPr>
              <w:t>10</w:t>
            </w:r>
            <w:r w:rsidR="00C3522D" w:rsidRPr="0078531E">
              <w:rPr>
                <w:sz w:val="24"/>
                <w:szCs w:val="24"/>
              </w:rPr>
              <w:t>.</w:t>
            </w:r>
            <w:r w:rsidR="00C3522D" w:rsidRPr="0078531E">
              <w:rPr>
                <w:spacing w:val="80"/>
                <w:sz w:val="24"/>
                <w:szCs w:val="24"/>
              </w:rPr>
              <w:t xml:space="preserve"> </w:t>
            </w:r>
            <w:r w:rsidR="00C3522D" w:rsidRPr="0078531E">
              <w:rPr>
                <w:sz w:val="24"/>
                <w:szCs w:val="24"/>
              </w:rPr>
              <w:t>Az</w:t>
            </w:r>
            <w:r w:rsidR="00C3522D" w:rsidRPr="0078531E">
              <w:rPr>
                <w:spacing w:val="-8"/>
                <w:sz w:val="24"/>
                <w:szCs w:val="24"/>
              </w:rPr>
              <w:t xml:space="preserve"> </w:t>
            </w:r>
            <w:r w:rsidR="00C3522D" w:rsidRPr="0078531E">
              <w:rPr>
                <w:sz w:val="24"/>
                <w:szCs w:val="24"/>
              </w:rPr>
              <w:t>óvodapedagógusok</w:t>
            </w:r>
            <w:r w:rsidR="00C3522D" w:rsidRPr="0078531E">
              <w:rPr>
                <w:spacing w:val="-8"/>
                <w:sz w:val="24"/>
                <w:szCs w:val="24"/>
              </w:rPr>
              <w:t xml:space="preserve"> </w:t>
            </w:r>
            <w:r w:rsidR="00C3522D" w:rsidRPr="0078531E">
              <w:rPr>
                <w:sz w:val="24"/>
                <w:szCs w:val="24"/>
              </w:rPr>
              <w:t>feladata</w:t>
            </w:r>
            <w:r w:rsidR="00C3522D" w:rsidRPr="0078531E">
              <w:rPr>
                <w:spacing w:val="-9"/>
                <w:sz w:val="24"/>
                <w:szCs w:val="24"/>
              </w:rPr>
              <w:t xml:space="preserve"> </w:t>
            </w:r>
            <w:r w:rsidR="00C3522D" w:rsidRPr="0078531E">
              <w:rPr>
                <w:sz w:val="24"/>
                <w:szCs w:val="24"/>
              </w:rPr>
              <w:t>változatos</w:t>
            </w:r>
            <w:r w:rsidR="00C3522D" w:rsidRPr="0078531E">
              <w:rPr>
                <w:spacing w:val="-8"/>
                <w:sz w:val="24"/>
                <w:szCs w:val="24"/>
              </w:rPr>
              <w:t xml:space="preserve"> </w:t>
            </w:r>
            <w:r w:rsidR="00C3522D" w:rsidRPr="0078531E">
              <w:rPr>
                <w:sz w:val="24"/>
                <w:szCs w:val="24"/>
              </w:rPr>
              <w:t>kifejezési</w:t>
            </w:r>
            <w:r w:rsidR="00C3522D" w:rsidRPr="0078531E">
              <w:rPr>
                <w:spacing w:val="-8"/>
                <w:sz w:val="24"/>
                <w:szCs w:val="24"/>
              </w:rPr>
              <w:t xml:space="preserve"> </w:t>
            </w:r>
            <w:r w:rsidR="00C3522D" w:rsidRPr="0078531E">
              <w:rPr>
                <w:sz w:val="24"/>
                <w:szCs w:val="24"/>
              </w:rPr>
              <w:t>technikák</w:t>
            </w:r>
            <w:r w:rsidR="00C3522D" w:rsidRPr="0078531E">
              <w:rPr>
                <w:spacing w:val="-9"/>
                <w:sz w:val="24"/>
                <w:szCs w:val="24"/>
              </w:rPr>
              <w:t xml:space="preserve"> </w:t>
            </w:r>
            <w:r w:rsidR="00C3522D" w:rsidRPr="0078531E">
              <w:rPr>
                <w:sz w:val="24"/>
                <w:szCs w:val="24"/>
              </w:rPr>
              <w:t>alapelemeivel</w:t>
            </w:r>
            <w:r w:rsidR="00C3522D" w:rsidRPr="0078531E">
              <w:rPr>
                <w:spacing w:val="-8"/>
                <w:sz w:val="24"/>
                <w:szCs w:val="24"/>
              </w:rPr>
              <w:t xml:space="preserve"> </w:t>
            </w:r>
            <w:r w:rsidR="00C3522D" w:rsidRPr="0078531E">
              <w:rPr>
                <w:sz w:val="24"/>
                <w:szCs w:val="24"/>
              </w:rPr>
              <w:t>és eljárásaival</w:t>
            </w:r>
            <w:r w:rsidR="00C3522D" w:rsidRPr="0078531E">
              <w:rPr>
                <w:spacing w:val="28"/>
                <w:sz w:val="24"/>
                <w:szCs w:val="24"/>
              </w:rPr>
              <w:t xml:space="preserve"> </w:t>
            </w:r>
            <w:r w:rsidR="00C3522D" w:rsidRPr="0078531E">
              <w:rPr>
                <w:sz w:val="24"/>
                <w:szCs w:val="24"/>
              </w:rPr>
              <w:t>való</w:t>
            </w:r>
            <w:r w:rsidR="00C3522D" w:rsidRPr="0078531E">
              <w:rPr>
                <w:spacing w:val="31"/>
                <w:sz w:val="24"/>
                <w:szCs w:val="24"/>
              </w:rPr>
              <w:t xml:space="preserve"> </w:t>
            </w:r>
            <w:r w:rsidR="00C3522D" w:rsidRPr="0078531E">
              <w:rPr>
                <w:sz w:val="24"/>
                <w:szCs w:val="24"/>
              </w:rPr>
              <w:t>megismertetése</w:t>
            </w:r>
            <w:r w:rsidR="00C3522D" w:rsidRPr="0078531E">
              <w:rPr>
                <w:spacing w:val="32"/>
                <w:sz w:val="24"/>
                <w:szCs w:val="24"/>
              </w:rPr>
              <w:t xml:space="preserve"> </w:t>
            </w:r>
            <w:r w:rsidR="00C3522D" w:rsidRPr="0078531E">
              <w:rPr>
                <w:sz w:val="24"/>
                <w:szCs w:val="24"/>
              </w:rPr>
              <w:t>és</w:t>
            </w:r>
            <w:r w:rsidR="00C3522D" w:rsidRPr="0078531E">
              <w:rPr>
                <w:spacing w:val="32"/>
                <w:sz w:val="24"/>
                <w:szCs w:val="24"/>
              </w:rPr>
              <w:t xml:space="preserve"> </w:t>
            </w:r>
            <w:r w:rsidR="00C3522D" w:rsidRPr="0078531E">
              <w:rPr>
                <w:sz w:val="24"/>
                <w:szCs w:val="24"/>
              </w:rPr>
              <w:t>a</w:t>
            </w:r>
            <w:r w:rsidR="00C3522D" w:rsidRPr="0078531E">
              <w:rPr>
                <w:spacing w:val="32"/>
                <w:sz w:val="24"/>
                <w:szCs w:val="24"/>
              </w:rPr>
              <w:t xml:space="preserve"> </w:t>
            </w:r>
            <w:r w:rsidR="00C3522D" w:rsidRPr="0078531E">
              <w:rPr>
                <w:sz w:val="24"/>
                <w:szCs w:val="24"/>
              </w:rPr>
              <w:t>feltételek</w:t>
            </w:r>
            <w:r w:rsidR="00C3522D" w:rsidRPr="0078531E">
              <w:rPr>
                <w:spacing w:val="33"/>
                <w:sz w:val="24"/>
                <w:szCs w:val="24"/>
              </w:rPr>
              <w:t xml:space="preserve"> </w:t>
            </w:r>
            <w:r w:rsidR="00C3522D" w:rsidRPr="0078531E">
              <w:rPr>
                <w:sz w:val="24"/>
                <w:szCs w:val="24"/>
              </w:rPr>
              <w:t>megteremtése,</w:t>
            </w:r>
            <w:r w:rsidR="00C3522D" w:rsidRPr="0078531E">
              <w:rPr>
                <w:spacing w:val="33"/>
                <w:sz w:val="24"/>
                <w:szCs w:val="24"/>
              </w:rPr>
              <w:t xml:space="preserve"> </w:t>
            </w:r>
            <w:r w:rsidR="00C3522D" w:rsidRPr="0078531E">
              <w:rPr>
                <w:spacing w:val="-2"/>
                <w:sz w:val="24"/>
                <w:szCs w:val="24"/>
              </w:rPr>
              <w:t>képességeinek</w:t>
            </w:r>
            <w:r w:rsidR="00B04652" w:rsidRPr="0078531E">
              <w:rPr>
                <w:sz w:val="24"/>
                <w:szCs w:val="24"/>
              </w:rPr>
              <w:t xml:space="preserve"> </w:t>
            </w:r>
            <w:r w:rsidR="00C3522D" w:rsidRPr="0078531E">
              <w:rPr>
                <w:sz w:val="24"/>
                <w:szCs w:val="24"/>
              </w:rPr>
              <w:t>legteljesebb</w:t>
            </w:r>
            <w:r w:rsidR="00C3522D" w:rsidRPr="0078531E">
              <w:rPr>
                <w:spacing w:val="-8"/>
                <w:sz w:val="24"/>
                <w:szCs w:val="24"/>
              </w:rPr>
              <w:t xml:space="preserve"> </w:t>
            </w:r>
            <w:r w:rsidR="00C3522D" w:rsidRPr="0078531E">
              <w:rPr>
                <w:spacing w:val="-2"/>
                <w:sz w:val="24"/>
                <w:szCs w:val="24"/>
              </w:rPr>
              <w:t>kibontakoztatása</w:t>
            </w:r>
          </w:p>
        </w:tc>
      </w:tr>
      <w:tr w:rsidR="008A0135" w:rsidRPr="0078531E" w14:paraId="07C24C79" w14:textId="77777777" w:rsidTr="00DA77A1">
        <w:trPr>
          <w:trHeight w:val="537"/>
        </w:trPr>
        <w:tc>
          <w:tcPr>
            <w:tcW w:w="9069" w:type="dxa"/>
          </w:tcPr>
          <w:p w14:paraId="5F6383C0" w14:textId="229B84C9" w:rsidR="008A0135" w:rsidRPr="0078531E" w:rsidRDefault="008A0135" w:rsidP="00B04652">
            <w:pPr>
              <w:pStyle w:val="TableParagraph"/>
              <w:ind w:left="1124" w:hanging="162"/>
              <w:jc w:val="both"/>
              <w:rPr>
                <w:sz w:val="24"/>
                <w:szCs w:val="24"/>
              </w:rPr>
            </w:pPr>
            <w:r w:rsidRPr="0078531E">
              <w:t xml:space="preserve">11. </w:t>
            </w:r>
            <w:r w:rsidRPr="0078531E">
              <w:rPr>
                <w:sz w:val="24"/>
                <w:szCs w:val="24"/>
              </w:rPr>
              <w:t>Az óvodapedagógus előtérbe helyezi a természetes anyagok, termések felhasználását. Feladata az új megoldások keresése, a kreatív, környezettudatos gondolkodásra, fenntarthatóságra való nevelés.</w:t>
            </w:r>
          </w:p>
        </w:tc>
      </w:tr>
    </w:tbl>
    <w:p w14:paraId="43EAF993" w14:textId="77777777" w:rsidR="00AE0CFD" w:rsidRPr="0078531E" w:rsidRDefault="00AE0CFD">
      <w:pPr>
        <w:pStyle w:val="Szvegtrzs"/>
        <w:rPr>
          <w:b/>
        </w:rPr>
      </w:pPr>
    </w:p>
    <w:p w14:paraId="28755FC2" w14:textId="77777777" w:rsidR="00AE0CFD" w:rsidRPr="0078531E" w:rsidRDefault="00AE0CFD">
      <w:pPr>
        <w:pStyle w:val="Szvegtrzs"/>
        <w:spacing w:before="79"/>
        <w:rPr>
          <w:b/>
        </w:rPr>
      </w:pPr>
    </w:p>
    <w:p w14:paraId="39E769C6" w14:textId="77777777" w:rsidR="00AE0CFD" w:rsidRPr="0078531E" w:rsidRDefault="00C3522D" w:rsidP="00150599">
      <w:pPr>
        <w:ind w:left="630"/>
        <w:jc w:val="center"/>
        <w:rPr>
          <w:b/>
          <w:sz w:val="24"/>
        </w:rPr>
      </w:pPr>
      <w:r w:rsidRPr="0078531E">
        <w:rPr>
          <w:b/>
          <w:sz w:val="24"/>
        </w:rPr>
        <w:t>MUNKA</w:t>
      </w:r>
      <w:r w:rsidRPr="0078531E">
        <w:rPr>
          <w:b/>
          <w:spacing w:val="-4"/>
          <w:sz w:val="24"/>
        </w:rPr>
        <w:t xml:space="preserve"> </w:t>
      </w:r>
      <w:r w:rsidRPr="0078531E">
        <w:rPr>
          <w:b/>
          <w:sz w:val="24"/>
        </w:rPr>
        <w:t>JELLEGŰ</w:t>
      </w:r>
      <w:r w:rsidRPr="0078531E">
        <w:rPr>
          <w:b/>
          <w:spacing w:val="-3"/>
          <w:sz w:val="24"/>
        </w:rPr>
        <w:t xml:space="preserve"> </w:t>
      </w:r>
      <w:r w:rsidRPr="0078531E">
        <w:rPr>
          <w:b/>
          <w:spacing w:val="-2"/>
          <w:sz w:val="24"/>
        </w:rPr>
        <w:t>TEVÉKENYSÉGEK</w:t>
      </w:r>
    </w:p>
    <w:p w14:paraId="7DD191AA" w14:textId="77777777" w:rsidR="00AE0CFD" w:rsidRPr="0078531E" w:rsidRDefault="00AE0CFD">
      <w:pPr>
        <w:pStyle w:val="Szvegtrzs"/>
        <w:spacing w:before="109" w:after="1"/>
        <w:rPr>
          <w:b/>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9"/>
      </w:tblGrid>
      <w:tr w:rsidR="0078531E" w:rsidRPr="0078531E" w14:paraId="5E5D8140" w14:textId="77777777">
        <w:trPr>
          <w:trHeight w:val="565"/>
        </w:trPr>
        <w:tc>
          <w:tcPr>
            <w:tcW w:w="9069" w:type="dxa"/>
          </w:tcPr>
          <w:p w14:paraId="6BCE248F" w14:textId="77777777" w:rsidR="00AE0CFD" w:rsidRPr="0078531E" w:rsidRDefault="00C3522D" w:rsidP="00B04652">
            <w:pPr>
              <w:pStyle w:val="TableParagraph"/>
              <w:spacing w:line="276" w:lineRule="exact"/>
              <w:ind w:left="841" w:firstLine="121"/>
              <w:jc w:val="both"/>
              <w:rPr>
                <w:sz w:val="24"/>
              </w:rPr>
            </w:pPr>
            <w:r w:rsidRPr="0078531E">
              <w:rPr>
                <w:sz w:val="24"/>
              </w:rPr>
              <w:t>1.A</w:t>
            </w:r>
            <w:r w:rsidRPr="0078531E">
              <w:rPr>
                <w:spacing w:val="-12"/>
                <w:sz w:val="24"/>
              </w:rPr>
              <w:t xml:space="preserve"> </w:t>
            </w:r>
            <w:r w:rsidRPr="0078531E">
              <w:rPr>
                <w:sz w:val="24"/>
              </w:rPr>
              <w:t>munka</w:t>
            </w:r>
            <w:r w:rsidRPr="0078531E">
              <w:rPr>
                <w:spacing w:val="-12"/>
                <w:sz w:val="24"/>
              </w:rPr>
              <w:t xml:space="preserve"> </w:t>
            </w:r>
            <w:r w:rsidRPr="0078531E">
              <w:rPr>
                <w:sz w:val="24"/>
              </w:rPr>
              <w:t>jellegű</w:t>
            </w:r>
            <w:r w:rsidRPr="0078531E">
              <w:rPr>
                <w:spacing w:val="-10"/>
                <w:sz w:val="24"/>
              </w:rPr>
              <w:t xml:space="preserve"> </w:t>
            </w:r>
            <w:r w:rsidRPr="0078531E">
              <w:rPr>
                <w:sz w:val="24"/>
              </w:rPr>
              <w:t>tevékenységeket</w:t>
            </w:r>
            <w:r w:rsidRPr="0078531E">
              <w:rPr>
                <w:spacing w:val="-9"/>
                <w:sz w:val="24"/>
              </w:rPr>
              <w:t xml:space="preserve"> </w:t>
            </w:r>
            <w:r w:rsidRPr="0078531E">
              <w:rPr>
                <w:sz w:val="24"/>
              </w:rPr>
              <w:t>az</w:t>
            </w:r>
            <w:r w:rsidRPr="0078531E">
              <w:rPr>
                <w:spacing w:val="-10"/>
                <w:sz w:val="24"/>
              </w:rPr>
              <w:t xml:space="preserve"> </w:t>
            </w:r>
            <w:r w:rsidRPr="0078531E">
              <w:rPr>
                <w:sz w:val="24"/>
              </w:rPr>
              <w:t>élet</w:t>
            </w:r>
            <w:r w:rsidRPr="0078531E">
              <w:rPr>
                <w:spacing w:val="-12"/>
                <w:sz w:val="24"/>
              </w:rPr>
              <w:t xml:space="preserve"> </w:t>
            </w:r>
            <w:r w:rsidRPr="0078531E">
              <w:rPr>
                <w:sz w:val="24"/>
              </w:rPr>
              <w:t>velejárójának,</w:t>
            </w:r>
            <w:r w:rsidRPr="0078531E">
              <w:rPr>
                <w:spacing w:val="-12"/>
                <w:sz w:val="24"/>
              </w:rPr>
              <w:t xml:space="preserve"> </w:t>
            </w:r>
            <w:r w:rsidRPr="0078531E">
              <w:rPr>
                <w:sz w:val="24"/>
              </w:rPr>
              <w:t>tapasztalatszerzésnek</w:t>
            </w:r>
            <w:r w:rsidRPr="0078531E">
              <w:rPr>
                <w:spacing w:val="-12"/>
                <w:sz w:val="24"/>
              </w:rPr>
              <w:t xml:space="preserve"> </w:t>
            </w:r>
            <w:r w:rsidRPr="0078531E">
              <w:rPr>
                <w:sz w:val="24"/>
              </w:rPr>
              <w:t>és</w:t>
            </w:r>
            <w:r w:rsidRPr="0078531E">
              <w:rPr>
                <w:spacing w:val="-9"/>
                <w:sz w:val="24"/>
              </w:rPr>
              <w:t xml:space="preserve"> </w:t>
            </w:r>
            <w:r w:rsidRPr="0078531E">
              <w:rPr>
                <w:sz w:val="24"/>
              </w:rPr>
              <w:t>a környezetük megismerésének tekintjük.</w:t>
            </w:r>
          </w:p>
        </w:tc>
      </w:tr>
      <w:tr w:rsidR="0078531E" w:rsidRPr="0078531E" w14:paraId="292571AE" w14:textId="77777777">
        <w:trPr>
          <w:trHeight w:val="827"/>
        </w:trPr>
        <w:tc>
          <w:tcPr>
            <w:tcW w:w="9069" w:type="dxa"/>
          </w:tcPr>
          <w:p w14:paraId="44346577" w14:textId="1747AD82" w:rsidR="00AE0CFD" w:rsidRPr="0078531E" w:rsidRDefault="00C3522D" w:rsidP="00B04652">
            <w:pPr>
              <w:pStyle w:val="TableParagraph"/>
              <w:spacing w:before="255" w:line="270" w:lineRule="atLeast"/>
              <w:ind w:left="841"/>
              <w:jc w:val="both"/>
              <w:rPr>
                <w:sz w:val="24"/>
              </w:rPr>
            </w:pPr>
            <w:r w:rsidRPr="0078531E">
              <w:rPr>
                <w:sz w:val="24"/>
              </w:rPr>
              <w:t>2.</w:t>
            </w:r>
            <w:r w:rsidRPr="0078531E">
              <w:rPr>
                <w:spacing w:val="80"/>
                <w:sz w:val="24"/>
              </w:rPr>
              <w:t xml:space="preserve"> </w:t>
            </w:r>
            <w:r w:rsidRPr="0078531E">
              <w:rPr>
                <w:sz w:val="24"/>
              </w:rPr>
              <w:t>Olyan</w:t>
            </w:r>
            <w:r w:rsidRPr="0078531E">
              <w:rPr>
                <w:spacing w:val="36"/>
                <w:sz w:val="24"/>
              </w:rPr>
              <w:t xml:space="preserve"> </w:t>
            </w:r>
            <w:r w:rsidRPr="0078531E">
              <w:rPr>
                <w:sz w:val="24"/>
              </w:rPr>
              <w:t>munkavégzéshez</w:t>
            </w:r>
            <w:r w:rsidRPr="0078531E">
              <w:rPr>
                <w:spacing w:val="38"/>
                <w:sz w:val="24"/>
              </w:rPr>
              <w:t xml:space="preserve"> </w:t>
            </w:r>
            <w:r w:rsidRPr="0078531E">
              <w:rPr>
                <w:sz w:val="24"/>
              </w:rPr>
              <w:t>szükséges</w:t>
            </w:r>
            <w:r w:rsidRPr="0078531E">
              <w:rPr>
                <w:spacing w:val="34"/>
                <w:sz w:val="24"/>
              </w:rPr>
              <w:t xml:space="preserve"> </w:t>
            </w:r>
            <w:r w:rsidRPr="0078531E">
              <w:rPr>
                <w:sz w:val="24"/>
              </w:rPr>
              <w:t>képességek</w:t>
            </w:r>
            <w:r w:rsidRPr="0078531E">
              <w:rPr>
                <w:spacing w:val="34"/>
                <w:sz w:val="24"/>
              </w:rPr>
              <w:t xml:space="preserve"> </w:t>
            </w:r>
            <w:r w:rsidRPr="0078531E">
              <w:rPr>
                <w:sz w:val="24"/>
              </w:rPr>
              <w:t>alakítására</w:t>
            </w:r>
            <w:r w:rsidRPr="0078531E">
              <w:rPr>
                <w:spacing w:val="35"/>
                <w:sz w:val="24"/>
              </w:rPr>
              <w:t xml:space="preserve"> </w:t>
            </w:r>
            <w:r w:rsidRPr="0078531E">
              <w:rPr>
                <w:sz w:val="24"/>
              </w:rPr>
              <w:t>adunk</w:t>
            </w:r>
            <w:r w:rsidRPr="0078531E">
              <w:rPr>
                <w:spacing w:val="34"/>
                <w:sz w:val="24"/>
              </w:rPr>
              <w:t xml:space="preserve"> </w:t>
            </w:r>
            <w:r w:rsidRPr="0078531E">
              <w:rPr>
                <w:sz w:val="24"/>
              </w:rPr>
              <w:t>lehetőséget, mint rendszeresség kötelesség</w:t>
            </w:r>
            <w:r w:rsidR="00BE588A" w:rsidRPr="0078531E">
              <w:rPr>
                <w:sz w:val="24"/>
              </w:rPr>
              <w:t>,</w:t>
            </w:r>
            <w:r w:rsidRPr="0078531E">
              <w:rPr>
                <w:sz w:val="24"/>
              </w:rPr>
              <w:t xml:space="preserve"> illetve feladattudat, kitartás</w:t>
            </w:r>
            <w:r w:rsidR="00BE588A" w:rsidRPr="0078531E">
              <w:rPr>
                <w:sz w:val="24"/>
              </w:rPr>
              <w:t xml:space="preserve"> </w:t>
            </w:r>
            <w:r w:rsidRPr="0078531E">
              <w:rPr>
                <w:sz w:val="24"/>
              </w:rPr>
              <w:t>stb.</w:t>
            </w:r>
          </w:p>
        </w:tc>
      </w:tr>
      <w:tr w:rsidR="0078531E" w:rsidRPr="0078531E" w14:paraId="7E2B794F" w14:textId="77777777">
        <w:trPr>
          <w:trHeight w:val="568"/>
        </w:trPr>
        <w:tc>
          <w:tcPr>
            <w:tcW w:w="9069" w:type="dxa"/>
          </w:tcPr>
          <w:p w14:paraId="1C86E5D2" w14:textId="33D80827" w:rsidR="00AE0CFD" w:rsidRPr="0078531E" w:rsidRDefault="00C3522D" w:rsidP="00B04652">
            <w:pPr>
              <w:pStyle w:val="TableParagraph"/>
              <w:spacing w:line="276" w:lineRule="exact"/>
              <w:ind w:left="841" w:firstLine="121"/>
              <w:jc w:val="both"/>
              <w:rPr>
                <w:sz w:val="24"/>
              </w:rPr>
            </w:pPr>
            <w:r w:rsidRPr="0078531E">
              <w:rPr>
                <w:sz w:val="24"/>
              </w:rPr>
              <w:t>3.</w:t>
            </w:r>
            <w:r w:rsidRPr="0078531E">
              <w:rPr>
                <w:spacing w:val="80"/>
                <w:w w:val="150"/>
                <w:sz w:val="24"/>
              </w:rPr>
              <w:t xml:space="preserve"> </w:t>
            </w:r>
            <w:r w:rsidRPr="0078531E">
              <w:rPr>
                <w:sz w:val="24"/>
              </w:rPr>
              <w:t>Az</w:t>
            </w:r>
            <w:r w:rsidRPr="0078531E">
              <w:rPr>
                <w:spacing w:val="80"/>
                <w:w w:val="150"/>
                <w:sz w:val="24"/>
              </w:rPr>
              <w:t xml:space="preserve"> </w:t>
            </w:r>
            <w:r w:rsidRPr="0078531E">
              <w:rPr>
                <w:sz w:val="24"/>
              </w:rPr>
              <w:t>óvoda</w:t>
            </w:r>
            <w:r w:rsidRPr="0078531E">
              <w:rPr>
                <w:spacing w:val="80"/>
                <w:w w:val="150"/>
                <w:sz w:val="24"/>
              </w:rPr>
              <w:t xml:space="preserve"> </w:t>
            </w:r>
            <w:r w:rsidRPr="0078531E">
              <w:rPr>
                <w:sz w:val="24"/>
              </w:rPr>
              <w:t>udvarán</w:t>
            </w:r>
            <w:r w:rsidRPr="0078531E">
              <w:rPr>
                <w:spacing w:val="80"/>
                <w:w w:val="150"/>
                <w:sz w:val="24"/>
              </w:rPr>
              <w:t xml:space="preserve"> </w:t>
            </w:r>
            <w:r w:rsidRPr="0078531E">
              <w:rPr>
                <w:sz w:val="24"/>
              </w:rPr>
              <w:t>található</w:t>
            </w:r>
            <w:r w:rsidRPr="0078531E">
              <w:rPr>
                <w:spacing w:val="80"/>
                <w:w w:val="150"/>
                <w:sz w:val="24"/>
              </w:rPr>
              <w:t xml:space="preserve"> </w:t>
            </w:r>
            <w:r w:rsidRPr="0078531E">
              <w:rPr>
                <w:sz w:val="24"/>
              </w:rPr>
              <w:t>kiskertekben</w:t>
            </w:r>
            <w:r w:rsidRPr="0078531E">
              <w:rPr>
                <w:spacing w:val="80"/>
                <w:w w:val="150"/>
                <w:sz w:val="24"/>
              </w:rPr>
              <w:t xml:space="preserve"> </w:t>
            </w:r>
            <w:r w:rsidRPr="0078531E">
              <w:rPr>
                <w:sz w:val="24"/>
              </w:rPr>
              <w:t>minden</w:t>
            </w:r>
            <w:r w:rsidRPr="0078531E">
              <w:rPr>
                <w:spacing w:val="80"/>
                <w:w w:val="150"/>
                <w:sz w:val="24"/>
              </w:rPr>
              <w:t xml:space="preserve"> </w:t>
            </w:r>
            <w:r w:rsidRPr="0078531E">
              <w:rPr>
                <w:sz w:val="24"/>
              </w:rPr>
              <w:t>korosztály lehetőséget kap az önkéntes kertgondozásra.</w:t>
            </w:r>
          </w:p>
        </w:tc>
      </w:tr>
      <w:tr w:rsidR="0078531E" w:rsidRPr="0078531E" w14:paraId="1264AF2F" w14:textId="77777777">
        <w:trPr>
          <w:trHeight w:val="566"/>
        </w:trPr>
        <w:tc>
          <w:tcPr>
            <w:tcW w:w="9069" w:type="dxa"/>
          </w:tcPr>
          <w:p w14:paraId="64D9CB9A" w14:textId="77777777" w:rsidR="00AE0CFD" w:rsidRPr="0078531E" w:rsidRDefault="00C3522D" w:rsidP="00B04652">
            <w:pPr>
              <w:pStyle w:val="TableParagraph"/>
              <w:spacing w:line="276" w:lineRule="exact"/>
              <w:ind w:left="841" w:firstLine="121"/>
              <w:jc w:val="both"/>
              <w:rPr>
                <w:sz w:val="24"/>
              </w:rPr>
            </w:pPr>
            <w:r w:rsidRPr="0078531E">
              <w:rPr>
                <w:sz w:val="24"/>
              </w:rPr>
              <w:t>4.</w:t>
            </w:r>
            <w:r w:rsidRPr="0078531E">
              <w:rPr>
                <w:spacing w:val="78"/>
                <w:w w:val="150"/>
                <w:sz w:val="24"/>
              </w:rPr>
              <w:t xml:space="preserve"> </w:t>
            </w:r>
            <w:r w:rsidRPr="0078531E">
              <w:rPr>
                <w:sz w:val="24"/>
              </w:rPr>
              <w:t>A</w:t>
            </w:r>
            <w:r w:rsidRPr="0078531E">
              <w:rPr>
                <w:spacing w:val="-15"/>
                <w:sz w:val="24"/>
              </w:rPr>
              <w:t xml:space="preserve"> </w:t>
            </w:r>
            <w:r w:rsidRPr="0078531E">
              <w:rPr>
                <w:sz w:val="24"/>
              </w:rPr>
              <w:t>„meg</w:t>
            </w:r>
            <w:r w:rsidRPr="0078531E">
              <w:rPr>
                <w:spacing w:val="-15"/>
                <w:sz w:val="24"/>
              </w:rPr>
              <w:t xml:space="preserve"> </w:t>
            </w:r>
            <w:r w:rsidRPr="0078531E">
              <w:rPr>
                <w:sz w:val="24"/>
              </w:rPr>
              <w:t>tudom</w:t>
            </w:r>
            <w:r w:rsidRPr="0078531E">
              <w:rPr>
                <w:spacing w:val="-15"/>
                <w:sz w:val="24"/>
              </w:rPr>
              <w:t xml:space="preserve"> </w:t>
            </w:r>
            <w:r w:rsidRPr="0078531E">
              <w:rPr>
                <w:sz w:val="24"/>
              </w:rPr>
              <w:t>csinálni!”</w:t>
            </w:r>
            <w:r w:rsidRPr="0078531E">
              <w:rPr>
                <w:spacing w:val="-13"/>
                <w:sz w:val="24"/>
              </w:rPr>
              <w:t xml:space="preserve"> </w:t>
            </w:r>
            <w:r w:rsidRPr="0078531E">
              <w:rPr>
                <w:sz w:val="24"/>
              </w:rPr>
              <w:t>érzése</w:t>
            </w:r>
            <w:r w:rsidRPr="0078531E">
              <w:rPr>
                <w:spacing w:val="-15"/>
                <w:sz w:val="24"/>
              </w:rPr>
              <w:t xml:space="preserve"> </w:t>
            </w:r>
            <w:r w:rsidRPr="0078531E">
              <w:rPr>
                <w:sz w:val="24"/>
              </w:rPr>
              <w:t>önbizalmát</w:t>
            </w:r>
            <w:r w:rsidRPr="0078531E">
              <w:rPr>
                <w:spacing w:val="-15"/>
                <w:sz w:val="24"/>
              </w:rPr>
              <w:t xml:space="preserve"> </w:t>
            </w:r>
            <w:r w:rsidRPr="0078531E">
              <w:rPr>
                <w:sz w:val="24"/>
              </w:rPr>
              <w:t>növeli,</w:t>
            </w:r>
            <w:r w:rsidRPr="0078531E">
              <w:rPr>
                <w:spacing w:val="-15"/>
                <w:sz w:val="24"/>
              </w:rPr>
              <w:t xml:space="preserve"> </w:t>
            </w:r>
            <w:r w:rsidRPr="0078531E">
              <w:rPr>
                <w:sz w:val="24"/>
              </w:rPr>
              <w:t>pozitív</w:t>
            </w:r>
            <w:r w:rsidRPr="0078531E">
              <w:rPr>
                <w:spacing w:val="-15"/>
                <w:sz w:val="24"/>
              </w:rPr>
              <w:t xml:space="preserve"> </w:t>
            </w:r>
            <w:r w:rsidRPr="0078531E">
              <w:rPr>
                <w:sz w:val="24"/>
              </w:rPr>
              <w:t>énképét</w:t>
            </w:r>
            <w:r w:rsidRPr="0078531E">
              <w:rPr>
                <w:spacing w:val="-15"/>
                <w:sz w:val="24"/>
              </w:rPr>
              <w:t xml:space="preserve"> </w:t>
            </w:r>
            <w:r w:rsidRPr="0078531E">
              <w:rPr>
                <w:sz w:val="24"/>
              </w:rPr>
              <w:t>erősíti,</w:t>
            </w:r>
            <w:r w:rsidRPr="0078531E">
              <w:rPr>
                <w:spacing w:val="-15"/>
                <w:sz w:val="24"/>
              </w:rPr>
              <w:t xml:space="preserve"> </w:t>
            </w:r>
            <w:r w:rsidRPr="0078531E">
              <w:rPr>
                <w:sz w:val="24"/>
              </w:rPr>
              <w:t>reális önismeretét alakítja gyermekeinknek.</w:t>
            </w:r>
          </w:p>
        </w:tc>
      </w:tr>
      <w:tr w:rsidR="0078531E" w:rsidRPr="0078531E" w14:paraId="1856AA04" w14:textId="77777777">
        <w:trPr>
          <w:trHeight w:val="1379"/>
        </w:trPr>
        <w:tc>
          <w:tcPr>
            <w:tcW w:w="9069" w:type="dxa"/>
          </w:tcPr>
          <w:p w14:paraId="3BA1688E" w14:textId="1BE3A08F" w:rsidR="00AE0CFD" w:rsidRPr="0078531E" w:rsidRDefault="00C3522D" w:rsidP="00B04652">
            <w:pPr>
              <w:pStyle w:val="TableParagraph"/>
              <w:ind w:left="841" w:right="94" w:firstLine="121"/>
              <w:jc w:val="both"/>
              <w:rPr>
                <w:sz w:val="24"/>
              </w:rPr>
            </w:pPr>
            <w:r w:rsidRPr="0078531E">
              <w:rPr>
                <w:sz w:val="24"/>
              </w:rPr>
              <w:lastRenderedPageBreak/>
              <w:t>5.</w:t>
            </w:r>
            <w:r w:rsidRPr="0078531E">
              <w:rPr>
                <w:spacing w:val="40"/>
                <w:sz w:val="24"/>
              </w:rPr>
              <w:t xml:space="preserve"> </w:t>
            </w:r>
            <w:r w:rsidRPr="0078531E">
              <w:rPr>
                <w:sz w:val="24"/>
              </w:rPr>
              <w:t>A játékkal sok vonatkozásban azonosságot mutató munka és munka jellegű játékos</w:t>
            </w:r>
            <w:r w:rsidRPr="0078531E">
              <w:rPr>
                <w:spacing w:val="-9"/>
                <w:sz w:val="24"/>
              </w:rPr>
              <w:t xml:space="preserve"> </w:t>
            </w:r>
            <w:r w:rsidRPr="0078531E">
              <w:rPr>
                <w:sz w:val="24"/>
              </w:rPr>
              <w:t>tevékenységek,</w:t>
            </w:r>
            <w:r w:rsidRPr="0078531E">
              <w:rPr>
                <w:spacing w:val="-7"/>
                <w:sz w:val="24"/>
              </w:rPr>
              <w:t xml:space="preserve"> </w:t>
            </w:r>
            <w:r w:rsidRPr="0078531E">
              <w:rPr>
                <w:sz w:val="24"/>
              </w:rPr>
              <w:t>elsősorban</w:t>
            </w:r>
            <w:r w:rsidRPr="0078531E">
              <w:rPr>
                <w:spacing w:val="-9"/>
                <w:sz w:val="24"/>
              </w:rPr>
              <w:t xml:space="preserve"> </w:t>
            </w:r>
            <w:r w:rsidRPr="0078531E">
              <w:rPr>
                <w:sz w:val="24"/>
              </w:rPr>
              <w:t>a</w:t>
            </w:r>
            <w:r w:rsidRPr="0078531E">
              <w:rPr>
                <w:spacing w:val="-5"/>
                <w:sz w:val="24"/>
              </w:rPr>
              <w:t xml:space="preserve"> </w:t>
            </w:r>
            <w:r w:rsidRPr="0078531E">
              <w:rPr>
                <w:sz w:val="24"/>
              </w:rPr>
              <w:t>gyermekek</w:t>
            </w:r>
            <w:r w:rsidRPr="0078531E">
              <w:rPr>
                <w:spacing w:val="-6"/>
                <w:sz w:val="24"/>
              </w:rPr>
              <w:t xml:space="preserve"> </w:t>
            </w:r>
            <w:r w:rsidRPr="0078531E">
              <w:rPr>
                <w:sz w:val="24"/>
              </w:rPr>
              <w:t>saját</w:t>
            </w:r>
            <w:r w:rsidRPr="0078531E">
              <w:rPr>
                <w:spacing w:val="-9"/>
                <w:sz w:val="24"/>
              </w:rPr>
              <w:t xml:space="preserve"> </w:t>
            </w:r>
            <w:r w:rsidRPr="0078531E">
              <w:rPr>
                <w:sz w:val="24"/>
              </w:rPr>
              <w:t>személyükkel</w:t>
            </w:r>
            <w:r w:rsidRPr="0078531E">
              <w:rPr>
                <w:spacing w:val="-6"/>
                <w:sz w:val="24"/>
              </w:rPr>
              <w:t xml:space="preserve"> </w:t>
            </w:r>
            <w:r w:rsidRPr="0078531E">
              <w:rPr>
                <w:sz w:val="24"/>
              </w:rPr>
              <w:t>kapcsolatos önkiszolgálást</w:t>
            </w:r>
            <w:r w:rsidRPr="0078531E">
              <w:rPr>
                <w:spacing w:val="-3"/>
                <w:sz w:val="24"/>
              </w:rPr>
              <w:t xml:space="preserve"> </w:t>
            </w:r>
            <w:r w:rsidRPr="0078531E">
              <w:rPr>
                <w:sz w:val="24"/>
              </w:rPr>
              <w:t>és</w:t>
            </w:r>
            <w:r w:rsidRPr="0078531E">
              <w:rPr>
                <w:spacing w:val="-3"/>
                <w:sz w:val="24"/>
              </w:rPr>
              <w:t xml:space="preserve"> </w:t>
            </w:r>
            <w:r w:rsidRPr="0078531E">
              <w:rPr>
                <w:sz w:val="24"/>
              </w:rPr>
              <w:t>az</w:t>
            </w:r>
            <w:r w:rsidRPr="0078531E">
              <w:rPr>
                <w:spacing w:val="-2"/>
                <w:sz w:val="24"/>
              </w:rPr>
              <w:t xml:space="preserve"> </w:t>
            </w:r>
            <w:r w:rsidRPr="0078531E">
              <w:rPr>
                <w:sz w:val="24"/>
              </w:rPr>
              <w:t>élethelyzetekben</w:t>
            </w:r>
            <w:r w:rsidRPr="0078531E">
              <w:rPr>
                <w:spacing w:val="-3"/>
                <w:sz w:val="24"/>
              </w:rPr>
              <w:t xml:space="preserve"> </w:t>
            </w:r>
            <w:r w:rsidRPr="0078531E">
              <w:rPr>
                <w:sz w:val="24"/>
              </w:rPr>
              <w:t>való</w:t>
            </w:r>
            <w:r w:rsidRPr="0078531E">
              <w:rPr>
                <w:spacing w:val="-3"/>
                <w:sz w:val="24"/>
              </w:rPr>
              <w:t xml:space="preserve"> </w:t>
            </w:r>
            <w:r w:rsidRPr="0078531E">
              <w:rPr>
                <w:sz w:val="24"/>
              </w:rPr>
              <w:t>közös</w:t>
            </w:r>
            <w:r w:rsidRPr="0078531E">
              <w:rPr>
                <w:spacing w:val="-3"/>
                <w:sz w:val="24"/>
              </w:rPr>
              <w:t xml:space="preserve"> </w:t>
            </w:r>
            <w:r w:rsidRPr="0078531E">
              <w:rPr>
                <w:sz w:val="24"/>
              </w:rPr>
              <w:t>együttműködést,</w:t>
            </w:r>
            <w:r w:rsidRPr="0078531E">
              <w:rPr>
                <w:spacing w:val="-3"/>
                <w:sz w:val="24"/>
              </w:rPr>
              <w:t xml:space="preserve"> </w:t>
            </w:r>
            <w:r w:rsidRPr="0078531E">
              <w:rPr>
                <w:sz w:val="24"/>
              </w:rPr>
              <w:t>a</w:t>
            </w:r>
            <w:r w:rsidRPr="0078531E">
              <w:rPr>
                <w:spacing w:val="-2"/>
                <w:sz w:val="24"/>
              </w:rPr>
              <w:t xml:space="preserve"> </w:t>
            </w:r>
            <w:r w:rsidRPr="0078531E">
              <w:rPr>
                <w:sz w:val="24"/>
              </w:rPr>
              <w:t>folyamatos megbízások</w:t>
            </w:r>
            <w:r w:rsidRPr="0078531E">
              <w:rPr>
                <w:spacing w:val="57"/>
                <w:w w:val="150"/>
                <w:sz w:val="24"/>
              </w:rPr>
              <w:t xml:space="preserve"> </w:t>
            </w:r>
            <w:r w:rsidRPr="0078531E">
              <w:rPr>
                <w:sz w:val="24"/>
              </w:rPr>
              <w:t>rendszerét</w:t>
            </w:r>
            <w:r w:rsidRPr="0078531E">
              <w:rPr>
                <w:spacing w:val="63"/>
                <w:w w:val="150"/>
                <w:sz w:val="24"/>
              </w:rPr>
              <w:t xml:space="preserve"> </w:t>
            </w:r>
            <w:r w:rsidRPr="0078531E">
              <w:rPr>
                <w:sz w:val="24"/>
              </w:rPr>
              <w:t>jelentik.</w:t>
            </w:r>
            <w:r w:rsidRPr="0078531E">
              <w:rPr>
                <w:spacing w:val="60"/>
                <w:w w:val="150"/>
                <w:sz w:val="24"/>
              </w:rPr>
              <w:t xml:space="preserve"> </w:t>
            </w:r>
            <w:r w:rsidRPr="0078531E">
              <w:rPr>
                <w:sz w:val="24"/>
              </w:rPr>
              <w:t>Örömforrásként</w:t>
            </w:r>
            <w:r w:rsidRPr="0078531E">
              <w:rPr>
                <w:spacing w:val="60"/>
                <w:w w:val="150"/>
                <w:sz w:val="24"/>
              </w:rPr>
              <w:t xml:space="preserve"> </w:t>
            </w:r>
            <w:r w:rsidRPr="0078531E">
              <w:rPr>
                <w:sz w:val="24"/>
              </w:rPr>
              <w:t>sikerélményhez</w:t>
            </w:r>
            <w:r w:rsidRPr="0078531E">
              <w:rPr>
                <w:spacing w:val="61"/>
                <w:w w:val="150"/>
                <w:sz w:val="24"/>
              </w:rPr>
              <w:t xml:space="preserve"> </w:t>
            </w:r>
            <w:r w:rsidRPr="0078531E">
              <w:rPr>
                <w:sz w:val="24"/>
              </w:rPr>
              <w:t>juttatja</w:t>
            </w:r>
            <w:r w:rsidRPr="0078531E">
              <w:rPr>
                <w:spacing w:val="59"/>
                <w:w w:val="150"/>
                <w:sz w:val="24"/>
              </w:rPr>
              <w:t xml:space="preserve"> </w:t>
            </w:r>
            <w:r w:rsidRPr="0078531E">
              <w:rPr>
                <w:spacing w:val="-10"/>
                <w:sz w:val="24"/>
              </w:rPr>
              <w:t>a</w:t>
            </w:r>
          </w:p>
          <w:p w14:paraId="3A34D831" w14:textId="77777777" w:rsidR="00AE0CFD" w:rsidRPr="0078531E" w:rsidRDefault="00C3522D" w:rsidP="00B04652">
            <w:pPr>
              <w:pStyle w:val="TableParagraph"/>
              <w:spacing w:line="264" w:lineRule="exact"/>
              <w:ind w:left="841" w:firstLine="121"/>
              <w:jc w:val="both"/>
              <w:rPr>
                <w:sz w:val="24"/>
              </w:rPr>
            </w:pPr>
            <w:r w:rsidRPr="0078531E">
              <w:rPr>
                <w:sz w:val="24"/>
              </w:rPr>
              <w:t>gyermekeket,</w:t>
            </w:r>
            <w:r w:rsidRPr="0078531E">
              <w:rPr>
                <w:spacing w:val="-4"/>
                <w:sz w:val="24"/>
              </w:rPr>
              <w:t xml:space="preserve"> </w:t>
            </w:r>
            <w:r w:rsidRPr="0078531E">
              <w:rPr>
                <w:sz w:val="24"/>
              </w:rPr>
              <w:t>egyre</w:t>
            </w:r>
            <w:r w:rsidRPr="0078531E">
              <w:rPr>
                <w:spacing w:val="-3"/>
                <w:sz w:val="24"/>
              </w:rPr>
              <w:t xml:space="preserve"> </w:t>
            </w:r>
            <w:r w:rsidRPr="0078531E">
              <w:rPr>
                <w:sz w:val="24"/>
              </w:rPr>
              <w:t>önállóbbak,</w:t>
            </w:r>
            <w:r w:rsidRPr="0078531E">
              <w:rPr>
                <w:spacing w:val="-2"/>
                <w:sz w:val="24"/>
              </w:rPr>
              <w:t xml:space="preserve"> </w:t>
            </w:r>
            <w:r w:rsidRPr="0078531E">
              <w:rPr>
                <w:sz w:val="24"/>
              </w:rPr>
              <w:t xml:space="preserve">magabiztosabbak </w:t>
            </w:r>
            <w:r w:rsidRPr="0078531E">
              <w:rPr>
                <w:spacing w:val="-2"/>
                <w:sz w:val="24"/>
              </w:rPr>
              <w:t>lesznek.</w:t>
            </w:r>
          </w:p>
        </w:tc>
      </w:tr>
      <w:tr w:rsidR="0078531E" w:rsidRPr="0078531E" w14:paraId="59D9E417" w14:textId="77777777">
        <w:trPr>
          <w:trHeight w:val="568"/>
        </w:trPr>
        <w:tc>
          <w:tcPr>
            <w:tcW w:w="9069" w:type="dxa"/>
          </w:tcPr>
          <w:p w14:paraId="4FC5299A" w14:textId="77777777" w:rsidR="00AE0CFD" w:rsidRPr="0078531E" w:rsidRDefault="00C3522D" w:rsidP="00B04652">
            <w:pPr>
              <w:pStyle w:val="TableParagraph"/>
              <w:spacing w:line="276" w:lineRule="exact"/>
              <w:ind w:left="841" w:right="233" w:firstLine="121"/>
              <w:jc w:val="both"/>
              <w:rPr>
                <w:sz w:val="24"/>
              </w:rPr>
            </w:pPr>
            <w:r w:rsidRPr="0078531E">
              <w:rPr>
                <w:sz w:val="24"/>
              </w:rPr>
              <w:t>6.</w:t>
            </w:r>
            <w:r w:rsidRPr="0078531E">
              <w:rPr>
                <w:spacing w:val="80"/>
                <w:sz w:val="24"/>
              </w:rPr>
              <w:t xml:space="preserve"> </w:t>
            </w:r>
            <w:r w:rsidRPr="0078531E">
              <w:rPr>
                <w:sz w:val="24"/>
              </w:rPr>
              <w:t>Minden munka jellegű tevékenységnél fontos, hogy a közösen végzett munka igazi élményt nyújtson.</w:t>
            </w:r>
          </w:p>
        </w:tc>
      </w:tr>
      <w:tr w:rsidR="0078531E" w:rsidRPr="0078531E" w14:paraId="64F9FE6E" w14:textId="77777777">
        <w:trPr>
          <w:trHeight w:val="566"/>
        </w:trPr>
        <w:tc>
          <w:tcPr>
            <w:tcW w:w="9069" w:type="dxa"/>
          </w:tcPr>
          <w:p w14:paraId="17103CD2" w14:textId="77777777" w:rsidR="00AE0CFD" w:rsidRPr="0078531E" w:rsidRDefault="00C3522D" w:rsidP="00B04652">
            <w:pPr>
              <w:pStyle w:val="TableParagraph"/>
              <w:spacing w:line="276" w:lineRule="exact"/>
              <w:ind w:left="841" w:right="233" w:firstLine="121"/>
              <w:jc w:val="both"/>
              <w:rPr>
                <w:sz w:val="24"/>
              </w:rPr>
            </w:pPr>
            <w:r w:rsidRPr="0078531E">
              <w:rPr>
                <w:sz w:val="24"/>
              </w:rPr>
              <w:t>7.</w:t>
            </w:r>
            <w:r w:rsidRPr="0078531E">
              <w:rPr>
                <w:spacing w:val="80"/>
                <w:sz w:val="24"/>
              </w:rPr>
              <w:t xml:space="preserve"> </w:t>
            </w:r>
            <w:r w:rsidRPr="0078531E">
              <w:rPr>
                <w:sz w:val="24"/>
              </w:rPr>
              <w:t>Az</w:t>
            </w:r>
            <w:r w:rsidRPr="0078531E">
              <w:rPr>
                <w:spacing w:val="40"/>
                <w:sz w:val="24"/>
              </w:rPr>
              <w:t xml:space="preserve"> </w:t>
            </w:r>
            <w:r w:rsidRPr="0078531E">
              <w:rPr>
                <w:sz w:val="24"/>
              </w:rPr>
              <w:t>óvodapedagógus</w:t>
            </w:r>
            <w:r w:rsidRPr="0078531E">
              <w:rPr>
                <w:spacing w:val="40"/>
                <w:sz w:val="24"/>
              </w:rPr>
              <w:t xml:space="preserve"> </w:t>
            </w:r>
            <w:r w:rsidRPr="0078531E">
              <w:rPr>
                <w:sz w:val="24"/>
              </w:rPr>
              <w:t>értékelése</w:t>
            </w:r>
            <w:r w:rsidRPr="0078531E">
              <w:rPr>
                <w:spacing w:val="40"/>
                <w:sz w:val="24"/>
              </w:rPr>
              <w:t xml:space="preserve"> </w:t>
            </w:r>
            <w:r w:rsidRPr="0078531E">
              <w:rPr>
                <w:sz w:val="24"/>
              </w:rPr>
              <w:t>legyen</w:t>
            </w:r>
            <w:r w:rsidRPr="0078531E">
              <w:rPr>
                <w:spacing w:val="40"/>
                <w:sz w:val="24"/>
              </w:rPr>
              <w:t xml:space="preserve"> </w:t>
            </w:r>
            <w:r w:rsidRPr="0078531E">
              <w:rPr>
                <w:sz w:val="24"/>
              </w:rPr>
              <w:t>buzdító,</w:t>
            </w:r>
            <w:r w:rsidRPr="0078531E">
              <w:rPr>
                <w:spacing w:val="40"/>
                <w:sz w:val="24"/>
              </w:rPr>
              <w:t xml:space="preserve"> </w:t>
            </w:r>
            <w:r w:rsidRPr="0078531E">
              <w:rPr>
                <w:sz w:val="24"/>
              </w:rPr>
              <w:t>mindig</w:t>
            </w:r>
            <w:r w:rsidRPr="0078531E">
              <w:rPr>
                <w:spacing w:val="40"/>
                <w:sz w:val="24"/>
              </w:rPr>
              <w:t xml:space="preserve"> </w:t>
            </w:r>
            <w:r w:rsidRPr="0078531E">
              <w:rPr>
                <w:sz w:val="24"/>
              </w:rPr>
              <w:t>megerősítő,</w:t>
            </w:r>
            <w:r w:rsidRPr="0078531E">
              <w:rPr>
                <w:spacing w:val="40"/>
                <w:sz w:val="24"/>
              </w:rPr>
              <w:t xml:space="preserve"> </w:t>
            </w:r>
            <w:r w:rsidRPr="0078531E">
              <w:rPr>
                <w:sz w:val="24"/>
              </w:rPr>
              <w:t>hogy</w:t>
            </w:r>
            <w:r w:rsidRPr="0078531E">
              <w:rPr>
                <w:spacing w:val="40"/>
                <w:sz w:val="24"/>
              </w:rPr>
              <w:t xml:space="preserve"> </w:t>
            </w:r>
            <w:r w:rsidRPr="0078531E">
              <w:rPr>
                <w:sz w:val="24"/>
              </w:rPr>
              <w:t>a gyermekekben pozitív viszony alakuljon ki a rendszeres munkavégzéshez.</w:t>
            </w:r>
          </w:p>
        </w:tc>
      </w:tr>
      <w:tr w:rsidR="0078531E" w:rsidRPr="0078531E" w14:paraId="24B4147A" w14:textId="77777777">
        <w:trPr>
          <w:trHeight w:val="827"/>
        </w:trPr>
        <w:tc>
          <w:tcPr>
            <w:tcW w:w="9069" w:type="dxa"/>
          </w:tcPr>
          <w:p w14:paraId="65A2C05D" w14:textId="77777777" w:rsidR="00AE0CFD" w:rsidRPr="0078531E" w:rsidRDefault="00C3522D" w:rsidP="00B04652">
            <w:pPr>
              <w:pStyle w:val="TableParagraph"/>
              <w:spacing w:line="268" w:lineRule="exact"/>
              <w:ind w:left="841" w:firstLine="121"/>
              <w:jc w:val="both"/>
              <w:rPr>
                <w:sz w:val="24"/>
              </w:rPr>
            </w:pPr>
            <w:r w:rsidRPr="0078531E">
              <w:rPr>
                <w:sz w:val="24"/>
              </w:rPr>
              <w:t>8.</w:t>
            </w:r>
            <w:r w:rsidRPr="0078531E">
              <w:rPr>
                <w:spacing w:val="25"/>
                <w:sz w:val="24"/>
              </w:rPr>
              <w:t xml:space="preserve">  </w:t>
            </w:r>
            <w:r w:rsidRPr="0078531E">
              <w:rPr>
                <w:sz w:val="24"/>
              </w:rPr>
              <w:t>Az</w:t>
            </w:r>
            <w:r w:rsidRPr="0078531E">
              <w:rPr>
                <w:spacing w:val="-1"/>
                <w:sz w:val="24"/>
              </w:rPr>
              <w:t xml:space="preserve"> </w:t>
            </w:r>
            <w:r w:rsidRPr="0078531E">
              <w:rPr>
                <w:sz w:val="24"/>
              </w:rPr>
              <w:t>óvodapedagógus</w:t>
            </w:r>
            <w:r w:rsidRPr="0078531E">
              <w:rPr>
                <w:spacing w:val="-2"/>
                <w:sz w:val="24"/>
              </w:rPr>
              <w:t xml:space="preserve"> </w:t>
            </w:r>
            <w:r w:rsidRPr="0078531E">
              <w:rPr>
                <w:sz w:val="24"/>
              </w:rPr>
              <w:t>adjon</w:t>
            </w:r>
            <w:r w:rsidRPr="0078531E">
              <w:rPr>
                <w:spacing w:val="-1"/>
                <w:sz w:val="24"/>
              </w:rPr>
              <w:t xml:space="preserve"> </w:t>
            </w:r>
            <w:r w:rsidRPr="0078531E">
              <w:rPr>
                <w:sz w:val="24"/>
              </w:rPr>
              <w:t>lehetőséget</w:t>
            </w:r>
            <w:r w:rsidRPr="0078531E">
              <w:rPr>
                <w:spacing w:val="-2"/>
                <w:sz w:val="24"/>
              </w:rPr>
              <w:t xml:space="preserve"> </w:t>
            </w:r>
            <w:r w:rsidRPr="0078531E">
              <w:rPr>
                <w:sz w:val="24"/>
              </w:rPr>
              <w:t>az</w:t>
            </w:r>
            <w:r w:rsidRPr="0078531E">
              <w:rPr>
                <w:spacing w:val="-1"/>
                <w:sz w:val="24"/>
              </w:rPr>
              <w:t xml:space="preserve"> </w:t>
            </w:r>
            <w:r w:rsidRPr="0078531E">
              <w:rPr>
                <w:sz w:val="24"/>
              </w:rPr>
              <w:t>önálló</w:t>
            </w:r>
            <w:r w:rsidRPr="0078531E">
              <w:rPr>
                <w:spacing w:val="-2"/>
                <w:sz w:val="24"/>
              </w:rPr>
              <w:t xml:space="preserve"> </w:t>
            </w:r>
            <w:r w:rsidRPr="0078531E">
              <w:rPr>
                <w:sz w:val="24"/>
              </w:rPr>
              <w:t>tevékenységként</w:t>
            </w:r>
            <w:r w:rsidRPr="0078531E">
              <w:rPr>
                <w:spacing w:val="-1"/>
                <w:sz w:val="24"/>
              </w:rPr>
              <w:t xml:space="preserve"> </w:t>
            </w:r>
            <w:r w:rsidRPr="0078531E">
              <w:rPr>
                <w:spacing w:val="-2"/>
                <w:sz w:val="24"/>
              </w:rPr>
              <w:t>végzett</w:t>
            </w:r>
          </w:p>
          <w:p w14:paraId="2FBA9A09" w14:textId="77777777" w:rsidR="00AE0CFD" w:rsidRPr="0078531E" w:rsidRDefault="00C3522D" w:rsidP="00B04652">
            <w:pPr>
              <w:pStyle w:val="TableParagraph"/>
              <w:spacing w:line="270" w:lineRule="atLeast"/>
              <w:ind w:left="841" w:right="233" w:firstLine="121"/>
              <w:jc w:val="both"/>
              <w:rPr>
                <w:sz w:val="24"/>
              </w:rPr>
            </w:pPr>
            <w:r w:rsidRPr="0078531E">
              <w:rPr>
                <w:sz w:val="24"/>
              </w:rPr>
              <w:t>alkalmi</w:t>
            </w:r>
            <w:r w:rsidRPr="0078531E">
              <w:rPr>
                <w:spacing w:val="-5"/>
                <w:sz w:val="24"/>
              </w:rPr>
              <w:t xml:space="preserve"> </w:t>
            </w:r>
            <w:r w:rsidRPr="0078531E">
              <w:rPr>
                <w:sz w:val="24"/>
              </w:rPr>
              <w:t>megbízások</w:t>
            </w:r>
            <w:r w:rsidRPr="0078531E">
              <w:rPr>
                <w:spacing w:val="-5"/>
                <w:sz w:val="24"/>
              </w:rPr>
              <w:t xml:space="preserve"> </w:t>
            </w:r>
            <w:r w:rsidRPr="0078531E">
              <w:rPr>
                <w:sz w:val="24"/>
              </w:rPr>
              <w:t>teljesítésére,</w:t>
            </w:r>
            <w:r w:rsidRPr="0078531E">
              <w:rPr>
                <w:spacing w:val="-5"/>
                <w:sz w:val="24"/>
              </w:rPr>
              <w:t xml:space="preserve"> </w:t>
            </w:r>
            <w:r w:rsidRPr="0078531E">
              <w:rPr>
                <w:sz w:val="24"/>
              </w:rPr>
              <w:t>az</w:t>
            </w:r>
            <w:r w:rsidRPr="0078531E">
              <w:rPr>
                <w:spacing w:val="-4"/>
                <w:sz w:val="24"/>
              </w:rPr>
              <w:t xml:space="preserve"> </w:t>
            </w:r>
            <w:r w:rsidRPr="0078531E">
              <w:rPr>
                <w:sz w:val="24"/>
              </w:rPr>
              <w:t>elvállalt</w:t>
            </w:r>
            <w:r w:rsidRPr="0078531E">
              <w:rPr>
                <w:spacing w:val="-5"/>
                <w:sz w:val="24"/>
              </w:rPr>
              <w:t xml:space="preserve"> </w:t>
            </w:r>
            <w:r w:rsidRPr="0078531E">
              <w:rPr>
                <w:sz w:val="24"/>
              </w:rPr>
              <w:t>naposi</w:t>
            </w:r>
            <w:r w:rsidRPr="0078531E">
              <w:rPr>
                <w:spacing w:val="-5"/>
                <w:sz w:val="24"/>
              </w:rPr>
              <w:t xml:space="preserve"> </w:t>
            </w:r>
            <w:r w:rsidRPr="0078531E">
              <w:rPr>
                <w:sz w:val="24"/>
              </w:rPr>
              <w:t>vagy</w:t>
            </w:r>
            <w:r w:rsidRPr="0078531E">
              <w:rPr>
                <w:spacing w:val="-9"/>
                <w:sz w:val="24"/>
              </w:rPr>
              <w:t xml:space="preserve"> </w:t>
            </w:r>
            <w:r w:rsidRPr="0078531E">
              <w:rPr>
                <w:sz w:val="24"/>
              </w:rPr>
              <w:t>egyéb</w:t>
            </w:r>
            <w:r w:rsidRPr="0078531E">
              <w:rPr>
                <w:spacing w:val="-5"/>
                <w:sz w:val="24"/>
              </w:rPr>
              <w:t xml:space="preserve"> </w:t>
            </w:r>
            <w:r w:rsidRPr="0078531E">
              <w:rPr>
                <w:sz w:val="24"/>
              </w:rPr>
              <w:t>munkákra,</w:t>
            </w:r>
            <w:r w:rsidRPr="0078531E">
              <w:rPr>
                <w:spacing w:val="-3"/>
                <w:sz w:val="24"/>
              </w:rPr>
              <w:t xml:space="preserve"> </w:t>
            </w:r>
            <w:r w:rsidRPr="0078531E">
              <w:rPr>
                <w:sz w:val="24"/>
              </w:rPr>
              <w:t>a környezet, a növény és állatgondozásra.</w:t>
            </w:r>
          </w:p>
        </w:tc>
      </w:tr>
      <w:tr w:rsidR="0078531E" w:rsidRPr="0078531E" w14:paraId="62FA66CC" w14:textId="77777777">
        <w:trPr>
          <w:trHeight w:val="827"/>
        </w:trPr>
        <w:tc>
          <w:tcPr>
            <w:tcW w:w="9069" w:type="dxa"/>
          </w:tcPr>
          <w:p w14:paraId="56097DCE" w14:textId="0C0BE49E" w:rsidR="00FB4810" w:rsidRPr="0078531E" w:rsidRDefault="00FB4810" w:rsidP="00FB4810">
            <w:pPr>
              <w:pStyle w:val="Default"/>
              <w:jc w:val="both"/>
              <w:rPr>
                <w:color w:val="auto"/>
                <w:sz w:val="23"/>
                <w:szCs w:val="23"/>
              </w:rPr>
            </w:pPr>
            <w:r w:rsidRPr="0078531E">
              <w:rPr>
                <w:color w:val="auto"/>
              </w:rPr>
              <w:t xml:space="preserve">               9.</w:t>
            </w:r>
            <w:r w:rsidRPr="0078531E">
              <w:rPr>
                <w:color w:val="auto"/>
                <w:sz w:val="23"/>
                <w:szCs w:val="23"/>
              </w:rPr>
              <w:t xml:space="preserve"> A gyermek, munka jellegű tevékenységének sajátosságai: </w:t>
            </w:r>
          </w:p>
          <w:p w14:paraId="452C2F63" w14:textId="65BCFA24" w:rsidR="00FB4810" w:rsidRPr="0078531E" w:rsidRDefault="00FB4810" w:rsidP="00FB4810">
            <w:pPr>
              <w:pStyle w:val="Default"/>
              <w:jc w:val="both"/>
              <w:rPr>
                <w:color w:val="auto"/>
                <w:sz w:val="23"/>
                <w:szCs w:val="23"/>
              </w:rPr>
            </w:pPr>
            <w:r w:rsidRPr="0078531E">
              <w:rPr>
                <w:color w:val="auto"/>
                <w:sz w:val="23"/>
                <w:szCs w:val="23"/>
              </w:rPr>
              <w:t xml:space="preserve">                a) örömmel és szívesen végzett aktív tevékenység, </w:t>
            </w:r>
          </w:p>
          <w:p w14:paraId="4B22C3DA" w14:textId="44FAA200" w:rsidR="00FB4810" w:rsidRPr="0078531E" w:rsidRDefault="00FB4810" w:rsidP="00FB4810">
            <w:pPr>
              <w:pStyle w:val="Default"/>
              <w:jc w:val="both"/>
              <w:rPr>
                <w:color w:val="auto"/>
                <w:sz w:val="23"/>
                <w:szCs w:val="23"/>
              </w:rPr>
            </w:pPr>
            <w:r w:rsidRPr="0078531E">
              <w:rPr>
                <w:color w:val="auto"/>
                <w:sz w:val="23"/>
                <w:szCs w:val="23"/>
              </w:rPr>
              <w:t xml:space="preserve">                b) a tapasztalatszerzésnek és a környezet megismerésének, a munkavégzéshez szükséges attitűdök és képességek, készségek, tulajdonságok, mint a kitartás, az önállóság, a felelősség, a céltudatosság alakításának fontos lehetősége, és </w:t>
            </w:r>
          </w:p>
          <w:p w14:paraId="4ECB2940" w14:textId="0FC068B3" w:rsidR="00FB4810" w:rsidRPr="0078531E" w:rsidRDefault="00FB4810" w:rsidP="00FB4810">
            <w:pPr>
              <w:pStyle w:val="TableParagraph"/>
              <w:spacing w:line="268" w:lineRule="exact"/>
              <w:ind w:left="841" w:firstLine="121"/>
              <w:jc w:val="both"/>
              <w:rPr>
                <w:sz w:val="24"/>
              </w:rPr>
            </w:pPr>
            <w:r w:rsidRPr="0078531E">
              <w:rPr>
                <w:sz w:val="23"/>
                <w:szCs w:val="23"/>
              </w:rPr>
              <w:t>c) a közösségi kapcsolatok a kötelesség- és felelősségvállalás</w:t>
            </w:r>
          </w:p>
        </w:tc>
      </w:tr>
      <w:tr w:rsidR="00FB4810" w:rsidRPr="0078531E" w14:paraId="7D906216" w14:textId="77777777">
        <w:trPr>
          <w:trHeight w:val="827"/>
        </w:trPr>
        <w:tc>
          <w:tcPr>
            <w:tcW w:w="9069" w:type="dxa"/>
          </w:tcPr>
          <w:p w14:paraId="6731D39F" w14:textId="0E0A7B7F" w:rsidR="00FB4810" w:rsidRPr="0078531E" w:rsidRDefault="00FB4810" w:rsidP="00FB4810">
            <w:pPr>
              <w:pStyle w:val="Default"/>
              <w:jc w:val="both"/>
              <w:rPr>
                <w:color w:val="auto"/>
              </w:rPr>
            </w:pPr>
            <w:r w:rsidRPr="0078531E">
              <w:rPr>
                <w:color w:val="auto"/>
                <w:sz w:val="23"/>
                <w:szCs w:val="23"/>
              </w:rPr>
              <w:t xml:space="preserve">                10.A gyermeki munka az óvodapedagógustól tudatos pedagógiai szervezést, a gyermekkel való együttműködést és folyamatos konkrét, reális, vagyis a gyermeknek saját magához mérten fejlesztő pozitív értékelést igényel.</w:t>
            </w:r>
          </w:p>
        </w:tc>
      </w:tr>
    </w:tbl>
    <w:p w14:paraId="2B82518E" w14:textId="77777777" w:rsidR="00AE0CFD" w:rsidRPr="0078531E" w:rsidRDefault="00AE0CFD">
      <w:pPr>
        <w:pStyle w:val="Szvegtrzs"/>
        <w:rPr>
          <w:b/>
        </w:rPr>
      </w:pPr>
    </w:p>
    <w:p w14:paraId="245A1AA4" w14:textId="77777777" w:rsidR="00AE0CFD" w:rsidRPr="0078531E" w:rsidRDefault="00AE0CFD">
      <w:pPr>
        <w:pStyle w:val="Szvegtrzs"/>
        <w:spacing w:before="128"/>
        <w:rPr>
          <w:b/>
        </w:rPr>
      </w:pPr>
    </w:p>
    <w:p w14:paraId="2FBCDAB3" w14:textId="77777777" w:rsidR="00AE0CFD" w:rsidRPr="0078531E" w:rsidRDefault="00C3522D" w:rsidP="00560297">
      <w:pPr>
        <w:ind w:left="136"/>
        <w:jc w:val="center"/>
        <w:rPr>
          <w:b/>
          <w:sz w:val="24"/>
        </w:rPr>
      </w:pPr>
      <w:r w:rsidRPr="0078531E">
        <w:rPr>
          <w:b/>
          <w:sz w:val="24"/>
        </w:rPr>
        <w:t>A</w:t>
      </w:r>
      <w:r w:rsidRPr="0078531E">
        <w:rPr>
          <w:b/>
          <w:spacing w:val="-6"/>
          <w:sz w:val="24"/>
        </w:rPr>
        <w:t xml:space="preserve"> </w:t>
      </w:r>
      <w:r w:rsidRPr="0078531E">
        <w:rPr>
          <w:b/>
          <w:sz w:val="24"/>
        </w:rPr>
        <w:t>TEVÉKENYSÉGEKBEN</w:t>
      </w:r>
      <w:r w:rsidRPr="0078531E">
        <w:rPr>
          <w:b/>
          <w:spacing w:val="-6"/>
          <w:sz w:val="24"/>
        </w:rPr>
        <w:t xml:space="preserve"> </w:t>
      </w:r>
      <w:r w:rsidRPr="0078531E">
        <w:rPr>
          <w:b/>
          <w:sz w:val="24"/>
        </w:rPr>
        <w:t>MEGVALÓSULÓ</w:t>
      </w:r>
      <w:r w:rsidRPr="0078531E">
        <w:rPr>
          <w:b/>
          <w:spacing w:val="-4"/>
          <w:sz w:val="24"/>
        </w:rPr>
        <w:t xml:space="preserve"> </w:t>
      </w:r>
      <w:r w:rsidRPr="0078531E">
        <w:rPr>
          <w:b/>
          <w:sz w:val="24"/>
        </w:rPr>
        <w:t>TANULÁS-</w:t>
      </w:r>
      <w:r w:rsidRPr="0078531E">
        <w:rPr>
          <w:b/>
          <w:spacing w:val="-2"/>
          <w:sz w:val="24"/>
        </w:rPr>
        <w:t>TANÍTÁS</w:t>
      </w:r>
    </w:p>
    <w:p w14:paraId="7B1EC5B0" w14:textId="77777777" w:rsidR="00AE0CFD" w:rsidRPr="0078531E" w:rsidRDefault="00AE0CFD">
      <w:pPr>
        <w:pStyle w:val="Szvegtrzs"/>
        <w:spacing w:before="109"/>
        <w:rPr>
          <w:b/>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3"/>
        <w:gridCol w:w="314"/>
      </w:tblGrid>
      <w:tr w:rsidR="0078531E" w:rsidRPr="0078531E" w14:paraId="20BB818D" w14:textId="77777777">
        <w:trPr>
          <w:trHeight w:val="719"/>
        </w:trPr>
        <w:tc>
          <w:tcPr>
            <w:tcW w:w="9073" w:type="dxa"/>
            <w:tcBorders>
              <w:right w:val="nil"/>
            </w:tcBorders>
          </w:tcPr>
          <w:p w14:paraId="6692E7C6" w14:textId="2B75382B" w:rsidR="00AE0CFD" w:rsidRPr="0078531E" w:rsidRDefault="00C3522D" w:rsidP="00FB4810">
            <w:pPr>
              <w:pStyle w:val="TableParagraph"/>
              <w:spacing w:before="49" w:line="264" w:lineRule="auto"/>
              <w:ind w:left="110" w:right="700" w:firstLine="360"/>
              <w:jc w:val="both"/>
              <w:rPr>
                <w:sz w:val="24"/>
              </w:rPr>
            </w:pPr>
            <w:r w:rsidRPr="0078531E">
              <w:rPr>
                <w:sz w:val="24"/>
              </w:rPr>
              <w:t>1.</w:t>
            </w:r>
            <w:r w:rsidRPr="0078531E">
              <w:rPr>
                <w:spacing w:val="-5"/>
                <w:sz w:val="24"/>
              </w:rPr>
              <w:t xml:space="preserve"> </w:t>
            </w:r>
            <w:r w:rsidR="00FB4810" w:rsidRPr="0078531E">
              <w:rPr>
                <w:sz w:val="24"/>
              </w:rPr>
              <w:t>A gyermek tanulási képességeinek kibontakoztatása és fejlesztése, a teljes óvodai életet átfogó, folyamatos és alapvető feladat. A gyermek adottságai, a családban és tágabb környezetében szerzett tapasztalatai, valamint az óvodai nevelés során biztosított tanulási formák meghatározzák a gyermek későbbi fejlődési lehetőségeit és alakuló motivációját. Az óvodapedagógus a tanulást biztosító feltételek megteremtése során épít a gyermekek előzetes élményeire, tapasztalataira, ismereteire.</w:t>
            </w:r>
          </w:p>
        </w:tc>
        <w:tc>
          <w:tcPr>
            <w:tcW w:w="314" w:type="dxa"/>
            <w:vMerge w:val="restart"/>
            <w:tcBorders>
              <w:left w:val="nil"/>
            </w:tcBorders>
          </w:tcPr>
          <w:p w14:paraId="2CD27411" w14:textId="77777777" w:rsidR="00AE0CFD" w:rsidRPr="0078531E" w:rsidRDefault="00AE0CFD">
            <w:pPr>
              <w:pStyle w:val="TableParagraph"/>
              <w:rPr>
                <w:sz w:val="24"/>
              </w:rPr>
            </w:pPr>
          </w:p>
        </w:tc>
      </w:tr>
      <w:tr w:rsidR="0078531E" w:rsidRPr="0078531E" w14:paraId="7A46A6C3" w14:textId="77777777">
        <w:trPr>
          <w:trHeight w:val="1261"/>
        </w:trPr>
        <w:tc>
          <w:tcPr>
            <w:tcW w:w="9073" w:type="dxa"/>
            <w:tcBorders>
              <w:right w:val="nil"/>
            </w:tcBorders>
          </w:tcPr>
          <w:p w14:paraId="5465BBBD" w14:textId="2A8CC698" w:rsidR="00AE0CFD" w:rsidRPr="0078531E" w:rsidRDefault="00C3522D" w:rsidP="00B04652">
            <w:pPr>
              <w:pStyle w:val="TableParagraph"/>
              <w:spacing w:before="49" w:line="276" w:lineRule="auto"/>
              <w:ind w:left="50" w:firstLine="420"/>
              <w:jc w:val="both"/>
              <w:rPr>
                <w:sz w:val="24"/>
              </w:rPr>
            </w:pPr>
            <w:r w:rsidRPr="0078531E">
              <w:rPr>
                <w:sz w:val="24"/>
              </w:rPr>
              <w:t>2. Az óvodapedagógus biztosítsa annak feltételeit, hogy a tanulás és ismeretszerzés ne csak</w:t>
            </w:r>
            <w:r w:rsidRPr="0078531E">
              <w:rPr>
                <w:spacing w:val="-5"/>
                <w:sz w:val="24"/>
              </w:rPr>
              <w:t xml:space="preserve"> </w:t>
            </w:r>
            <w:r w:rsidRPr="0078531E">
              <w:rPr>
                <w:sz w:val="24"/>
              </w:rPr>
              <w:t>a</w:t>
            </w:r>
            <w:r w:rsidRPr="0078531E">
              <w:rPr>
                <w:spacing w:val="-6"/>
                <w:sz w:val="24"/>
              </w:rPr>
              <w:t xml:space="preserve"> </w:t>
            </w:r>
            <w:r w:rsidRPr="0078531E">
              <w:rPr>
                <w:sz w:val="24"/>
              </w:rPr>
              <w:t>kezdeményezett</w:t>
            </w:r>
            <w:r w:rsidRPr="0078531E">
              <w:rPr>
                <w:spacing w:val="-5"/>
                <w:sz w:val="24"/>
              </w:rPr>
              <w:t xml:space="preserve"> </w:t>
            </w:r>
            <w:r w:rsidRPr="0078531E">
              <w:rPr>
                <w:sz w:val="24"/>
              </w:rPr>
              <w:t>tevékenységi</w:t>
            </w:r>
            <w:r w:rsidRPr="0078531E">
              <w:rPr>
                <w:spacing w:val="-5"/>
                <w:sz w:val="24"/>
              </w:rPr>
              <w:t xml:space="preserve"> </w:t>
            </w:r>
            <w:r w:rsidRPr="0078531E">
              <w:rPr>
                <w:sz w:val="24"/>
              </w:rPr>
              <w:t>formákban,</w:t>
            </w:r>
            <w:r w:rsidRPr="0078531E">
              <w:rPr>
                <w:spacing w:val="-5"/>
                <w:sz w:val="24"/>
              </w:rPr>
              <w:t xml:space="preserve"> </w:t>
            </w:r>
            <w:r w:rsidRPr="0078531E">
              <w:rPr>
                <w:sz w:val="24"/>
              </w:rPr>
              <w:t>helyszíneken</w:t>
            </w:r>
            <w:r w:rsidRPr="0078531E">
              <w:rPr>
                <w:spacing w:val="-5"/>
                <w:sz w:val="24"/>
              </w:rPr>
              <w:t xml:space="preserve"> </w:t>
            </w:r>
            <w:r w:rsidRPr="0078531E">
              <w:rPr>
                <w:sz w:val="24"/>
              </w:rPr>
              <w:t>és</w:t>
            </w:r>
            <w:r w:rsidRPr="0078531E">
              <w:rPr>
                <w:spacing w:val="-6"/>
                <w:sz w:val="24"/>
              </w:rPr>
              <w:t xml:space="preserve"> </w:t>
            </w:r>
            <w:r w:rsidRPr="0078531E">
              <w:rPr>
                <w:sz w:val="24"/>
              </w:rPr>
              <w:t>időkeretben</w:t>
            </w:r>
            <w:r w:rsidRPr="0078531E">
              <w:rPr>
                <w:spacing w:val="-5"/>
                <w:sz w:val="24"/>
              </w:rPr>
              <w:t xml:space="preserve"> </w:t>
            </w:r>
            <w:r w:rsidRPr="0078531E">
              <w:rPr>
                <w:sz w:val="24"/>
              </w:rPr>
              <w:t>valósulhasson meg, hanem átszője az egész óvodai életet.</w:t>
            </w:r>
            <w:r w:rsidR="00FB4810" w:rsidRPr="0078531E">
              <w:rPr>
                <w:sz w:val="23"/>
                <w:szCs w:val="23"/>
              </w:rPr>
              <w:t xml:space="preserve"> Az óvodapedagógus által kezdeményezett párhuzamos tevékenységi formákban, szervezeti és időkeretekben valósul meg.</w:t>
            </w:r>
          </w:p>
        </w:tc>
        <w:tc>
          <w:tcPr>
            <w:tcW w:w="314" w:type="dxa"/>
            <w:vMerge/>
            <w:tcBorders>
              <w:top w:val="nil"/>
              <w:left w:val="nil"/>
            </w:tcBorders>
          </w:tcPr>
          <w:p w14:paraId="5DE0205E" w14:textId="77777777" w:rsidR="00AE0CFD" w:rsidRPr="0078531E" w:rsidRDefault="00AE0CFD">
            <w:pPr>
              <w:rPr>
                <w:sz w:val="2"/>
                <w:szCs w:val="2"/>
              </w:rPr>
            </w:pPr>
          </w:p>
        </w:tc>
      </w:tr>
      <w:tr w:rsidR="0078531E" w:rsidRPr="0078531E" w14:paraId="4E37B0EC" w14:textId="77777777">
        <w:trPr>
          <w:trHeight w:val="945"/>
        </w:trPr>
        <w:tc>
          <w:tcPr>
            <w:tcW w:w="9073" w:type="dxa"/>
            <w:tcBorders>
              <w:right w:val="nil"/>
            </w:tcBorders>
          </w:tcPr>
          <w:p w14:paraId="03788745" w14:textId="42B972D5" w:rsidR="00AE0CFD" w:rsidRPr="0078531E" w:rsidRDefault="00C3522D" w:rsidP="00B04652">
            <w:pPr>
              <w:pStyle w:val="TableParagraph"/>
              <w:spacing w:before="50" w:line="276" w:lineRule="auto"/>
              <w:ind w:left="50" w:right="700" w:firstLine="420"/>
              <w:jc w:val="both"/>
              <w:rPr>
                <w:sz w:val="24"/>
              </w:rPr>
            </w:pPr>
            <w:r w:rsidRPr="0078531E">
              <w:rPr>
                <w:sz w:val="24"/>
              </w:rPr>
              <w:t>3.</w:t>
            </w:r>
            <w:r w:rsidRPr="0078531E">
              <w:rPr>
                <w:spacing w:val="-4"/>
                <w:sz w:val="24"/>
              </w:rPr>
              <w:t xml:space="preserve"> </w:t>
            </w:r>
            <w:r w:rsidRPr="0078531E">
              <w:rPr>
                <w:sz w:val="24"/>
              </w:rPr>
              <w:t>Tanulást</w:t>
            </w:r>
            <w:r w:rsidRPr="0078531E">
              <w:rPr>
                <w:spacing w:val="-4"/>
                <w:sz w:val="24"/>
              </w:rPr>
              <w:t xml:space="preserve"> </w:t>
            </w:r>
            <w:r w:rsidRPr="0078531E">
              <w:rPr>
                <w:sz w:val="24"/>
              </w:rPr>
              <w:t>támogató</w:t>
            </w:r>
            <w:r w:rsidRPr="0078531E">
              <w:rPr>
                <w:spacing w:val="-2"/>
                <w:sz w:val="24"/>
              </w:rPr>
              <w:t xml:space="preserve"> </w:t>
            </w:r>
            <w:r w:rsidRPr="0078531E">
              <w:rPr>
                <w:sz w:val="24"/>
              </w:rPr>
              <w:t>környezet</w:t>
            </w:r>
            <w:r w:rsidRPr="0078531E">
              <w:rPr>
                <w:spacing w:val="-4"/>
                <w:sz w:val="24"/>
              </w:rPr>
              <w:t xml:space="preserve"> </w:t>
            </w:r>
            <w:r w:rsidRPr="0078531E">
              <w:rPr>
                <w:sz w:val="24"/>
              </w:rPr>
              <w:t>kialakítására</w:t>
            </w:r>
            <w:r w:rsidRPr="0078531E">
              <w:rPr>
                <w:spacing w:val="-5"/>
                <w:sz w:val="24"/>
              </w:rPr>
              <w:t xml:space="preserve"> </w:t>
            </w:r>
            <w:r w:rsidRPr="0078531E">
              <w:rPr>
                <w:sz w:val="24"/>
              </w:rPr>
              <w:t>törekedjen</w:t>
            </w:r>
            <w:r w:rsidRPr="0078531E">
              <w:rPr>
                <w:spacing w:val="-3"/>
                <w:sz w:val="24"/>
              </w:rPr>
              <w:t xml:space="preserve"> </w:t>
            </w:r>
            <w:r w:rsidRPr="0078531E">
              <w:rPr>
                <w:sz w:val="24"/>
              </w:rPr>
              <w:t>a</w:t>
            </w:r>
            <w:r w:rsidRPr="0078531E">
              <w:rPr>
                <w:spacing w:val="-5"/>
                <w:sz w:val="24"/>
              </w:rPr>
              <w:t xml:space="preserve"> </w:t>
            </w:r>
            <w:r w:rsidRPr="0078531E">
              <w:rPr>
                <w:sz w:val="24"/>
              </w:rPr>
              <w:t>korosztály</w:t>
            </w:r>
            <w:r w:rsidRPr="0078531E">
              <w:rPr>
                <w:spacing w:val="-7"/>
                <w:sz w:val="24"/>
              </w:rPr>
              <w:t xml:space="preserve"> </w:t>
            </w:r>
            <w:r w:rsidRPr="0078531E">
              <w:rPr>
                <w:sz w:val="24"/>
              </w:rPr>
              <w:t>és</w:t>
            </w:r>
            <w:r w:rsidRPr="0078531E">
              <w:rPr>
                <w:spacing w:val="-5"/>
                <w:sz w:val="24"/>
              </w:rPr>
              <w:t xml:space="preserve"> </w:t>
            </w:r>
            <w:r w:rsidRPr="0078531E">
              <w:rPr>
                <w:sz w:val="24"/>
              </w:rPr>
              <w:t>a</w:t>
            </w:r>
            <w:r w:rsidRPr="0078531E">
              <w:rPr>
                <w:spacing w:val="-5"/>
                <w:sz w:val="24"/>
              </w:rPr>
              <w:t xml:space="preserve"> </w:t>
            </w:r>
            <w:r w:rsidRPr="0078531E">
              <w:rPr>
                <w:sz w:val="24"/>
              </w:rPr>
              <w:t>csoport összetételének, érdeklődésének megfelelően.</w:t>
            </w:r>
          </w:p>
        </w:tc>
        <w:tc>
          <w:tcPr>
            <w:tcW w:w="314" w:type="dxa"/>
            <w:vMerge/>
            <w:tcBorders>
              <w:top w:val="nil"/>
              <w:left w:val="nil"/>
            </w:tcBorders>
          </w:tcPr>
          <w:p w14:paraId="41EA226E" w14:textId="77777777" w:rsidR="00AE0CFD" w:rsidRPr="0078531E" w:rsidRDefault="00AE0CFD">
            <w:pPr>
              <w:rPr>
                <w:sz w:val="2"/>
                <w:szCs w:val="2"/>
              </w:rPr>
            </w:pPr>
          </w:p>
        </w:tc>
      </w:tr>
      <w:tr w:rsidR="0078531E" w:rsidRPr="0078531E" w14:paraId="5F12EEAB" w14:textId="77777777">
        <w:trPr>
          <w:trHeight w:val="945"/>
        </w:trPr>
        <w:tc>
          <w:tcPr>
            <w:tcW w:w="9073" w:type="dxa"/>
            <w:tcBorders>
              <w:right w:val="nil"/>
            </w:tcBorders>
          </w:tcPr>
          <w:p w14:paraId="498B3B34" w14:textId="77777777" w:rsidR="00AE0CFD" w:rsidRPr="0078531E" w:rsidRDefault="00C3522D" w:rsidP="00B04652">
            <w:pPr>
              <w:pStyle w:val="TableParagraph"/>
              <w:spacing w:before="49"/>
              <w:ind w:left="530"/>
              <w:jc w:val="both"/>
              <w:rPr>
                <w:sz w:val="24"/>
              </w:rPr>
            </w:pPr>
            <w:r w:rsidRPr="0078531E">
              <w:rPr>
                <w:sz w:val="24"/>
              </w:rPr>
              <w:t>4.</w:t>
            </w:r>
            <w:r w:rsidRPr="0078531E">
              <w:rPr>
                <w:spacing w:val="-2"/>
                <w:sz w:val="24"/>
              </w:rPr>
              <w:t xml:space="preserve"> </w:t>
            </w:r>
            <w:r w:rsidRPr="0078531E">
              <w:rPr>
                <w:sz w:val="24"/>
              </w:rPr>
              <w:t>A</w:t>
            </w:r>
            <w:r w:rsidRPr="0078531E">
              <w:rPr>
                <w:spacing w:val="-3"/>
                <w:sz w:val="24"/>
              </w:rPr>
              <w:t xml:space="preserve"> </w:t>
            </w:r>
            <w:r w:rsidRPr="0078531E">
              <w:rPr>
                <w:sz w:val="24"/>
              </w:rPr>
              <w:t>gyermekek</w:t>
            </w:r>
            <w:r w:rsidRPr="0078531E">
              <w:rPr>
                <w:spacing w:val="-1"/>
                <w:sz w:val="24"/>
              </w:rPr>
              <w:t xml:space="preserve"> </w:t>
            </w:r>
            <w:r w:rsidRPr="0078531E">
              <w:rPr>
                <w:sz w:val="24"/>
              </w:rPr>
              <w:t>cselekvő</w:t>
            </w:r>
            <w:r w:rsidRPr="0078531E">
              <w:rPr>
                <w:spacing w:val="-2"/>
                <w:sz w:val="24"/>
              </w:rPr>
              <w:t xml:space="preserve"> </w:t>
            </w:r>
            <w:r w:rsidRPr="0078531E">
              <w:rPr>
                <w:sz w:val="24"/>
              </w:rPr>
              <w:t>aktivitására,</w:t>
            </w:r>
            <w:r w:rsidRPr="0078531E">
              <w:rPr>
                <w:spacing w:val="-1"/>
                <w:sz w:val="24"/>
              </w:rPr>
              <w:t xml:space="preserve"> </w:t>
            </w:r>
            <w:r w:rsidRPr="0078531E">
              <w:rPr>
                <w:sz w:val="24"/>
              </w:rPr>
              <w:t>kreativitásukra,</w:t>
            </w:r>
            <w:r w:rsidRPr="0078531E">
              <w:rPr>
                <w:spacing w:val="-2"/>
                <w:sz w:val="24"/>
              </w:rPr>
              <w:t xml:space="preserve"> </w:t>
            </w:r>
            <w:r w:rsidRPr="0078531E">
              <w:rPr>
                <w:sz w:val="24"/>
              </w:rPr>
              <w:t>a</w:t>
            </w:r>
            <w:r w:rsidRPr="0078531E">
              <w:rPr>
                <w:spacing w:val="-2"/>
                <w:sz w:val="24"/>
              </w:rPr>
              <w:t xml:space="preserve"> </w:t>
            </w:r>
            <w:r w:rsidRPr="0078531E">
              <w:rPr>
                <w:sz w:val="24"/>
              </w:rPr>
              <w:t>sok</w:t>
            </w:r>
            <w:r w:rsidRPr="0078531E">
              <w:rPr>
                <w:spacing w:val="-2"/>
                <w:sz w:val="24"/>
              </w:rPr>
              <w:t xml:space="preserve"> </w:t>
            </w:r>
            <w:r w:rsidRPr="0078531E">
              <w:rPr>
                <w:sz w:val="24"/>
              </w:rPr>
              <w:t>érzékszervet</w:t>
            </w:r>
            <w:r w:rsidRPr="0078531E">
              <w:rPr>
                <w:spacing w:val="-1"/>
                <w:sz w:val="24"/>
              </w:rPr>
              <w:t xml:space="preserve"> </w:t>
            </w:r>
            <w:r w:rsidRPr="0078531E">
              <w:rPr>
                <w:spacing w:val="-2"/>
                <w:sz w:val="24"/>
              </w:rPr>
              <w:t>bevonó</w:t>
            </w:r>
          </w:p>
          <w:p w14:paraId="7D6B2230" w14:textId="2E6E541A" w:rsidR="00AE0CFD" w:rsidRPr="0078531E" w:rsidRDefault="00C3522D" w:rsidP="00B04652">
            <w:pPr>
              <w:pStyle w:val="TableParagraph"/>
              <w:spacing w:before="41"/>
              <w:ind w:left="50"/>
              <w:jc w:val="both"/>
              <w:rPr>
                <w:sz w:val="24"/>
              </w:rPr>
            </w:pPr>
            <w:r w:rsidRPr="0078531E">
              <w:rPr>
                <w:sz w:val="24"/>
              </w:rPr>
              <w:t>tapasztaltatásra,</w:t>
            </w:r>
            <w:r w:rsidRPr="0078531E">
              <w:rPr>
                <w:spacing w:val="-4"/>
                <w:sz w:val="24"/>
              </w:rPr>
              <w:t xml:space="preserve"> </w:t>
            </w:r>
            <w:r w:rsidRPr="0078531E">
              <w:rPr>
                <w:sz w:val="24"/>
              </w:rPr>
              <w:t>a</w:t>
            </w:r>
            <w:r w:rsidRPr="0078531E">
              <w:rPr>
                <w:spacing w:val="-2"/>
                <w:sz w:val="24"/>
              </w:rPr>
              <w:t xml:space="preserve"> </w:t>
            </w:r>
            <w:r w:rsidRPr="0078531E">
              <w:rPr>
                <w:sz w:val="24"/>
              </w:rPr>
              <w:t>felfedezés</w:t>
            </w:r>
            <w:r w:rsidRPr="0078531E">
              <w:rPr>
                <w:spacing w:val="-3"/>
                <w:sz w:val="24"/>
              </w:rPr>
              <w:t xml:space="preserve"> </w:t>
            </w:r>
            <w:r w:rsidRPr="0078531E">
              <w:rPr>
                <w:sz w:val="24"/>
              </w:rPr>
              <w:t>lehetőségének</w:t>
            </w:r>
            <w:r w:rsidRPr="0078531E">
              <w:rPr>
                <w:spacing w:val="-1"/>
                <w:sz w:val="24"/>
              </w:rPr>
              <w:t xml:space="preserve"> </w:t>
            </w:r>
            <w:r w:rsidRPr="0078531E">
              <w:rPr>
                <w:sz w:val="24"/>
              </w:rPr>
              <w:t>biztosítására</w:t>
            </w:r>
            <w:r w:rsidRPr="0078531E">
              <w:rPr>
                <w:spacing w:val="-4"/>
                <w:sz w:val="24"/>
              </w:rPr>
              <w:t xml:space="preserve"> </w:t>
            </w:r>
            <w:r w:rsidRPr="0078531E">
              <w:rPr>
                <w:sz w:val="24"/>
              </w:rPr>
              <w:t xml:space="preserve">törekedjen az </w:t>
            </w:r>
            <w:r w:rsidRPr="0078531E">
              <w:rPr>
                <w:spacing w:val="-2"/>
                <w:sz w:val="24"/>
              </w:rPr>
              <w:t>óvodapedagógus</w:t>
            </w:r>
            <w:r w:rsidR="00911CF5" w:rsidRPr="0078531E">
              <w:rPr>
                <w:spacing w:val="-2"/>
                <w:sz w:val="24"/>
              </w:rPr>
              <w:t>.</w:t>
            </w:r>
          </w:p>
        </w:tc>
        <w:tc>
          <w:tcPr>
            <w:tcW w:w="314" w:type="dxa"/>
            <w:vMerge/>
            <w:tcBorders>
              <w:top w:val="nil"/>
              <w:left w:val="nil"/>
            </w:tcBorders>
          </w:tcPr>
          <w:p w14:paraId="120B85A6" w14:textId="77777777" w:rsidR="00AE0CFD" w:rsidRPr="0078531E" w:rsidRDefault="00AE0CFD">
            <w:pPr>
              <w:rPr>
                <w:sz w:val="2"/>
                <w:szCs w:val="2"/>
              </w:rPr>
            </w:pPr>
          </w:p>
        </w:tc>
      </w:tr>
      <w:tr w:rsidR="0078531E" w:rsidRPr="0078531E" w14:paraId="00BF7A90" w14:textId="77777777">
        <w:trPr>
          <w:trHeight w:val="1262"/>
        </w:trPr>
        <w:tc>
          <w:tcPr>
            <w:tcW w:w="9073" w:type="dxa"/>
            <w:tcBorders>
              <w:right w:val="nil"/>
            </w:tcBorders>
          </w:tcPr>
          <w:p w14:paraId="64186F79" w14:textId="7ED1F3B8" w:rsidR="00AE0CFD" w:rsidRPr="0078531E" w:rsidRDefault="00C3522D" w:rsidP="00B04652">
            <w:pPr>
              <w:pStyle w:val="TableParagraph"/>
              <w:spacing w:before="51" w:line="276" w:lineRule="auto"/>
              <w:ind w:left="50" w:firstLine="420"/>
              <w:jc w:val="both"/>
              <w:rPr>
                <w:sz w:val="24"/>
              </w:rPr>
            </w:pPr>
            <w:r w:rsidRPr="0078531E">
              <w:rPr>
                <w:sz w:val="24"/>
              </w:rPr>
              <w:t>5.</w:t>
            </w:r>
            <w:r w:rsidRPr="0078531E">
              <w:rPr>
                <w:spacing w:val="-4"/>
                <w:sz w:val="24"/>
              </w:rPr>
              <w:t xml:space="preserve"> </w:t>
            </w:r>
            <w:r w:rsidRPr="0078531E">
              <w:rPr>
                <w:sz w:val="24"/>
              </w:rPr>
              <w:t>Alapozzon</w:t>
            </w:r>
            <w:r w:rsidRPr="0078531E">
              <w:rPr>
                <w:spacing w:val="-4"/>
                <w:sz w:val="24"/>
              </w:rPr>
              <w:t xml:space="preserve"> </w:t>
            </w:r>
            <w:r w:rsidRPr="0078531E">
              <w:rPr>
                <w:sz w:val="24"/>
              </w:rPr>
              <w:t>a</w:t>
            </w:r>
            <w:r w:rsidRPr="0078531E">
              <w:rPr>
                <w:spacing w:val="-5"/>
                <w:sz w:val="24"/>
              </w:rPr>
              <w:t xml:space="preserve"> </w:t>
            </w:r>
            <w:r w:rsidRPr="0078531E">
              <w:rPr>
                <w:sz w:val="24"/>
              </w:rPr>
              <w:t>tanulás</w:t>
            </w:r>
            <w:r w:rsidRPr="0078531E">
              <w:rPr>
                <w:spacing w:val="-5"/>
                <w:sz w:val="24"/>
              </w:rPr>
              <w:t xml:space="preserve"> </w:t>
            </w:r>
            <w:r w:rsidRPr="0078531E">
              <w:rPr>
                <w:sz w:val="24"/>
              </w:rPr>
              <w:t>minden</w:t>
            </w:r>
            <w:r w:rsidRPr="0078531E">
              <w:rPr>
                <w:spacing w:val="-4"/>
                <w:sz w:val="24"/>
              </w:rPr>
              <w:t xml:space="preserve"> </w:t>
            </w:r>
            <w:r w:rsidRPr="0078531E">
              <w:rPr>
                <w:sz w:val="24"/>
              </w:rPr>
              <w:t>lehetséges</w:t>
            </w:r>
            <w:r w:rsidRPr="0078531E">
              <w:rPr>
                <w:spacing w:val="-2"/>
                <w:sz w:val="24"/>
              </w:rPr>
              <w:t xml:space="preserve"> </w:t>
            </w:r>
            <w:r w:rsidRPr="0078531E">
              <w:rPr>
                <w:sz w:val="24"/>
              </w:rPr>
              <w:t>formájának</w:t>
            </w:r>
            <w:r w:rsidRPr="0078531E">
              <w:rPr>
                <w:spacing w:val="-4"/>
                <w:sz w:val="24"/>
              </w:rPr>
              <w:t xml:space="preserve"> </w:t>
            </w:r>
            <w:r w:rsidRPr="0078531E">
              <w:rPr>
                <w:sz w:val="24"/>
              </w:rPr>
              <w:t>alkalmazására</w:t>
            </w:r>
            <w:r w:rsidRPr="0078531E">
              <w:rPr>
                <w:spacing w:val="-6"/>
                <w:sz w:val="24"/>
              </w:rPr>
              <w:t xml:space="preserve"> </w:t>
            </w:r>
            <w:r w:rsidRPr="0078531E">
              <w:rPr>
                <w:sz w:val="24"/>
              </w:rPr>
              <w:t>(pl.</w:t>
            </w:r>
            <w:r w:rsidRPr="0078531E">
              <w:rPr>
                <w:spacing w:val="-1"/>
                <w:sz w:val="24"/>
              </w:rPr>
              <w:t xml:space="preserve"> </w:t>
            </w:r>
            <w:r w:rsidRPr="0078531E">
              <w:rPr>
                <w:sz w:val="24"/>
              </w:rPr>
              <w:t>utánzás,</w:t>
            </w:r>
            <w:r w:rsidRPr="0078531E">
              <w:rPr>
                <w:spacing w:val="-4"/>
                <w:sz w:val="24"/>
              </w:rPr>
              <w:t xml:space="preserve"> </w:t>
            </w:r>
            <w:r w:rsidRPr="0078531E">
              <w:rPr>
                <w:sz w:val="24"/>
              </w:rPr>
              <w:t>modell</w:t>
            </w:r>
            <w:r w:rsidR="00B04652" w:rsidRPr="0078531E">
              <w:rPr>
                <w:sz w:val="24"/>
              </w:rPr>
              <w:t xml:space="preserve"> </w:t>
            </w:r>
            <w:r w:rsidRPr="0078531E">
              <w:rPr>
                <w:sz w:val="24"/>
              </w:rPr>
              <w:t>követés, spontán játékos tapasztaltatás, játékos cselekedtetés, gyermeki kérdés-felelet, gyakorlati problémamegoldás)</w:t>
            </w:r>
            <w:r w:rsidR="00911CF5" w:rsidRPr="0078531E">
              <w:rPr>
                <w:sz w:val="24"/>
              </w:rPr>
              <w:t>.</w:t>
            </w:r>
            <w:r w:rsidR="00FB4810" w:rsidRPr="0078531E">
              <w:rPr>
                <w:sz w:val="23"/>
                <w:szCs w:val="23"/>
              </w:rPr>
              <w:t xml:space="preserve"> Nem szűkül le az ismeretszerzésre, az egész óvodai nap folyamán adódó helyzetekben, természetes és szimulált környezetben.</w:t>
            </w:r>
          </w:p>
        </w:tc>
        <w:tc>
          <w:tcPr>
            <w:tcW w:w="314" w:type="dxa"/>
            <w:vMerge w:val="restart"/>
            <w:tcBorders>
              <w:left w:val="nil"/>
            </w:tcBorders>
          </w:tcPr>
          <w:p w14:paraId="18794E59" w14:textId="77777777" w:rsidR="00AE0CFD" w:rsidRPr="0078531E" w:rsidRDefault="00AE0CFD">
            <w:pPr>
              <w:pStyle w:val="TableParagraph"/>
              <w:rPr>
                <w:sz w:val="24"/>
              </w:rPr>
            </w:pPr>
          </w:p>
        </w:tc>
      </w:tr>
      <w:tr w:rsidR="00AE0CFD" w:rsidRPr="0078531E" w14:paraId="21CCB67F" w14:textId="77777777">
        <w:trPr>
          <w:trHeight w:val="945"/>
        </w:trPr>
        <w:tc>
          <w:tcPr>
            <w:tcW w:w="9073" w:type="dxa"/>
            <w:tcBorders>
              <w:right w:val="nil"/>
            </w:tcBorders>
          </w:tcPr>
          <w:p w14:paraId="4CCD8BB4" w14:textId="5E60B4CE" w:rsidR="00AE0CFD" w:rsidRPr="0078531E" w:rsidRDefault="00C3522D" w:rsidP="00B04652">
            <w:pPr>
              <w:pStyle w:val="TableParagraph"/>
              <w:spacing w:before="51" w:line="276" w:lineRule="auto"/>
              <w:ind w:left="50" w:right="700" w:firstLine="420"/>
              <w:jc w:val="both"/>
              <w:rPr>
                <w:sz w:val="24"/>
              </w:rPr>
            </w:pPr>
            <w:r w:rsidRPr="0078531E">
              <w:rPr>
                <w:sz w:val="24"/>
              </w:rPr>
              <w:lastRenderedPageBreak/>
              <w:t>6.</w:t>
            </w:r>
            <w:r w:rsidRPr="0078531E">
              <w:rPr>
                <w:spacing w:val="-5"/>
                <w:sz w:val="24"/>
              </w:rPr>
              <w:t xml:space="preserve"> </w:t>
            </w:r>
            <w:r w:rsidRPr="0078531E">
              <w:rPr>
                <w:sz w:val="24"/>
              </w:rPr>
              <w:t>Az</w:t>
            </w:r>
            <w:r w:rsidRPr="0078531E">
              <w:rPr>
                <w:spacing w:val="-5"/>
                <w:sz w:val="24"/>
              </w:rPr>
              <w:t xml:space="preserve"> </w:t>
            </w:r>
            <w:r w:rsidRPr="0078531E">
              <w:rPr>
                <w:sz w:val="24"/>
              </w:rPr>
              <w:t>óvodapedagógus</w:t>
            </w:r>
            <w:r w:rsidRPr="0078531E">
              <w:rPr>
                <w:spacing w:val="-6"/>
                <w:sz w:val="24"/>
              </w:rPr>
              <w:t xml:space="preserve"> </w:t>
            </w:r>
            <w:r w:rsidRPr="0078531E">
              <w:rPr>
                <w:sz w:val="24"/>
              </w:rPr>
              <w:t>személyre</w:t>
            </w:r>
            <w:r w:rsidRPr="0078531E">
              <w:rPr>
                <w:spacing w:val="-6"/>
                <w:sz w:val="24"/>
              </w:rPr>
              <w:t xml:space="preserve"> </w:t>
            </w:r>
            <w:r w:rsidRPr="0078531E">
              <w:rPr>
                <w:sz w:val="24"/>
              </w:rPr>
              <w:t>szabottan,</w:t>
            </w:r>
            <w:r w:rsidRPr="0078531E">
              <w:rPr>
                <w:spacing w:val="-5"/>
                <w:sz w:val="24"/>
              </w:rPr>
              <w:t xml:space="preserve"> </w:t>
            </w:r>
            <w:r w:rsidRPr="0078531E">
              <w:rPr>
                <w:sz w:val="24"/>
              </w:rPr>
              <w:t>konkrétan</w:t>
            </w:r>
            <w:r w:rsidRPr="0078531E">
              <w:rPr>
                <w:spacing w:val="-5"/>
                <w:sz w:val="24"/>
              </w:rPr>
              <w:t xml:space="preserve"> </w:t>
            </w:r>
            <w:r w:rsidRPr="0078531E">
              <w:rPr>
                <w:sz w:val="24"/>
              </w:rPr>
              <w:t>megfogalmazott,</w:t>
            </w:r>
            <w:r w:rsidRPr="0078531E">
              <w:rPr>
                <w:spacing w:val="-5"/>
                <w:sz w:val="24"/>
              </w:rPr>
              <w:t xml:space="preserve"> </w:t>
            </w:r>
            <w:r w:rsidRPr="0078531E">
              <w:rPr>
                <w:sz w:val="24"/>
              </w:rPr>
              <w:t>pozitív</w:t>
            </w:r>
            <w:r w:rsidR="00B04652" w:rsidRPr="0078531E">
              <w:rPr>
                <w:sz w:val="24"/>
              </w:rPr>
              <w:t xml:space="preserve"> </w:t>
            </w:r>
            <w:r w:rsidRPr="0078531E">
              <w:rPr>
                <w:sz w:val="24"/>
              </w:rPr>
              <w:t>értékelésekkel segítse a gyermekek személyiségének kibontakozását.</w:t>
            </w:r>
          </w:p>
        </w:tc>
        <w:tc>
          <w:tcPr>
            <w:tcW w:w="314" w:type="dxa"/>
            <w:vMerge/>
            <w:tcBorders>
              <w:top w:val="nil"/>
              <w:left w:val="nil"/>
            </w:tcBorders>
          </w:tcPr>
          <w:p w14:paraId="0475445F" w14:textId="77777777" w:rsidR="00AE0CFD" w:rsidRPr="0078531E" w:rsidRDefault="00AE0CFD">
            <w:pPr>
              <w:rPr>
                <w:sz w:val="2"/>
                <w:szCs w:val="2"/>
              </w:rPr>
            </w:pPr>
          </w:p>
        </w:tc>
      </w:tr>
    </w:tbl>
    <w:p w14:paraId="7B0FE60B" w14:textId="77777777" w:rsidR="00DE199C" w:rsidRPr="0078531E" w:rsidRDefault="00DE199C" w:rsidP="00C7170F">
      <w:pPr>
        <w:spacing w:line="535" w:lineRule="auto"/>
        <w:ind w:left="136" w:right="2979" w:firstLine="494"/>
        <w:rPr>
          <w:b/>
          <w:sz w:val="24"/>
        </w:rPr>
      </w:pPr>
    </w:p>
    <w:p w14:paraId="137279A1" w14:textId="2786D7C2" w:rsidR="00AE0CFD" w:rsidRPr="0078531E" w:rsidRDefault="00C3522D" w:rsidP="00DE199C">
      <w:pPr>
        <w:spacing w:line="535" w:lineRule="auto"/>
        <w:ind w:left="136" w:right="2979" w:firstLine="494"/>
        <w:jc w:val="center"/>
        <w:rPr>
          <w:b/>
          <w:sz w:val="24"/>
        </w:rPr>
      </w:pPr>
      <w:r w:rsidRPr="0078531E">
        <w:rPr>
          <w:b/>
          <w:sz w:val="24"/>
        </w:rPr>
        <w:t>EGYÉB</w:t>
      </w:r>
      <w:r w:rsidRPr="0078531E">
        <w:rPr>
          <w:b/>
          <w:spacing w:val="-15"/>
          <w:sz w:val="24"/>
        </w:rPr>
        <w:t xml:space="preserve"> </w:t>
      </w:r>
      <w:r w:rsidRPr="0078531E">
        <w:rPr>
          <w:b/>
          <w:sz w:val="24"/>
        </w:rPr>
        <w:t>ÓVODAPEDAGÓGUSI</w:t>
      </w:r>
      <w:r w:rsidRPr="0078531E">
        <w:rPr>
          <w:b/>
          <w:spacing w:val="-15"/>
          <w:sz w:val="24"/>
        </w:rPr>
        <w:t xml:space="preserve"> </w:t>
      </w:r>
      <w:r w:rsidRPr="0078531E">
        <w:rPr>
          <w:b/>
          <w:sz w:val="24"/>
        </w:rPr>
        <w:t xml:space="preserve">FELADATOK: </w:t>
      </w:r>
      <w:r w:rsidRPr="0078531E">
        <w:rPr>
          <w:b/>
          <w:spacing w:val="-2"/>
          <w:sz w:val="24"/>
        </w:rPr>
        <w:t>TEHETSÉGGONDOZÁS</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9"/>
      </w:tblGrid>
      <w:tr w:rsidR="0078531E" w:rsidRPr="0078531E" w14:paraId="4D83021A" w14:textId="77777777">
        <w:trPr>
          <w:trHeight w:val="1932"/>
        </w:trPr>
        <w:tc>
          <w:tcPr>
            <w:tcW w:w="9069" w:type="dxa"/>
          </w:tcPr>
          <w:p w14:paraId="7DDE201D" w14:textId="076B7D95" w:rsidR="00AE0CFD" w:rsidRPr="0078531E" w:rsidRDefault="00C3522D" w:rsidP="00B04652">
            <w:pPr>
              <w:pStyle w:val="TableParagraph"/>
              <w:ind w:left="699" w:right="93" w:hanging="284"/>
              <w:jc w:val="both"/>
              <w:rPr>
                <w:sz w:val="24"/>
              </w:rPr>
            </w:pPr>
            <w:r w:rsidRPr="0078531E">
              <w:rPr>
                <w:sz w:val="24"/>
              </w:rPr>
              <w:t>1.</w:t>
            </w:r>
            <w:r w:rsidRPr="0078531E">
              <w:rPr>
                <w:spacing w:val="-1"/>
                <w:sz w:val="24"/>
              </w:rPr>
              <w:t xml:space="preserve"> </w:t>
            </w:r>
            <w:r w:rsidRPr="0078531E">
              <w:rPr>
                <w:sz w:val="24"/>
              </w:rPr>
              <w:t>Fontos</w:t>
            </w:r>
            <w:r w:rsidRPr="0078531E">
              <w:rPr>
                <w:spacing w:val="-1"/>
                <w:sz w:val="24"/>
              </w:rPr>
              <w:t xml:space="preserve"> </w:t>
            </w:r>
            <w:r w:rsidRPr="0078531E">
              <w:rPr>
                <w:sz w:val="24"/>
              </w:rPr>
              <w:t>szem</w:t>
            </w:r>
            <w:r w:rsidRPr="0078531E">
              <w:rPr>
                <w:spacing w:val="-1"/>
                <w:sz w:val="24"/>
              </w:rPr>
              <w:t xml:space="preserve"> </w:t>
            </w:r>
            <w:r w:rsidRPr="0078531E">
              <w:rPr>
                <w:sz w:val="24"/>
              </w:rPr>
              <w:t>előtt</w:t>
            </w:r>
            <w:r w:rsidRPr="0078531E">
              <w:rPr>
                <w:spacing w:val="-1"/>
                <w:sz w:val="24"/>
              </w:rPr>
              <w:t xml:space="preserve"> </w:t>
            </w:r>
            <w:r w:rsidRPr="0078531E">
              <w:rPr>
                <w:sz w:val="24"/>
              </w:rPr>
              <w:t>tartanunk,</w:t>
            </w:r>
            <w:r w:rsidRPr="0078531E">
              <w:rPr>
                <w:spacing w:val="-2"/>
                <w:sz w:val="24"/>
              </w:rPr>
              <w:t xml:space="preserve"> </w:t>
            </w:r>
            <w:r w:rsidRPr="0078531E">
              <w:rPr>
                <w:sz w:val="24"/>
              </w:rPr>
              <w:t>hogy</w:t>
            </w:r>
            <w:r w:rsidRPr="0078531E">
              <w:rPr>
                <w:spacing w:val="-6"/>
                <w:sz w:val="24"/>
              </w:rPr>
              <w:t xml:space="preserve"> </w:t>
            </w:r>
            <w:r w:rsidRPr="0078531E">
              <w:rPr>
                <w:sz w:val="24"/>
              </w:rPr>
              <w:t>az óvodás</w:t>
            </w:r>
            <w:r w:rsidRPr="0078531E">
              <w:rPr>
                <w:spacing w:val="-1"/>
                <w:sz w:val="24"/>
              </w:rPr>
              <w:t xml:space="preserve"> </w:t>
            </w:r>
            <w:r w:rsidRPr="0078531E">
              <w:rPr>
                <w:sz w:val="24"/>
              </w:rPr>
              <w:t>életkorban nem</w:t>
            </w:r>
            <w:r w:rsidRPr="0078531E">
              <w:rPr>
                <w:spacing w:val="-1"/>
                <w:sz w:val="24"/>
              </w:rPr>
              <w:t xml:space="preserve"> </w:t>
            </w:r>
            <w:r w:rsidRPr="0078531E">
              <w:rPr>
                <w:sz w:val="24"/>
              </w:rPr>
              <w:t>a</w:t>
            </w:r>
            <w:r w:rsidRPr="0078531E">
              <w:rPr>
                <w:spacing w:val="-2"/>
                <w:sz w:val="24"/>
              </w:rPr>
              <w:t xml:space="preserve"> </w:t>
            </w:r>
            <w:r w:rsidRPr="0078531E">
              <w:rPr>
                <w:sz w:val="24"/>
              </w:rPr>
              <w:t xml:space="preserve">tehetség diagnosztizálására kell törekednünk, hanem a </w:t>
            </w:r>
            <w:r w:rsidRPr="0078531E">
              <w:rPr>
                <w:sz w:val="24"/>
                <w:u w:val="single"/>
              </w:rPr>
              <w:t>lehetőségeket</w:t>
            </w:r>
            <w:r w:rsidRPr="0078531E">
              <w:rPr>
                <w:sz w:val="24"/>
              </w:rPr>
              <w:t xml:space="preserve"> kell </w:t>
            </w:r>
            <w:proofErr w:type="spellStart"/>
            <w:r w:rsidRPr="0078531E">
              <w:rPr>
                <w:sz w:val="24"/>
              </w:rPr>
              <w:t>észreve</w:t>
            </w:r>
            <w:r w:rsidR="00B04652" w:rsidRPr="0078531E">
              <w:rPr>
                <w:sz w:val="24"/>
              </w:rPr>
              <w:t>n</w:t>
            </w:r>
            <w:r w:rsidRPr="0078531E">
              <w:rPr>
                <w:sz w:val="24"/>
              </w:rPr>
              <w:t>nünk</w:t>
            </w:r>
            <w:proofErr w:type="spellEnd"/>
            <w:r w:rsidRPr="0078531E">
              <w:rPr>
                <w:sz w:val="24"/>
              </w:rPr>
              <w:t>. Nem mérésekkel kell a gyerekek adottságait feltérképeznünk, hanem a hétköznapok során gyakorlattá vált megfigyeléseket kell a tehetség lehetséges jegyeinek szempontjából rendezni. Amit tapasztalunk nem biztos, hogy</w:t>
            </w:r>
            <w:r w:rsidRPr="0078531E">
              <w:rPr>
                <w:spacing w:val="-2"/>
                <w:sz w:val="24"/>
              </w:rPr>
              <w:t xml:space="preserve"> </w:t>
            </w:r>
            <w:r w:rsidRPr="0078531E">
              <w:rPr>
                <w:sz w:val="24"/>
              </w:rPr>
              <w:t>többlet képesség.</w:t>
            </w:r>
            <w:r w:rsidRPr="0078531E">
              <w:rPr>
                <w:spacing w:val="55"/>
                <w:w w:val="150"/>
                <w:sz w:val="24"/>
              </w:rPr>
              <w:t xml:space="preserve"> </w:t>
            </w:r>
            <w:r w:rsidRPr="0078531E">
              <w:rPr>
                <w:sz w:val="24"/>
              </w:rPr>
              <w:t>Lehet,</w:t>
            </w:r>
            <w:r w:rsidRPr="0078531E">
              <w:rPr>
                <w:spacing w:val="54"/>
                <w:w w:val="150"/>
                <w:sz w:val="24"/>
              </w:rPr>
              <w:t xml:space="preserve"> </w:t>
            </w:r>
            <w:r w:rsidRPr="0078531E">
              <w:rPr>
                <w:sz w:val="24"/>
              </w:rPr>
              <w:t>hogy</w:t>
            </w:r>
            <w:r w:rsidRPr="0078531E">
              <w:rPr>
                <w:spacing w:val="79"/>
                <w:sz w:val="24"/>
              </w:rPr>
              <w:t xml:space="preserve"> </w:t>
            </w:r>
            <w:r w:rsidRPr="0078531E">
              <w:rPr>
                <w:sz w:val="24"/>
              </w:rPr>
              <w:t>csak</w:t>
            </w:r>
            <w:r w:rsidRPr="0078531E">
              <w:rPr>
                <w:spacing w:val="54"/>
                <w:w w:val="150"/>
                <w:sz w:val="24"/>
              </w:rPr>
              <w:t xml:space="preserve"> </w:t>
            </w:r>
            <w:r w:rsidRPr="0078531E">
              <w:rPr>
                <w:sz w:val="24"/>
              </w:rPr>
              <w:t>a</w:t>
            </w:r>
            <w:r w:rsidRPr="0078531E">
              <w:rPr>
                <w:spacing w:val="52"/>
                <w:w w:val="150"/>
                <w:sz w:val="24"/>
              </w:rPr>
              <w:t xml:space="preserve"> </w:t>
            </w:r>
            <w:r w:rsidRPr="0078531E">
              <w:rPr>
                <w:sz w:val="24"/>
              </w:rPr>
              <w:t>gyermek</w:t>
            </w:r>
            <w:r w:rsidRPr="0078531E">
              <w:rPr>
                <w:spacing w:val="56"/>
                <w:w w:val="150"/>
                <w:sz w:val="24"/>
              </w:rPr>
              <w:t xml:space="preserve"> </w:t>
            </w:r>
            <w:r w:rsidRPr="0078531E">
              <w:rPr>
                <w:sz w:val="24"/>
              </w:rPr>
              <w:t>gondolkodásának</w:t>
            </w:r>
            <w:r w:rsidRPr="0078531E">
              <w:rPr>
                <w:spacing w:val="54"/>
                <w:w w:val="150"/>
                <w:sz w:val="24"/>
              </w:rPr>
              <w:t xml:space="preserve"> </w:t>
            </w:r>
            <w:r w:rsidRPr="0078531E">
              <w:rPr>
                <w:sz w:val="24"/>
              </w:rPr>
              <w:t>fejlődési</w:t>
            </w:r>
            <w:r w:rsidRPr="0078531E">
              <w:rPr>
                <w:spacing w:val="54"/>
                <w:w w:val="150"/>
                <w:sz w:val="24"/>
              </w:rPr>
              <w:t xml:space="preserve"> </w:t>
            </w:r>
            <w:r w:rsidRPr="0078531E">
              <w:rPr>
                <w:spacing w:val="-2"/>
                <w:sz w:val="24"/>
              </w:rPr>
              <w:t>üteme</w:t>
            </w:r>
            <w:r w:rsidR="00A02E28" w:rsidRPr="0078531E">
              <w:rPr>
                <w:sz w:val="24"/>
              </w:rPr>
              <w:t xml:space="preserve"> </w:t>
            </w:r>
            <w:r w:rsidRPr="0078531E">
              <w:rPr>
                <w:spacing w:val="-2"/>
                <w:sz w:val="24"/>
              </w:rPr>
              <w:t>gyorsabb.</w:t>
            </w:r>
          </w:p>
        </w:tc>
      </w:tr>
      <w:tr w:rsidR="0078531E" w:rsidRPr="0078531E" w14:paraId="46181628" w14:textId="77777777" w:rsidTr="00A02E28">
        <w:trPr>
          <w:trHeight w:val="627"/>
        </w:trPr>
        <w:tc>
          <w:tcPr>
            <w:tcW w:w="9069" w:type="dxa"/>
          </w:tcPr>
          <w:p w14:paraId="226CE19D" w14:textId="6C9424BE" w:rsidR="00A02E28" w:rsidRPr="0078531E" w:rsidRDefault="00A02E28" w:rsidP="00B04652">
            <w:pPr>
              <w:pStyle w:val="TableParagraph"/>
              <w:ind w:left="699" w:right="93" w:hanging="284"/>
              <w:jc w:val="both"/>
              <w:rPr>
                <w:sz w:val="24"/>
              </w:rPr>
            </w:pPr>
            <w:r w:rsidRPr="0078531E">
              <w:rPr>
                <w:sz w:val="24"/>
              </w:rPr>
              <w:t>2.Az óvodánkban a gazdagító tevékenység minden területen zajlik.</w:t>
            </w:r>
          </w:p>
        </w:tc>
      </w:tr>
      <w:tr w:rsidR="0078531E" w:rsidRPr="0078531E" w14:paraId="65DE0E43" w14:textId="77777777">
        <w:trPr>
          <w:trHeight w:val="568"/>
        </w:trPr>
        <w:tc>
          <w:tcPr>
            <w:tcW w:w="9069" w:type="dxa"/>
          </w:tcPr>
          <w:p w14:paraId="290953BC" w14:textId="09B13CF8" w:rsidR="00AE0CFD" w:rsidRPr="0078531E" w:rsidRDefault="00A02E28" w:rsidP="00B04652">
            <w:pPr>
              <w:pStyle w:val="TableParagraph"/>
              <w:spacing w:line="270" w:lineRule="atLeast"/>
              <w:ind w:left="699" w:hanging="284"/>
              <w:jc w:val="both"/>
              <w:rPr>
                <w:sz w:val="24"/>
              </w:rPr>
            </w:pPr>
            <w:r w:rsidRPr="0078531E">
              <w:rPr>
                <w:sz w:val="24"/>
              </w:rPr>
              <w:t>3</w:t>
            </w:r>
            <w:r w:rsidR="00C3522D" w:rsidRPr="0078531E">
              <w:rPr>
                <w:sz w:val="24"/>
              </w:rPr>
              <w:t>.</w:t>
            </w:r>
            <w:r w:rsidR="00C3522D" w:rsidRPr="0078531E">
              <w:rPr>
                <w:spacing w:val="40"/>
                <w:sz w:val="24"/>
              </w:rPr>
              <w:t xml:space="preserve"> </w:t>
            </w:r>
            <w:r w:rsidRPr="0078531E">
              <w:rPr>
                <w:sz w:val="24"/>
              </w:rPr>
              <w:t>Az óvodapedagógus l</w:t>
            </w:r>
            <w:r w:rsidR="00C3522D" w:rsidRPr="0078531E">
              <w:rPr>
                <w:sz w:val="24"/>
              </w:rPr>
              <w:t>ehetőséget</w:t>
            </w:r>
            <w:r w:rsidR="00C3522D" w:rsidRPr="0078531E">
              <w:rPr>
                <w:spacing w:val="40"/>
                <w:sz w:val="24"/>
              </w:rPr>
              <w:t xml:space="preserve"> </w:t>
            </w:r>
            <w:r w:rsidR="00C3522D" w:rsidRPr="0078531E">
              <w:rPr>
                <w:sz w:val="24"/>
              </w:rPr>
              <w:t>ad</w:t>
            </w:r>
            <w:r w:rsidR="00C3522D" w:rsidRPr="0078531E">
              <w:rPr>
                <w:spacing w:val="40"/>
                <w:sz w:val="24"/>
              </w:rPr>
              <w:t xml:space="preserve"> </w:t>
            </w:r>
            <w:r w:rsidR="00C3522D" w:rsidRPr="0078531E">
              <w:rPr>
                <w:sz w:val="24"/>
              </w:rPr>
              <w:t>a</w:t>
            </w:r>
            <w:r w:rsidR="00C3522D" w:rsidRPr="0078531E">
              <w:rPr>
                <w:spacing w:val="40"/>
                <w:sz w:val="24"/>
              </w:rPr>
              <w:t xml:space="preserve"> </w:t>
            </w:r>
            <w:r w:rsidR="00C3522D" w:rsidRPr="0078531E">
              <w:rPr>
                <w:sz w:val="24"/>
              </w:rPr>
              <w:t>gyermeknek</w:t>
            </w:r>
            <w:r w:rsidR="00C3522D" w:rsidRPr="0078531E">
              <w:rPr>
                <w:spacing w:val="40"/>
                <w:sz w:val="24"/>
              </w:rPr>
              <w:t xml:space="preserve"> </w:t>
            </w:r>
            <w:r w:rsidR="00C3522D" w:rsidRPr="0078531E">
              <w:rPr>
                <w:sz w:val="24"/>
              </w:rPr>
              <w:t>a</w:t>
            </w:r>
            <w:r w:rsidR="00C3522D" w:rsidRPr="0078531E">
              <w:rPr>
                <w:spacing w:val="40"/>
                <w:sz w:val="24"/>
              </w:rPr>
              <w:t xml:space="preserve"> </w:t>
            </w:r>
            <w:r w:rsidR="00C3522D" w:rsidRPr="0078531E">
              <w:rPr>
                <w:sz w:val="24"/>
              </w:rPr>
              <w:t>tehetsége</w:t>
            </w:r>
            <w:r w:rsidR="00C3522D" w:rsidRPr="0078531E">
              <w:rPr>
                <w:spacing w:val="40"/>
                <w:sz w:val="24"/>
              </w:rPr>
              <w:t xml:space="preserve"> </w:t>
            </w:r>
            <w:r w:rsidR="00C3522D" w:rsidRPr="0078531E">
              <w:rPr>
                <w:sz w:val="24"/>
              </w:rPr>
              <w:t>gyakorlására,</w:t>
            </w:r>
            <w:r w:rsidR="00C3522D" w:rsidRPr="0078531E">
              <w:rPr>
                <w:spacing w:val="40"/>
                <w:sz w:val="24"/>
              </w:rPr>
              <w:t xml:space="preserve"> </w:t>
            </w:r>
            <w:r w:rsidR="00C3522D" w:rsidRPr="0078531E">
              <w:rPr>
                <w:sz w:val="24"/>
              </w:rPr>
              <w:t>maga módján fejleszti a gyermeket.</w:t>
            </w:r>
          </w:p>
        </w:tc>
      </w:tr>
      <w:tr w:rsidR="00AE0CFD" w:rsidRPr="0078531E" w14:paraId="3B636967" w14:textId="77777777">
        <w:trPr>
          <w:trHeight w:val="566"/>
        </w:trPr>
        <w:tc>
          <w:tcPr>
            <w:tcW w:w="9069" w:type="dxa"/>
          </w:tcPr>
          <w:p w14:paraId="12D61EAC" w14:textId="1C8D9732" w:rsidR="00AE0CFD" w:rsidRPr="0078531E" w:rsidRDefault="00A02E28" w:rsidP="00B04652">
            <w:pPr>
              <w:pStyle w:val="TableParagraph"/>
              <w:spacing w:line="276" w:lineRule="exact"/>
              <w:ind w:left="699" w:hanging="284"/>
              <w:jc w:val="both"/>
              <w:rPr>
                <w:sz w:val="24"/>
              </w:rPr>
            </w:pPr>
            <w:r w:rsidRPr="0078531E">
              <w:rPr>
                <w:sz w:val="24"/>
              </w:rPr>
              <w:t>4</w:t>
            </w:r>
            <w:r w:rsidR="00C3522D" w:rsidRPr="0078531E">
              <w:rPr>
                <w:sz w:val="24"/>
              </w:rPr>
              <w:t>.</w:t>
            </w:r>
            <w:r w:rsidR="00C3522D" w:rsidRPr="0078531E">
              <w:rPr>
                <w:spacing w:val="40"/>
                <w:sz w:val="24"/>
              </w:rPr>
              <w:t xml:space="preserve"> </w:t>
            </w:r>
            <w:r w:rsidR="00C3522D" w:rsidRPr="0078531E">
              <w:rPr>
                <w:sz w:val="24"/>
              </w:rPr>
              <w:t>Továbbra</w:t>
            </w:r>
            <w:r w:rsidR="00C3522D" w:rsidRPr="0078531E">
              <w:rPr>
                <w:spacing w:val="40"/>
                <w:sz w:val="24"/>
              </w:rPr>
              <w:t xml:space="preserve"> </w:t>
            </w:r>
            <w:r w:rsidR="00C3522D" w:rsidRPr="0078531E">
              <w:rPr>
                <w:sz w:val="24"/>
              </w:rPr>
              <w:t>is</w:t>
            </w:r>
            <w:r w:rsidR="00C3522D" w:rsidRPr="0078531E">
              <w:rPr>
                <w:spacing w:val="40"/>
                <w:sz w:val="24"/>
              </w:rPr>
              <w:t xml:space="preserve"> </w:t>
            </w:r>
            <w:r w:rsidR="00C3522D" w:rsidRPr="0078531E">
              <w:rPr>
                <w:sz w:val="24"/>
              </w:rPr>
              <w:t>bátorító</w:t>
            </w:r>
            <w:r w:rsidR="00C3522D" w:rsidRPr="0078531E">
              <w:rPr>
                <w:spacing w:val="40"/>
                <w:sz w:val="24"/>
              </w:rPr>
              <w:t xml:space="preserve"> </w:t>
            </w:r>
            <w:r w:rsidR="00C3522D" w:rsidRPr="0078531E">
              <w:rPr>
                <w:sz w:val="24"/>
              </w:rPr>
              <w:t>felnőttként</w:t>
            </w:r>
            <w:r w:rsidR="00C3522D" w:rsidRPr="0078531E">
              <w:rPr>
                <w:spacing w:val="40"/>
                <w:sz w:val="24"/>
              </w:rPr>
              <w:t xml:space="preserve"> </w:t>
            </w:r>
            <w:r w:rsidR="00C3522D" w:rsidRPr="0078531E">
              <w:rPr>
                <w:sz w:val="24"/>
              </w:rPr>
              <w:t>viselkedik,</w:t>
            </w:r>
            <w:r w:rsidR="00C3522D" w:rsidRPr="0078531E">
              <w:rPr>
                <w:spacing w:val="40"/>
                <w:sz w:val="24"/>
              </w:rPr>
              <w:t xml:space="preserve"> </w:t>
            </w:r>
            <w:r w:rsidR="00C3522D" w:rsidRPr="0078531E">
              <w:rPr>
                <w:sz w:val="24"/>
              </w:rPr>
              <w:t>beszélget</w:t>
            </w:r>
            <w:r w:rsidR="00C3522D" w:rsidRPr="0078531E">
              <w:rPr>
                <w:spacing w:val="40"/>
                <w:sz w:val="24"/>
              </w:rPr>
              <w:t xml:space="preserve"> </w:t>
            </w:r>
            <w:r w:rsidR="00C3522D" w:rsidRPr="0078531E">
              <w:rPr>
                <w:sz w:val="24"/>
              </w:rPr>
              <w:t>a</w:t>
            </w:r>
            <w:r w:rsidR="00C3522D" w:rsidRPr="0078531E">
              <w:rPr>
                <w:spacing w:val="40"/>
                <w:sz w:val="24"/>
              </w:rPr>
              <w:t xml:space="preserve"> </w:t>
            </w:r>
            <w:r w:rsidR="00C3522D" w:rsidRPr="0078531E">
              <w:rPr>
                <w:sz w:val="24"/>
              </w:rPr>
              <w:t>szülővel, tanáccsal, ötlettel látja el, biztatja, meggyőzi.</w:t>
            </w:r>
          </w:p>
        </w:tc>
      </w:tr>
    </w:tbl>
    <w:p w14:paraId="6FCF61BE" w14:textId="77777777" w:rsidR="00AE0CFD" w:rsidRPr="0078531E" w:rsidRDefault="00AE0CFD">
      <w:pPr>
        <w:pStyle w:val="Szvegtrzs"/>
        <w:rPr>
          <w:b/>
        </w:rPr>
      </w:pPr>
    </w:p>
    <w:p w14:paraId="69869A86" w14:textId="77777777" w:rsidR="00360930" w:rsidRPr="0078531E" w:rsidRDefault="00360930" w:rsidP="00DE199C">
      <w:pPr>
        <w:rPr>
          <w:b/>
          <w:sz w:val="24"/>
        </w:rPr>
      </w:pPr>
    </w:p>
    <w:p w14:paraId="2B5C8188" w14:textId="77777777" w:rsidR="006F5F22" w:rsidRPr="0078531E" w:rsidRDefault="006F5F22" w:rsidP="00DE199C">
      <w:pPr>
        <w:rPr>
          <w:b/>
          <w:sz w:val="24"/>
        </w:rPr>
      </w:pPr>
    </w:p>
    <w:p w14:paraId="7B16B11D" w14:textId="77777777" w:rsidR="00360930" w:rsidRPr="0078531E" w:rsidRDefault="00360930">
      <w:pPr>
        <w:ind w:left="630"/>
        <w:rPr>
          <w:b/>
          <w:sz w:val="24"/>
        </w:rPr>
      </w:pPr>
    </w:p>
    <w:p w14:paraId="6167C507" w14:textId="15DAD595" w:rsidR="00AE0CFD" w:rsidRPr="0078531E" w:rsidRDefault="00C3522D" w:rsidP="00360930">
      <w:pPr>
        <w:ind w:left="630"/>
        <w:jc w:val="center"/>
        <w:rPr>
          <w:b/>
          <w:sz w:val="24"/>
        </w:rPr>
      </w:pPr>
      <w:r w:rsidRPr="0078531E">
        <w:rPr>
          <w:b/>
          <w:sz w:val="24"/>
        </w:rPr>
        <w:t>IKT</w:t>
      </w:r>
      <w:r w:rsidR="00360930" w:rsidRPr="0078531E">
        <w:rPr>
          <w:b/>
          <w:sz w:val="24"/>
        </w:rPr>
        <w:t xml:space="preserve"> ESZKÖZÖK</w:t>
      </w:r>
      <w:r w:rsidRPr="0078531E">
        <w:rPr>
          <w:b/>
          <w:spacing w:val="-2"/>
          <w:sz w:val="24"/>
        </w:rPr>
        <w:t xml:space="preserve"> ALKALMAZÁSA</w:t>
      </w:r>
    </w:p>
    <w:p w14:paraId="64FE80E6" w14:textId="77777777" w:rsidR="00AE0CFD" w:rsidRPr="0078531E" w:rsidRDefault="00AE0CFD">
      <w:pPr>
        <w:pStyle w:val="Szvegtrzs"/>
        <w:spacing w:before="110"/>
        <w:rPr>
          <w:b/>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9"/>
      </w:tblGrid>
      <w:tr w:rsidR="0078531E" w:rsidRPr="0078531E" w14:paraId="7B7CE6B2" w14:textId="77777777">
        <w:trPr>
          <w:trHeight w:val="1103"/>
        </w:trPr>
        <w:tc>
          <w:tcPr>
            <w:tcW w:w="9069" w:type="dxa"/>
          </w:tcPr>
          <w:p w14:paraId="12A3E2DB" w14:textId="77777777" w:rsidR="00AE0CFD" w:rsidRPr="0078531E" w:rsidRDefault="00C3522D" w:rsidP="00B04652">
            <w:pPr>
              <w:pStyle w:val="TableParagraph"/>
              <w:ind w:left="841"/>
              <w:jc w:val="both"/>
              <w:rPr>
                <w:sz w:val="24"/>
              </w:rPr>
            </w:pPr>
            <w:r w:rsidRPr="0078531E">
              <w:rPr>
                <w:sz w:val="24"/>
              </w:rPr>
              <w:t>1.</w:t>
            </w:r>
            <w:r w:rsidRPr="0078531E">
              <w:rPr>
                <w:spacing w:val="40"/>
                <w:sz w:val="24"/>
              </w:rPr>
              <w:t xml:space="preserve"> </w:t>
            </w:r>
            <w:r w:rsidRPr="0078531E">
              <w:rPr>
                <w:sz w:val="24"/>
              </w:rPr>
              <w:t>A</w:t>
            </w:r>
            <w:r w:rsidRPr="0078531E">
              <w:rPr>
                <w:spacing w:val="40"/>
                <w:sz w:val="24"/>
              </w:rPr>
              <w:t xml:space="preserve"> </w:t>
            </w:r>
            <w:r w:rsidRPr="0078531E">
              <w:rPr>
                <w:sz w:val="24"/>
              </w:rPr>
              <w:t>rendelkezésre</w:t>
            </w:r>
            <w:r w:rsidRPr="0078531E">
              <w:rPr>
                <w:spacing w:val="40"/>
                <w:sz w:val="24"/>
              </w:rPr>
              <w:t xml:space="preserve"> </w:t>
            </w:r>
            <w:r w:rsidRPr="0078531E">
              <w:rPr>
                <w:sz w:val="24"/>
              </w:rPr>
              <w:t>álló</w:t>
            </w:r>
            <w:r w:rsidRPr="0078531E">
              <w:rPr>
                <w:spacing w:val="40"/>
                <w:sz w:val="24"/>
              </w:rPr>
              <w:t xml:space="preserve"> </w:t>
            </w:r>
            <w:r w:rsidRPr="0078531E">
              <w:rPr>
                <w:sz w:val="24"/>
              </w:rPr>
              <w:t>tanulási,</w:t>
            </w:r>
            <w:r w:rsidRPr="0078531E">
              <w:rPr>
                <w:spacing w:val="40"/>
                <w:sz w:val="24"/>
              </w:rPr>
              <w:t xml:space="preserve"> </w:t>
            </w:r>
            <w:r w:rsidRPr="0078531E">
              <w:rPr>
                <w:sz w:val="24"/>
              </w:rPr>
              <w:t>képességfejlesztési</w:t>
            </w:r>
            <w:r w:rsidRPr="0078531E">
              <w:rPr>
                <w:spacing w:val="40"/>
                <w:sz w:val="24"/>
              </w:rPr>
              <w:t xml:space="preserve"> </w:t>
            </w:r>
            <w:r w:rsidRPr="0078531E">
              <w:rPr>
                <w:sz w:val="24"/>
              </w:rPr>
              <w:t>segédanyagokat,</w:t>
            </w:r>
            <w:r w:rsidRPr="0078531E">
              <w:rPr>
                <w:spacing w:val="40"/>
                <w:sz w:val="24"/>
              </w:rPr>
              <w:t xml:space="preserve"> </w:t>
            </w:r>
            <w:r w:rsidRPr="0078531E">
              <w:rPr>
                <w:sz w:val="24"/>
              </w:rPr>
              <w:t>eszközöket</w:t>
            </w:r>
            <w:r w:rsidRPr="0078531E">
              <w:rPr>
                <w:spacing w:val="40"/>
                <w:sz w:val="24"/>
              </w:rPr>
              <w:t xml:space="preserve"> </w:t>
            </w:r>
            <w:r w:rsidRPr="0078531E">
              <w:rPr>
                <w:sz w:val="24"/>
              </w:rPr>
              <w:t>–</w:t>
            </w:r>
            <w:r w:rsidRPr="0078531E">
              <w:rPr>
                <w:spacing w:val="40"/>
                <w:sz w:val="24"/>
              </w:rPr>
              <w:t xml:space="preserve"> </w:t>
            </w:r>
            <w:r w:rsidRPr="0078531E">
              <w:rPr>
                <w:sz w:val="24"/>
              </w:rPr>
              <w:t>digitális</w:t>
            </w:r>
            <w:r w:rsidRPr="0078531E">
              <w:rPr>
                <w:spacing w:val="17"/>
                <w:sz w:val="24"/>
              </w:rPr>
              <w:t xml:space="preserve"> </w:t>
            </w:r>
            <w:r w:rsidRPr="0078531E">
              <w:rPr>
                <w:sz w:val="24"/>
              </w:rPr>
              <w:t>anyagokat</w:t>
            </w:r>
            <w:r w:rsidRPr="0078531E">
              <w:rPr>
                <w:spacing w:val="19"/>
                <w:sz w:val="24"/>
              </w:rPr>
              <w:t xml:space="preserve"> </w:t>
            </w:r>
            <w:r w:rsidRPr="0078531E">
              <w:rPr>
                <w:sz w:val="24"/>
              </w:rPr>
              <w:t>és</w:t>
            </w:r>
            <w:r w:rsidRPr="0078531E">
              <w:rPr>
                <w:spacing w:val="20"/>
                <w:sz w:val="24"/>
              </w:rPr>
              <w:t xml:space="preserve"> </w:t>
            </w:r>
            <w:r w:rsidRPr="0078531E">
              <w:rPr>
                <w:sz w:val="24"/>
              </w:rPr>
              <w:t>eszközöket</w:t>
            </w:r>
            <w:r w:rsidRPr="0078531E">
              <w:rPr>
                <w:spacing w:val="17"/>
                <w:sz w:val="24"/>
              </w:rPr>
              <w:t xml:space="preserve"> </w:t>
            </w:r>
            <w:r w:rsidRPr="0078531E">
              <w:rPr>
                <w:sz w:val="24"/>
              </w:rPr>
              <w:t>is-</w:t>
            </w:r>
            <w:r w:rsidRPr="0078531E">
              <w:rPr>
                <w:spacing w:val="18"/>
                <w:sz w:val="24"/>
              </w:rPr>
              <w:t xml:space="preserve"> </w:t>
            </w:r>
            <w:r w:rsidRPr="0078531E">
              <w:rPr>
                <w:sz w:val="24"/>
              </w:rPr>
              <w:t>széles</w:t>
            </w:r>
            <w:r w:rsidRPr="0078531E">
              <w:rPr>
                <w:spacing w:val="20"/>
                <w:sz w:val="24"/>
              </w:rPr>
              <w:t xml:space="preserve"> </w:t>
            </w:r>
            <w:r w:rsidRPr="0078531E">
              <w:rPr>
                <w:sz w:val="24"/>
              </w:rPr>
              <w:t>körűen</w:t>
            </w:r>
            <w:r w:rsidRPr="0078531E">
              <w:rPr>
                <w:spacing w:val="19"/>
                <w:sz w:val="24"/>
              </w:rPr>
              <w:t xml:space="preserve"> </w:t>
            </w:r>
            <w:r w:rsidRPr="0078531E">
              <w:rPr>
                <w:sz w:val="24"/>
              </w:rPr>
              <w:t>ismeri.</w:t>
            </w:r>
            <w:r w:rsidRPr="0078531E">
              <w:rPr>
                <w:spacing w:val="19"/>
                <w:sz w:val="24"/>
              </w:rPr>
              <w:t xml:space="preserve"> </w:t>
            </w:r>
            <w:r w:rsidRPr="0078531E">
              <w:rPr>
                <w:sz w:val="24"/>
              </w:rPr>
              <w:t>Kritikusan</w:t>
            </w:r>
            <w:r w:rsidRPr="0078531E">
              <w:rPr>
                <w:spacing w:val="20"/>
                <w:sz w:val="24"/>
              </w:rPr>
              <w:t xml:space="preserve"> </w:t>
            </w:r>
            <w:r w:rsidRPr="0078531E">
              <w:rPr>
                <w:sz w:val="24"/>
              </w:rPr>
              <w:t>értékeli</w:t>
            </w:r>
            <w:r w:rsidRPr="0078531E">
              <w:rPr>
                <w:spacing w:val="20"/>
                <w:sz w:val="24"/>
              </w:rPr>
              <w:t xml:space="preserve"> </w:t>
            </w:r>
            <w:r w:rsidRPr="0078531E">
              <w:rPr>
                <w:sz w:val="24"/>
              </w:rPr>
              <w:t>és</w:t>
            </w:r>
            <w:r w:rsidRPr="0078531E">
              <w:rPr>
                <w:spacing w:val="20"/>
                <w:sz w:val="24"/>
              </w:rPr>
              <w:t xml:space="preserve"> </w:t>
            </w:r>
            <w:r w:rsidRPr="0078531E">
              <w:rPr>
                <w:spacing w:val="-2"/>
                <w:sz w:val="24"/>
              </w:rPr>
              <w:t>céljainak</w:t>
            </w:r>
          </w:p>
          <w:p w14:paraId="3442A33B" w14:textId="77777777" w:rsidR="00AE0CFD" w:rsidRPr="0078531E" w:rsidRDefault="00C3522D" w:rsidP="00B04652">
            <w:pPr>
              <w:pStyle w:val="TableParagraph"/>
              <w:spacing w:line="270" w:lineRule="atLeast"/>
              <w:ind w:left="841"/>
              <w:jc w:val="both"/>
              <w:rPr>
                <w:sz w:val="24"/>
              </w:rPr>
            </w:pPr>
            <w:r w:rsidRPr="0078531E">
              <w:rPr>
                <w:sz w:val="24"/>
              </w:rPr>
              <w:t>megfelelően tudatosan alkalmazza őket a gyermekek érdeklődésének felkeltésére, az önálló ismeretszerzés képességének fejlesztésére.</w:t>
            </w:r>
          </w:p>
        </w:tc>
      </w:tr>
      <w:tr w:rsidR="0078531E" w:rsidRPr="0078531E" w14:paraId="20D5EA35" w14:textId="77777777">
        <w:trPr>
          <w:trHeight w:val="566"/>
        </w:trPr>
        <w:tc>
          <w:tcPr>
            <w:tcW w:w="9069" w:type="dxa"/>
          </w:tcPr>
          <w:p w14:paraId="01AB39D2" w14:textId="38F7DE21" w:rsidR="00AE0CFD" w:rsidRPr="0078531E" w:rsidRDefault="00C3522D" w:rsidP="00B04652">
            <w:pPr>
              <w:pStyle w:val="TableParagraph"/>
              <w:spacing w:line="276" w:lineRule="exact"/>
              <w:ind w:left="841" w:right="233"/>
              <w:jc w:val="both"/>
              <w:rPr>
                <w:sz w:val="24"/>
              </w:rPr>
            </w:pPr>
            <w:r w:rsidRPr="0078531E">
              <w:rPr>
                <w:sz w:val="24"/>
              </w:rPr>
              <w:t>2.</w:t>
            </w:r>
            <w:r w:rsidRPr="0078531E">
              <w:rPr>
                <w:spacing w:val="-5"/>
                <w:sz w:val="24"/>
              </w:rPr>
              <w:t xml:space="preserve"> </w:t>
            </w:r>
            <w:r w:rsidRPr="0078531E">
              <w:rPr>
                <w:sz w:val="24"/>
              </w:rPr>
              <w:t>Az</w:t>
            </w:r>
            <w:r w:rsidRPr="0078531E">
              <w:rPr>
                <w:spacing w:val="-5"/>
                <w:sz w:val="24"/>
              </w:rPr>
              <w:t xml:space="preserve"> </w:t>
            </w:r>
            <w:r w:rsidRPr="0078531E">
              <w:rPr>
                <w:sz w:val="24"/>
              </w:rPr>
              <w:t>óvodában</w:t>
            </w:r>
            <w:r w:rsidRPr="0078531E">
              <w:rPr>
                <w:spacing w:val="-5"/>
                <w:sz w:val="24"/>
              </w:rPr>
              <w:t xml:space="preserve"> </w:t>
            </w:r>
            <w:r w:rsidRPr="0078531E">
              <w:rPr>
                <w:sz w:val="24"/>
              </w:rPr>
              <w:t>alkalmazható</w:t>
            </w:r>
            <w:r w:rsidRPr="0078531E">
              <w:rPr>
                <w:spacing w:val="-5"/>
                <w:sz w:val="24"/>
              </w:rPr>
              <w:t xml:space="preserve"> </w:t>
            </w:r>
            <w:r w:rsidRPr="0078531E">
              <w:rPr>
                <w:sz w:val="24"/>
              </w:rPr>
              <w:t>digitális</w:t>
            </w:r>
            <w:r w:rsidRPr="0078531E">
              <w:rPr>
                <w:spacing w:val="-6"/>
                <w:sz w:val="24"/>
              </w:rPr>
              <w:t xml:space="preserve"> </w:t>
            </w:r>
            <w:r w:rsidRPr="0078531E">
              <w:rPr>
                <w:sz w:val="24"/>
              </w:rPr>
              <w:t>eszközöket</w:t>
            </w:r>
            <w:r w:rsidRPr="0078531E">
              <w:rPr>
                <w:spacing w:val="-5"/>
                <w:sz w:val="24"/>
              </w:rPr>
              <w:t xml:space="preserve"> </w:t>
            </w:r>
            <w:r w:rsidRPr="0078531E">
              <w:rPr>
                <w:sz w:val="24"/>
              </w:rPr>
              <w:t>(CD</w:t>
            </w:r>
            <w:r w:rsidRPr="0078531E">
              <w:rPr>
                <w:spacing w:val="-6"/>
                <w:sz w:val="24"/>
              </w:rPr>
              <w:t xml:space="preserve"> </w:t>
            </w:r>
            <w:r w:rsidRPr="0078531E">
              <w:rPr>
                <w:sz w:val="24"/>
              </w:rPr>
              <w:t>lejátszó,</w:t>
            </w:r>
            <w:r w:rsidRPr="0078531E">
              <w:rPr>
                <w:spacing w:val="-5"/>
                <w:sz w:val="24"/>
              </w:rPr>
              <w:t xml:space="preserve"> </w:t>
            </w:r>
            <w:r w:rsidRPr="0078531E">
              <w:rPr>
                <w:sz w:val="24"/>
              </w:rPr>
              <w:t xml:space="preserve">projektor, </w:t>
            </w:r>
            <w:r w:rsidR="00F14A7D" w:rsidRPr="0078531E">
              <w:rPr>
                <w:sz w:val="24"/>
              </w:rPr>
              <w:t xml:space="preserve">hangszóró, </w:t>
            </w:r>
            <w:r w:rsidRPr="0078531E">
              <w:rPr>
                <w:sz w:val="24"/>
              </w:rPr>
              <w:t>fényképezőgép</w:t>
            </w:r>
            <w:r w:rsidR="00F14A7D" w:rsidRPr="0078531E">
              <w:rPr>
                <w:sz w:val="24"/>
              </w:rPr>
              <w:t>,</w:t>
            </w:r>
            <w:r w:rsidRPr="0078531E">
              <w:rPr>
                <w:sz w:val="24"/>
              </w:rPr>
              <w:t xml:space="preserve"> számítógép) célszerűen használja.</w:t>
            </w:r>
          </w:p>
        </w:tc>
      </w:tr>
      <w:tr w:rsidR="00AE0CFD" w:rsidRPr="0078531E" w14:paraId="2681B147" w14:textId="77777777">
        <w:trPr>
          <w:trHeight w:val="830"/>
        </w:trPr>
        <w:tc>
          <w:tcPr>
            <w:tcW w:w="9069" w:type="dxa"/>
          </w:tcPr>
          <w:p w14:paraId="4986C095" w14:textId="77777777" w:rsidR="00AE0CFD" w:rsidRPr="0078531E" w:rsidRDefault="00C3522D" w:rsidP="00B04652">
            <w:pPr>
              <w:pStyle w:val="TableParagraph"/>
              <w:ind w:left="841" w:right="233"/>
              <w:jc w:val="both"/>
              <w:rPr>
                <w:sz w:val="24"/>
              </w:rPr>
            </w:pPr>
            <w:r w:rsidRPr="0078531E">
              <w:rPr>
                <w:sz w:val="24"/>
              </w:rPr>
              <w:t>3. A gyermekekben igyekszik felkelteni és fenntartani az önálló tapasztalatszerzés, megismerés</w:t>
            </w:r>
            <w:r w:rsidRPr="0078531E">
              <w:rPr>
                <w:spacing w:val="-7"/>
                <w:sz w:val="24"/>
              </w:rPr>
              <w:t xml:space="preserve"> </w:t>
            </w:r>
            <w:r w:rsidRPr="0078531E">
              <w:rPr>
                <w:sz w:val="24"/>
              </w:rPr>
              <w:t>igényét.</w:t>
            </w:r>
            <w:r w:rsidRPr="0078531E">
              <w:rPr>
                <w:spacing w:val="-6"/>
                <w:sz w:val="24"/>
              </w:rPr>
              <w:t xml:space="preserve"> </w:t>
            </w:r>
            <w:r w:rsidRPr="0078531E">
              <w:rPr>
                <w:sz w:val="24"/>
              </w:rPr>
              <w:t>Ennek</w:t>
            </w:r>
            <w:r w:rsidRPr="0078531E">
              <w:rPr>
                <w:spacing w:val="-6"/>
                <w:sz w:val="24"/>
              </w:rPr>
              <w:t xml:space="preserve"> </w:t>
            </w:r>
            <w:r w:rsidRPr="0078531E">
              <w:rPr>
                <w:sz w:val="24"/>
              </w:rPr>
              <w:t>érdekében</w:t>
            </w:r>
            <w:r w:rsidRPr="0078531E">
              <w:rPr>
                <w:spacing w:val="-4"/>
                <w:sz w:val="24"/>
              </w:rPr>
              <w:t xml:space="preserve"> </w:t>
            </w:r>
            <w:r w:rsidRPr="0078531E">
              <w:rPr>
                <w:sz w:val="24"/>
              </w:rPr>
              <w:t>felhasználja</w:t>
            </w:r>
            <w:r w:rsidRPr="0078531E">
              <w:rPr>
                <w:spacing w:val="-7"/>
                <w:sz w:val="24"/>
              </w:rPr>
              <w:t xml:space="preserve"> </w:t>
            </w:r>
            <w:r w:rsidRPr="0078531E">
              <w:rPr>
                <w:sz w:val="24"/>
              </w:rPr>
              <w:t>az</w:t>
            </w:r>
            <w:r w:rsidRPr="0078531E">
              <w:rPr>
                <w:spacing w:val="-3"/>
                <w:sz w:val="24"/>
              </w:rPr>
              <w:t xml:space="preserve"> </w:t>
            </w:r>
            <w:r w:rsidRPr="0078531E">
              <w:rPr>
                <w:sz w:val="24"/>
              </w:rPr>
              <w:t>IKT-eszközök</w:t>
            </w:r>
            <w:r w:rsidRPr="0078531E">
              <w:rPr>
                <w:spacing w:val="-6"/>
                <w:sz w:val="24"/>
              </w:rPr>
              <w:t xml:space="preserve"> </w:t>
            </w:r>
            <w:r w:rsidRPr="0078531E">
              <w:rPr>
                <w:sz w:val="24"/>
              </w:rPr>
              <w:t>alkalmazásában</w:t>
            </w:r>
            <w:r w:rsidRPr="0078531E">
              <w:rPr>
                <w:spacing w:val="-6"/>
                <w:sz w:val="24"/>
              </w:rPr>
              <w:t xml:space="preserve"> </w:t>
            </w:r>
            <w:r w:rsidRPr="0078531E">
              <w:rPr>
                <w:sz w:val="24"/>
              </w:rPr>
              <w:t>rejlő</w:t>
            </w:r>
          </w:p>
          <w:p w14:paraId="5196EFFE" w14:textId="77777777" w:rsidR="00AE0CFD" w:rsidRPr="0078531E" w:rsidRDefault="00C3522D" w:rsidP="00B04652">
            <w:pPr>
              <w:pStyle w:val="TableParagraph"/>
              <w:spacing w:line="264" w:lineRule="exact"/>
              <w:ind w:left="841"/>
              <w:jc w:val="both"/>
              <w:rPr>
                <w:sz w:val="24"/>
              </w:rPr>
            </w:pPr>
            <w:r w:rsidRPr="0078531E">
              <w:rPr>
                <w:spacing w:val="-2"/>
                <w:sz w:val="24"/>
              </w:rPr>
              <w:t>lehetőségeket.</w:t>
            </w:r>
          </w:p>
        </w:tc>
      </w:tr>
    </w:tbl>
    <w:p w14:paraId="414F082C" w14:textId="77777777" w:rsidR="004311EC" w:rsidRPr="0078531E" w:rsidRDefault="004311EC" w:rsidP="00DE199C">
      <w:pPr>
        <w:spacing w:before="76"/>
        <w:rPr>
          <w:b/>
          <w:sz w:val="24"/>
        </w:rPr>
      </w:pPr>
      <w:bookmarkStart w:id="15" w:name="_bookmark10"/>
      <w:bookmarkEnd w:id="15"/>
    </w:p>
    <w:p w14:paraId="6BC407A6" w14:textId="77777777" w:rsidR="004311EC" w:rsidRPr="0078531E" w:rsidRDefault="004311EC" w:rsidP="00DE199C">
      <w:pPr>
        <w:spacing w:before="76"/>
        <w:rPr>
          <w:b/>
          <w:sz w:val="24"/>
        </w:rPr>
      </w:pPr>
    </w:p>
    <w:p w14:paraId="00494D39" w14:textId="77777777" w:rsidR="005863FF" w:rsidRPr="0078531E" w:rsidRDefault="005863FF" w:rsidP="00DE199C">
      <w:pPr>
        <w:spacing w:before="76"/>
        <w:rPr>
          <w:b/>
          <w:sz w:val="24"/>
        </w:rPr>
      </w:pPr>
    </w:p>
    <w:p w14:paraId="6251E429" w14:textId="77777777" w:rsidR="005863FF" w:rsidRPr="0078531E" w:rsidRDefault="005863FF" w:rsidP="00DE199C">
      <w:pPr>
        <w:spacing w:before="76"/>
        <w:rPr>
          <w:b/>
          <w:sz w:val="24"/>
        </w:rPr>
      </w:pPr>
    </w:p>
    <w:p w14:paraId="0A452347" w14:textId="77777777" w:rsidR="005863FF" w:rsidRPr="0078531E" w:rsidRDefault="005863FF" w:rsidP="00DE199C">
      <w:pPr>
        <w:spacing w:before="76"/>
        <w:rPr>
          <w:b/>
          <w:sz w:val="24"/>
        </w:rPr>
      </w:pPr>
    </w:p>
    <w:p w14:paraId="210005B9" w14:textId="77777777" w:rsidR="005863FF" w:rsidRPr="0078531E" w:rsidRDefault="005863FF" w:rsidP="00DE199C">
      <w:pPr>
        <w:spacing w:before="76"/>
        <w:rPr>
          <w:b/>
          <w:sz w:val="24"/>
        </w:rPr>
      </w:pPr>
    </w:p>
    <w:p w14:paraId="251C8000" w14:textId="77777777" w:rsidR="005863FF" w:rsidRPr="0078531E" w:rsidRDefault="005863FF" w:rsidP="00DE199C">
      <w:pPr>
        <w:spacing w:before="76"/>
        <w:rPr>
          <w:b/>
          <w:sz w:val="24"/>
        </w:rPr>
      </w:pPr>
    </w:p>
    <w:p w14:paraId="0292B9F1" w14:textId="77777777" w:rsidR="005863FF" w:rsidRPr="0078531E" w:rsidRDefault="005863FF" w:rsidP="00DE199C">
      <w:pPr>
        <w:spacing w:before="76"/>
        <w:rPr>
          <w:b/>
          <w:sz w:val="24"/>
        </w:rPr>
      </w:pPr>
    </w:p>
    <w:p w14:paraId="1631723A" w14:textId="0FF9587A" w:rsidR="00AE0CFD" w:rsidRPr="0078531E" w:rsidRDefault="00C3522D" w:rsidP="004311EC">
      <w:pPr>
        <w:spacing w:before="76"/>
        <w:jc w:val="center"/>
        <w:rPr>
          <w:b/>
          <w:spacing w:val="-2"/>
          <w:sz w:val="24"/>
        </w:rPr>
      </w:pPr>
      <w:r w:rsidRPr="0078531E">
        <w:rPr>
          <w:b/>
          <w:sz w:val="24"/>
        </w:rPr>
        <w:lastRenderedPageBreak/>
        <w:t>INTÉZMÉNYI</w:t>
      </w:r>
      <w:r w:rsidRPr="0078531E">
        <w:rPr>
          <w:b/>
          <w:spacing w:val="-6"/>
          <w:sz w:val="24"/>
        </w:rPr>
        <w:t xml:space="preserve"> </w:t>
      </w:r>
      <w:r w:rsidRPr="0078531E">
        <w:rPr>
          <w:b/>
          <w:spacing w:val="-2"/>
          <w:sz w:val="24"/>
        </w:rPr>
        <w:t>INNOVÁCIÓ</w:t>
      </w:r>
    </w:p>
    <w:p w14:paraId="5D8D0B32" w14:textId="77777777" w:rsidR="004311EC" w:rsidRPr="0078531E" w:rsidRDefault="004311EC" w:rsidP="00DE199C">
      <w:pPr>
        <w:spacing w:before="76"/>
        <w:rPr>
          <w:b/>
          <w:sz w:val="24"/>
        </w:rPr>
      </w:pPr>
    </w:p>
    <w:p w14:paraId="01F7C961" w14:textId="77777777" w:rsidR="00AE0CFD" w:rsidRPr="0078531E" w:rsidRDefault="00C3522D">
      <w:pPr>
        <w:pStyle w:val="Szvegtrzs"/>
        <w:spacing w:before="159" w:line="276" w:lineRule="auto"/>
        <w:ind w:left="136"/>
      </w:pPr>
      <w:r w:rsidRPr="0078531E">
        <w:rPr>
          <w:b/>
          <w:bCs/>
        </w:rPr>
        <w:t>Cél:</w:t>
      </w:r>
      <w:r w:rsidRPr="0078531E">
        <w:rPr>
          <w:spacing w:val="-4"/>
        </w:rPr>
        <w:t xml:space="preserve"> </w:t>
      </w:r>
      <w:r w:rsidRPr="0078531E">
        <w:t>a</w:t>
      </w:r>
      <w:r w:rsidRPr="0078531E">
        <w:rPr>
          <w:spacing w:val="-5"/>
        </w:rPr>
        <w:t xml:space="preserve"> </w:t>
      </w:r>
      <w:r w:rsidRPr="0078531E">
        <w:t>pedagógiai</w:t>
      </w:r>
      <w:r w:rsidRPr="0078531E">
        <w:rPr>
          <w:spacing w:val="-2"/>
        </w:rPr>
        <w:t xml:space="preserve"> </w:t>
      </w:r>
      <w:r w:rsidRPr="0078531E">
        <w:t>gyakorlat</w:t>
      </w:r>
      <w:r w:rsidRPr="0078531E">
        <w:rPr>
          <w:spacing w:val="-4"/>
        </w:rPr>
        <w:t xml:space="preserve"> </w:t>
      </w:r>
      <w:r w:rsidRPr="0078531E">
        <w:t>színvonalának</w:t>
      </w:r>
      <w:r w:rsidRPr="0078531E">
        <w:rPr>
          <w:spacing w:val="-4"/>
        </w:rPr>
        <w:t xml:space="preserve"> </w:t>
      </w:r>
      <w:r w:rsidRPr="0078531E">
        <w:t>emelése,</w:t>
      </w:r>
      <w:r w:rsidRPr="0078531E">
        <w:rPr>
          <w:spacing w:val="-4"/>
        </w:rPr>
        <w:t xml:space="preserve"> </w:t>
      </w:r>
      <w:r w:rsidRPr="0078531E">
        <w:t>a</w:t>
      </w:r>
      <w:r w:rsidRPr="0078531E">
        <w:rPr>
          <w:spacing w:val="-5"/>
        </w:rPr>
        <w:t xml:space="preserve"> </w:t>
      </w:r>
      <w:r w:rsidRPr="0078531E">
        <w:t>közös</w:t>
      </w:r>
      <w:r w:rsidRPr="0078531E">
        <w:rPr>
          <w:spacing w:val="-5"/>
        </w:rPr>
        <w:t xml:space="preserve"> </w:t>
      </w:r>
      <w:r w:rsidRPr="0078531E">
        <w:t>értékrend</w:t>
      </w:r>
      <w:r w:rsidRPr="0078531E">
        <w:rPr>
          <w:spacing w:val="-4"/>
        </w:rPr>
        <w:t xml:space="preserve"> </w:t>
      </w:r>
      <w:r w:rsidRPr="0078531E">
        <w:t>és</w:t>
      </w:r>
      <w:r w:rsidRPr="0078531E">
        <w:rPr>
          <w:spacing w:val="-5"/>
        </w:rPr>
        <w:t xml:space="preserve"> </w:t>
      </w:r>
      <w:r w:rsidRPr="0078531E">
        <w:t>nevelési</w:t>
      </w:r>
      <w:r w:rsidRPr="0078531E">
        <w:rPr>
          <w:spacing w:val="-4"/>
        </w:rPr>
        <w:t xml:space="preserve"> </w:t>
      </w:r>
      <w:r w:rsidRPr="0078531E">
        <w:t>elvek megerősítése, az egyéni kompetenciák fejlesztése</w:t>
      </w:r>
    </w:p>
    <w:p w14:paraId="19F54B75" w14:textId="77777777" w:rsidR="00AE0CFD" w:rsidRPr="0078531E" w:rsidRDefault="00AE0CFD">
      <w:pPr>
        <w:pStyle w:val="Szvegtrzs"/>
        <w:spacing w:before="40"/>
      </w:pPr>
    </w:p>
    <w:p w14:paraId="63341D58" w14:textId="77777777" w:rsidR="00AE0CFD" w:rsidRPr="0078531E" w:rsidRDefault="00C3522D" w:rsidP="00AC4516">
      <w:pPr>
        <w:pStyle w:val="Szvegtrzs"/>
        <w:spacing w:before="48"/>
        <w:rPr>
          <w:b/>
          <w:bCs/>
        </w:rPr>
      </w:pPr>
      <w:r w:rsidRPr="0078531E">
        <w:rPr>
          <w:b/>
          <w:bCs/>
        </w:rPr>
        <w:t>Humánerőforrás</w:t>
      </w:r>
      <w:r w:rsidRPr="0078531E">
        <w:rPr>
          <w:b/>
          <w:bCs/>
          <w:spacing w:val="-3"/>
        </w:rPr>
        <w:t xml:space="preserve"> </w:t>
      </w:r>
      <w:r w:rsidRPr="0078531E">
        <w:rPr>
          <w:b/>
          <w:bCs/>
          <w:spacing w:val="-2"/>
        </w:rPr>
        <w:t>fejlesztése:</w:t>
      </w:r>
    </w:p>
    <w:p w14:paraId="6156AEFB" w14:textId="77777777" w:rsidR="00AE0CFD" w:rsidRPr="0078531E" w:rsidRDefault="00C3522D">
      <w:pPr>
        <w:pStyle w:val="Szvegtrzs"/>
        <w:spacing w:before="41" w:line="276" w:lineRule="auto"/>
        <w:ind w:left="419" w:right="469"/>
      </w:pPr>
      <w:r w:rsidRPr="0078531E">
        <w:t>Célirányos</w:t>
      </w:r>
      <w:r w:rsidRPr="0078531E">
        <w:rPr>
          <w:spacing w:val="-6"/>
        </w:rPr>
        <w:t xml:space="preserve"> </w:t>
      </w:r>
      <w:r w:rsidRPr="0078531E">
        <w:t>pedagógus</w:t>
      </w:r>
      <w:r w:rsidRPr="0078531E">
        <w:rPr>
          <w:spacing w:val="-6"/>
        </w:rPr>
        <w:t xml:space="preserve"> </w:t>
      </w:r>
      <w:r w:rsidRPr="0078531E">
        <w:t>továbbképzések:</w:t>
      </w:r>
      <w:r w:rsidRPr="0078531E">
        <w:rPr>
          <w:spacing w:val="-5"/>
        </w:rPr>
        <w:t xml:space="preserve"> </w:t>
      </w:r>
      <w:r w:rsidRPr="0078531E">
        <w:t>a</w:t>
      </w:r>
      <w:r w:rsidRPr="0078531E">
        <w:rPr>
          <w:spacing w:val="-5"/>
        </w:rPr>
        <w:t xml:space="preserve"> </w:t>
      </w:r>
      <w:r w:rsidRPr="0078531E">
        <w:t>pedagógiai</w:t>
      </w:r>
      <w:r w:rsidRPr="0078531E">
        <w:rPr>
          <w:spacing w:val="-5"/>
        </w:rPr>
        <w:t xml:space="preserve"> </w:t>
      </w:r>
      <w:r w:rsidRPr="0078531E">
        <w:t>program</w:t>
      </w:r>
      <w:r w:rsidRPr="0078531E">
        <w:rPr>
          <w:spacing w:val="-5"/>
        </w:rPr>
        <w:t xml:space="preserve"> </w:t>
      </w:r>
      <w:r w:rsidRPr="0078531E">
        <w:t>céljait</w:t>
      </w:r>
      <w:r w:rsidRPr="0078531E">
        <w:rPr>
          <w:spacing w:val="-5"/>
        </w:rPr>
        <w:t xml:space="preserve"> </w:t>
      </w:r>
      <w:r w:rsidRPr="0078531E">
        <w:t>támogató,</w:t>
      </w:r>
      <w:r w:rsidRPr="0078531E">
        <w:rPr>
          <w:spacing w:val="-5"/>
        </w:rPr>
        <w:t xml:space="preserve"> </w:t>
      </w:r>
      <w:r w:rsidRPr="0078531E">
        <w:t>új pedagógia módszerek elsajátítását szolgáló, valamint az egyéni pedagógusi</w:t>
      </w:r>
    </w:p>
    <w:p w14:paraId="5583B03E" w14:textId="77777777" w:rsidR="00AE0CFD" w:rsidRPr="0078531E" w:rsidRDefault="00C3522D">
      <w:pPr>
        <w:pStyle w:val="Szvegtrzs"/>
        <w:spacing w:line="278" w:lineRule="auto"/>
        <w:ind w:left="419" w:right="469"/>
      </w:pPr>
      <w:r w:rsidRPr="0078531E">
        <w:t>kompetenciákat</w:t>
      </w:r>
      <w:r w:rsidRPr="0078531E">
        <w:rPr>
          <w:spacing w:val="-5"/>
        </w:rPr>
        <w:t xml:space="preserve"> </w:t>
      </w:r>
      <w:r w:rsidRPr="0078531E">
        <w:t>fejlesztő</w:t>
      </w:r>
      <w:r w:rsidRPr="0078531E">
        <w:rPr>
          <w:spacing w:val="-5"/>
        </w:rPr>
        <w:t xml:space="preserve"> </w:t>
      </w:r>
      <w:r w:rsidRPr="0078531E">
        <w:t>képzéseken</w:t>
      </w:r>
      <w:r w:rsidRPr="0078531E">
        <w:rPr>
          <w:spacing w:val="-5"/>
        </w:rPr>
        <w:t xml:space="preserve"> </w:t>
      </w:r>
      <w:r w:rsidRPr="0078531E">
        <w:t>való</w:t>
      </w:r>
      <w:r w:rsidRPr="0078531E">
        <w:rPr>
          <w:spacing w:val="-5"/>
        </w:rPr>
        <w:t xml:space="preserve"> </w:t>
      </w:r>
      <w:r w:rsidRPr="0078531E">
        <w:t>részvétel.</w:t>
      </w:r>
      <w:r w:rsidRPr="0078531E">
        <w:rPr>
          <w:spacing w:val="-3"/>
        </w:rPr>
        <w:t xml:space="preserve"> </w:t>
      </w:r>
      <w:r w:rsidRPr="0078531E">
        <w:t>A</w:t>
      </w:r>
      <w:r w:rsidRPr="0078531E">
        <w:rPr>
          <w:spacing w:val="-6"/>
        </w:rPr>
        <w:t xml:space="preserve"> </w:t>
      </w:r>
      <w:r w:rsidRPr="0078531E">
        <w:t>helyi</w:t>
      </w:r>
      <w:r w:rsidRPr="0078531E">
        <w:rPr>
          <w:spacing w:val="-5"/>
        </w:rPr>
        <w:t xml:space="preserve"> </w:t>
      </w:r>
      <w:r w:rsidRPr="0078531E">
        <w:t>pedagógiai</w:t>
      </w:r>
      <w:r w:rsidRPr="0078531E">
        <w:rPr>
          <w:spacing w:val="-3"/>
        </w:rPr>
        <w:t xml:space="preserve"> </w:t>
      </w:r>
      <w:r w:rsidRPr="0078531E">
        <w:t>gyakorlatot gazdagító innovatív programok, módszerek adaptálása.</w:t>
      </w:r>
    </w:p>
    <w:p w14:paraId="79BA4288" w14:textId="77777777" w:rsidR="00435150" w:rsidRPr="0078531E" w:rsidRDefault="00435150" w:rsidP="00D56AF3">
      <w:pPr>
        <w:pStyle w:val="Cmsor2"/>
        <w:tabs>
          <w:tab w:val="left" w:pos="703"/>
        </w:tabs>
        <w:spacing w:line="276" w:lineRule="auto"/>
        <w:ind w:left="0" w:right="1291"/>
        <w:rPr>
          <w:rFonts w:ascii="Times New Roman" w:hAnsi="Times New Roman" w:cs="Times New Roman"/>
        </w:rPr>
      </w:pPr>
      <w:bookmarkStart w:id="16" w:name="_bookmark11"/>
      <w:bookmarkEnd w:id="16"/>
    </w:p>
    <w:p w14:paraId="3E65E436" w14:textId="77777777" w:rsidR="00435150" w:rsidRPr="0078531E" w:rsidRDefault="00435150" w:rsidP="00A37908">
      <w:pPr>
        <w:pStyle w:val="Cmsor2"/>
        <w:tabs>
          <w:tab w:val="left" w:pos="703"/>
        </w:tabs>
        <w:spacing w:line="276" w:lineRule="auto"/>
        <w:ind w:left="224" w:right="1291"/>
        <w:jc w:val="right"/>
        <w:rPr>
          <w:rFonts w:ascii="Times New Roman" w:hAnsi="Times New Roman" w:cs="Times New Roman"/>
        </w:rPr>
      </w:pPr>
    </w:p>
    <w:p w14:paraId="380D2B4B" w14:textId="4D32A834" w:rsidR="00AE0CFD" w:rsidRPr="0078531E" w:rsidRDefault="00C3522D" w:rsidP="00435150">
      <w:pPr>
        <w:pStyle w:val="Cmsor2"/>
        <w:numPr>
          <w:ilvl w:val="0"/>
          <w:numId w:val="24"/>
        </w:numPr>
        <w:tabs>
          <w:tab w:val="left" w:pos="703"/>
        </w:tabs>
        <w:spacing w:line="276" w:lineRule="auto"/>
        <w:ind w:left="136" w:right="1291" w:firstLine="0"/>
        <w:jc w:val="both"/>
        <w:rPr>
          <w:rFonts w:ascii="Times New Roman" w:hAnsi="Times New Roman" w:cs="Times New Roman"/>
        </w:rPr>
      </w:pPr>
      <w:r w:rsidRPr="0078531E">
        <w:rPr>
          <w:rFonts w:ascii="Times New Roman" w:hAnsi="Times New Roman" w:cs="Times New Roman"/>
        </w:rPr>
        <w:t>A gyermekek megismerése, fejlődésének nyomon követése,</w:t>
      </w:r>
      <w:r w:rsidRPr="0078531E">
        <w:rPr>
          <w:rFonts w:ascii="Times New Roman" w:hAnsi="Times New Roman" w:cs="Times New Roman"/>
          <w:spacing w:val="-8"/>
        </w:rPr>
        <w:t xml:space="preserve"> </w:t>
      </w:r>
      <w:r w:rsidRPr="0078531E">
        <w:rPr>
          <w:rFonts w:ascii="Times New Roman" w:hAnsi="Times New Roman" w:cs="Times New Roman"/>
        </w:rPr>
        <w:t>mérése,</w:t>
      </w:r>
      <w:r w:rsidRPr="0078531E">
        <w:rPr>
          <w:rFonts w:ascii="Times New Roman" w:hAnsi="Times New Roman" w:cs="Times New Roman"/>
          <w:spacing w:val="-8"/>
        </w:rPr>
        <w:t xml:space="preserve"> </w:t>
      </w:r>
      <w:r w:rsidRPr="0078531E">
        <w:rPr>
          <w:rFonts w:ascii="Times New Roman" w:hAnsi="Times New Roman" w:cs="Times New Roman"/>
        </w:rPr>
        <w:t>értékelése.</w:t>
      </w:r>
      <w:r w:rsidRPr="0078531E">
        <w:rPr>
          <w:rFonts w:ascii="Times New Roman" w:hAnsi="Times New Roman" w:cs="Times New Roman"/>
          <w:spacing w:val="-5"/>
        </w:rPr>
        <w:t xml:space="preserve"> </w:t>
      </w:r>
      <w:r w:rsidRPr="0078531E">
        <w:rPr>
          <w:rFonts w:ascii="Times New Roman" w:hAnsi="Times New Roman" w:cs="Times New Roman"/>
        </w:rPr>
        <w:t>Differenciált</w:t>
      </w:r>
      <w:r w:rsidRPr="0078531E">
        <w:rPr>
          <w:rFonts w:ascii="Times New Roman" w:hAnsi="Times New Roman" w:cs="Times New Roman"/>
          <w:spacing w:val="-8"/>
        </w:rPr>
        <w:t xml:space="preserve"> </w:t>
      </w:r>
      <w:r w:rsidRPr="0078531E">
        <w:rPr>
          <w:rFonts w:ascii="Times New Roman" w:hAnsi="Times New Roman" w:cs="Times New Roman"/>
        </w:rPr>
        <w:t>készség</w:t>
      </w:r>
      <w:r w:rsidR="0003310C" w:rsidRPr="0078531E">
        <w:rPr>
          <w:rFonts w:ascii="Times New Roman" w:hAnsi="Times New Roman" w:cs="Times New Roman"/>
          <w:spacing w:val="-8"/>
        </w:rPr>
        <w:t>-</w:t>
      </w:r>
      <w:r w:rsidRPr="0078531E">
        <w:rPr>
          <w:rFonts w:ascii="Times New Roman" w:hAnsi="Times New Roman" w:cs="Times New Roman"/>
        </w:rPr>
        <w:t xml:space="preserve">és </w:t>
      </w:r>
      <w:r w:rsidRPr="0078531E">
        <w:rPr>
          <w:rFonts w:ascii="Times New Roman" w:hAnsi="Times New Roman" w:cs="Times New Roman"/>
          <w:spacing w:val="-2"/>
        </w:rPr>
        <w:t>képességfejlesztés.</w:t>
      </w:r>
    </w:p>
    <w:p w14:paraId="7A6AFAF3" w14:textId="77777777" w:rsidR="003A5ED4" w:rsidRPr="0078531E" w:rsidRDefault="003A5ED4" w:rsidP="00435150">
      <w:pPr>
        <w:pStyle w:val="Cmsor2"/>
        <w:tabs>
          <w:tab w:val="left" w:pos="703"/>
        </w:tabs>
        <w:spacing w:line="276" w:lineRule="auto"/>
        <w:ind w:right="1291"/>
        <w:jc w:val="both"/>
        <w:rPr>
          <w:rFonts w:ascii="Times New Roman" w:hAnsi="Times New Roman" w:cs="Times New Roman"/>
        </w:rPr>
      </w:pPr>
    </w:p>
    <w:p w14:paraId="6C429DE2" w14:textId="77777777" w:rsidR="00AE0CFD" w:rsidRPr="0078531E" w:rsidRDefault="00C3522D" w:rsidP="00435150">
      <w:pPr>
        <w:pStyle w:val="Cmsor4"/>
        <w:spacing w:before="120"/>
        <w:jc w:val="both"/>
        <w:rPr>
          <w:u w:val="single"/>
        </w:rPr>
      </w:pPr>
      <w:r w:rsidRPr="0078531E">
        <w:rPr>
          <w:u w:val="single"/>
        </w:rPr>
        <w:t>A</w:t>
      </w:r>
      <w:r w:rsidRPr="0078531E">
        <w:rPr>
          <w:spacing w:val="-4"/>
          <w:u w:val="single"/>
        </w:rPr>
        <w:t xml:space="preserve"> </w:t>
      </w:r>
      <w:r w:rsidRPr="0078531E">
        <w:rPr>
          <w:u w:val="single"/>
        </w:rPr>
        <w:t>differenciált</w:t>
      </w:r>
      <w:r w:rsidRPr="0078531E">
        <w:rPr>
          <w:spacing w:val="-3"/>
          <w:u w:val="single"/>
        </w:rPr>
        <w:t xml:space="preserve"> </w:t>
      </w:r>
      <w:r w:rsidRPr="0078531E">
        <w:rPr>
          <w:u w:val="single"/>
        </w:rPr>
        <w:t>egyéni</w:t>
      </w:r>
      <w:r w:rsidRPr="0078531E">
        <w:rPr>
          <w:spacing w:val="-4"/>
          <w:u w:val="single"/>
        </w:rPr>
        <w:t xml:space="preserve"> </w:t>
      </w:r>
      <w:r w:rsidRPr="0078531E">
        <w:rPr>
          <w:u w:val="single"/>
        </w:rPr>
        <w:t>fejlesztés</w:t>
      </w:r>
      <w:r w:rsidRPr="0078531E">
        <w:rPr>
          <w:spacing w:val="-3"/>
          <w:u w:val="single"/>
        </w:rPr>
        <w:t xml:space="preserve"> </w:t>
      </w:r>
      <w:r w:rsidRPr="0078531E">
        <w:rPr>
          <w:spacing w:val="-2"/>
          <w:u w:val="single"/>
        </w:rPr>
        <w:t>alapelvei</w:t>
      </w:r>
    </w:p>
    <w:p w14:paraId="52AFC56F" w14:textId="77777777" w:rsidR="00AE0CFD" w:rsidRPr="0078531E" w:rsidRDefault="00C3522D" w:rsidP="00435150">
      <w:pPr>
        <w:pStyle w:val="Listaszerbekezds"/>
        <w:numPr>
          <w:ilvl w:val="0"/>
          <w:numId w:val="10"/>
        </w:numPr>
        <w:tabs>
          <w:tab w:val="left" w:pos="376"/>
        </w:tabs>
        <w:spacing w:before="132"/>
        <w:jc w:val="both"/>
        <w:rPr>
          <w:sz w:val="24"/>
        </w:rPr>
      </w:pPr>
      <w:r w:rsidRPr="0078531E">
        <w:rPr>
          <w:sz w:val="24"/>
        </w:rPr>
        <w:t>A</w:t>
      </w:r>
      <w:r w:rsidRPr="0078531E">
        <w:rPr>
          <w:spacing w:val="-3"/>
          <w:sz w:val="24"/>
        </w:rPr>
        <w:t xml:space="preserve"> </w:t>
      </w:r>
      <w:r w:rsidRPr="0078531E">
        <w:rPr>
          <w:sz w:val="24"/>
        </w:rPr>
        <w:t>gyermek és</w:t>
      </w:r>
      <w:r w:rsidRPr="0078531E">
        <w:rPr>
          <w:spacing w:val="-3"/>
          <w:sz w:val="24"/>
        </w:rPr>
        <w:t xml:space="preserve"> </w:t>
      </w:r>
      <w:r w:rsidRPr="0078531E">
        <w:rPr>
          <w:sz w:val="24"/>
        </w:rPr>
        <w:t>a</w:t>
      </w:r>
      <w:r w:rsidRPr="0078531E">
        <w:rPr>
          <w:spacing w:val="-3"/>
          <w:sz w:val="24"/>
        </w:rPr>
        <w:t xml:space="preserve"> </w:t>
      </w:r>
      <w:r w:rsidRPr="0078531E">
        <w:rPr>
          <w:sz w:val="24"/>
        </w:rPr>
        <w:t>család</w:t>
      </w:r>
      <w:r w:rsidRPr="0078531E">
        <w:rPr>
          <w:spacing w:val="1"/>
          <w:sz w:val="24"/>
        </w:rPr>
        <w:t xml:space="preserve"> </w:t>
      </w:r>
      <w:r w:rsidRPr="0078531E">
        <w:rPr>
          <w:sz w:val="24"/>
        </w:rPr>
        <w:t>alapos</w:t>
      </w:r>
      <w:r w:rsidRPr="0078531E">
        <w:rPr>
          <w:spacing w:val="-3"/>
          <w:sz w:val="24"/>
        </w:rPr>
        <w:t xml:space="preserve"> </w:t>
      </w:r>
      <w:r w:rsidRPr="0078531E">
        <w:rPr>
          <w:sz w:val="24"/>
        </w:rPr>
        <w:t>ismeretére</w:t>
      </w:r>
      <w:r w:rsidRPr="0078531E">
        <w:rPr>
          <w:spacing w:val="-3"/>
          <w:sz w:val="24"/>
        </w:rPr>
        <w:t xml:space="preserve"> </w:t>
      </w:r>
      <w:r w:rsidRPr="0078531E">
        <w:rPr>
          <w:spacing w:val="-2"/>
          <w:sz w:val="24"/>
        </w:rPr>
        <w:t>épül.</w:t>
      </w:r>
    </w:p>
    <w:p w14:paraId="3C36278A" w14:textId="77777777" w:rsidR="00AE0CFD" w:rsidRPr="0078531E" w:rsidRDefault="00C3522D" w:rsidP="00435150">
      <w:pPr>
        <w:pStyle w:val="Listaszerbekezds"/>
        <w:numPr>
          <w:ilvl w:val="0"/>
          <w:numId w:val="10"/>
        </w:numPr>
        <w:tabs>
          <w:tab w:val="left" w:pos="376"/>
        </w:tabs>
        <w:spacing w:before="161" w:line="360" w:lineRule="auto"/>
        <w:ind w:left="136" w:right="1194" w:firstLine="0"/>
        <w:jc w:val="both"/>
        <w:rPr>
          <w:sz w:val="24"/>
        </w:rPr>
      </w:pPr>
      <w:r w:rsidRPr="0078531E">
        <w:rPr>
          <w:sz w:val="24"/>
        </w:rPr>
        <w:t>A</w:t>
      </w:r>
      <w:r w:rsidRPr="0078531E">
        <w:rPr>
          <w:spacing w:val="-5"/>
          <w:sz w:val="24"/>
        </w:rPr>
        <w:t xml:space="preserve"> </w:t>
      </w:r>
      <w:r w:rsidRPr="0078531E">
        <w:rPr>
          <w:sz w:val="24"/>
        </w:rPr>
        <w:t>gyermekek</w:t>
      </w:r>
      <w:r w:rsidRPr="0078531E">
        <w:rPr>
          <w:spacing w:val="-5"/>
          <w:sz w:val="24"/>
        </w:rPr>
        <w:t xml:space="preserve"> </w:t>
      </w:r>
      <w:r w:rsidRPr="0078531E">
        <w:rPr>
          <w:sz w:val="24"/>
        </w:rPr>
        <w:t>fejlesztését</w:t>
      </w:r>
      <w:r w:rsidRPr="0078531E">
        <w:rPr>
          <w:spacing w:val="-5"/>
          <w:sz w:val="24"/>
        </w:rPr>
        <w:t xml:space="preserve"> </w:t>
      </w:r>
      <w:r w:rsidRPr="0078531E">
        <w:rPr>
          <w:sz w:val="24"/>
        </w:rPr>
        <w:t>az</w:t>
      </w:r>
      <w:r w:rsidRPr="0078531E">
        <w:rPr>
          <w:spacing w:val="-5"/>
          <w:sz w:val="24"/>
        </w:rPr>
        <w:t xml:space="preserve"> </w:t>
      </w:r>
      <w:r w:rsidRPr="0078531E">
        <w:rPr>
          <w:sz w:val="24"/>
        </w:rPr>
        <w:t>óvodapedagógus</w:t>
      </w:r>
      <w:r w:rsidRPr="0078531E">
        <w:rPr>
          <w:spacing w:val="-5"/>
          <w:sz w:val="24"/>
        </w:rPr>
        <w:t xml:space="preserve"> </w:t>
      </w:r>
      <w:r w:rsidRPr="0078531E">
        <w:rPr>
          <w:sz w:val="24"/>
        </w:rPr>
        <w:t>a</w:t>
      </w:r>
      <w:r w:rsidRPr="0078531E">
        <w:rPr>
          <w:spacing w:val="-4"/>
          <w:sz w:val="24"/>
        </w:rPr>
        <w:t xml:space="preserve"> </w:t>
      </w:r>
      <w:r w:rsidRPr="0078531E">
        <w:rPr>
          <w:sz w:val="24"/>
        </w:rPr>
        <w:t>közösségen</w:t>
      </w:r>
      <w:r w:rsidRPr="0078531E">
        <w:rPr>
          <w:spacing w:val="-5"/>
          <w:sz w:val="24"/>
        </w:rPr>
        <w:t xml:space="preserve"> </w:t>
      </w:r>
      <w:r w:rsidRPr="0078531E">
        <w:rPr>
          <w:sz w:val="24"/>
        </w:rPr>
        <w:t>belül,</w:t>
      </w:r>
      <w:r w:rsidRPr="0078531E">
        <w:rPr>
          <w:spacing w:val="-5"/>
          <w:sz w:val="24"/>
        </w:rPr>
        <w:t xml:space="preserve"> </w:t>
      </w:r>
      <w:r w:rsidRPr="0078531E">
        <w:rPr>
          <w:sz w:val="24"/>
        </w:rPr>
        <w:t>elsősorban</w:t>
      </w:r>
      <w:r w:rsidRPr="0078531E">
        <w:rPr>
          <w:spacing w:val="-5"/>
          <w:sz w:val="24"/>
        </w:rPr>
        <w:t xml:space="preserve"> </w:t>
      </w:r>
      <w:r w:rsidRPr="0078531E">
        <w:rPr>
          <w:sz w:val="24"/>
        </w:rPr>
        <w:t>kisebb (mikro) csoportokban tudja ellátni az óvodai tevékenységek során.</w:t>
      </w:r>
    </w:p>
    <w:p w14:paraId="0497A869" w14:textId="77777777" w:rsidR="00AE0CFD" w:rsidRPr="0078531E" w:rsidRDefault="00C3522D" w:rsidP="00435150">
      <w:pPr>
        <w:pStyle w:val="Listaszerbekezds"/>
        <w:numPr>
          <w:ilvl w:val="0"/>
          <w:numId w:val="10"/>
        </w:numPr>
        <w:tabs>
          <w:tab w:val="left" w:pos="376"/>
        </w:tabs>
        <w:spacing w:before="19" w:line="360" w:lineRule="auto"/>
        <w:ind w:left="136" w:right="464" w:firstLine="0"/>
        <w:jc w:val="both"/>
        <w:rPr>
          <w:sz w:val="24"/>
        </w:rPr>
      </w:pPr>
      <w:r w:rsidRPr="0078531E">
        <w:rPr>
          <w:sz w:val="24"/>
        </w:rPr>
        <w:t>Törekedni</w:t>
      </w:r>
      <w:r w:rsidRPr="0078531E">
        <w:rPr>
          <w:spacing w:val="-4"/>
          <w:sz w:val="24"/>
        </w:rPr>
        <w:t xml:space="preserve"> </w:t>
      </w:r>
      <w:r w:rsidRPr="0078531E">
        <w:rPr>
          <w:sz w:val="24"/>
        </w:rPr>
        <w:t>kell</w:t>
      </w:r>
      <w:r w:rsidRPr="0078531E">
        <w:rPr>
          <w:spacing w:val="-4"/>
          <w:sz w:val="24"/>
        </w:rPr>
        <w:t xml:space="preserve"> </w:t>
      </w:r>
      <w:r w:rsidRPr="0078531E">
        <w:rPr>
          <w:sz w:val="24"/>
        </w:rPr>
        <w:t>az</w:t>
      </w:r>
      <w:r w:rsidRPr="0078531E">
        <w:rPr>
          <w:spacing w:val="-5"/>
          <w:sz w:val="24"/>
        </w:rPr>
        <w:t xml:space="preserve"> </w:t>
      </w:r>
      <w:r w:rsidRPr="0078531E">
        <w:rPr>
          <w:sz w:val="24"/>
        </w:rPr>
        <w:t>egyénre</w:t>
      </w:r>
      <w:r w:rsidRPr="0078531E">
        <w:rPr>
          <w:spacing w:val="-5"/>
          <w:sz w:val="24"/>
        </w:rPr>
        <w:t xml:space="preserve"> </w:t>
      </w:r>
      <w:r w:rsidRPr="0078531E">
        <w:rPr>
          <w:sz w:val="24"/>
        </w:rPr>
        <w:t>szabott,</w:t>
      </w:r>
      <w:r w:rsidRPr="0078531E">
        <w:rPr>
          <w:spacing w:val="-4"/>
          <w:sz w:val="24"/>
        </w:rPr>
        <w:t xml:space="preserve"> </w:t>
      </w:r>
      <w:r w:rsidRPr="0078531E">
        <w:rPr>
          <w:sz w:val="24"/>
        </w:rPr>
        <w:t>hatékony</w:t>
      </w:r>
      <w:r w:rsidRPr="0078531E">
        <w:rPr>
          <w:spacing w:val="-5"/>
          <w:sz w:val="24"/>
        </w:rPr>
        <w:t xml:space="preserve"> </w:t>
      </w:r>
      <w:r w:rsidRPr="0078531E">
        <w:rPr>
          <w:sz w:val="24"/>
        </w:rPr>
        <w:t>hátránycsökkentésre,</w:t>
      </w:r>
      <w:r w:rsidRPr="0078531E">
        <w:rPr>
          <w:spacing w:val="-3"/>
          <w:sz w:val="24"/>
        </w:rPr>
        <w:t xml:space="preserve"> </w:t>
      </w:r>
      <w:r w:rsidRPr="0078531E">
        <w:rPr>
          <w:sz w:val="24"/>
        </w:rPr>
        <w:t>valamint</w:t>
      </w:r>
      <w:r w:rsidRPr="0078531E">
        <w:rPr>
          <w:spacing w:val="-4"/>
          <w:sz w:val="24"/>
        </w:rPr>
        <w:t xml:space="preserve"> </w:t>
      </w:r>
      <w:r w:rsidRPr="0078531E">
        <w:rPr>
          <w:sz w:val="24"/>
        </w:rPr>
        <w:t>a</w:t>
      </w:r>
      <w:r w:rsidRPr="0078531E">
        <w:rPr>
          <w:spacing w:val="-3"/>
          <w:sz w:val="24"/>
        </w:rPr>
        <w:t xml:space="preserve"> </w:t>
      </w:r>
      <w:r w:rsidRPr="0078531E">
        <w:rPr>
          <w:sz w:val="24"/>
        </w:rPr>
        <w:t xml:space="preserve">tehetségcsírák </w:t>
      </w:r>
      <w:r w:rsidRPr="0078531E">
        <w:rPr>
          <w:spacing w:val="-2"/>
          <w:sz w:val="24"/>
        </w:rPr>
        <w:t>kibontakoztatására.</w:t>
      </w:r>
    </w:p>
    <w:p w14:paraId="49247E5D" w14:textId="77777777" w:rsidR="00AE0CFD" w:rsidRPr="0078531E" w:rsidRDefault="00C3522D" w:rsidP="00435150">
      <w:pPr>
        <w:pStyle w:val="Listaszerbekezds"/>
        <w:numPr>
          <w:ilvl w:val="0"/>
          <w:numId w:val="10"/>
        </w:numPr>
        <w:tabs>
          <w:tab w:val="left" w:pos="376"/>
        </w:tabs>
        <w:spacing w:before="22" w:line="360" w:lineRule="auto"/>
        <w:ind w:left="136" w:right="1080" w:firstLine="0"/>
        <w:jc w:val="both"/>
        <w:rPr>
          <w:sz w:val="24"/>
        </w:rPr>
      </w:pPr>
      <w:r w:rsidRPr="0078531E">
        <w:rPr>
          <w:sz w:val="24"/>
        </w:rPr>
        <w:t>A</w:t>
      </w:r>
      <w:r w:rsidRPr="0078531E">
        <w:rPr>
          <w:spacing w:val="-5"/>
          <w:sz w:val="24"/>
        </w:rPr>
        <w:t xml:space="preserve"> </w:t>
      </w:r>
      <w:r w:rsidRPr="0078531E">
        <w:rPr>
          <w:sz w:val="24"/>
        </w:rPr>
        <w:t>sajátos</w:t>
      </w:r>
      <w:r w:rsidRPr="0078531E">
        <w:rPr>
          <w:spacing w:val="-5"/>
          <w:sz w:val="24"/>
        </w:rPr>
        <w:t xml:space="preserve"> </w:t>
      </w:r>
      <w:r w:rsidRPr="0078531E">
        <w:rPr>
          <w:sz w:val="24"/>
        </w:rPr>
        <w:t>nevelési</w:t>
      </w:r>
      <w:r w:rsidRPr="0078531E">
        <w:rPr>
          <w:spacing w:val="-4"/>
          <w:sz w:val="24"/>
        </w:rPr>
        <w:t xml:space="preserve"> </w:t>
      </w:r>
      <w:r w:rsidRPr="0078531E">
        <w:rPr>
          <w:sz w:val="24"/>
        </w:rPr>
        <w:t>igényű gyermekek</w:t>
      </w:r>
      <w:r w:rsidRPr="0078531E">
        <w:rPr>
          <w:spacing w:val="-4"/>
          <w:sz w:val="24"/>
        </w:rPr>
        <w:t xml:space="preserve"> </w:t>
      </w:r>
      <w:r w:rsidRPr="0078531E">
        <w:rPr>
          <w:sz w:val="24"/>
        </w:rPr>
        <w:t>számára</w:t>
      </w:r>
      <w:r w:rsidRPr="0078531E">
        <w:rPr>
          <w:spacing w:val="-5"/>
          <w:sz w:val="24"/>
        </w:rPr>
        <w:t xml:space="preserve"> </w:t>
      </w:r>
      <w:r w:rsidRPr="0078531E">
        <w:rPr>
          <w:sz w:val="24"/>
        </w:rPr>
        <w:t>biztosítanunk</w:t>
      </w:r>
      <w:r w:rsidRPr="0078531E">
        <w:rPr>
          <w:spacing w:val="-4"/>
          <w:sz w:val="24"/>
        </w:rPr>
        <w:t xml:space="preserve"> </w:t>
      </w:r>
      <w:r w:rsidRPr="0078531E">
        <w:rPr>
          <w:sz w:val="24"/>
        </w:rPr>
        <w:t>kell</w:t>
      </w:r>
      <w:r w:rsidRPr="0078531E">
        <w:rPr>
          <w:spacing w:val="-4"/>
          <w:sz w:val="24"/>
        </w:rPr>
        <w:t xml:space="preserve"> </w:t>
      </w:r>
      <w:r w:rsidRPr="0078531E">
        <w:rPr>
          <w:sz w:val="24"/>
        </w:rPr>
        <w:t>a</w:t>
      </w:r>
      <w:r w:rsidRPr="0078531E">
        <w:rPr>
          <w:spacing w:val="-5"/>
          <w:sz w:val="24"/>
        </w:rPr>
        <w:t xml:space="preserve"> </w:t>
      </w:r>
      <w:r w:rsidRPr="0078531E">
        <w:rPr>
          <w:sz w:val="24"/>
        </w:rPr>
        <w:t>törvény</w:t>
      </w:r>
      <w:r w:rsidRPr="0078531E">
        <w:rPr>
          <w:spacing w:val="-7"/>
          <w:sz w:val="24"/>
        </w:rPr>
        <w:t xml:space="preserve"> </w:t>
      </w:r>
      <w:r w:rsidRPr="0078531E">
        <w:rPr>
          <w:sz w:val="24"/>
        </w:rPr>
        <w:t>által</w:t>
      </w:r>
      <w:r w:rsidRPr="0078531E">
        <w:rPr>
          <w:spacing w:val="-2"/>
          <w:sz w:val="24"/>
        </w:rPr>
        <w:t xml:space="preserve"> </w:t>
      </w:r>
      <w:r w:rsidRPr="0078531E">
        <w:rPr>
          <w:sz w:val="24"/>
        </w:rPr>
        <w:t>előírt habilitációs- rehabilitációs órákat.</w:t>
      </w:r>
    </w:p>
    <w:p w14:paraId="75A50567" w14:textId="77777777" w:rsidR="004E304A" w:rsidRPr="0078531E" w:rsidRDefault="004E304A" w:rsidP="00435150">
      <w:pPr>
        <w:tabs>
          <w:tab w:val="left" w:pos="376"/>
        </w:tabs>
        <w:spacing w:before="22" w:line="360" w:lineRule="auto"/>
        <w:ind w:left="136" w:right="1080"/>
        <w:jc w:val="both"/>
        <w:rPr>
          <w:sz w:val="24"/>
        </w:rPr>
      </w:pPr>
    </w:p>
    <w:p w14:paraId="181094CC" w14:textId="77777777" w:rsidR="00AE0CFD" w:rsidRPr="0078531E" w:rsidRDefault="00C3522D" w:rsidP="00435150">
      <w:pPr>
        <w:pStyle w:val="Cmsor4"/>
        <w:spacing w:before="27"/>
        <w:jc w:val="both"/>
        <w:rPr>
          <w:u w:val="single"/>
        </w:rPr>
      </w:pPr>
      <w:r w:rsidRPr="0078531E">
        <w:rPr>
          <w:u w:val="single"/>
        </w:rPr>
        <w:t>A</w:t>
      </w:r>
      <w:r w:rsidRPr="0078531E">
        <w:rPr>
          <w:spacing w:val="-4"/>
          <w:u w:val="single"/>
        </w:rPr>
        <w:t xml:space="preserve"> </w:t>
      </w:r>
      <w:r w:rsidRPr="0078531E">
        <w:rPr>
          <w:u w:val="single"/>
        </w:rPr>
        <w:t>fejlesztés</w:t>
      </w:r>
      <w:r w:rsidRPr="0078531E">
        <w:rPr>
          <w:spacing w:val="-4"/>
          <w:u w:val="single"/>
        </w:rPr>
        <w:t xml:space="preserve"> </w:t>
      </w:r>
      <w:r w:rsidRPr="0078531E">
        <w:rPr>
          <w:spacing w:val="-2"/>
          <w:u w:val="single"/>
        </w:rPr>
        <w:t>feladatai</w:t>
      </w:r>
    </w:p>
    <w:p w14:paraId="4F2915DF" w14:textId="77777777" w:rsidR="00AE0CFD" w:rsidRPr="0078531E" w:rsidRDefault="00C3522D" w:rsidP="00435150">
      <w:pPr>
        <w:pStyle w:val="Cmsor5"/>
        <w:spacing w:before="136"/>
        <w:ind w:left="136" w:firstLine="0"/>
        <w:jc w:val="both"/>
      </w:pPr>
      <w:r w:rsidRPr="0078531E">
        <w:t>A</w:t>
      </w:r>
      <w:r w:rsidRPr="0078531E">
        <w:rPr>
          <w:spacing w:val="-3"/>
        </w:rPr>
        <w:t xml:space="preserve"> </w:t>
      </w:r>
      <w:r w:rsidRPr="0078531E">
        <w:t>gyermek</w:t>
      </w:r>
      <w:r w:rsidRPr="0078531E">
        <w:rPr>
          <w:spacing w:val="-4"/>
        </w:rPr>
        <w:t xml:space="preserve"> </w:t>
      </w:r>
      <w:r w:rsidRPr="0078531E">
        <w:t>megismerésének</w:t>
      </w:r>
      <w:r w:rsidRPr="0078531E">
        <w:rPr>
          <w:spacing w:val="-2"/>
        </w:rPr>
        <w:t xml:space="preserve"> feladati</w:t>
      </w:r>
    </w:p>
    <w:p w14:paraId="7638FBF4" w14:textId="77777777" w:rsidR="00AE0CFD" w:rsidRPr="0078531E" w:rsidRDefault="00C3522D" w:rsidP="00435150">
      <w:pPr>
        <w:pStyle w:val="Listaszerbekezds"/>
        <w:numPr>
          <w:ilvl w:val="0"/>
          <w:numId w:val="9"/>
        </w:numPr>
        <w:tabs>
          <w:tab w:val="left" w:pos="376"/>
        </w:tabs>
        <w:spacing w:before="135"/>
        <w:jc w:val="both"/>
        <w:rPr>
          <w:sz w:val="24"/>
        </w:rPr>
      </w:pPr>
      <w:r w:rsidRPr="0078531E">
        <w:rPr>
          <w:sz w:val="24"/>
        </w:rPr>
        <w:t>A</w:t>
      </w:r>
      <w:r w:rsidRPr="0078531E">
        <w:rPr>
          <w:spacing w:val="-6"/>
          <w:sz w:val="24"/>
        </w:rPr>
        <w:t xml:space="preserve"> </w:t>
      </w:r>
      <w:r w:rsidRPr="0078531E">
        <w:rPr>
          <w:sz w:val="24"/>
        </w:rPr>
        <w:t>gyermek</w:t>
      </w:r>
      <w:r w:rsidRPr="0078531E">
        <w:rPr>
          <w:spacing w:val="-1"/>
          <w:sz w:val="24"/>
        </w:rPr>
        <w:t xml:space="preserve"> </w:t>
      </w:r>
      <w:r w:rsidRPr="0078531E">
        <w:rPr>
          <w:sz w:val="24"/>
        </w:rPr>
        <w:t>anamnézisének</w:t>
      </w:r>
      <w:r w:rsidRPr="0078531E">
        <w:rPr>
          <w:spacing w:val="-2"/>
          <w:sz w:val="24"/>
        </w:rPr>
        <w:t xml:space="preserve"> </w:t>
      </w:r>
      <w:r w:rsidRPr="0078531E">
        <w:rPr>
          <w:sz w:val="24"/>
        </w:rPr>
        <w:t>felvétele</w:t>
      </w:r>
      <w:r w:rsidRPr="0078531E">
        <w:rPr>
          <w:spacing w:val="-3"/>
          <w:sz w:val="24"/>
        </w:rPr>
        <w:t xml:space="preserve"> </w:t>
      </w:r>
      <w:r w:rsidRPr="0078531E">
        <w:rPr>
          <w:sz w:val="24"/>
        </w:rPr>
        <w:t>(Az</w:t>
      </w:r>
      <w:r w:rsidRPr="0078531E">
        <w:rPr>
          <w:spacing w:val="-3"/>
          <w:sz w:val="24"/>
        </w:rPr>
        <w:t xml:space="preserve"> </w:t>
      </w:r>
      <w:r w:rsidRPr="0078531E">
        <w:rPr>
          <w:sz w:val="24"/>
        </w:rPr>
        <w:t>adatvédelmi</w:t>
      </w:r>
      <w:r w:rsidRPr="0078531E">
        <w:rPr>
          <w:spacing w:val="-2"/>
          <w:sz w:val="24"/>
        </w:rPr>
        <w:t xml:space="preserve"> </w:t>
      </w:r>
      <w:r w:rsidRPr="0078531E">
        <w:rPr>
          <w:sz w:val="24"/>
        </w:rPr>
        <w:t>szabályzat</w:t>
      </w:r>
      <w:r w:rsidRPr="0078531E">
        <w:rPr>
          <w:spacing w:val="-1"/>
          <w:sz w:val="24"/>
        </w:rPr>
        <w:t xml:space="preserve"> </w:t>
      </w:r>
      <w:r w:rsidRPr="0078531E">
        <w:rPr>
          <w:sz w:val="24"/>
        </w:rPr>
        <w:t>előírásait</w:t>
      </w:r>
      <w:r w:rsidRPr="0078531E">
        <w:rPr>
          <w:spacing w:val="-2"/>
          <w:sz w:val="24"/>
        </w:rPr>
        <w:t xml:space="preserve"> betartva).</w:t>
      </w:r>
    </w:p>
    <w:p w14:paraId="0326A7B8" w14:textId="77777777" w:rsidR="00AE0CFD" w:rsidRPr="0078531E" w:rsidRDefault="00C3522D" w:rsidP="00435150">
      <w:pPr>
        <w:pStyle w:val="Listaszerbekezds"/>
        <w:numPr>
          <w:ilvl w:val="0"/>
          <w:numId w:val="9"/>
        </w:numPr>
        <w:tabs>
          <w:tab w:val="left" w:pos="376"/>
        </w:tabs>
        <w:spacing w:before="161"/>
        <w:jc w:val="both"/>
        <w:rPr>
          <w:sz w:val="24"/>
        </w:rPr>
      </w:pPr>
      <w:r w:rsidRPr="0078531E">
        <w:rPr>
          <w:sz w:val="24"/>
        </w:rPr>
        <w:t>Családlátogatások</w:t>
      </w:r>
      <w:r w:rsidRPr="0078531E">
        <w:rPr>
          <w:spacing w:val="-3"/>
          <w:sz w:val="24"/>
        </w:rPr>
        <w:t xml:space="preserve"> </w:t>
      </w:r>
      <w:r w:rsidRPr="0078531E">
        <w:rPr>
          <w:spacing w:val="-2"/>
          <w:sz w:val="24"/>
        </w:rPr>
        <w:t>tapasztalatai.</w:t>
      </w:r>
    </w:p>
    <w:p w14:paraId="7CFCFCDB" w14:textId="77777777" w:rsidR="00AE0CFD" w:rsidRPr="0078531E" w:rsidRDefault="00C3522D" w:rsidP="00435150">
      <w:pPr>
        <w:pStyle w:val="Listaszerbekezds"/>
        <w:numPr>
          <w:ilvl w:val="0"/>
          <w:numId w:val="9"/>
        </w:numPr>
        <w:tabs>
          <w:tab w:val="left" w:pos="376"/>
        </w:tabs>
        <w:spacing w:before="160"/>
        <w:jc w:val="both"/>
        <w:rPr>
          <w:sz w:val="24"/>
        </w:rPr>
      </w:pPr>
      <w:r w:rsidRPr="0078531E">
        <w:rPr>
          <w:sz w:val="24"/>
        </w:rPr>
        <w:t>Befogadás,</w:t>
      </w:r>
      <w:r w:rsidRPr="0078531E">
        <w:rPr>
          <w:spacing w:val="-5"/>
          <w:sz w:val="24"/>
        </w:rPr>
        <w:t xml:space="preserve"> </w:t>
      </w:r>
      <w:r w:rsidRPr="0078531E">
        <w:rPr>
          <w:sz w:val="24"/>
        </w:rPr>
        <w:t>beszoktatás</w:t>
      </w:r>
      <w:r w:rsidRPr="0078531E">
        <w:rPr>
          <w:spacing w:val="-3"/>
          <w:sz w:val="24"/>
        </w:rPr>
        <w:t xml:space="preserve"> </w:t>
      </w:r>
      <w:r w:rsidRPr="0078531E">
        <w:rPr>
          <w:sz w:val="24"/>
        </w:rPr>
        <w:t>alatti</w:t>
      </w:r>
      <w:r w:rsidRPr="0078531E">
        <w:rPr>
          <w:spacing w:val="-2"/>
          <w:sz w:val="24"/>
        </w:rPr>
        <w:t xml:space="preserve"> </w:t>
      </w:r>
      <w:r w:rsidRPr="0078531E">
        <w:rPr>
          <w:sz w:val="24"/>
        </w:rPr>
        <w:t>megfigyelés</w:t>
      </w:r>
      <w:r w:rsidRPr="0078531E">
        <w:rPr>
          <w:spacing w:val="-3"/>
          <w:sz w:val="24"/>
        </w:rPr>
        <w:t xml:space="preserve"> </w:t>
      </w:r>
      <w:r w:rsidRPr="0078531E">
        <w:rPr>
          <w:spacing w:val="-2"/>
          <w:sz w:val="24"/>
        </w:rPr>
        <w:t>tapasztalatai.</w:t>
      </w:r>
    </w:p>
    <w:p w14:paraId="107D548D" w14:textId="77777777" w:rsidR="00AE0CFD" w:rsidRPr="0078531E" w:rsidRDefault="00C3522D" w:rsidP="00435150">
      <w:pPr>
        <w:pStyle w:val="Listaszerbekezds"/>
        <w:numPr>
          <w:ilvl w:val="0"/>
          <w:numId w:val="9"/>
        </w:numPr>
        <w:tabs>
          <w:tab w:val="left" w:pos="376"/>
        </w:tabs>
        <w:spacing w:before="161"/>
        <w:jc w:val="both"/>
        <w:rPr>
          <w:sz w:val="24"/>
        </w:rPr>
      </w:pPr>
      <w:r w:rsidRPr="0078531E">
        <w:rPr>
          <w:sz w:val="24"/>
        </w:rPr>
        <w:t>A</w:t>
      </w:r>
      <w:r w:rsidRPr="0078531E">
        <w:rPr>
          <w:spacing w:val="-6"/>
          <w:sz w:val="24"/>
        </w:rPr>
        <w:t xml:space="preserve"> </w:t>
      </w:r>
      <w:r w:rsidRPr="0078531E">
        <w:rPr>
          <w:sz w:val="24"/>
        </w:rPr>
        <w:t>gyermek</w:t>
      </w:r>
      <w:r w:rsidRPr="0078531E">
        <w:rPr>
          <w:spacing w:val="-3"/>
          <w:sz w:val="24"/>
        </w:rPr>
        <w:t xml:space="preserve"> </w:t>
      </w:r>
      <w:r w:rsidRPr="0078531E">
        <w:rPr>
          <w:sz w:val="24"/>
        </w:rPr>
        <w:t>folyamatos</w:t>
      </w:r>
      <w:r w:rsidRPr="0078531E">
        <w:rPr>
          <w:spacing w:val="-4"/>
          <w:sz w:val="24"/>
        </w:rPr>
        <w:t xml:space="preserve"> </w:t>
      </w:r>
      <w:r w:rsidRPr="0078531E">
        <w:rPr>
          <w:sz w:val="24"/>
        </w:rPr>
        <w:t>megfigyelésének</w:t>
      </w:r>
      <w:r w:rsidRPr="0078531E">
        <w:rPr>
          <w:spacing w:val="-3"/>
          <w:sz w:val="24"/>
        </w:rPr>
        <w:t xml:space="preserve"> </w:t>
      </w:r>
      <w:r w:rsidRPr="0078531E">
        <w:rPr>
          <w:sz w:val="24"/>
        </w:rPr>
        <w:t>tapasztalatai,</w:t>
      </w:r>
      <w:r w:rsidRPr="0078531E">
        <w:rPr>
          <w:spacing w:val="-3"/>
          <w:sz w:val="24"/>
        </w:rPr>
        <w:t xml:space="preserve"> </w:t>
      </w:r>
      <w:r w:rsidRPr="0078531E">
        <w:rPr>
          <w:sz w:val="24"/>
        </w:rPr>
        <w:t>elsősorban</w:t>
      </w:r>
      <w:r w:rsidRPr="0078531E">
        <w:rPr>
          <w:spacing w:val="-2"/>
          <w:sz w:val="24"/>
        </w:rPr>
        <w:t xml:space="preserve"> </w:t>
      </w:r>
      <w:r w:rsidRPr="0078531E">
        <w:rPr>
          <w:sz w:val="24"/>
        </w:rPr>
        <w:t>a</w:t>
      </w:r>
      <w:r w:rsidRPr="0078531E">
        <w:rPr>
          <w:spacing w:val="-3"/>
          <w:sz w:val="24"/>
        </w:rPr>
        <w:t xml:space="preserve"> </w:t>
      </w:r>
      <w:r w:rsidRPr="0078531E">
        <w:rPr>
          <w:spacing w:val="-2"/>
          <w:sz w:val="24"/>
        </w:rPr>
        <w:t>játékban.</w:t>
      </w:r>
    </w:p>
    <w:p w14:paraId="21999999" w14:textId="77777777" w:rsidR="00AE0CFD" w:rsidRPr="0078531E" w:rsidRDefault="00AE0CFD" w:rsidP="00435150">
      <w:pPr>
        <w:pStyle w:val="Szvegtrzs"/>
        <w:spacing w:before="5"/>
        <w:jc w:val="both"/>
      </w:pPr>
    </w:p>
    <w:p w14:paraId="1CA645CC" w14:textId="77777777" w:rsidR="00AE0CFD" w:rsidRPr="0078531E" w:rsidRDefault="00C3522D" w:rsidP="00435150">
      <w:pPr>
        <w:pStyle w:val="Cmsor5"/>
        <w:spacing w:before="0"/>
        <w:ind w:left="136" w:firstLine="0"/>
        <w:jc w:val="both"/>
      </w:pPr>
      <w:r w:rsidRPr="0078531E">
        <w:t>Készség</w:t>
      </w:r>
      <w:r w:rsidRPr="0078531E">
        <w:rPr>
          <w:spacing w:val="-3"/>
        </w:rPr>
        <w:t xml:space="preserve"> </w:t>
      </w:r>
      <w:r w:rsidRPr="0078531E">
        <w:t>és</w:t>
      </w:r>
      <w:r w:rsidRPr="0078531E">
        <w:rPr>
          <w:spacing w:val="-3"/>
        </w:rPr>
        <w:t xml:space="preserve"> </w:t>
      </w:r>
      <w:r w:rsidRPr="0078531E">
        <w:t>képességfejlesztési</w:t>
      </w:r>
      <w:r w:rsidRPr="0078531E">
        <w:rPr>
          <w:spacing w:val="-2"/>
        </w:rPr>
        <w:t xml:space="preserve"> feladatok</w:t>
      </w:r>
    </w:p>
    <w:p w14:paraId="31D053F7" w14:textId="77777777" w:rsidR="00AE0CFD" w:rsidRPr="0078531E" w:rsidRDefault="00C3522D" w:rsidP="00435150">
      <w:pPr>
        <w:pStyle w:val="Listaszerbekezds"/>
        <w:numPr>
          <w:ilvl w:val="0"/>
          <w:numId w:val="8"/>
        </w:numPr>
        <w:tabs>
          <w:tab w:val="left" w:pos="376"/>
        </w:tabs>
        <w:spacing w:before="133"/>
        <w:jc w:val="both"/>
        <w:rPr>
          <w:sz w:val="24"/>
        </w:rPr>
      </w:pPr>
      <w:r w:rsidRPr="0078531E">
        <w:rPr>
          <w:sz w:val="24"/>
        </w:rPr>
        <w:t>Testi</w:t>
      </w:r>
      <w:r w:rsidRPr="0078531E">
        <w:rPr>
          <w:spacing w:val="-4"/>
          <w:sz w:val="24"/>
        </w:rPr>
        <w:t xml:space="preserve"> </w:t>
      </w:r>
      <w:r w:rsidRPr="0078531E">
        <w:rPr>
          <w:sz w:val="24"/>
        </w:rPr>
        <w:t>képességek</w:t>
      </w:r>
      <w:r w:rsidRPr="0078531E">
        <w:rPr>
          <w:spacing w:val="-1"/>
          <w:sz w:val="24"/>
        </w:rPr>
        <w:t xml:space="preserve"> </w:t>
      </w:r>
      <w:r w:rsidRPr="0078531E">
        <w:rPr>
          <w:sz w:val="24"/>
        </w:rPr>
        <w:t>(fizikai</w:t>
      </w:r>
      <w:r w:rsidRPr="0078531E">
        <w:rPr>
          <w:spacing w:val="-3"/>
          <w:sz w:val="24"/>
        </w:rPr>
        <w:t xml:space="preserve"> </w:t>
      </w:r>
      <w:r w:rsidRPr="0078531E">
        <w:rPr>
          <w:sz w:val="24"/>
        </w:rPr>
        <w:t>állapot,</w:t>
      </w:r>
      <w:r w:rsidRPr="0078531E">
        <w:rPr>
          <w:spacing w:val="-3"/>
          <w:sz w:val="24"/>
        </w:rPr>
        <w:t xml:space="preserve"> </w:t>
      </w:r>
      <w:r w:rsidRPr="0078531E">
        <w:rPr>
          <w:sz w:val="24"/>
        </w:rPr>
        <w:t>motoros</w:t>
      </w:r>
      <w:r w:rsidRPr="0078531E">
        <w:rPr>
          <w:spacing w:val="-4"/>
          <w:sz w:val="24"/>
        </w:rPr>
        <w:t xml:space="preserve"> </w:t>
      </w:r>
      <w:r w:rsidRPr="0078531E">
        <w:rPr>
          <w:sz w:val="24"/>
        </w:rPr>
        <w:t>képességek,</w:t>
      </w:r>
      <w:r w:rsidRPr="0078531E">
        <w:rPr>
          <w:spacing w:val="-3"/>
          <w:sz w:val="24"/>
        </w:rPr>
        <w:t xml:space="preserve"> </w:t>
      </w:r>
      <w:r w:rsidRPr="0078531E">
        <w:rPr>
          <w:sz w:val="24"/>
        </w:rPr>
        <w:t>koordinációs</w:t>
      </w:r>
      <w:r w:rsidRPr="0078531E">
        <w:rPr>
          <w:spacing w:val="-3"/>
          <w:sz w:val="24"/>
        </w:rPr>
        <w:t xml:space="preserve"> </w:t>
      </w:r>
      <w:r w:rsidRPr="0078531E">
        <w:rPr>
          <w:spacing w:val="-2"/>
          <w:sz w:val="24"/>
        </w:rPr>
        <w:t>képességek)</w:t>
      </w:r>
    </w:p>
    <w:p w14:paraId="2031EEB1" w14:textId="77777777" w:rsidR="00AE0CFD" w:rsidRPr="0078531E" w:rsidRDefault="00C3522D" w:rsidP="00435150">
      <w:pPr>
        <w:pStyle w:val="Listaszerbekezds"/>
        <w:numPr>
          <w:ilvl w:val="0"/>
          <w:numId w:val="8"/>
        </w:numPr>
        <w:tabs>
          <w:tab w:val="left" w:pos="376"/>
        </w:tabs>
        <w:spacing w:before="161"/>
        <w:jc w:val="both"/>
        <w:rPr>
          <w:sz w:val="24"/>
        </w:rPr>
      </w:pPr>
      <w:r w:rsidRPr="0078531E">
        <w:rPr>
          <w:sz w:val="24"/>
        </w:rPr>
        <w:t>Testséma,</w:t>
      </w:r>
      <w:r w:rsidRPr="0078531E">
        <w:rPr>
          <w:spacing w:val="-3"/>
          <w:sz w:val="24"/>
        </w:rPr>
        <w:t xml:space="preserve"> </w:t>
      </w:r>
      <w:r w:rsidRPr="0078531E">
        <w:rPr>
          <w:sz w:val="24"/>
        </w:rPr>
        <w:t>testfogalom,</w:t>
      </w:r>
      <w:r w:rsidRPr="0078531E">
        <w:rPr>
          <w:spacing w:val="-2"/>
          <w:sz w:val="24"/>
        </w:rPr>
        <w:t xml:space="preserve"> </w:t>
      </w:r>
      <w:r w:rsidRPr="0078531E">
        <w:rPr>
          <w:sz w:val="24"/>
        </w:rPr>
        <w:t>dominancia</w:t>
      </w:r>
      <w:r w:rsidRPr="0078531E">
        <w:rPr>
          <w:spacing w:val="-2"/>
          <w:sz w:val="24"/>
        </w:rPr>
        <w:t xml:space="preserve"> (önismeret)</w:t>
      </w:r>
    </w:p>
    <w:p w14:paraId="369ECC7A" w14:textId="77777777" w:rsidR="00AE0CFD" w:rsidRPr="0078531E" w:rsidRDefault="00C3522D" w:rsidP="00435150">
      <w:pPr>
        <w:pStyle w:val="Listaszerbekezds"/>
        <w:numPr>
          <w:ilvl w:val="0"/>
          <w:numId w:val="8"/>
        </w:numPr>
        <w:tabs>
          <w:tab w:val="left" w:pos="376"/>
        </w:tabs>
        <w:spacing w:before="160"/>
        <w:jc w:val="both"/>
        <w:rPr>
          <w:sz w:val="24"/>
        </w:rPr>
      </w:pPr>
      <w:r w:rsidRPr="0078531E">
        <w:rPr>
          <w:sz w:val="24"/>
        </w:rPr>
        <w:t>Mozgás</w:t>
      </w:r>
      <w:r w:rsidRPr="0078531E">
        <w:rPr>
          <w:spacing w:val="-4"/>
          <w:sz w:val="24"/>
        </w:rPr>
        <w:t xml:space="preserve"> </w:t>
      </w:r>
      <w:r w:rsidRPr="0078531E">
        <w:rPr>
          <w:sz w:val="24"/>
        </w:rPr>
        <w:t>képességek</w:t>
      </w:r>
      <w:r w:rsidRPr="0078531E">
        <w:rPr>
          <w:spacing w:val="-2"/>
          <w:sz w:val="24"/>
        </w:rPr>
        <w:t xml:space="preserve"> </w:t>
      </w:r>
      <w:r w:rsidRPr="0078531E">
        <w:rPr>
          <w:sz w:val="24"/>
        </w:rPr>
        <w:t>(nagymozgásoktól</w:t>
      </w:r>
      <w:r w:rsidRPr="0078531E">
        <w:rPr>
          <w:spacing w:val="-3"/>
          <w:sz w:val="24"/>
        </w:rPr>
        <w:t xml:space="preserve"> </w:t>
      </w:r>
      <w:r w:rsidRPr="0078531E">
        <w:rPr>
          <w:sz w:val="24"/>
        </w:rPr>
        <w:t>a</w:t>
      </w:r>
      <w:r w:rsidRPr="0078531E">
        <w:rPr>
          <w:spacing w:val="-2"/>
          <w:sz w:val="24"/>
        </w:rPr>
        <w:t xml:space="preserve"> finommozgásokig)</w:t>
      </w:r>
    </w:p>
    <w:p w14:paraId="05172570" w14:textId="77777777" w:rsidR="00AE0CFD" w:rsidRPr="0078531E" w:rsidRDefault="00C3522D" w:rsidP="00435150">
      <w:pPr>
        <w:pStyle w:val="Listaszerbekezds"/>
        <w:numPr>
          <w:ilvl w:val="0"/>
          <w:numId w:val="8"/>
        </w:numPr>
        <w:tabs>
          <w:tab w:val="left" w:pos="376"/>
        </w:tabs>
        <w:spacing w:before="164"/>
        <w:jc w:val="both"/>
        <w:rPr>
          <w:sz w:val="24"/>
        </w:rPr>
      </w:pPr>
      <w:r w:rsidRPr="0078531E">
        <w:rPr>
          <w:spacing w:val="-2"/>
          <w:sz w:val="24"/>
        </w:rPr>
        <w:lastRenderedPageBreak/>
        <w:t>Egyensúlyérzék</w:t>
      </w:r>
    </w:p>
    <w:p w14:paraId="6403E73E" w14:textId="77777777" w:rsidR="00AE0CFD" w:rsidRPr="0078531E" w:rsidRDefault="00C3522D" w:rsidP="00435150">
      <w:pPr>
        <w:pStyle w:val="Listaszerbekezds"/>
        <w:numPr>
          <w:ilvl w:val="0"/>
          <w:numId w:val="8"/>
        </w:numPr>
        <w:tabs>
          <w:tab w:val="left" w:pos="376"/>
        </w:tabs>
        <w:spacing w:before="160" w:after="240"/>
        <w:jc w:val="both"/>
        <w:rPr>
          <w:sz w:val="24"/>
        </w:rPr>
      </w:pPr>
      <w:r w:rsidRPr="0078531E">
        <w:rPr>
          <w:sz w:val="24"/>
        </w:rPr>
        <w:t>Érzékelés,</w:t>
      </w:r>
      <w:r w:rsidRPr="0078531E">
        <w:rPr>
          <w:spacing w:val="-2"/>
          <w:sz w:val="24"/>
        </w:rPr>
        <w:t xml:space="preserve"> </w:t>
      </w:r>
      <w:r w:rsidRPr="0078531E">
        <w:rPr>
          <w:sz w:val="24"/>
        </w:rPr>
        <w:t>észlelés</w:t>
      </w:r>
      <w:r w:rsidRPr="0078531E">
        <w:rPr>
          <w:spacing w:val="-2"/>
          <w:sz w:val="24"/>
        </w:rPr>
        <w:t xml:space="preserve"> </w:t>
      </w:r>
      <w:r w:rsidRPr="0078531E">
        <w:rPr>
          <w:sz w:val="24"/>
        </w:rPr>
        <w:t>(Auditív,</w:t>
      </w:r>
      <w:r w:rsidRPr="0078531E">
        <w:rPr>
          <w:spacing w:val="-1"/>
          <w:sz w:val="24"/>
        </w:rPr>
        <w:t xml:space="preserve"> </w:t>
      </w:r>
      <w:r w:rsidRPr="0078531E">
        <w:rPr>
          <w:sz w:val="24"/>
        </w:rPr>
        <w:t>vizuális,</w:t>
      </w:r>
      <w:r w:rsidRPr="0078531E">
        <w:rPr>
          <w:spacing w:val="-1"/>
          <w:sz w:val="24"/>
        </w:rPr>
        <w:t xml:space="preserve"> </w:t>
      </w:r>
      <w:r w:rsidRPr="0078531E">
        <w:rPr>
          <w:sz w:val="24"/>
        </w:rPr>
        <w:t>taktilis,</w:t>
      </w:r>
      <w:r w:rsidRPr="0078531E">
        <w:rPr>
          <w:spacing w:val="-1"/>
          <w:sz w:val="24"/>
        </w:rPr>
        <w:t xml:space="preserve"> </w:t>
      </w:r>
      <w:r w:rsidRPr="0078531E">
        <w:rPr>
          <w:spacing w:val="-2"/>
          <w:sz w:val="24"/>
        </w:rPr>
        <w:t>kinesztetikus)</w:t>
      </w:r>
    </w:p>
    <w:p w14:paraId="7F9D177C" w14:textId="77777777" w:rsidR="00AE0CFD" w:rsidRPr="0078531E" w:rsidRDefault="00C3522D" w:rsidP="00435150">
      <w:pPr>
        <w:pStyle w:val="Listaszerbekezds"/>
        <w:numPr>
          <w:ilvl w:val="0"/>
          <w:numId w:val="8"/>
        </w:numPr>
        <w:tabs>
          <w:tab w:val="left" w:pos="376"/>
        </w:tabs>
        <w:spacing w:before="72" w:line="362" w:lineRule="auto"/>
        <w:ind w:left="136" w:right="802" w:firstLine="0"/>
        <w:jc w:val="both"/>
        <w:rPr>
          <w:sz w:val="24"/>
        </w:rPr>
      </w:pPr>
      <w:r w:rsidRPr="0078531E">
        <w:rPr>
          <w:sz w:val="24"/>
        </w:rPr>
        <w:t>Értelmi</w:t>
      </w:r>
      <w:r w:rsidRPr="0078531E">
        <w:rPr>
          <w:spacing w:val="-8"/>
          <w:sz w:val="24"/>
        </w:rPr>
        <w:t xml:space="preserve"> </w:t>
      </w:r>
      <w:r w:rsidRPr="0078531E">
        <w:rPr>
          <w:sz w:val="24"/>
        </w:rPr>
        <w:t>képességek</w:t>
      </w:r>
      <w:r w:rsidRPr="0078531E">
        <w:rPr>
          <w:spacing w:val="-6"/>
          <w:sz w:val="24"/>
        </w:rPr>
        <w:t xml:space="preserve"> </w:t>
      </w:r>
      <w:r w:rsidRPr="0078531E">
        <w:rPr>
          <w:sz w:val="24"/>
        </w:rPr>
        <w:t>(Figyelem,</w:t>
      </w:r>
      <w:r w:rsidRPr="0078531E">
        <w:rPr>
          <w:spacing w:val="-8"/>
          <w:sz w:val="24"/>
        </w:rPr>
        <w:t xml:space="preserve"> </w:t>
      </w:r>
      <w:r w:rsidRPr="0078531E">
        <w:rPr>
          <w:sz w:val="24"/>
        </w:rPr>
        <w:t>megfigyelőképesség,</w:t>
      </w:r>
      <w:r w:rsidRPr="0078531E">
        <w:rPr>
          <w:spacing w:val="-6"/>
          <w:sz w:val="24"/>
        </w:rPr>
        <w:t xml:space="preserve"> </w:t>
      </w:r>
      <w:r w:rsidRPr="0078531E">
        <w:rPr>
          <w:sz w:val="24"/>
        </w:rPr>
        <w:t>emlékezet,</w:t>
      </w:r>
      <w:r w:rsidRPr="0078531E">
        <w:rPr>
          <w:spacing w:val="-8"/>
          <w:sz w:val="24"/>
        </w:rPr>
        <w:t xml:space="preserve"> </w:t>
      </w:r>
      <w:r w:rsidRPr="0078531E">
        <w:rPr>
          <w:sz w:val="24"/>
        </w:rPr>
        <w:t>felidézés,</w:t>
      </w:r>
      <w:r w:rsidRPr="0078531E">
        <w:rPr>
          <w:spacing w:val="-8"/>
          <w:sz w:val="24"/>
        </w:rPr>
        <w:t xml:space="preserve"> </w:t>
      </w:r>
      <w:r w:rsidRPr="0078531E">
        <w:rPr>
          <w:sz w:val="24"/>
        </w:rPr>
        <w:t xml:space="preserve">gondolkodás, </w:t>
      </w:r>
      <w:r w:rsidRPr="0078531E">
        <w:rPr>
          <w:spacing w:val="-2"/>
          <w:sz w:val="24"/>
        </w:rPr>
        <w:t>kreativitás</w:t>
      </w:r>
      <w:r w:rsidRPr="0078531E">
        <w:rPr>
          <w:i/>
          <w:spacing w:val="-2"/>
          <w:sz w:val="24"/>
        </w:rPr>
        <w:t>).</w:t>
      </w:r>
    </w:p>
    <w:p w14:paraId="489AED67" w14:textId="77777777" w:rsidR="00AE0CFD" w:rsidRPr="0078531E" w:rsidRDefault="00C3522D" w:rsidP="00435150">
      <w:pPr>
        <w:pStyle w:val="Listaszerbekezds"/>
        <w:numPr>
          <w:ilvl w:val="0"/>
          <w:numId w:val="8"/>
        </w:numPr>
        <w:tabs>
          <w:tab w:val="left" w:pos="376"/>
        </w:tabs>
        <w:spacing w:before="19"/>
        <w:jc w:val="both"/>
        <w:rPr>
          <w:sz w:val="24"/>
        </w:rPr>
      </w:pPr>
      <w:r w:rsidRPr="0078531E">
        <w:rPr>
          <w:sz w:val="24"/>
        </w:rPr>
        <w:t>Anyanyelvi,</w:t>
      </w:r>
      <w:r w:rsidRPr="0078531E">
        <w:rPr>
          <w:spacing w:val="-5"/>
          <w:sz w:val="24"/>
        </w:rPr>
        <w:t xml:space="preserve"> </w:t>
      </w:r>
      <w:r w:rsidRPr="0078531E">
        <w:rPr>
          <w:sz w:val="24"/>
        </w:rPr>
        <w:t>kommunikációs</w:t>
      </w:r>
      <w:r w:rsidRPr="0078531E">
        <w:rPr>
          <w:spacing w:val="-5"/>
          <w:sz w:val="24"/>
        </w:rPr>
        <w:t xml:space="preserve"> </w:t>
      </w:r>
      <w:r w:rsidRPr="0078531E">
        <w:rPr>
          <w:spacing w:val="-2"/>
          <w:sz w:val="24"/>
        </w:rPr>
        <w:t>képességek</w:t>
      </w:r>
    </w:p>
    <w:p w14:paraId="7A925DE8" w14:textId="77777777" w:rsidR="00AE0CFD" w:rsidRPr="0078531E" w:rsidRDefault="00C3522D" w:rsidP="00435150">
      <w:pPr>
        <w:pStyle w:val="Listaszerbekezds"/>
        <w:numPr>
          <w:ilvl w:val="0"/>
          <w:numId w:val="8"/>
        </w:numPr>
        <w:tabs>
          <w:tab w:val="left" w:pos="376"/>
        </w:tabs>
        <w:spacing w:before="160"/>
        <w:jc w:val="both"/>
        <w:rPr>
          <w:i/>
          <w:sz w:val="24"/>
        </w:rPr>
      </w:pPr>
      <w:r w:rsidRPr="0078531E">
        <w:rPr>
          <w:sz w:val="24"/>
        </w:rPr>
        <w:t>Érzelmi</w:t>
      </w:r>
      <w:r w:rsidRPr="0078531E">
        <w:rPr>
          <w:spacing w:val="-1"/>
          <w:sz w:val="24"/>
        </w:rPr>
        <w:t xml:space="preserve"> </w:t>
      </w:r>
      <w:r w:rsidRPr="0078531E">
        <w:rPr>
          <w:spacing w:val="-2"/>
          <w:sz w:val="24"/>
        </w:rPr>
        <w:t>képességek</w:t>
      </w:r>
    </w:p>
    <w:p w14:paraId="5C299726" w14:textId="77777777" w:rsidR="00AE0CFD" w:rsidRPr="0078531E" w:rsidRDefault="00C3522D" w:rsidP="00435150">
      <w:pPr>
        <w:pStyle w:val="Listaszerbekezds"/>
        <w:numPr>
          <w:ilvl w:val="0"/>
          <w:numId w:val="8"/>
        </w:numPr>
        <w:tabs>
          <w:tab w:val="left" w:pos="376"/>
        </w:tabs>
        <w:spacing w:before="161" w:line="360" w:lineRule="auto"/>
        <w:ind w:left="136" w:right="1119" w:firstLine="0"/>
        <w:jc w:val="both"/>
        <w:rPr>
          <w:sz w:val="24"/>
        </w:rPr>
      </w:pPr>
      <w:r w:rsidRPr="0078531E">
        <w:rPr>
          <w:sz w:val="24"/>
        </w:rPr>
        <w:t>Akarati</w:t>
      </w:r>
      <w:r w:rsidRPr="0078531E">
        <w:rPr>
          <w:spacing w:val="-5"/>
          <w:sz w:val="24"/>
        </w:rPr>
        <w:t xml:space="preserve"> </w:t>
      </w:r>
      <w:r w:rsidRPr="0078531E">
        <w:rPr>
          <w:sz w:val="24"/>
        </w:rPr>
        <w:t>képességek</w:t>
      </w:r>
      <w:r w:rsidRPr="0078531E">
        <w:rPr>
          <w:spacing w:val="-3"/>
          <w:sz w:val="24"/>
        </w:rPr>
        <w:t xml:space="preserve"> </w:t>
      </w:r>
      <w:r w:rsidRPr="0078531E">
        <w:rPr>
          <w:sz w:val="24"/>
        </w:rPr>
        <w:t>(Önállóság,</w:t>
      </w:r>
      <w:r w:rsidRPr="0078531E">
        <w:rPr>
          <w:spacing w:val="-5"/>
          <w:sz w:val="24"/>
        </w:rPr>
        <w:t xml:space="preserve"> </w:t>
      </w:r>
      <w:r w:rsidRPr="0078531E">
        <w:rPr>
          <w:sz w:val="24"/>
        </w:rPr>
        <w:t>önfegyelem</w:t>
      </w:r>
      <w:r w:rsidRPr="0078531E">
        <w:rPr>
          <w:spacing w:val="-3"/>
          <w:sz w:val="24"/>
        </w:rPr>
        <w:t xml:space="preserve"> </w:t>
      </w:r>
      <w:r w:rsidRPr="0078531E">
        <w:rPr>
          <w:sz w:val="24"/>
        </w:rPr>
        <w:t>–</w:t>
      </w:r>
      <w:r w:rsidRPr="0078531E">
        <w:rPr>
          <w:spacing w:val="-5"/>
          <w:sz w:val="24"/>
        </w:rPr>
        <w:t xml:space="preserve"> </w:t>
      </w:r>
      <w:r w:rsidRPr="0078531E">
        <w:rPr>
          <w:sz w:val="24"/>
        </w:rPr>
        <w:t>önkontroll,</w:t>
      </w:r>
      <w:r w:rsidRPr="0078531E">
        <w:rPr>
          <w:spacing w:val="-5"/>
          <w:sz w:val="24"/>
        </w:rPr>
        <w:t xml:space="preserve"> </w:t>
      </w:r>
      <w:r w:rsidRPr="0078531E">
        <w:rPr>
          <w:sz w:val="24"/>
        </w:rPr>
        <w:t>kivárás,</w:t>
      </w:r>
      <w:r w:rsidRPr="0078531E">
        <w:rPr>
          <w:spacing w:val="-5"/>
          <w:sz w:val="24"/>
        </w:rPr>
        <w:t xml:space="preserve"> </w:t>
      </w:r>
      <w:r w:rsidRPr="0078531E">
        <w:rPr>
          <w:sz w:val="24"/>
        </w:rPr>
        <w:t>kitartás,</w:t>
      </w:r>
      <w:r w:rsidRPr="0078531E">
        <w:rPr>
          <w:spacing w:val="-5"/>
          <w:sz w:val="24"/>
        </w:rPr>
        <w:t xml:space="preserve"> </w:t>
      </w:r>
      <w:r w:rsidRPr="0078531E">
        <w:rPr>
          <w:sz w:val="24"/>
        </w:rPr>
        <w:t>feladat</w:t>
      </w:r>
      <w:r w:rsidRPr="0078531E">
        <w:rPr>
          <w:spacing w:val="-5"/>
          <w:sz w:val="24"/>
        </w:rPr>
        <w:t xml:space="preserve"> </w:t>
      </w:r>
      <w:r w:rsidRPr="0078531E">
        <w:rPr>
          <w:sz w:val="24"/>
        </w:rPr>
        <w:t xml:space="preserve">és </w:t>
      </w:r>
      <w:r w:rsidRPr="0078531E">
        <w:rPr>
          <w:spacing w:val="-2"/>
          <w:sz w:val="24"/>
        </w:rPr>
        <w:t>szabálytudat)</w:t>
      </w:r>
    </w:p>
    <w:p w14:paraId="42986F09" w14:textId="77777777" w:rsidR="00AE0CFD" w:rsidRPr="0078531E" w:rsidRDefault="00C3522D" w:rsidP="00435150">
      <w:pPr>
        <w:pStyle w:val="Listaszerbekezds"/>
        <w:numPr>
          <w:ilvl w:val="0"/>
          <w:numId w:val="8"/>
        </w:numPr>
        <w:tabs>
          <w:tab w:val="left" w:pos="496"/>
        </w:tabs>
        <w:spacing w:before="24"/>
        <w:ind w:left="496" w:hanging="360"/>
        <w:jc w:val="both"/>
        <w:rPr>
          <w:sz w:val="24"/>
        </w:rPr>
      </w:pPr>
      <w:r w:rsidRPr="0078531E">
        <w:rPr>
          <w:sz w:val="24"/>
        </w:rPr>
        <w:t>Erkölcsi</w:t>
      </w:r>
      <w:r w:rsidRPr="0078531E">
        <w:rPr>
          <w:spacing w:val="-5"/>
          <w:sz w:val="24"/>
        </w:rPr>
        <w:t xml:space="preserve"> </w:t>
      </w:r>
      <w:r w:rsidRPr="0078531E">
        <w:rPr>
          <w:sz w:val="24"/>
        </w:rPr>
        <w:t>képességek</w:t>
      </w:r>
      <w:r w:rsidRPr="0078531E">
        <w:rPr>
          <w:spacing w:val="-2"/>
          <w:sz w:val="24"/>
        </w:rPr>
        <w:t xml:space="preserve"> </w:t>
      </w:r>
      <w:r w:rsidRPr="0078531E">
        <w:rPr>
          <w:sz w:val="24"/>
        </w:rPr>
        <w:t>(Elfogadás,</w:t>
      </w:r>
      <w:r w:rsidRPr="0078531E">
        <w:rPr>
          <w:spacing w:val="-3"/>
          <w:sz w:val="24"/>
        </w:rPr>
        <w:t xml:space="preserve"> </w:t>
      </w:r>
      <w:r w:rsidRPr="0078531E">
        <w:rPr>
          <w:sz w:val="24"/>
        </w:rPr>
        <w:t>együttérzés,</w:t>
      </w:r>
      <w:r w:rsidRPr="0078531E">
        <w:rPr>
          <w:spacing w:val="-2"/>
          <w:sz w:val="24"/>
        </w:rPr>
        <w:t xml:space="preserve"> </w:t>
      </w:r>
      <w:r w:rsidRPr="0078531E">
        <w:rPr>
          <w:sz w:val="24"/>
        </w:rPr>
        <w:t>segítőkészség,</w:t>
      </w:r>
      <w:r w:rsidRPr="0078531E">
        <w:rPr>
          <w:spacing w:val="-2"/>
          <w:sz w:val="24"/>
        </w:rPr>
        <w:t xml:space="preserve"> udvariasság)</w:t>
      </w:r>
    </w:p>
    <w:p w14:paraId="6CE88B20" w14:textId="77777777" w:rsidR="00AE0CFD" w:rsidRPr="0078531E" w:rsidRDefault="00C3522D" w:rsidP="00435150">
      <w:pPr>
        <w:pStyle w:val="Listaszerbekezds"/>
        <w:numPr>
          <w:ilvl w:val="0"/>
          <w:numId w:val="8"/>
        </w:numPr>
        <w:tabs>
          <w:tab w:val="left" w:pos="496"/>
        </w:tabs>
        <w:spacing w:before="161"/>
        <w:ind w:left="496" w:hanging="360"/>
        <w:jc w:val="both"/>
        <w:rPr>
          <w:sz w:val="24"/>
        </w:rPr>
      </w:pPr>
      <w:r w:rsidRPr="0078531E">
        <w:rPr>
          <w:sz w:val="24"/>
        </w:rPr>
        <w:t>Szociális</w:t>
      </w:r>
      <w:r w:rsidRPr="0078531E">
        <w:rPr>
          <w:spacing w:val="-8"/>
          <w:sz w:val="24"/>
        </w:rPr>
        <w:t xml:space="preserve"> </w:t>
      </w:r>
      <w:r w:rsidRPr="0078531E">
        <w:rPr>
          <w:sz w:val="24"/>
        </w:rPr>
        <w:t>képességek</w:t>
      </w:r>
      <w:r w:rsidRPr="0078531E">
        <w:rPr>
          <w:spacing w:val="-3"/>
          <w:sz w:val="24"/>
        </w:rPr>
        <w:t xml:space="preserve"> </w:t>
      </w:r>
      <w:r w:rsidRPr="0078531E">
        <w:rPr>
          <w:sz w:val="24"/>
        </w:rPr>
        <w:t>(Együttműködés,</w:t>
      </w:r>
      <w:r w:rsidRPr="0078531E">
        <w:rPr>
          <w:spacing w:val="-4"/>
          <w:sz w:val="24"/>
        </w:rPr>
        <w:t xml:space="preserve"> </w:t>
      </w:r>
      <w:r w:rsidRPr="0078531E">
        <w:rPr>
          <w:spacing w:val="-2"/>
          <w:sz w:val="24"/>
        </w:rPr>
        <w:t>kooperáció)</w:t>
      </w:r>
    </w:p>
    <w:p w14:paraId="302E492E" w14:textId="77777777" w:rsidR="00AE0CFD" w:rsidRPr="0078531E" w:rsidRDefault="00C3522D" w:rsidP="00435150">
      <w:pPr>
        <w:pStyle w:val="Listaszerbekezds"/>
        <w:numPr>
          <w:ilvl w:val="0"/>
          <w:numId w:val="8"/>
        </w:numPr>
        <w:tabs>
          <w:tab w:val="left" w:pos="496"/>
        </w:tabs>
        <w:spacing w:before="137"/>
        <w:ind w:left="496" w:hanging="360"/>
        <w:jc w:val="both"/>
        <w:rPr>
          <w:sz w:val="24"/>
        </w:rPr>
      </w:pPr>
      <w:r w:rsidRPr="0078531E">
        <w:rPr>
          <w:sz w:val="24"/>
        </w:rPr>
        <w:t>Normákhoz,</w:t>
      </w:r>
      <w:r w:rsidRPr="0078531E">
        <w:rPr>
          <w:spacing w:val="-2"/>
          <w:sz w:val="24"/>
        </w:rPr>
        <w:t xml:space="preserve"> </w:t>
      </w:r>
      <w:r w:rsidRPr="0078531E">
        <w:rPr>
          <w:sz w:val="24"/>
        </w:rPr>
        <w:t>szabályokhoz,</w:t>
      </w:r>
      <w:r w:rsidRPr="0078531E">
        <w:rPr>
          <w:spacing w:val="-1"/>
          <w:sz w:val="24"/>
        </w:rPr>
        <w:t xml:space="preserve"> </w:t>
      </w:r>
      <w:r w:rsidRPr="0078531E">
        <w:rPr>
          <w:sz w:val="24"/>
        </w:rPr>
        <w:t>szokásokhoz</w:t>
      </w:r>
      <w:r w:rsidRPr="0078531E">
        <w:rPr>
          <w:spacing w:val="-1"/>
          <w:sz w:val="24"/>
        </w:rPr>
        <w:t xml:space="preserve"> </w:t>
      </w:r>
      <w:r w:rsidRPr="0078531E">
        <w:rPr>
          <w:sz w:val="24"/>
        </w:rPr>
        <w:t>való</w:t>
      </w:r>
      <w:r w:rsidRPr="0078531E">
        <w:rPr>
          <w:spacing w:val="-1"/>
          <w:sz w:val="24"/>
        </w:rPr>
        <w:t xml:space="preserve"> </w:t>
      </w:r>
      <w:r w:rsidRPr="0078531E">
        <w:rPr>
          <w:spacing w:val="-2"/>
          <w:sz w:val="24"/>
        </w:rPr>
        <w:t>alkalmazkodás.</w:t>
      </w:r>
    </w:p>
    <w:p w14:paraId="7ABA3B9B" w14:textId="77777777" w:rsidR="00AE0CFD" w:rsidRPr="0078531E" w:rsidRDefault="00AE0CFD" w:rsidP="00435150">
      <w:pPr>
        <w:pStyle w:val="Szvegtrzs"/>
        <w:jc w:val="both"/>
      </w:pPr>
    </w:p>
    <w:p w14:paraId="558D979A" w14:textId="77777777" w:rsidR="00AE0CFD" w:rsidRPr="0078531E" w:rsidRDefault="00AE0CFD" w:rsidP="00435150">
      <w:pPr>
        <w:pStyle w:val="Szvegtrzs"/>
        <w:spacing w:before="5"/>
        <w:jc w:val="both"/>
      </w:pPr>
    </w:p>
    <w:p w14:paraId="33FDD72C" w14:textId="77777777" w:rsidR="00AE0CFD" w:rsidRPr="0078531E" w:rsidRDefault="00C3522D" w:rsidP="00435150">
      <w:pPr>
        <w:pStyle w:val="Cmsor4"/>
        <w:jc w:val="both"/>
        <w:rPr>
          <w:u w:val="single"/>
        </w:rPr>
      </w:pPr>
      <w:r w:rsidRPr="0078531E">
        <w:rPr>
          <w:u w:val="single"/>
        </w:rPr>
        <w:t>A</w:t>
      </w:r>
      <w:r w:rsidRPr="0078531E">
        <w:rPr>
          <w:spacing w:val="-4"/>
          <w:u w:val="single"/>
        </w:rPr>
        <w:t xml:space="preserve"> </w:t>
      </w:r>
      <w:r w:rsidRPr="0078531E">
        <w:rPr>
          <w:u w:val="single"/>
        </w:rPr>
        <w:t>fejlesztés</w:t>
      </w:r>
      <w:r w:rsidRPr="0078531E">
        <w:rPr>
          <w:spacing w:val="-1"/>
          <w:u w:val="single"/>
        </w:rPr>
        <w:t xml:space="preserve"> </w:t>
      </w:r>
      <w:r w:rsidRPr="0078531E">
        <w:rPr>
          <w:spacing w:val="-2"/>
          <w:u w:val="single"/>
        </w:rPr>
        <w:t>területei</w:t>
      </w:r>
    </w:p>
    <w:p w14:paraId="2C347FDD" w14:textId="77777777" w:rsidR="00AE0CFD" w:rsidRPr="0078531E" w:rsidRDefault="00C3522D" w:rsidP="00435150">
      <w:pPr>
        <w:pStyle w:val="Listaszerbekezds"/>
        <w:numPr>
          <w:ilvl w:val="0"/>
          <w:numId w:val="7"/>
        </w:numPr>
        <w:tabs>
          <w:tab w:val="left" w:pos="376"/>
        </w:tabs>
        <w:spacing w:before="135"/>
        <w:jc w:val="both"/>
        <w:rPr>
          <w:sz w:val="24"/>
        </w:rPr>
      </w:pPr>
      <w:r w:rsidRPr="0078531E">
        <w:rPr>
          <w:sz w:val="24"/>
        </w:rPr>
        <w:t>A</w:t>
      </w:r>
      <w:r w:rsidRPr="0078531E">
        <w:rPr>
          <w:spacing w:val="-5"/>
          <w:sz w:val="24"/>
        </w:rPr>
        <w:t xml:space="preserve"> </w:t>
      </w:r>
      <w:r w:rsidRPr="0078531E">
        <w:rPr>
          <w:sz w:val="24"/>
        </w:rPr>
        <w:t>HH,</w:t>
      </w:r>
      <w:r w:rsidRPr="0078531E">
        <w:rPr>
          <w:spacing w:val="-1"/>
          <w:sz w:val="24"/>
        </w:rPr>
        <w:t xml:space="preserve"> </w:t>
      </w:r>
      <w:r w:rsidRPr="0078531E">
        <w:rPr>
          <w:sz w:val="24"/>
        </w:rPr>
        <w:t>ezen</w:t>
      </w:r>
      <w:r w:rsidRPr="0078531E">
        <w:rPr>
          <w:spacing w:val="-1"/>
          <w:sz w:val="24"/>
        </w:rPr>
        <w:t xml:space="preserve"> </w:t>
      </w:r>
      <w:r w:rsidRPr="0078531E">
        <w:rPr>
          <w:sz w:val="24"/>
        </w:rPr>
        <w:t>belül</w:t>
      </w:r>
      <w:r w:rsidRPr="0078531E">
        <w:rPr>
          <w:spacing w:val="-2"/>
          <w:sz w:val="24"/>
        </w:rPr>
        <w:t xml:space="preserve"> </w:t>
      </w:r>
      <w:r w:rsidRPr="0078531E">
        <w:rPr>
          <w:sz w:val="24"/>
        </w:rPr>
        <w:t>különösen</w:t>
      </w:r>
      <w:r w:rsidRPr="0078531E">
        <w:rPr>
          <w:spacing w:val="-1"/>
          <w:sz w:val="24"/>
        </w:rPr>
        <w:t xml:space="preserve"> </w:t>
      </w:r>
      <w:r w:rsidRPr="0078531E">
        <w:rPr>
          <w:sz w:val="24"/>
        </w:rPr>
        <w:t>a</w:t>
      </w:r>
      <w:r w:rsidRPr="0078531E">
        <w:rPr>
          <w:spacing w:val="-2"/>
          <w:sz w:val="24"/>
        </w:rPr>
        <w:t xml:space="preserve"> </w:t>
      </w:r>
      <w:r w:rsidRPr="0078531E">
        <w:rPr>
          <w:sz w:val="24"/>
        </w:rPr>
        <w:t>HHH</w:t>
      </w:r>
      <w:r w:rsidRPr="0078531E">
        <w:rPr>
          <w:spacing w:val="-1"/>
          <w:sz w:val="24"/>
        </w:rPr>
        <w:t xml:space="preserve"> </w:t>
      </w:r>
      <w:r w:rsidRPr="0078531E">
        <w:rPr>
          <w:sz w:val="24"/>
        </w:rPr>
        <w:t>gyermekek</w:t>
      </w:r>
      <w:r w:rsidRPr="0078531E">
        <w:rPr>
          <w:spacing w:val="1"/>
          <w:sz w:val="24"/>
        </w:rPr>
        <w:t xml:space="preserve"> </w:t>
      </w:r>
      <w:r w:rsidRPr="0078531E">
        <w:rPr>
          <w:sz w:val="24"/>
        </w:rPr>
        <w:t>fejlesztése,</w:t>
      </w:r>
      <w:r w:rsidRPr="0078531E">
        <w:rPr>
          <w:spacing w:val="-1"/>
          <w:sz w:val="24"/>
        </w:rPr>
        <w:t xml:space="preserve"> </w:t>
      </w:r>
      <w:r w:rsidRPr="0078531E">
        <w:rPr>
          <w:spacing w:val="-2"/>
          <w:sz w:val="24"/>
        </w:rPr>
        <w:t>segítése</w:t>
      </w:r>
    </w:p>
    <w:p w14:paraId="751A02B2" w14:textId="7D4E76A8" w:rsidR="00AE0CFD" w:rsidRPr="0078531E" w:rsidRDefault="00C3522D" w:rsidP="00435150">
      <w:pPr>
        <w:pStyle w:val="Listaszerbekezds"/>
        <w:numPr>
          <w:ilvl w:val="0"/>
          <w:numId w:val="7"/>
        </w:numPr>
        <w:tabs>
          <w:tab w:val="left" w:pos="376"/>
        </w:tabs>
        <w:spacing w:before="158"/>
        <w:jc w:val="both"/>
        <w:rPr>
          <w:sz w:val="24"/>
        </w:rPr>
      </w:pPr>
      <w:r w:rsidRPr="0078531E">
        <w:rPr>
          <w:sz w:val="24"/>
        </w:rPr>
        <w:t>BTM</w:t>
      </w:r>
      <w:r w:rsidR="00DF648D" w:rsidRPr="0078531E">
        <w:rPr>
          <w:sz w:val="24"/>
        </w:rPr>
        <w:t>N</w:t>
      </w:r>
      <w:r w:rsidRPr="0078531E">
        <w:rPr>
          <w:spacing w:val="-3"/>
          <w:sz w:val="24"/>
        </w:rPr>
        <w:t xml:space="preserve"> </w:t>
      </w:r>
      <w:r w:rsidRPr="0078531E">
        <w:rPr>
          <w:sz w:val="24"/>
        </w:rPr>
        <w:t>gyermekek</w:t>
      </w:r>
      <w:r w:rsidRPr="0078531E">
        <w:rPr>
          <w:spacing w:val="-2"/>
          <w:sz w:val="24"/>
        </w:rPr>
        <w:t xml:space="preserve"> </w:t>
      </w:r>
      <w:r w:rsidRPr="0078531E">
        <w:rPr>
          <w:sz w:val="24"/>
        </w:rPr>
        <w:t>fejlesztése,</w:t>
      </w:r>
      <w:r w:rsidRPr="0078531E">
        <w:rPr>
          <w:spacing w:val="-2"/>
          <w:sz w:val="24"/>
        </w:rPr>
        <w:t xml:space="preserve"> </w:t>
      </w:r>
      <w:r w:rsidRPr="0078531E">
        <w:rPr>
          <w:sz w:val="24"/>
        </w:rPr>
        <w:t>nevelés</w:t>
      </w:r>
      <w:r w:rsidRPr="0078531E">
        <w:rPr>
          <w:spacing w:val="-3"/>
          <w:sz w:val="24"/>
        </w:rPr>
        <w:t xml:space="preserve"> </w:t>
      </w:r>
      <w:r w:rsidRPr="0078531E">
        <w:rPr>
          <w:sz w:val="24"/>
        </w:rPr>
        <w:t>szakvélemény</w:t>
      </w:r>
      <w:r w:rsidRPr="0078531E">
        <w:rPr>
          <w:spacing w:val="-5"/>
          <w:sz w:val="24"/>
        </w:rPr>
        <w:t xml:space="preserve"> </w:t>
      </w:r>
      <w:r w:rsidRPr="0078531E">
        <w:rPr>
          <w:spacing w:val="-2"/>
          <w:sz w:val="24"/>
        </w:rPr>
        <w:t>alapján</w:t>
      </w:r>
    </w:p>
    <w:p w14:paraId="01E65676" w14:textId="77777777" w:rsidR="00AE0CFD" w:rsidRPr="0078531E" w:rsidRDefault="00C3522D" w:rsidP="00435150">
      <w:pPr>
        <w:pStyle w:val="Listaszerbekezds"/>
        <w:numPr>
          <w:ilvl w:val="0"/>
          <w:numId w:val="7"/>
        </w:numPr>
        <w:tabs>
          <w:tab w:val="left" w:pos="376"/>
        </w:tabs>
        <w:spacing w:before="159"/>
        <w:jc w:val="both"/>
        <w:rPr>
          <w:sz w:val="24"/>
        </w:rPr>
      </w:pPr>
      <w:r w:rsidRPr="0078531E">
        <w:rPr>
          <w:sz w:val="24"/>
        </w:rPr>
        <w:t>SNI</w:t>
      </w:r>
      <w:r w:rsidRPr="0078531E">
        <w:rPr>
          <w:spacing w:val="-9"/>
          <w:sz w:val="24"/>
        </w:rPr>
        <w:t xml:space="preserve"> </w:t>
      </w:r>
      <w:r w:rsidRPr="0078531E">
        <w:rPr>
          <w:sz w:val="24"/>
        </w:rPr>
        <w:t>-</w:t>
      </w:r>
      <w:r w:rsidRPr="0078531E">
        <w:rPr>
          <w:spacing w:val="-1"/>
          <w:sz w:val="24"/>
        </w:rPr>
        <w:t xml:space="preserve"> </w:t>
      </w:r>
      <w:proofErr w:type="spellStart"/>
      <w:r w:rsidRPr="0078531E">
        <w:rPr>
          <w:sz w:val="24"/>
        </w:rPr>
        <w:t>ből</w:t>
      </w:r>
      <w:proofErr w:type="spellEnd"/>
      <w:r w:rsidRPr="0078531E">
        <w:rPr>
          <w:spacing w:val="2"/>
          <w:sz w:val="24"/>
        </w:rPr>
        <w:t xml:space="preserve"> </w:t>
      </w:r>
      <w:r w:rsidRPr="0078531E">
        <w:rPr>
          <w:sz w:val="24"/>
        </w:rPr>
        <w:t>eredő</w:t>
      </w:r>
      <w:r w:rsidRPr="0078531E">
        <w:rPr>
          <w:spacing w:val="-1"/>
          <w:sz w:val="24"/>
        </w:rPr>
        <w:t xml:space="preserve"> </w:t>
      </w:r>
      <w:r w:rsidRPr="0078531E">
        <w:rPr>
          <w:sz w:val="24"/>
        </w:rPr>
        <w:t>hátrányok kompenzálása, szakvélemény</w:t>
      </w:r>
      <w:r w:rsidRPr="0078531E">
        <w:rPr>
          <w:spacing w:val="-6"/>
          <w:sz w:val="24"/>
        </w:rPr>
        <w:t xml:space="preserve"> </w:t>
      </w:r>
      <w:r w:rsidRPr="0078531E">
        <w:rPr>
          <w:sz w:val="24"/>
        </w:rPr>
        <w:t>alapú</w:t>
      </w:r>
      <w:r w:rsidRPr="0078531E">
        <w:rPr>
          <w:spacing w:val="1"/>
          <w:sz w:val="24"/>
        </w:rPr>
        <w:t xml:space="preserve"> </w:t>
      </w:r>
      <w:r w:rsidRPr="0078531E">
        <w:rPr>
          <w:sz w:val="24"/>
        </w:rPr>
        <w:t xml:space="preserve">fejlesztése, </w:t>
      </w:r>
      <w:r w:rsidRPr="0078531E">
        <w:rPr>
          <w:spacing w:val="-2"/>
          <w:sz w:val="24"/>
        </w:rPr>
        <w:t>nevelése</w:t>
      </w:r>
    </w:p>
    <w:p w14:paraId="7C8FA0A4" w14:textId="77777777" w:rsidR="00AE0CFD" w:rsidRPr="0078531E" w:rsidRDefault="00C3522D" w:rsidP="00435150">
      <w:pPr>
        <w:pStyle w:val="Listaszerbekezds"/>
        <w:numPr>
          <w:ilvl w:val="0"/>
          <w:numId w:val="7"/>
        </w:numPr>
        <w:tabs>
          <w:tab w:val="left" w:pos="376"/>
        </w:tabs>
        <w:spacing w:before="158"/>
        <w:jc w:val="both"/>
        <w:rPr>
          <w:sz w:val="24"/>
        </w:rPr>
      </w:pPr>
      <w:r w:rsidRPr="0078531E">
        <w:rPr>
          <w:spacing w:val="-2"/>
          <w:sz w:val="24"/>
        </w:rPr>
        <w:t>Tehetséggondozás</w:t>
      </w:r>
    </w:p>
    <w:p w14:paraId="2D12A121" w14:textId="77777777" w:rsidR="00AE0CFD" w:rsidRPr="0078531E" w:rsidRDefault="00AE0CFD" w:rsidP="00435150">
      <w:pPr>
        <w:pStyle w:val="Szvegtrzs"/>
        <w:jc w:val="both"/>
      </w:pPr>
    </w:p>
    <w:p w14:paraId="3EBC289C" w14:textId="77777777" w:rsidR="00AE0CFD" w:rsidRPr="0078531E" w:rsidRDefault="00AE0CFD" w:rsidP="00435150">
      <w:pPr>
        <w:pStyle w:val="Szvegtrzs"/>
        <w:spacing w:before="5"/>
        <w:jc w:val="both"/>
        <w:rPr>
          <w:u w:val="single"/>
        </w:rPr>
      </w:pPr>
    </w:p>
    <w:p w14:paraId="536EB64C" w14:textId="77777777" w:rsidR="00AE0CFD" w:rsidRPr="0078531E" w:rsidRDefault="00C3522D" w:rsidP="00435150">
      <w:pPr>
        <w:pStyle w:val="Cmsor4"/>
        <w:jc w:val="both"/>
        <w:rPr>
          <w:u w:val="single"/>
        </w:rPr>
      </w:pPr>
      <w:r w:rsidRPr="0078531E">
        <w:rPr>
          <w:u w:val="single"/>
        </w:rPr>
        <w:t>A</w:t>
      </w:r>
      <w:r w:rsidRPr="0078531E">
        <w:rPr>
          <w:spacing w:val="-4"/>
          <w:u w:val="single"/>
        </w:rPr>
        <w:t xml:space="preserve"> </w:t>
      </w:r>
      <w:r w:rsidRPr="0078531E">
        <w:rPr>
          <w:u w:val="single"/>
        </w:rPr>
        <w:t>fejlesztés</w:t>
      </w:r>
      <w:r w:rsidRPr="0078531E">
        <w:rPr>
          <w:spacing w:val="-4"/>
          <w:u w:val="single"/>
        </w:rPr>
        <w:t xml:space="preserve"> </w:t>
      </w:r>
      <w:r w:rsidRPr="0078531E">
        <w:rPr>
          <w:spacing w:val="-2"/>
          <w:u w:val="single"/>
        </w:rPr>
        <w:t>folyamata</w:t>
      </w:r>
    </w:p>
    <w:p w14:paraId="59546257" w14:textId="77777777" w:rsidR="00AE0CFD" w:rsidRPr="0078531E" w:rsidRDefault="00C3522D" w:rsidP="00435150">
      <w:pPr>
        <w:pStyle w:val="Listaszerbekezds"/>
        <w:numPr>
          <w:ilvl w:val="0"/>
          <w:numId w:val="6"/>
        </w:numPr>
        <w:tabs>
          <w:tab w:val="left" w:pos="376"/>
        </w:tabs>
        <w:spacing w:before="134"/>
        <w:jc w:val="both"/>
        <w:rPr>
          <w:i/>
          <w:sz w:val="24"/>
        </w:rPr>
      </w:pPr>
      <w:r w:rsidRPr="0078531E">
        <w:rPr>
          <w:sz w:val="24"/>
        </w:rPr>
        <w:t>Bemeneti</w:t>
      </w:r>
      <w:r w:rsidRPr="0078531E">
        <w:rPr>
          <w:spacing w:val="-5"/>
          <w:sz w:val="24"/>
        </w:rPr>
        <w:t xml:space="preserve"> </w:t>
      </w:r>
      <w:r w:rsidRPr="0078531E">
        <w:rPr>
          <w:sz w:val="24"/>
        </w:rPr>
        <w:t>(óvodába</w:t>
      </w:r>
      <w:r w:rsidRPr="0078531E">
        <w:rPr>
          <w:spacing w:val="-3"/>
          <w:sz w:val="24"/>
        </w:rPr>
        <w:t xml:space="preserve"> </w:t>
      </w:r>
      <w:r w:rsidRPr="0078531E">
        <w:rPr>
          <w:sz w:val="24"/>
        </w:rPr>
        <w:t>lépés)</w:t>
      </w:r>
      <w:r w:rsidRPr="0078531E">
        <w:rPr>
          <w:spacing w:val="-2"/>
          <w:sz w:val="24"/>
        </w:rPr>
        <w:t xml:space="preserve"> </w:t>
      </w:r>
      <w:r w:rsidRPr="0078531E">
        <w:rPr>
          <w:sz w:val="24"/>
        </w:rPr>
        <w:t>fejlettségi</w:t>
      </w:r>
      <w:r w:rsidRPr="0078531E">
        <w:rPr>
          <w:spacing w:val="-3"/>
          <w:sz w:val="24"/>
        </w:rPr>
        <w:t xml:space="preserve"> </w:t>
      </w:r>
      <w:r w:rsidRPr="0078531E">
        <w:rPr>
          <w:sz w:val="24"/>
        </w:rPr>
        <w:t>szint</w:t>
      </w:r>
      <w:r w:rsidRPr="0078531E">
        <w:rPr>
          <w:spacing w:val="-2"/>
          <w:sz w:val="24"/>
        </w:rPr>
        <w:t xml:space="preserve"> </w:t>
      </w:r>
      <w:r w:rsidRPr="0078531E">
        <w:rPr>
          <w:sz w:val="24"/>
        </w:rPr>
        <w:t xml:space="preserve">rögzítése </w:t>
      </w:r>
      <w:r w:rsidRPr="0078531E">
        <w:rPr>
          <w:i/>
          <w:sz w:val="24"/>
        </w:rPr>
        <w:t>megfigyelés</w:t>
      </w:r>
      <w:r w:rsidRPr="0078531E">
        <w:rPr>
          <w:i/>
          <w:spacing w:val="-3"/>
          <w:sz w:val="24"/>
        </w:rPr>
        <w:t xml:space="preserve"> </w:t>
      </w:r>
      <w:r w:rsidRPr="0078531E">
        <w:rPr>
          <w:i/>
          <w:spacing w:val="-2"/>
          <w:sz w:val="24"/>
        </w:rPr>
        <w:t>alapján.</w:t>
      </w:r>
    </w:p>
    <w:p w14:paraId="154D908E" w14:textId="77777777" w:rsidR="00AE0CFD" w:rsidRPr="0078531E" w:rsidRDefault="00C3522D" w:rsidP="00435150">
      <w:pPr>
        <w:pStyle w:val="Listaszerbekezds"/>
        <w:numPr>
          <w:ilvl w:val="0"/>
          <w:numId w:val="6"/>
        </w:numPr>
        <w:tabs>
          <w:tab w:val="left" w:pos="376"/>
        </w:tabs>
        <w:spacing w:before="161"/>
        <w:jc w:val="both"/>
        <w:rPr>
          <w:sz w:val="24"/>
        </w:rPr>
      </w:pPr>
      <w:r w:rsidRPr="0078531E">
        <w:rPr>
          <w:sz w:val="24"/>
        </w:rPr>
        <w:t>Az</w:t>
      </w:r>
      <w:r w:rsidRPr="0078531E">
        <w:rPr>
          <w:spacing w:val="-5"/>
          <w:sz w:val="24"/>
        </w:rPr>
        <w:t xml:space="preserve"> </w:t>
      </w:r>
      <w:r w:rsidRPr="0078531E">
        <w:rPr>
          <w:sz w:val="24"/>
        </w:rPr>
        <w:t>egyéni</w:t>
      </w:r>
      <w:r w:rsidRPr="0078531E">
        <w:rPr>
          <w:spacing w:val="-2"/>
          <w:sz w:val="24"/>
        </w:rPr>
        <w:t xml:space="preserve"> </w:t>
      </w:r>
      <w:r w:rsidRPr="0078531E">
        <w:rPr>
          <w:sz w:val="24"/>
        </w:rPr>
        <w:t>fejlesztés</w:t>
      </w:r>
      <w:r w:rsidRPr="0078531E">
        <w:rPr>
          <w:spacing w:val="-4"/>
          <w:sz w:val="24"/>
        </w:rPr>
        <w:t xml:space="preserve"> </w:t>
      </w:r>
      <w:r w:rsidRPr="0078531E">
        <w:rPr>
          <w:sz w:val="24"/>
        </w:rPr>
        <w:t>területeinek</w:t>
      </w:r>
      <w:r w:rsidRPr="0078531E">
        <w:rPr>
          <w:spacing w:val="-2"/>
          <w:sz w:val="24"/>
        </w:rPr>
        <w:t xml:space="preserve"> </w:t>
      </w:r>
      <w:r w:rsidRPr="0078531E">
        <w:rPr>
          <w:sz w:val="24"/>
        </w:rPr>
        <w:t>meghatározása</w:t>
      </w:r>
      <w:r w:rsidRPr="0078531E">
        <w:rPr>
          <w:spacing w:val="-1"/>
          <w:sz w:val="24"/>
        </w:rPr>
        <w:t xml:space="preserve"> </w:t>
      </w:r>
      <w:r w:rsidRPr="0078531E">
        <w:rPr>
          <w:sz w:val="24"/>
        </w:rPr>
        <w:t>a</w:t>
      </w:r>
      <w:r w:rsidRPr="0078531E">
        <w:rPr>
          <w:spacing w:val="-4"/>
          <w:sz w:val="24"/>
        </w:rPr>
        <w:t xml:space="preserve"> </w:t>
      </w:r>
      <w:r w:rsidRPr="0078531E">
        <w:rPr>
          <w:sz w:val="24"/>
        </w:rPr>
        <w:t>gyermek</w:t>
      </w:r>
      <w:r w:rsidRPr="0078531E">
        <w:rPr>
          <w:spacing w:val="-2"/>
          <w:sz w:val="24"/>
        </w:rPr>
        <w:t xml:space="preserve"> </w:t>
      </w:r>
      <w:r w:rsidRPr="0078531E">
        <w:rPr>
          <w:sz w:val="24"/>
        </w:rPr>
        <w:t>személyi</w:t>
      </w:r>
      <w:r w:rsidRPr="0078531E">
        <w:rPr>
          <w:spacing w:val="-2"/>
          <w:sz w:val="24"/>
        </w:rPr>
        <w:t xml:space="preserve"> anyagában.</w:t>
      </w:r>
    </w:p>
    <w:p w14:paraId="5BAF4F1B" w14:textId="286F48A7" w:rsidR="00AE0CFD" w:rsidRPr="0078531E" w:rsidRDefault="00C3522D" w:rsidP="00435150">
      <w:pPr>
        <w:pStyle w:val="Listaszerbekezds"/>
        <w:numPr>
          <w:ilvl w:val="0"/>
          <w:numId w:val="6"/>
        </w:numPr>
        <w:tabs>
          <w:tab w:val="left" w:pos="376"/>
        </w:tabs>
        <w:spacing w:before="161"/>
        <w:jc w:val="both"/>
        <w:rPr>
          <w:sz w:val="24"/>
        </w:rPr>
      </w:pPr>
      <w:r w:rsidRPr="0078531E">
        <w:rPr>
          <w:sz w:val="24"/>
        </w:rPr>
        <w:t>Félévenkénti</w:t>
      </w:r>
      <w:r w:rsidRPr="0078531E">
        <w:rPr>
          <w:spacing w:val="-4"/>
          <w:sz w:val="24"/>
        </w:rPr>
        <w:t xml:space="preserve"> </w:t>
      </w:r>
      <w:r w:rsidRPr="0078531E">
        <w:rPr>
          <w:sz w:val="24"/>
        </w:rPr>
        <w:t>fejlettségi</w:t>
      </w:r>
      <w:r w:rsidRPr="0078531E">
        <w:rPr>
          <w:spacing w:val="-3"/>
          <w:sz w:val="24"/>
        </w:rPr>
        <w:t xml:space="preserve"> </w:t>
      </w:r>
      <w:r w:rsidRPr="0078531E">
        <w:rPr>
          <w:sz w:val="24"/>
        </w:rPr>
        <w:t>szint</w:t>
      </w:r>
      <w:r w:rsidRPr="0078531E">
        <w:rPr>
          <w:spacing w:val="-3"/>
          <w:sz w:val="24"/>
        </w:rPr>
        <w:t xml:space="preserve"> </w:t>
      </w:r>
      <w:r w:rsidRPr="0078531E">
        <w:rPr>
          <w:sz w:val="24"/>
        </w:rPr>
        <w:t>rögzítés</w:t>
      </w:r>
      <w:r w:rsidR="00991D5A" w:rsidRPr="0078531E">
        <w:rPr>
          <w:sz w:val="24"/>
        </w:rPr>
        <w:t>e a fejlődési naplóban</w:t>
      </w:r>
      <w:r w:rsidRPr="0078531E">
        <w:rPr>
          <w:sz w:val="24"/>
        </w:rPr>
        <w:t>,</w:t>
      </w:r>
      <w:r w:rsidRPr="0078531E">
        <w:rPr>
          <w:spacing w:val="-3"/>
          <w:sz w:val="24"/>
        </w:rPr>
        <w:t xml:space="preserve"> </w:t>
      </w:r>
      <w:r w:rsidRPr="0078531E">
        <w:rPr>
          <w:sz w:val="24"/>
        </w:rPr>
        <w:t>megfigyelés</w:t>
      </w:r>
      <w:r w:rsidRPr="0078531E">
        <w:rPr>
          <w:spacing w:val="-3"/>
          <w:sz w:val="24"/>
        </w:rPr>
        <w:t xml:space="preserve"> </w:t>
      </w:r>
      <w:r w:rsidRPr="0078531E">
        <w:rPr>
          <w:spacing w:val="-2"/>
          <w:sz w:val="24"/>
        </w:rPr>
        <w:t>alapján.</w:t>
      </w:r>
    </w:p>
    <w:p w14:paraId="6F7AAF80" w14:textId="77777777" w:rsidR="00AE0CFD" w:rsidRPr="0078531E" w:rsidRDefault="00C3522D" w:rsidP="00435150">
      <w:pPr>
        <w:pStyle w:val="Listaszerbekezds"/>
        <w:numPr>
          <w:ilvl w:val="0"/>
          <w:numId w:val="6"/>
        </w:numPr>
        <w:tabs>
          <w:tab w:val="left" w:pos="376"/>
        </w:tabs>
        <w:spacing w:before="161"/>
        <w:jc w:val="both"/>
        <w:rPr>
          <w:i/>
          <w:sz w:val="24"/>
        </w:rPr>
      </w:pPr>
      <w:r w:rsidRPr="0078531E">
        <w:rPr>
          <w:sz w:val="24"/>
        </w:rPr>
        <w:t>Együttműködés</w:t>
      </w:r>
      <w:r w:rsidRPr="0078531E">
        <w:rPr>
          <w:spacing w:val="-5"/>
          <w:sz w:val="24"/>
        </w:rPr>
        <w:t xml:space="preserve"> </w:t>
      </w:r>
      <w:r w:rsidRPr="0078531E">
        <w:rPr>
          <w:sz w:val="24"/>
        </w:rPr>
        <w:t>a</w:t>
      </w:r>
      <w:r w:rsidRPr="0078531E">
        <w:rPr>
          <w:spacing w:val="-4"/>
          <w:sz w:val="24"/>
        </w:rPr>
        <w:t xml:space="preserve"> </w:t>
      </w:r>
      <w:r w:rsidRPr="0078531E">
        <w:rPr>
          <w:sz w:val="24"/>
        </w:rPr>
        <w:t>szülővel</w:t>
      </w:r>
      <w:r w:rsidRPr="0078531E">
        <w:rPr>
          <w:spacing w:val="-2"/>
          <w:sz w:val="24"/>
        </w:rPr>
        <w:t xml:space="preserve"> </w:t>
      </w:r>
      <w:r w:rsidRPr="0078531E">
        <w:rPr>
          <w:sz w:val="24"/>
        </w:rPr>
        <w:t>(tájékoztatás</w:t>
      </w:r>
      <w:r w:rsidRPr="0078531E">
        <w:rPr>
          <w:spacing w:val="-3"/>
          <w:sz w:val="24"/>
        </w:rPr>
        <w:t xml:space="preserve"> </w:t>
      </w:r>
      <w:r w:rsidRPr="0078531E">
        <w:rPr>
          <w:sz w:val="24"/>
        </w:rPr>
        <w:t>a</w:t>
      </w:r>
      <w:r w:rsidRPr="0078531E">
        <w:rPr>
          <w:spacing w:val="-1"/>
          <w:sz w:val="24"/>
        </w:rPr>
        <w:t xml:space="preserve"> </w:t>
      </w:r>
      <w:r w:rsidRPr="0078531E">
        <w:rPr>
          <w:sz w:val="24"/>
        </w:rPr>
        <w:t>gyermek</w:t>
      </w:r>
      <w:r w:rsidRPr="0078531E">
        <w:rPr>
          <w:spacing w:val="-2"/>
          <w:sz w:val="24"/>
        </w:rPr>
        <w:t xml:space="preserve"> fejlődéséről</w:t>
      </w:r>
      <w:r w:rsidRPr="0078531E">
        <w:rPr>
          <w:i/>
          <w:spacing w:val="-2"/>
          <w:sz w:val="24"/>
        </w:rPr>
        <w:t>)</w:t>
      </w:r>
    </w:p>
    <w:p w14:paraId="50ABA288" w14:textId="756C6AC8" w:rsidR="00AE0CFD" w:rsidRPr="0078531E" w:rsidRDefault="00C3522D" w:rsidP="00435150">
      <w:pPr>
        <w:pStyle w:val="Listaszerbekezds"/>
        <w:numPr>
          <w:ilvl w:val="0"/>
          <w:numId w:val="6"/>
        </w:numPr>
        <w:tabs>
          <w:tab w:val="left" w:pos="376"/>
        </w:tabs>
        <w:spacing w:before="161" w:line="360" w:lineRule="auto"/>
        <w:ind w:left="136" w:right="1068" w:firstLine="0"/>
        <w:jc w:val="both"/>
        <w:rPr>
          <w:sz w:val="24"/>
        </w:rPr>
      </w:pPr>
      <w:r w:rsidRPr="0078531E">
        <w:rPr>
          <w:sz w:val="24"/>
        </w:rPr>
        <w:t>Differenciált,</w:t>
      </w:r>
      <w:r w:rsidRPr="0078531E">
        <w:rPr>
          <w:spacing w:val="-4"/>
          <w:sz w:val="24"/>
        </w:rPr>
        <w:t xml:space="preserve"> </w:t>
      </w:r>
      <w:r w:rsidRPr="0078531E">
        <w:rPr>
          <w:sz w:val="24"/>
        </w:rPr>
        <w:t>egyéni</w:t>
      </w:r>
      <w:r w:rsidRPr="0078531E">
        <w:rPr>
          <w:spacing w:val="-4"/>
          <w:sz w:val="24"/>
        </w:rPr>
        <w:t xml:space="preserve"> </w:t>
      </w:r>
      <w:r w:rsidRPr="0078531E">
        <w:rPr>
          <w:sz w:val="24"/>
        </w:rPr>
        <w:t>nevelés,</w:t>
      </w:r>
      <w:r w:rsidRPr="0078531E">
        <w:rPr>
          <w:spacing w:val="-4"/>
          <w:sz w:val="24"/>
        </w:rPr>
        <w:t xml:space="preserve"> </w:t>
      </w:r>
      <w:r w:rsidRPr="0078531E">
        <w:rPr>
          <w:sz w:val="24"/>
        </w:rPr>
        <w:t>készség</w:t>
      </w:r>
      <w:r w:rsidRPr="0078531E">
        <w:rPr>
          <w:spacing w:val="-7"/>
          <w:sz w:val="24"/>
        </w:rPr>
        <w:t xml:space="preserve"> </w:t>
      </w:r>
      <w:r w:rsidRPr="0078531E">
        <w:rPr>
          <w:sz w:val="24"/>
        </w:rPr>
        <w:t>és</w:t>
      </w:r>
      <w:r w:rsidRPr="0078531E">
        <w:rPr>
          <w:spacing w:val="-5"/>
          <w:sz w:val="24"/>
        </w:rPr>
        <w:t xml:space="preserve"> </w:t>
      </w:r>
      <w:r w:rsidRPr="0078531E">
        <w:rPr>
          <w:sz w:val="24"/>
        </w:rPr>
        <w:t>képességfejlesztés</w:t>
      </w:r>
      <w:r w:rsidRPr="0078531E">
        <w:rPr>
          <w:spacing w:val="-5"/>
          <w:sz w:val="24"/>
        </w:rPr>
        <w:t xml:space="preserve"> </w:t>
      </w:r>
      <w:r w:rsidRPr="0078531E">
        <w:rPr>
          <w:sz w:val="24"/>
        </w:rPr>
        <w:t>megvalósítása</w:t>
      </w:r>
      <w:r w:rsidRPr="0078531E">
        <w:rPr>
          <w:spacing w:val="-5"/>
          <w:sz w:val="24"/>
        </w:rPr>
        <w:t xml:space="preserve"> </w:t>
      </w:r>
      <w:r w:rsidRPr="0078531E">
        <w:rPr>
          <w:sz w:val="24"/>
        </w:rPr>
        <w:t>a</w:t>
      </w:r>
      <w:r w:rsidRPr="0078531E">
        <w:rPr>
          <w:spacing w:val="-5"/>
          <w:sz w:val="24"/>
        </w:rPr>
        <w:t xml:space="preserve"> </w:t>
      </w:r>
      <w:r w:rsidRPr="0078531E">
        <w:rPr>
          <w:sz w:val="24"/>
        </w:rPr>
        <w:t>nevelési,</w:t>
      </w:r>
      <w:r w:rsidR="00435150" w:rsidRPr="0078531E">
        <w:rPr>
          <w:sz w:val="24"/>
        </w:rPr>
        <w:t xml:space="preserve"> </w:t>
      </w:r>
      <w:r w:rsidRPr="0078531E">
        <w:rPr>
          <w:sz w:val="24"/>
        </w:rPr>
        <w:t>fejlesztési módszerek, tevékenységek, feladatok egyénre szabott alkalmazásával.</w:t>
      </w:r>
    </w:p>
    <w:p w14:paraId="63871DEF" w14:textId="77777777" w:rsidR="00AE0CFD" w:rsidRPr="0078531E" w:rsidRDefault="00C3522D" w:rsidP="00435150">
      <w:pPr>
        <w:pStyle w:val="Listaszerbekezds"/>
        <w:numPr>
          <w:ilvl w:val="0"/>
          <w:numId w:val="6"/>
        </w:numPr>
        <w:tabs>
          <w:tab w:val="left" w:pos="376"/>
        </w:tabs>
        <w:spacing w:before="24"/>
        <w:jc w:val="both"/>
        <w:rPr>
          <w:sz w:val="24"/>
        </w:rPr>
      </w:pPr>
      <w:r w:rsidRPr="0078531E">
        <w:rPr>
          <w:sz w:val="24"/>
        </w:rPr>
        <w:t>SNI</w:t>
      </w:r>
      <w:r w:rsidRPr="0078531E">
        <w:rPr>
          <w:spacing w:val="-8"/>
          <w:sz w:val="24"/>
        </w:rPr>
        <w:t xml:space="preserve"> </w:t>
      </w:r>
      <w:r w:rsidRPr="0078531E">
        <w:rPr>
          <w:sz w:val="24"/>
        </w:rPr>
        <w:t>gyermek</w:t>
      </w:r>
      <w:r w:rsidRPr="0078531E">
        <w:rPr>
          <w:spacing w:val="-1"/>
          <w:sz w:val="24"/>
        </w:rPr>
        <w:t xml:space="preserve"> </w:t>
      </w:r>
      <w:r w:rsidRPr="0078531E">
        <w:rPr>
          <w:sz w:val="24"/>
        </w:rPr>
        <w:t>esetében egyéni</w:t>
      </w:r>
      <w:r w:rsidRPr="0078531E">
        <w:rPr>
          <w:spacing w:val="-1"/>
          <w:sz w:val="24"/>
        </w:rPr>
        <w:t xml:space="preserve"> </w:t>
      </w:r>
      <w:r w:rsidRPr="0078531E">
        <w:rPr>
          <w:sz w:val="24"/>
        </w:rPr>
        <w:t>fejlesztési</w:t>
      </w:r>
      <w:r w:rsidRPr="0078531E">
        <w:rPr>
          <w:spacing w:val="-2"/>
          <w:sz w:val="24"/>
        </w:rPr>
        <w:t xml:space="preserve"> </w:t>
      </w:r>
      <w:r w:rsidRPr="0078531E">
        <w:rPr>
          <w:sz w:val="24"/>
        </w:rPr>
        <w:t>terv</w:t>
      </w:r>
      <w:r w:rsidRPr="0078531E">
        <w:rPr>
          <w:spacing w:val="-1"/>
          <w:sz w:val="24"/>
        </w:rPr>
        <w:t xml:space="preserve"> </w:t>
      </w:r>
      <w:r w:rsidRPr="0078531E">
        <w:rPr>
          <w:sz w:val="24"/>
        </w:rPr>
        <w:t>vezetése</w:t>
      </w:r>
      <w:r w:rsidRPr="0078531E">
        <w:rPr>
          <w:spacing w:val="-4"/>
          <w:sz w:val="24"/>
        </w:rPr>
        <w:t xml:space="preserve"> </w:t>
      </w:r>
      <w:r w:rsidRPr="0078531E">
        <w:rPr>
          <w:sz w:val="24"/>
        </w:rPr>
        <w:t>segítő</w:t>
      </w:r>
      <w:r w:rsidRPr="0078531E">
        <w:rPr>
          <w:spacing w:val="-1"/>
          <w:sz w:val="24"/>
        </w:rPr>
        <w:t xml:space="preserve"> </w:t>
      </w:r>
      <w:r w:rsidRPr="0078531E">
        <w:rPr>
          <w:sz w:val="24"/>
        </w:rPr>
        <w:t>szakember</w:t>
      </w:r>
      <w:r w:rsidRPr="0078531E">
        <w:rPr>
          <w:spacing w:val="-1"/>
          <w:sz w:val="24"/>
        </w:rPr>
        <w:t xml:space="preserve"> </w:t>
      </w:r>
      <w:r w:rsidRPr="0078531E">
        <w:rPr>
          <w:spacing w:val="-2"/>
          <w:sz w:val="24"/>
        </w:rPr>
        <w:t>segítségével.</w:t>
      </w:r>
    </w:p>
    <w:p w14:paraId="5194548E" w14:textId="77777777" w:rsidR="00AE0CFD" w:rsidRPr="0078531E" w:rsidRDefault="00C3522D" w:rsidP="00435150">
      <w:pPr>
        <w:pStyle w:val="Listaszerbekezds"/>
        <w:numPr>
          <w:ilvl w:val="0"/>
          <w:numId w:val="6"/>
        </w:numPr>
        <w:tabs>
          <w:tab w:val="left" w:pos="376"/>
        </w:tabs>
        <w:spacing w:before="161"/>
        <w:jc w:val="both"/>
        <w:rPr>
          <w:sz w:val="24"/>
        </w:rPr>
      </w:pPr>
      <w:r w:rsidRPr="0078531E">
        <w:rPr>
          <w:sz w:val="24"/>
        </w:rPr>
        <w:t>Szükséges</w:t>
      </w:r>
      <w:r w:rsidRPr="0078531E">
        <w:rPr>
          <w:spacing w:val="-5"/>
          <w:sz w:val="24"/>
        </w:rPr>
        <w:t xml:space="preserve"> </w:t>
      </w:r>
      <w:r w:rsidRPr="0078531E">
        <w:rPr>
          <w:sz w:val="24"/>
        </w:rPr>
        <w:t>esetben</w:t>
      </w:r>
      <w:r w:rsidRPr="0078531E">
        <w:rPr>
          <w:spacing w:val="-2"/>
          <w:sz w:val="24"/>
        </w:rPr>
        <w:t xml:space="preserve"> </w:t>
      </w:r>
      <w:r w:rsidRPr="0078531E">
        <w:rPr>
          <w:sz w:val="24"/>
        </w:rPr>
        <w:t>jelzés</w:t>
      </w:r>
      <w:r w:rsidRPr="0078531E">
        <w:rPr>
          <w:spacing w:val="-3"/>
          <w:sz w:val="24"/>
        </w:rPr>
        <w:t xml:space="preserve"> </w:t>
      </w:r>
      <w:r w:rsidRPr="0078531E">
        <w:rPr>
          <w:sz w:val="24"/>
        </w:rPr>
        <w:t>kompetens</w:t>
      </w:r>
      <w:r w:rsidRPr="0078531E">
        <w:rPr>
          <w:spacing w:val="-3"/>
          <w:sz w:val="24"/>
        </w:rPr>
        <w:t xml:space="preserve"> </w:t>
      </w:r>
      <w:r w:rsidRPr="0078531E">
        <w:rPr>
          <w:sz w:val="24"/>
        </w:rPr>
        <w:t>szakembereknek,</w:t>
      </w:r>
      <w:r w:rsidRPr="0078531E">
        <w:rPr>
          <w:spacing w:val="-2"/>
          <w:sz w:val="24"/>
        </w:rPr>
        <w:t xml:space="preserve"> </w:t>
      </w:r>
      <w:r w:rsidRPr="0078531E">
        <w:rPr>
          <w:sz w:val="24"/>
        </w:rPr>
        <w:t>szakmai</w:t>
      </w:r>
      <w:r w:rsidRPr="0078531E">
        <w:rPr>
          <w:spacing w:val="-2"/>
          <w:sz w:val="24"/>
        </w:rPr>
        <w:t xml:space="preserve"> </w:t>
      </w:r>
      <w:r w:rsidRPr="0078531E">
        <w:rPr>
          <w:sz w:val="24"/>
        </w:rPr>
        <w:t>segítség</w:t>
      </w:r>
      <w:r w:rsidRPr="0078531E">
        <w:rPr>
          <w:spacing w:val="-4"/>
          <w:sz w:val="24"/>
        </w:rPr>
        <w:t xml:space="preserve"> </w:t>
      </w:r>
      <w:r w:rsidRPr="0078531E">
        <w:rPr>
          <w:spacing w:val="-2"/>
          <w:sz w:val="24"/>
        </w:rPr>
        <w:t>igénybevétele.</w:t>
      </w:r>
    </w:p>
    <w:p w14:paraId="427CB9A8" w14:textId="77777777" w:rsidR="00AE0CFD" w:rsidRPr="0078531E" w:rsidRDefault="00AE0CFD" w:rsidP="00435150">
      <w:pPr>
        <w:pStyle w:val="Szvegtrzs"/>
        <w:jc w:val="both"/>
      </w:pPr>
    </w:p>
    <w:p w14:paraId="45EB355A" w14:textId="77777777" w:rsidR="00AE0CFD" w:rsidRPr="0078531E" w:rsidRDefault="00AE0CFD" w:rsidP="00435150">
      <w:pPr>
        <w:pStyle w:val="Szvegtrzs"/>
        <w:spacing w:before="5"/>
        <w:jc w:val="both"/>
        <w:rPr>
          <w:u w:val="single"/>
        </w:rPr>
      </w:pPr>
    </w:p>
    <w:p w14:paraId="6B6A96EF" w14:textId="77777777" w:rsidR="00AE0CFD" w:rsidRPr="0078531E" w:rsidRDefault="00C3522D" w:rsidP="00435150">
      <w:pPr>
        <w:pStyle w:val="Cmsor4"/>
        <w:jc w:val="both"/>
        <w:rPr>
          <w:u w:val="single"/>
        </w:rPr>
      </w:pPr>
      <w:r w:rsidRPr="0078531E">
        <w:rPr>
          <w:u w:val="single"/>
        </w:rPr>
        <w:t>A</w:t>
      </w:r>
      <w:r w:rsidRPr="0078531E">
        <w:rPr>
          <w:spacing w:val="-6"/>
          <w:u w:val="single"/>
        </w:rPr>
        <w:t xml:space="preserve"> </w:t>
      </w:r>
      <w:r w:rsidRPr="0078531E">
        <w:rPr>
          <w:u w:val="single"/>
        </w:rPr>
        <w:t>gyermek</w:t>
      </w:r>
      <w:r w:rsidRPr="0078531E">
        <w:rPr>
          <w:spacing w:val="-3"/>
          <w:u w:val="single"/>
        </w:rPr>
        <w:t xml:space="preserve"> </w:t>
      </w:r>
      <w:r w:rsidRPr="0078531E">
        <w:rPr>
          <w:u w:val="single"/>
        </w:rPr>
        <w:t>fejlődésének</w:t>
      </w:r>
      <w:r w:rsidRPr="0078531E">
        <w:rPr>
          <w:spacing w:val="-3"/>
          <w:u w:val="single"/>
        </w:rPr>
        <w:t xml:space="preserve"> </w:t>
      </w:r>
      <w:r w:rsidRPr="0078531E">
        <w:rPr>
          <w:u w:val="single"/>
        </w:rPr>
        <w:t>folyamatos</w:t>
      </w:r>
      <w:r w:rsidRPr="0078531E">
        <w:rPr>
          <w:spacing w:val="-4"/>
          <w:u w:val="single"/>
        </w:rPr>
        <w:t xml:space="preserve"> </w:t>
      </w:r>
      <w:r w:rsidRPr="0078531E">
        <w:rPr>
          <w:u w:val="single"/>
        </w:rPr>
        <w:t>nyomon</w:t>
      </w:r>
      <w:r w:rsidRPr="0078531E">
        <w:rPr>
          <w:spacing w:val="-3"/>
          <w:u w:val="single"/>
        </w:rPr>
        <w:t xml:space="preserve"> </w:t>
      </w:r>
      <w:r w:rsidRPr="0078531E">
        <w:rPr>
          <w:u w:val="single"/>
        </w:rPr>
        <w:t>követése,</w:t>
      </w:r>
      <w:r w:rsidRPr="0078531E">
        <w:rPr>
          <w:spacing w:val="-1"/>
          <w:u w:val="single"/>
        </w:rPr>
        <w:t xml:space="preserve"> </w:t>
      </w:r>
      <w:r w:rsidRPr="0078531E">
        <w:rPr>
          <w:spacing w:val="-2"/>
          <w:u w:val="single"/>
        </w:rPr>
        <w:t>rögzítése*</w:t>
      </w:r>
    </w:p>
    <w:p w14:paraId="732D3579" w14:textId="6FF436B7" w:rsidR="00AE0CFD" w:rsidRPr="0078531E" w:rsidRDefault="00DA08B8" w:rsidP="00435150">
      <w:pPr>
        <w:tabs>
          <w:tab w:val="left" w:pos="376"/>
        </w:tabs>
        <w:spacing w:before="132" w:line="360" w:lineRule="auto"/>
        <w:ind w:left="-104" w:right="1085"/>
        <w:jc w:val="both"/>
        <w:rPr>
          <w:sz w:val="24"/>
        </w:rPr>
      </w:pPr>
      <w:r w:rsidRPr="0078531E">
        <w:rPr>
          <w:sz w:val="24"/>
        </w:rPr>
        <w:t xml:space="preserve">    </w:t>
      </w:r>
      <w:r w:rsidR="00435150" w:rsidRPr="0078531E">
        <w:rPr>
          <w:sz w:val="24"/>
        </w:rPr>
        <w:t>Ó</w:t>
      </w:r>
      <w:r w:rsidR="00C3522D" w:rsidRPr="0078531E">
        <w:rPr>
          <w:sz w:val="24"/>
        </w:rPr>
        <w:t>vodai</w:t>
      </w:r>
      <w:r w:rsidR="00C3522D" w:rsidRPr="0078531E">
        <w:rPr>
          <w:spacing w:val="-4"/>
          <w:sz w:val="24"/>
        </w:rPr>
        <w:t xml:space="preserve"> </w:t>
      </w:r>
      <w:r w:rsidR="00C3522D" w:rsidRPr="0078531E">
        <w:rPr>
          <w:sz w:val="24"/>
        </w:rPr>
        <w:t>csoportonként</w:t>
      </w:r>
      <w:r w:rsidR="00C3522D" w:rsidRPr="0078531E">
        <w:rPr>
          <w:spacing w:val="40"/>
          <w:sz w:val="24"/>
        </w:rPr>
        <w:t xml:space="preserve"> </w:t>
      </w:r>
      <w:r w:rsidR="00C3522D" w:rsidRPr="0078531E">
        <w:rPr>
          <w:sz w:val="24"/>
        </w:rPr>
        <w:t>alkalmazott</w:t>
      </w:r>
      <w:r w:rsidR="00C3522D" w:rsidRPr="0078531E">
        <w:rPr>
          <w:spacing w:val="-4"/>
          <w:sz w:val="24"/>
        </w:rPr>
        <w:t xml:space="preserve"> </w:t>
      </w:r>
      <w:r w:rsidR="00C3522D" w:rsidRPr="0078531E">
        <w:rPr>
          <w:sz w:val="24"/>
        </w:rPr>
        <w:t>kötelező</w:t>
      </w:r>
      <w:r w:rsidR="00C3522D" w:rsidRPr="0078531E">
        <w:rPr>
          <w:spacing w:val="-6"/>
          <w:sz w:val="24"/>
        </w:rPr>
        <w:t xml:space="preserve"> </w:t>
      </w:r>
      <w:r w:rsidR="00C3522D" w:rsidRPr="0078531E">
        <w:rPr>
          <w:sz w:val="24"/>
        </w:rPr>
        <w:t>és</w:t>
      </w:r>
      <w:r w:rsidR="00C3522D" w:rsidRPr="0078531E">
        <w:rPr>
          <w:spacing w:val="-5"/>
          <w:sz w:val="24"/>
        </w:rPr>
        <w:t xml:space="preserve"> </w:t>
      </w:r>
      <w:r w:rsidR="00C3522D" w:rsidRPr="0078531E">
        <w:rPr>
          <w:sz w:val="24"/>
        </w:rPr>
        <w:t>nem</w:t>
      </w:r>
      <w:r w:rsidR="00C3522D" w:rsidRPr="0078531E">
        <w:rPr>
          <w:spacing w:val="-4"/>
          <w:sz w:val="24"/>
        </w:rPr>
        <w:t xml:space="preserve"> </w:t>
      </w:r>
      <w:r w:rsidR="00C3522D" w:rsidRPr="0078531E">
        <w:rPr>
          <w:sz w:val="24"/>
        </w:rPr>
        <w:t>kötelező</w:t>
      </w:r>
      <w:r w:rsidR="00C3522D" w:rsidRPr="0078531E">
        <w:rPr>
          <w:spacing w:val="-4"/>
          <w:sz w:val="24"/>
        </w:rPr>
        <w:t xml:space="preserve"> </w:t>
      </w:r>
      <w:r w:rsidR="00C3522D" w:rsidRPr="0078531E">
        <w:rPr>
          <w:sz w:val="24"/>
        </w:rPr>
        <w:t>feljegyzések</w:t>
      </w:r>
      <w:r w:rsidR="00C3522D" w:rsidRPr="0078531E">
        <w:rPr>
          <w:spacing w:val="-4"/>
          <w:sz w:val="24"/>
        </w:rPr>
        <w:t xml:space="preserve"> </w:t>
      </w:r>
      <w:r w:rsidR="00C3522D" w:rsidRPr="0078531E">
        <w:rPr>
          <w:sz w:val="24"/>
        </w:rPr>
        <w:t>és/vagy</w:t>
      </w:r>
      <w:r w:rsidR="00435150" w:rsidRPr="0078531E">
        <w:rPr>
          <w:sz w:val="24"/>
        </w:rPr>
        <w:t xml:space="preserve">     </w:t>
      </w:r>
      <w:r w:rsidR="00C3522D" w:rsidRPr="0078531E">
        <w:rPr>
          <w:sz w:val="24"/>
        </w:rPr>
        <w:t>mérések formájában, legalább félévente.</w:t>
      </w:r>
    </w:p>
    <w:p w14:paraId="28695D77" w14:textId="77777777" w:rsidR="00AE0CFD" w:rsidRPr="0078531E" w:rsidRDefault="00C3522D" w:rsidP="00435150">
      <w:pPr>
        <w:pStyle w:val="Cmsor4"/>
        <w:spacing w:before="5"/>
        <w:jc w:val="both"/>
      </w:pPr>
      <w:r w:rsidRPr="0078531E">
        <w:t>Fejlettség</w:t>
      </w:r>
      <w:r w:rsidRPr="0078531E">
        <w:rPr>
          <w:spacing w:val="57"/>
        </w:rPr>
        <w:t xml:space="preserve"> </w:t>
      </w:r>
      <w:r w:rsidRPr="0078531E">
        <w:rPr>
          <w:spacing w:val="-2"/>
        </w:rPr>
        <w:t>mérés</w:t>
      </w:r>
    </w:p>
    <w:p w14:paraId="155E0F82" w14:textId="6483AACC" w:rsidR="00AE0CFD" w:rsidRPr="0078531E" w:rsidRDefault="00C3522D" w:rsidP="00435150">
      <w:pPr>
        <w:pStyle w:val="Szvegtrzs"/>
        <w:spacing w:before="135" w:line="360" w:lineRule="auto"/>
        <w:ind w:left="136" w:right="434" w:firstLine="60"/>
        <w:jc w:val="both"/>
      </w:pPr>
      <w:r w:rsidRPr="0078531E">
        <w:t>Az</w:t>
      </w:r>
      <w:r w:rsidRPr="0078531E">
        <w:rPr>
          <w:spacing w:val="40"/>
        </w:rPr>
        <w:t xml:space="preserve"> </w:t>
      </w:r>
      <w:r w:rsidRPr="0078531E">
        <w:t>5</w:t>
      </w:r>
      <w:r w:rsidR="008401EB" w:rsidRPr="0078531E">
        <w:t xml:space="preserve">. </w:t>
      </w:r>
      <w:r w:rsidRPr="0078531E">
        <w:t>életévüket</w:t>
      </w:r>
      <w:r w:rsidRPr="0078531E">
        <w:rPr>
          <w:spacing w:val="40"/>
        </w:rPr>
        <w:t xml:space="preserve"> </w:t>
      </w:r>
      <w:r w:rsidRPr="0078531E">
        <w:t>betöltött</w:t>
      </w:r>
      <w:r w:rsidRPr="0078531E">
        <w:rPr>
          <w:spacing w:val="40"/>
        </w:rPr>
        <w:t xml:space="preserve"> </w:t>
      </w:r>
      <w:r w:rsidRPr="0078531E">
        <w:t>gyermekek</w:t>
      </w:r>
      <w:r w:rsidRPr="0078531E">
        <w:rPr>
          <w:spacing w:val="40"/>
        </w:rPr>
        <w:t xml:space="preserve"> </w:t>
      </w:r>
      <w:r w:rsidRPr="0078531E">
        <w:t>esetében</w:t>
      </w:r>
      <w:r w:rsidRPr="0078531E">
        <w:rPr>
          <w:spacing w:val="40"/>
        </w:rPr>
        <w:t xml:space="preserve"> </w:t>
      </w:r>
      <w:r w:rsidR="008401EB" w:rsidRPr="0078531E">
        <w:t xml:space="preserve">a Somogy Vármegyei Pedagógiai </w:t>
      </w:r>
      <w:r w:rsidR="008401EB" w:rsidRPr="0078531E">
        <w:lastRenderedPageBreak/>
        <w:t>Szakszolgálat Siófoki Tagintézmény szakmai segítségével Prevenciós szűrést végezne</w:t>
      </w:r>
      <w:r w:rsidR="00861376" w:rsidRPr="0078531E">
        <w:t>k.</w:t>
      </w:r>
    </w:p>
    <w:p w14:paraId="6EBE6335" w14:textId="77777777" w:rsidR="00FE0EFF" w:rsidRPr="0078531E" w:rsidRDefault="00FE0EFF" w:rsidP="00FB670E">
      <w:pPr>
        <w:pStyle w:val="Szvegtrzs"/>
        <w:spacing w:before="135" w:line="360" w:lineRule="auto"/>
        <w:ind w:left="136" w:right="434" w:firstLine="60"/>
      </w:pPr>
    </w:p>
    <w:p w14:paraId="5485B34F" w14:textId="77777777" w:rsidR="00AE0CFD" w:rsidRPr="0078531E" w:rsidRDefault="00C3522D">
      <w:pPr>
        <w:pStyle w:val="Cmsor2"/>
        <w:numPr>
          <w:ilvl w:val="0"/>
          <w:numId w:val="24"/>
        </w:numPr>
        <w:tabs>
          <w:tab w:val="left" w:pos="525"/>
        </w:tabs>
        <w:ind w:left="525" w:hanging="389"/>
        <w:jc w:val="left"/>
        <w:rPr>
          <w:rFonts w:ascii="Times New Roman" w:hAnsi="Times New Roman" w:cs="Times New Roman"/>
        </w:rPr>
      </w:pPr>
      <w:bookmarkStart w:id="17" w:name="_bookmark12"/>
      <w:bookmarkEnd w:id="17"/>
      <w:r w:rsidRPr="0078531E">
        <w:rPr>
          <w:rFonts w:ascii="Times New Roman" w:hAnsi="Times New Roman" w:cs="Times New Roman"/>
        </w:rPr>
        <w:t>Különleges</w:t>
      </w:r>
      <w:r w:rsidRPr="0078531E">
        <w:rPr>
          <w:rFonts w:ascii="Times New Roman" w:hAnsi="Times New Roman" w:cs="Times New Roman"/>
          <w:spacing w:val="-16"/>
        </w:rPr>
        <w:t xml:space="preserve"> </w:t>
      </w:r>
      <w:r w:rsidRPr="0078531E">
        <w:rPr>
          <w:rFonts w:ascii="Times New Roman" w:hAnsi="Times New Roman" w:cs="Times New Roman"/>
        </w:rPr>
        <w:t>bánásmódot</w:t>
      </w:r>
      <w:r w:rsidRPr="0078531E">
        <w:rPr>
          <w:rFonts w:ascii="Times New Roman" w:hAnsi="Times New Roman" w:cs="Times New Roman"/>
          <w:spacing w:val="-17"/>
        </w:rPr>
        <w:t xml:space="preserve"> </w:t>
      </w:r>
      <w:r w:rsidRPr="0078531E">
        <w:rPr>
          <w:rFonts w:ascii="Times New Roman" w:hAnsi="Times New Roman" w:cs="Times New Roman"/>
        </w:rPr>
        <w:t>igénylő</w:t>
      </w:r>
      <w:r w:rsidRPr="0078531E">
        <w:rPr>
          <w:rFonts w:ascii="Times New Roman" w:hAnsi="Times New Roman" w:cs="Times New Roman"/>
          <w:spacing w:val="-16"/>
        </w:rPr>
        <w:t xml:space="preserve"> </w:t>
      </w:r>
      <w:r w:rsidRPr="0078531E">
        <w:rPr>
          <w:rFonts w:ascii="Times New Roman" w:hAnsi="Times New Roman" w:cs="Times New Roman"/>
          <w:spacing w:val="-2"/>
        </w:rPr>
        <w:t>gyermekek</w:t>
      </w:r>
    </w:p>
    <w:p w14:paraId="283CC9AC" w14:textId="77777777" w:rsidR="00AE0CFD" w:rsidRPr="0078531E" w:rsidRDefault="00C3522D" w:rsidP="00435150">
      <w:pPr>
        <w:pStyle w:val="Listaszerbekezds"/>
        <w:numPr>
          <w:ilvl w:val="1"/>
          <w:numId w:val="24"/>
        </w:numPr>
        <w:tabs>
          <w:tab w:val="left" w:pos="321"/>
        </w:tabs>
        <w:spacing w:before="169"/>
        <w:ind w:left="321" w:hanging="185"/>
        <w:jc w:val="both"/>
        <w:rPr>
          <w:b/>
          <w:bCs/>
          <w:sz w:val="24"/>
          <w:szCs w:val="24"/>
          <w:u w:val="single"/>
        </w:rPr>
      </w:pPr>
      <w:r w:rsidRPr="0078531E">
        <w:rPr>
          <w:b/>
          <w:bCs/>
          <w:spacing w:val="-2"/>
          <w:sz w:val="24"/>
          <w:szCs w:val="24"/>
          <w:u w:val="single"/>
        </w:rPr>
        <w:t xml:space="preserve"> </w:t>
      </w:r>
      <w:r w:rsidRPr="0078531E">
        <w:rPr>
          <w:b/>
          <w:bCs/>
          <w:sz w:val="24"/>
          <w:szCs w:val="24"/>
          <w:u w:val="single"/>
        </w:rPr>
        <w:t>​SNI</w:t>
      </w:r>
      <w:r w:rsidRPr="0078531E">
        <w:rPr>
          <w:b/>
          <w:bCs/>
          <w:spacing w:val="-6"/>
          <w:sz w:val="24"/>
          <w:szCs w:val="24"/>
          <w:u w:val="single"/>
        </w:rPr>
        <w:t xml:space="preserve"> </w:t>
      </w:r>
      <w:r w:rsidRPr="0078531E">
        <w:rPr>
          <w:b/>
          <w:bCs/>
          <w:sz w:val="24"/>
          <w:szCs w:val="24"/>
          <w:u w:val="single"/>
        </w:rPr>
        <w:t>/</w:t>
      </w:r>
      <w:r w:rsidRPr="0078531E">
        <w:rPr>
          <w:b/>
          <w:bCs/>
          <w:spacing w:val="-1"/>
          <w:sz w:val="24"/>
          <w:szCs w:val="24"/>
          <w:u w:val="single"/>
        </w:rPr>
        <w:t xml:space="preserve"> </w:t>
      </w:r>
      <w:r w:rsidRPr="0078531E">
        <w:rPr>
          <w:b/>
          <w:bCs/>
          <w:sz w:val="24"/>
          <w:szCs w:val="24"/>
          <w:u w:val="single"/>
        </w:rPr>
        <w:t>Sajátos</w:t>
      </w:r>
      <w:r w:rsidRPr="0078531E">
        <w:rPr>
          <w:b/>
          <w:bCs/>
          <w:spacing w:val="-3"/>
          <w:sz w:val="24"/>
          <w:szCs w:val="24"/>
          <w:u w:val="single"/>
        </w:rPr>
        <w:t xml:space="preserve"> </w:t>
      </w:r>
      <w:r w:rsidRPr="0078531E">
        <w:rPr>
          <w:b/>
          <w:bCs/>
          <w:sz w:val="24"/>
          <w:szCs w:val="24"/>
          <w:u w:val="single"/>
        </w:rPr>
        <w:t>nevelési igényű</w:t>
      </w:r>
      <w:r w:rsidRPr="0078531E">
        <w:rPr>
          <w:b/>
          <w:bCs/>
          <w:spacing w:val="1"/>
          <w:sz w:val="24"/>
          <w:szCs w:val="24"/>
          <w:u w:val="single"/>
        </w:rPr>
        <w:t xml:space="preserve"> </w:t>
      </w:r>
      <w:r w:rsidRPr="0078531E">
        <w:rPr>
          <w:b/>
          <w:bCs/>
          <w:spacing w:val="-2"/>
          <w:sz w:val="24"/>
          <w:szCs w:val="24"/>
          <w:u w:val="single"/>
        </w:rPr>
        <w:t>gyerekek</w:t>
      </w:r>
    </w:p>
    <w:p w14:paraId="3F119B82" w14:textId="77777777" w:rsidR="00AE0CFD" w:rsidRPr="0078531E" w:rsidRDefault="00AE0CFD" w:rsidP="00435150">
      <w:pPr>
        <w:pStyle w:val="Szvegtrzs"/>
        <w:jc w:val="both"/>
      </w:pPr>
    </w:p>
    <w:p w14:paraId="2187A3C5" w14:textId="77777777" w:rsidR="00AE0CFD" w:rsidRPr="0078531E" w:rsidRDefault="00C3522D" w:rsidP="00435150">
      <w:pPr>
        <w:pStyle w:val="Szvegtrzs"/>
        <w:spacing w:line="360" w:lineRule="auto"/>
        <w:ind w:left="136"/>
        <w:jc w:val="both"/>
      </w:pPr>
      <w:r w:rsidRPr="0078531E">
        <w:t>A</w:t>
      </w:r>
      <w:r w:rsidRPr="0078531E">
        <w:rPr>
          <w:spacing w:val="-7"/>
        </w:rPr>
        <w:t xml:space="preserve"> </w:t>
      </w:r>
      <w:r w:rsidRPr="0078531E">
        <w:t>sajátos</w:t>
      </w:r>
      <w:r w:rsidRPr="0078531E">
        <w:rPr>
          <w:spacing w:val="-4"/>
        </w:rPr>
        <w:t xml:space="preserve"> </w:t>
      </w:r>
      <w:r w:rsidRPr="0078531E">
        <w:t>nevelési</w:t>
      </w:r>
      <w:r w:rsidRPr="0078531E">
        <w:rPr>
          <w:spacing w:val="-3"/>
        </w:rPr>
        <w:t xml:space="preserve"> </w:t>
      </w:r>
      <w:r w:rsidRPr="0078531E">
        <w:t>igényű</w:t>
      </w:r>
      <w:r w:rsidRPr="0078531E">
        <w:rPr>
          <w:spacing w:val="-1"/>
        </w:rPr>
        <w:t xml:space="preserve"> </w:t>
      </w:r>
      <w:r w:rsidRPr="0078531E">
        <w:t>gyermekek</w:t>
      </w:r>
      <w:r w:rsidRPr="0078531E">
        <w:rPr>
          <w:spacing w:val="-2"/>
        </w:rPr>
        <w:t xml:space="preserve"> </w:t>
      </w:r>
      <w:r w:rsidRPr="0078531E">
        <w:t>esetében</w:t>
      </w:r>
      <w:r w:rsidRPr="0078531E">
        <w:rPr>
          <w:spacing w:val="-3"/>
        </w:rPr>
        <w:t xml:space="preserve"> </w:t>
      </w:r>
      <w:r w:rsidRPr="0078531E">
        <w:t>folyamatos,</w:t>
      </w:r>
      <w:r w:rsidRPr="0078531E">
        <w:rPr>
          <w:spacing w:val="-3"/>
        </w:rPr>
        <w:t xml:space="preserve"> </w:t>
      </w:r>
      <w:r w:rsidRPr="0078531E">
        <w:t>speciális</w:t>
      </w:r>
      <w:r w:rsidRPr="0078531E">
        <w:rPr>
          <w:spacing w:val="-4"/>
        </w:rPr>
        <w:t xml:space="preserve"> </w:t>
      </w:r>
      <w:r w:rsidRPr="0078531E">
        <w:rPr>
          <w:spacing w:val="-2"/>
        </w:rPr>
        <w:t>szakemberek</w:t>
      </w:r>
    </w:p>
    <w:p w14:paraId="6BA2725D" w14:textId="77777777" w:rsidR="00AE0CFD" w:rsidRPr="0078531E" w:rsidRDefault="00C3522D" w:rsidP="00435150">
      <w:pPr>
        <w:pStyle w:val="Szvegtrzs"/>
        <w:spacing w:before="1" w:line="360" w:lineRule="auto"/>
        <w:ind w:left="136"/>
        <w:jc w:val="both"/>
      </w:pPr>
      <w:r w:rsidRPr="0078531E">
        <w:t>segítségével</w:t>
      </w:r>
      <w:r w:rsidRPr="0078531E">
        <w:rPr>
          <w:spacing w:val="-2"/>
        </w:rPr>
        <w:t xml:space="preserve"> </w:t>
      </w:r>
      <w:r w:rsidRPr="0078531E">
        <w:t>végzett</w:t>
      </w:r>
      <w:r w:rsidRPr="0078531E">
        <w:rPr>
          <w:spacing w:val="-2"/>
        </w:rPr>
        <w:t xml:space="preserve"> </w:t>
      </w:r>
      <w:r w:rsidRPr="0078531E">
        <w:t>pedagógiai</w:t>
      </w:r>
      <w:r w:rsidRPr="0078531E">
        <w:rPr>
          <w:spacing w:val="-2"/>
        </w:rPr>
        <w:t xml:space="preserve"> </w:t>
      </w:r>
      <w:r w:rsidRPr="0078531E">
        <w:t>munka</w:t>
      </w:r>
      <w:r w:rsidRPr="0078531E">
        <w:rPr>
          <w:spacing w:val="-1"/>
        </w:rPr>
        <w:t xml:space="preserve"> </w:t>
      </w:r>
      <w:r w:rsidRPr="0078531E">
        <w:t>mellett</w:t>
      </w:r>
      <w:r w:rsidRPr="0078531E">
        <w:rPr>
          <w:spacing w:val="-2"/>
        </w:rPr>
        <w:t xml:space="preserve"> </w:t>
      </w:r>
      <w:r w:rsidRPr="0078531E">
        <w:t>érhető</w:t>
      </w:r>
      <w:r w:rsidRPr="0078531E">
        <w:rPr>
          <w:spacing w:val="-2"/>
        </w:rPr>
        <w:t xml:space="preserve"> </w:t>
      </w:r>
      <w:r w:rsidRPr="0078531E">
        <w:t>el</w:t>
      </w:r>
      <w:r w:rsidRPr="0078531E">
        <w:rPr>
          <w:spacing w:val="-1"/>
        </w:rPr>
        <w:t xml:space="preserve"> </w:t>
      </w:r>
      <w:r w:rsidRPr="0078531E">
        <w:t>a</w:t>
      </w:r>
      <w:r w:rsidRPr="0078531E">
        <w:rPr>
          <w:spacing w:val="-3"/>
        </w:rPr>
        <w:t xml:space="preserve"> </w:t>
      </w:r>
      <w:r w:rsidRPr="0078531E">
        <w:t>megfelelő</w:t>
      </w:r>
      <w:r w:rsidRPr="0078531E">
        <w:rPr>
          <w:spacing w:val="-2"/>
        </w:rPr>
        <w:t xml:space="preserve"> </w:t>
      </w:r>
      <w:r w:rsidRPr="0078531E">
        <w:t>fejlettségi</w:t>
      </w:r>
      <w:r w:rsidRPr="0078531E">
        <w:rPr>
          <w:spacing w:val="-1"/>
        </w:rPr>
        <w:t xml:space="preserve"> </w:t>
      </w:r>
      <w:r w:rsidRPr="0078531E">
        <w:rPr>
          <w:spacing w:val="-2"/>
        </w:rPr>
        <w:t>szint.</w:t>
      </w:r>
    </w:p>
    <w:p w14:paraId="520A43A8" w14:textId="19B17F54" w:rsidR="00AE0CFD" w:rsidRPr="0078531E" w:rsidRDefault="00C3522D" w:rsidP="00435150">
      <w:pPr>
        <w:pStyle w:val="Szvegtrzs"/>
        <w:spacing w:before="3" w:line="360" w:lineRule="auto"/>
        <w:ind w:left="136"/>
        <w:jc w:val="both"/>
      </w:pPr>
      <w:r w:rsidRPr="0078531E">
        <w:t>A</w:t>
      </w:r>
      <w:r w:rsidRPr="0078531E">
        <w:rPr>
          <w:spacing w:val="-6"/>
        </w:rPr>
        <w:t xml:space="preserve"> </w:t>
      </w:r>
      <w:r w:rsidRPr="0078531E">
        <w:t>sajátos</w:t>
      </w:r>
      <w:r w:rsidRPr="0078531E">
        <w:rPr>
          <w:spacing w:val="-6"/>
        </w:rPr>
        <w:t xml:space="preserve"> </w:t>
      </w:r>
      <w:r w:rsidRPr="0078531E">
        <w:t>nevelési</w:t>
      </w:r>
      <w:r w:rsidRPr="0078531E">
        <w:rPr>
          <w:spacing w:val="-5"/>
        </w:rPr>
        <w:t xml:space="preserve"> </w:t>
      </w:r>
      <w:r w:rsidRPr="0078531E">
        <w:t>igényű</w:t>
      </w:r>
      <w:r w:rsidRPr="0078531E">
        <w:rPr>
          <w:spacing w:val="-3"/>
        </w:rPr>
        <w:t xml:space="preserve"> </w:t>
      </w:r>
      <w:r w:rsidRPr="0078531E">
        <w:t>gyermekek</w:t>
      </w:r>
      <w:r w:rsidRPr="0078531E">
        <w:rPr>
          <w:spacing w:val="-5"/>
        </w:rPr>
        <w:t xml:space="preserve"> </w:t>
      </w:r>
      <w:r w:rsidRPr="0078531E">
        <w:t>nevelésének</w:t>
      </w:r>
      <w:r w:rsidRPr="0078531E">
        <w:rPr>
          <w:spacing w:val="-3"/>
        </w:rPr>
        <w:t xml:space="preserve"> </w:t>
      </w:r>
      <w:r w:rsidRPr="0078531E">
        <w:t>felvállalását</w:t>
      </w:r>
      <w:r w:rsidRPr="0078531E">
        <w:rPr>
          <w:spacing w:val="-5"/>
        </w:rPr>
        <w:t xml:space="preserve"> </w:t>
      </w:r>
      <w:r w:rsidR="00487200" w:rsidRPr="0078531E">
        <w:rPr>
          <w:spacing w:val="-5"/>
        </w:rPr>
        <w:t>Az Alapító Okiratunkban rögzített esetekben</w:t>
      </w:r>
      <w:r w:rsidR="00435150" w:rsidRPr="0078531E">
        <w:rPr>
          <w:spacing w:val="-5"/>
        </w:rPr>
        <w:t xml:space="preserve"> </w:t>
      </w:r>
      <w:r w:rsidRPr="0078531E">
        <w:t>megfelelő</w:t>
      </w:r>
      <w:r w:rsidRPr="0078531E">
        <w:rPr>
          <w:spacing w:val="-5"/>
        </w:rPr>
        <w:t xml:space="preserve"> </w:t>
      </w:r>
      <w:r w:rsidRPr="0078531E">
        <w:t>szakemberek biztosításával, segítségével tudjuk megoldani.</w:t>
      </w:r>
    </w:p>
    <w:p w14:paraId="6ED27732" w14:textId="77777777" w:rsidR="00AE0CFD" w:rsidRPr="0078531E" w:rsidRDefault="00C3522D" w:rsidP="00435150">
      <w:pPr>
        <w:pStyle w:val="Szvegtrzs"/>
        <w:spacing w:line="360" w:lineRule="auto"/>
        <w:ind w:left="146" w:right="469" w:hanging="10"/>
        <w:jc w:val="both"/>
      </w:pPr>
      <w:r w:rsidRPr="0078531E">
        <w:t>A</w:t>
      </w:r>
      <w:r w:rsidRPr="0078531E">
        <w:rPr>
          <w:spacing w:val="-5"/>
        </w:rPr>
        <w:t xml:space="preserve"> </w:t>
      </w:r>
      <w:r w:rsidRPr="0078531E">
        <w:t>sajátos</w:t>
      </w:r>
      <w:r w:rsidRPr="0078531E">
        <w:rPr>
          <w:spacing w:val="-5"/>
        </w:rPr>
        <w:t xml:space="preserve"> </w:t>
      </w:r>
      <w:r w:rsidRPr="0078531E">
        <w:t>nevelési</w:t>
      </w:r>
      <w:r w:rsidRPr="0078531E">
        <w:rPr>
          <w:spacing w:val="-4"/>
        </w:rPr>
        <w:t xml:space="preserve"> </w:t>
      </w:r>
      <w:r w:rsidRPr="0078531E">
        <w:t>igény</w:t>
      </w:r>
      <w:r w:rsidRPr="0078531E">
        <w:rPr>
          <w:spacing w:val="-6"/>
        </w:rPr>
        <w:t xml:space="preserve"> </w:t>
      </w:r>
      <w:r w:rsidRPr="0078531E">
        <w:t>a</w:t>
      </w:r>
      <w:r w:rsidRPr="0078531E">
        <w:rPr>
          <w:spacing w:val="-5"/>
        </w:rPr>
        <w:t xml:space="preserve"> </w:t>
      </w:r>
      <w:r w:rsidRPr="0078531E">
        <w:t>szokásos</w:t>
      </w:r>
      <w:r w:rsidRPr="0078531E">
        <w:rPr>
          <w:spacing w:val="-5"/>
        </w:rPr>
        <w:t xml:space="preserve"> </w:t>
      </w:r>
      <w:r w:rsidRPr="0078531E">
        <w:t>tartalmi</w:t>
      </w:r>
      <w:r w:rsidRPr="0078531E">
        <w:rPr>
          <w:spacing w:val="-4"/>
        </w:rPr>
        <w:t xml:space="preserve"> </w:t>
      </w:r>
      <w:r w:rsidRPr="0078531E">
        <w:t>és</w:t>
      </w:r>
      <w:r w:rsidRPr="0078531E">
        <w:rPr>
          <w:spacing w:val="-5"/>
        </w:rPr>
        <w:t xml:space="preserve"> </w:t>
      </w:r>
      <w:proofErr w:type="spellStart"/>
      <w:r w:rsidRPr="0078531E">
        <w:t>eljárásbeli</w:t>
      </w:r>
      <w:proofErr w:type="spellEnd"/>
      <w:r w:rsidRPr="0078531E">
        <w:rPr>
          <w:spacing w:val="-4"/>
        </w:rPr>
        <w:t xml:space="preserve"> </w:t>
      </w:r>
      <w:r w:rsidRPr="0078531E">
        <w:t>differenciálástól</w:t>
      </w:r>
      <w:r w:rsidRPr="0078531E">
        <w:rPr>
          <w:spacing w:val="-1"/>
        </w:rPr>
        <w:t xml:space="preserve"> </w:t>
      </w:r>
      <w:r w:rsidRPr="0078531E">
        <w:t>eltérő,</w:t>
      </w:r>
      <w:r w:rsidRPr="0078531E">
        <w:rPr>
          <w:spacing w:val="-4"/>
        </w:rPr>
        <w:t xml:space="preserve"> </w:t>
      </w:r>
      <w:r w:rsidRPr="0078531E">
        <w:t>nagyobb mértékű differenciálást, speciális eljárások alkalmazását, illetve kiegészítő fejlesztő, korrekciós, habilitációs, rehabilitációs, valamint terápiás célú pedagógiai eljárások</w:t>
      </w:r>
    </w:p>
    <w:p w14:paraId="1B3399F9" w14:textId="77777777" w:rsidR="00AE0CFD" w:rsidRPr="0078531E" w:rsidRDefault="00C3522D" w:rsidP="00435150">
      <w:pPr>
        <w:pStyle w:val="Szvegtrzs"/>
        <w:spacing w:line="360" w:lineRule="auto"/>
        <w:ind w:left="146"/>
        <w:jc w:val="both"/>
      </w:pPr>
      <w:r w:rsidRPr="0078531E">
        <w:t>alkalmazását</w:t>
      </w:r>
      <w:r w:rsidRPr="0078531E">
        <w:rPr>
          <w:spacing w:val="-5"/>
        </w:rPr>
        <w:t xml:space="preserve"> </w:t>
      </w:r>
      <w:r w:rsidRPr="0078531E">
        <w:t>teszi</w:t>
      </w:r>
      <w:r w:rsidRPr="0078531E">
        <w:rPr>
          <w:spacing w:val="-2"/>
        </w:rPr>
        <w:t xml:space="preserve"> </w:t>
      </w:r>
      <w:r w:rsidRPr="0078531E">
        <w:t>szükségessé</w:t>
      </w:r>
      <w:r w:rsidRPr="0078531E">
        <w:rPr>
          <w:spacing w:val="-3"/>
        </w:rPr>
        <w:t xml:space="preserve"> </w:t>
      </w:r>
      <w:r w:rsidRPr="0078531E">
        <w:t>a</w:t>
      </w:r>
      <w:r w:rsidRPr="0078531E">
        <w:rPr>
          <w:spacing w:val="-3"/>
        </w:rPr>
        <w:t xml:space="preserve"> </w:t>
      </w:r>
      <w:r w:rsidRPr="0078531E">
        <w:t>mindennapi</w:t>
      </w:r>
      <w:r w:rsidRPr="0078531E">
        <w:rPr>
          <w:spacing w:val="-2"/>
        </w:rPr>
        <w:t xml:space="preserve"> nevelőmunkában.</w:t>
      </w:r>
    </w:p>
    <w:p w14:paraId="25A6B302" w14:textId="2CFCE79E" w:rsidR="00AE0CFD" w:rsidRPr="0078531E" w:rsidRDefault="00C3522D" w:rsidP="00435150">
      <w:pPr>
        <w:pStyle w:val="Listaszerbekezds"/>
        <w:numPr>
          <w:ilvl w:val="1"/>
          <w:numId w:val="24"/>
        </w:numPr>
        <w:tabs>
          <w:tab w:val="left" w:pos="335"/>
        </w:tabs>
        <w:spacing w:before="247"/>
        <w:ind w:left="335" w:hanging="199"/>
        <w:jc w:val="both"/>
        <w:rPr>
          <w:b/>
          <w:bCs/>
          <w:sz w:val="24"/>
          <w:u w:val="single"/>
        </w:rPr>
      </w:pPr>
      <w:r w:rsidRPr="0078531E">
        <w:rPr>
          <w:b/>
          <w:bCs/>
          <w:spacing w:val="-4"/>
          <w:sz w:val="24"/>
          <w:u w:val="single"/>
        </w:rPr>
        <w:t xml:space="preserve"> </w:t>
      </w:r>
      <w:r w:rsidRPr="0078531E">
        <w:rPr>
          <w:b/>
          <w:bCs/>
          <w:sz w:val="24"/>
          <w:u w:val="single"/>
        </w:rPr>
        <w:t>​BTM</w:t>
      </w:r>
      <w:r w:rsidR="00DF648D" w:rsidRPr="0078531E">
        <w:rPr>
          <w:b/>
          <w:bCs/>
          <w:sz w:val="24"/>
          <w:u w:val="single"/>
        </w:rPr>
        <w:t>N</w:t>
      </w:r>
      <w:r w:rsidRPr="0078531E">
        <w:rPr>
          <w:b/>
          <w:bCs/>
          <w:spacing w:val="-2"/>
          <w:sz w:val="24"/>
          <w:u w:val="single"/>
        </w:rPr>
        <w:t xml:space="preserve"> </w:t>
      </w:r>
      <w:r w:rsidRPr="0078531E">
        <w:rPr>
          <w:b/>
          <w:bCs/>
          <w:sz w:val="24"/>
          <w:u w:val="single"/>
        </w:rPr>
        <w:t>/ Beilleszkedési,</w:t>
      </w:r>
      <w:r w:rsidRPr="0078531E">
        <w:rPr>
          <w:b/>
          <w:bCs/>
          <w:spacing w:val="-2"/>
          <w:sz w:val="24"/>
          <w:u w:val="single"/>
        </w:rPr>
        <w:t xml:space="preserve"> </w:t>
      </w:r>
      <w:r w:rsidRPr="0078531E">
        <w:rPr>
          <w:b/>
          <w:bCs/>
          <w:sz w:val="24"/>
          <w:u w:val="single"/>
        </w:rPr>
        <w:t>tanulási,</w:t>
      </w:r>
      <w:r w:rsidRPr="0078531E">
        <w:rPr>
          <w:b/>
          <w:bCs/>
          <w:spacing w:val="-1"/>
          <w:sz w:val="24"/>
          <w:u w:val="single"/>
        </w:rPr>
        <w:t xml:space="preserve"> </w:t>
      </w:r>
      <w:r w:rsidRPr="0078531E">
        <w:rPr>
          <w:b/>
          <w:bCs/>
          <w:sz w:val="24"/>
          <w:u w:val="single"/>
        </w:rPr>
        <w:t>magatartási,</w:t>
      </w:r>
      <w:r w:rsidRPr="0078531E">
        <w:rPr>
          <w:b/>
          <w:bCs/>
          <w:spacing w:val="-1"/>
          <w:sz w:val="24"/>
          <w:u w:val="single"/>
        </w:rPr>
        <w:t xml:space="preserve"> </w:t>
      </w:r>
      <w:r w:rsidRPr="0078531E">
        <w:rPr>
          <w:b/>
          <w:bCs/>
          <w:sz w:val="24"/>
          <w:u w:val="single"/>
        </w:rPr>
        <w:t>zavarokkal</w:t>
      </w:r>
      <w:r w:rsidRPr="0078531E">
        <w:rPr>
          <w:b/>
          <w:bCs/>
          <w:spacing w:val="-2"/>
          <w:sz w:val="24"/>
          <w:u w:val="single"/>
        </w:rPr>
        <w:t xml:space="preserve"> </w:t>
      </w:r>
      <w:r w:rsidRPr="0078531E">
        <w:rPr>
          <w:b/>
          <w:bCs/>
          <w:sz w:val="24"/>
          <w:u w:val="single"/>
        </w:rPr>
        <w:t>küzdő</w:t>
      </w:r>
      <w:r w:rsidRPr="0078531E">
        <w:rPr>
          <w:b/>
          <w:bCs/>
          <w:spacing w:val="-1"/>
          <w:sz w:val="24"/>
          <w:u w:val="single"/>
        </w:rPr>
        <w:t xml:space="preserve"> </w:t>
      </w:r>
      <w:r w:rsidRPr="0078531E">
        <w:rPr>
          <w:b/>
          <w:bCs/>
          <w:spacing w:val="-2"/>
          <w:sz w:val="24"/>
          <w:u w:val="single"/>
        </w:rPr>
        <w:t>gyermekek</w:t>
      </w:r>
    </w:p>
    <w:p w14:paraId="072E2D7F" w14:textId="77777777" w:rsidR="00AE0CFD" w:rsidRPr="0078531E" w:rsidRDefault="00AE0CFD" w:rsidP="00435150">
      <w:pPr>
        <w:pStyle w:val="Szvegtrzs"/>
        <w:jc w:val="both"/>
      </w:pPr>
    </w:p>
    <w:p w14:paraId="1194057B" w14:textId="77777777" w:rsidR="00AE0CFD" w:rsidRPr="0078531E" w:rsidRDefault="00C3522D" w:rsidP="00435150">
      <w:pPr>
        <w:pStyle w:val="Szvegtrzs"/>
        <w:spacing w:line="360" w:lineRule="auto"/>
        <w:ind w:left="146" w:hanging="10"/>
        <w:jc w:val="both"/>
      </w:pPr>
      <w:r w:rsidRPr="0078531E">
        <w:t>A</w:t>
      </w:r>
      <w:r w:rsidRPr="0078531E">
        <w:rPr>
          <w:spacing w:val="-4"/>
        </w:rPr>
        <w:t xml:space="preserve"> </w:t>
      </w:r>
      <w:r w:rsidRPr="0078531E">
        <w:t>sajátos</w:t>
      </w:r>
      <w:r w:rsidRPr="0078531E">
        <w:rPr>
          <w:spacing w:val="-4"/>
        </w:rPr>
        <w:t xml:space="preserve"> </w:t>
      </w:r>
      <w:r w:rsidRPr="0078531E">
        <w:t>nevelési</w:t>
      </w:r>
      <w:r w:rsidRPr="0078531E">
        <w:rPr>
          <w:spacing w:val="-3"/>
        </w:rPr>
        <w:t xml:space="preserve"> </w:t>
      </w:r>
      <w:r w:rsidRPr="0078531E">
        <w:t>igényű</w:t>
      </w:r>
      <w:r w:rsidRPr="0078531E">
        <w:rPr>
          <w:spacing w:val="-1"/>
        </w:rPr>
        <w:t xml:space="preserve"> </w:t>
      </w:r>
      <w:r w:rsidRPr="0078531E">
        <w:t>gyerekek</w:t>
      </w:r>
      <w:r w:rsidRPr="0078531E">
        <w:rPr>
          <w:spacing w:val="-1"/>
        </w:rPr>
        <w:t xml:space="preserve"> </w:t>
      </w:r>
      <w:r w:rsidRPr="0078531E">
        <w:t>e</w:t>
      </w:r>
      <w:r w:rsidRPr="0078531E">
        <w:rPr>
          <w:spacing w:val="-4"/>
        </w:rPr>
        <w:t xml:space="preserve"> </w:t>
      </w:r>
      <w:r w:rsidRPr="0078531E">
        <w:t>csoportját</w:t>
      </w:r>
      <w:r w:rsidRPr="0078531E">
        <w:rPr>
          <w:spacing w:val="-3"/>
        </w:rPr>
        <w:t xml:space="preserve"> </w:t>
      </w:r>
      <w:r w:rsidRPr="0078531E">
        <w:t>a</w:t>
      </w:r>
      <w:r w:rsidRPr="0078531E">
        <w:rPr>
          <w:spacing w:val="-2"/>
        </w:rPr>
        <w:t xml:space="preserve"> </w:t>
      </w:r>
      <w:r w:rsidRPr="0078531E">
        <w:t>különböző</w:t>
      </w:r>
      <w:r w:rsidRPr="0078531E">
        <w:rPr>
          <w:spacing w:val="-3"/>
        </w:rPr>
        <w:t xml:space="preserve"> </w:t>
      </w:r>
      <w:r w:rsidRPr="0078531E">
        <w:t>súlyosságú</w:t>
      </w:r>
      <w:r w:rsidRPr="0078531E">
        <w:rPr>
          <w:spacing w:val="-1"/>
        </w:rPr>
        <w:t xml:space="preserve"> </w:t>
      </w:r>
      <w:r w:rsidRPr="0078531E">
        <w:t>és</w:t>
      </w:r>
      <w:r w:rsidRPr="0078531E">
        <w:rPr>
          <w:spacing w:val="-4"/>
        </w:rPr>
        <w:t xml:space="preserve"> </w:t>
      </w:r>
      <w:r w:rsidRPr="0078531E">
        <w:t>komplexitású –</w:t>
      </w:r>
      <w:r w:rsidRPr="0078531E">
        <w:rPr>
          <w:spacing w:val="-3"/>
        </w:rPr>
        <w:t xml:space="preserve"> </w:t>
      </w:r>
      <w:r w:rsidRPr="0078531E">
        <w:t>az ismeretelsajátítást, a tanulást, az önirányítás képességeinek fejlődését nehezítő –</w:t>
      </w:r>
    </w:p>
    <w:p w14:paraId="76A2F6D4" w14:textId="5BF48D1E" w:rsidR="00AE0CFD" w:rsidRPr="0078531E" w:rsidRDefault="00C3522D" w:rsidP="00435150">
      <w:pPr>
        <w:pStyle w:val="Szvegtrzs"/>
        <w:spacing w:line="360" w:lineRule="auto"/>
        <w:ind w:left="146"/>
        <w:jc w:val="both"/>
      </w:pPr>
      <w:r w:rsidRPr="0078531E">
        <w:t>részképességzavarok,</w:t>
      </w:r>
      <w:r w:rsidRPr="0078531E">
        <w:rPr>
          <w:spacing w:val="-3"/>
        </w:rPr>
        <w:t xml:space="preserve"> </w:t>
      </w:r>
      <w:r w:rsidRPr="0078531E">
        <w:t>vagy</w:t>
      </w:r>
      <w:r w:rsidRPr="0078531E">
        <w:rPr>
          <w:spacing w:val="-9"/>
        </w:rPr>
        <w:t xml:space="preserve"> </w:t>
      </w:r>
      <w:r w:rsidRPr="0078531E">
        <w:t>azok</w:t>
      </w:r>
      <w:r w:rsidRPr="0078531E">
        <w:rPr>
          <w:spacing w:val="-4"/>
        </w:rPr>
        <w:t xml:space="preserve"> </w:t>
      </w:r>
      <w:r w:rsidRPr="0078531E">
        <w:t>halmozott</w:t>
      </w:r>
      <w:r w:rsidRPr="0078531E">
        <w:rPr>
          <w:spacing w:val="-4"/>
        </w:rPr>
        <w:t xml:space="preserve"> </w:t>
      </w:r>
      <w:r w:rsidRPr="0078531E">
        <w:t>előfordulása</w:t>
      </w:r>
      <w:r w:rsidRPr="0078531E">
        <w:rPr>
          <w:spacing w:val="-6"/>
        </w:rPr>
        <w:t xml:space="preserve"> </w:t>
      </w:r>
      <w:r w:rsidRPr="0078531E">
        <w:t>jellemzi.</w:t>
      </w:r>
      <w:r w:rsidRPr="0078531E">
        <w:rPr>
          <w:spacing w:val="-4"/>
        </w:rPr>
        <w:t xml:space="preserve"> </w:t>
      </w:r>
      <w:r w:rsidRPr="0078531E">
        <w:t>Fejlesztésüket</w:t>
      </w:r>
      <w:r w:rsidRPr="0078531E">
        <w:rPr>
          <w:spacing w:val="-4"/>
        </w:rPr>
        <w:t xml:space="preserve"> </w:t>
      </w:r>
      <w:r w:rsidRPr="0078531E">
        <w:t>a</w:t>
      </w:r>
      <w:r w:rsidRPr="0078531E">
        <w:rPr>
          <w:spacing w:val="-4"/>
        </w:rPr>
        <w:t xml:space="preserve"> </w:t>
      </w:r>
      <w:r w:rsidRPr="0078531E">
        <w:t>szakértő bizottság</w:t>
      </w:r>
      <w:r w:rsidRPr="0078531E">
        <w:rPr>
          <w:spacing w:val="-1"/>
        </w:rPr>
        <w:t xml:space="preserve"> </w:t>
      </w:r>
      <w:r w:rsidRPr="0078531E">
        <w:t>javaslata alapján</w:t>
      </w:r>
      <w:r w:rsidR="008042FE" w:rsidRPr="0078531E">
        <w:t xml:space="preserve">, </w:t>
      </w:r>
      <w:r w:rsidRPr="0078531E">
        <w:t>szakember segítségével integrált keretek között valósítjuk meg.</w:t>
      </w:r>
    </w:p>
    <w:p w14:paraId="64E4173A" w14:textId="77777777" w:rsidR="00AE0CFD" w:rsidRPr="0078531E" w:rsidRDefault="00C3522D" w:rsidP="00435150">
      <w:pPr>
        <w:pStyle w:val="Listaszerbekezds"/>
        <w:numPr>
          <w:ilvl w:val="1"/>
          <w:numId w:val="24"/>
        </w:numPr>
        <w:tabs>
          <w:tab w:val="left" w:pos="321"/>
        </w:tabs>
        <w:spacing w:before="194" w:line="360" w:lineRule="auto"/>
        <w:ind w:left="321" w:hanging="185"/>
        <w:jc w:val="both"/>
        <w:rPr>
          <w:b/>
          <w:bCs/>
          <w:sz w:val="24"/>
          <w:u w:val="single"/>
        </w:rPr>
      </w:pPr>
      <w:r w:rsidRPr="0078531E">
        <w:rPr>
          <w:b/>
          <w:bCs/>
          <w:spacing w:val="-2"/>
          <w:sz w:val="24"/>
          <w:u w:val="single"/>
        </w:rPr>
        <w:t xml:space="preserve"> </w:t>
      </w:r>
      <w:r w:rsidRPr="0078531E">
        <w:rPr>
          <w:b/>
          <w:bCs/>
          <w:sz w:val="24"/>
          <w:u w:val="single"/>
        </w:rPr>
        <w:t xml:space="preserve">​Tehetséges </w:t>
      </w:r>
      <w:r w:rsidRPr="0078531E">
        <w:rPr>
          <w:b/>
          <w:bCs/>
          <w:spacing w:val="-2"/>
          <w:sz w:val="24"/>
          <w:u w:val="single"/>
        </w:rPr>
        <w:t>gyerekek</w:t>
      </w:r>
    </w:p>
    <w:p w14:paraId="1D5C01C9" w14:textId="77777777" w:rsidR="00AE0CFD" w:rsidRPr="0078531E" w:rsidRDefault="00AE0CFD" w:rsidP="00435150">
      <w:pPr>
        <w:pStyle w:val="Szvegtrzs"/>
        <w:jc w:val="both"/>
      </w:pPr>
    </w:p>
    <w:p w14:paraId="6DBD3D34" w14:textId="77777777" w:rsidR="00AE0CFD" w:rsidRPr="0078531E" w:rsidRDefault="00C3522D" w:rsidP="00435150">
      <w:pPr>
        <w:pStyle w:val="Szvegtrzs"/>
        <w:spacing w:line="360" w:lineRule="auto"/>
        <w:ind w:left="136"/>
        <w:jc w:val="both"/>
      </w:pPr>
      <w:r w:rsidRPr="0078531E">
        <w:t>Óvodáskorban</w:t>
      </w:r>
      <w:r w:rsidRPr="0078531E">
        <w:rPr>
          <w:spacing w:val="-5"/>
        </w:rPr>
        <w:t xml:space="preserve"> </w:t>
      </w:r>
      <w:r w:rsidRPr="0078531E">
        <w:t>minden</w:t>
      </w:r>
      <w:r w:rsidRPr="0078531E">
        <w:rPr>
          <w:spacing w:val="-3"/>
        </w:rPr>
        <w:t xml:space="preserve"> </w:t>
      </w:r>
      <w:r w:rsidRPr="0078531E">
        <w:t>gyerek</w:t>
      </w:r>
      <w:r w:rsidRPr="0078531E">
        <w:rPr>
          <w:spacing w:val="-5"/>
        </w:rPr>
        <w:t xml:space="preserve"> </w:t>
      </w:r>
      <w:r w:rsidRPr="0078531E">
        <w:t>tehetség</w:t>
      </w:r>
      <w:r w:rsidRPr="0078531E">
        <w:rPr>
          <w:spacing w:val="-7"/>
        </w:rPr>
        <w:t xml:space="preserve"> </w:t>
      </w:r>
      <w:r w:rsidRPr="0078531E">
        <w:t>ígéretként</w:t>
      </w:r>
      <w:r w:rsidRPr="0078531E">
        <w:rPr>
          <w:spacing w:val="-3"/>
        </w:rPr>
        <w:t xml:space="preserve"> </w:t>
      </w:r>
      <w:r w:rsidRPr="0078531E">
        <w:t>fejlesztünk.</w:t>
      </w:r>
      <w:r w:rsidRPr="0078531E">
        <w:rPr>
          <w:spacing w:val="-5"/>
        </w:rPr>
        <w:t xml:space="preserve"> </w:t>
      </w:r>
      <w:r w:rsidRPr="0078531E">
        <w:t>Az</w:t>
      </w:r>
      <w:r w:rsidRPr="0078531E">
        <w:rPr>
          <w:spacing w:val="-4"/>
        </w:rPr>
        <w:t xml:space="preserve"> </w:t>
      </w:r>
      <w:r w:rsidRPr="0078531E">
        <w:t>egyes</w:t>
      </w:r>
      <w:r w:rsidRPr="0078531E">
        <w:rPr>
          <w:spacing w:val="-6"/>
        </w:rPr>
        <w:t xml:space="preserve"> </w:t>
      </w:r>
      <w:r w:rsidRPr="0078531E">
        <w:t>területen</w:t>
      </w:r>
      <w:r w:rsidRPr="0078531E">
        <w:rPr>
          <w:spacing w:val="-5"/>
        </w:rPr>
        <w:t xml:space="preserve"> </w:t>
      </w:r>
      <w:r w:rsidRPr="0078531E">
        <w:t>kiemelkedő képességű gyerekek kiemelkedő és gyenge oldalának fejlesztése egyaránt fontos az</w:t>
      </w:r>
    </w:p>
    <w:p w14:paraId="0FE1F525" w14:textId="77777777" w:rsidR="00AE0CFD" w:rsidRPr="0078531E" w:rsidRDefault="00C3522D" w:rsidP="00435150">
      <w:pPr>
        <w:pStyle w:val="Szvegtrzs"/>
        <w:spacing w:line="360" w:lineRule="auto"/>
        <w:ind w:left="136" w:right="531"/>
        <w:jc w:val="both"/>
      </w:pPr>
      <w:r w:rsidRPr="0078531E">
        <w:t>egészséges</w:t>
      </w:r>
      <w:r w:rsidRPr="0078531E">
        <w:rPr>
          <w:spacing w:val="-6"/>
        </w:rPr>
        <w:t xml:space="preserve"> </w:t>
      </w:r>
      <w:r w:rsidRPr="0078531E">
        <w:t>személyiségfejlődés</w:t>
      </w:r>
      <w:r w:rsidRPr="0078531E">
        <w:rPr>
          <w:spacing w:val="-6"/>
        </w:rPr>
        <w:t xml:space="preserve"> </w:t>
      </w:r>
      <w:r w:rsidRPr="0078531E">
        <w:t>érdekében.</w:t>
      </w:r>
      <w:r w:rsidRPr="0078531E">
        <w:rPr>
          <w:spacing w:val="-5"/>
        </w:rPr>
        <w:t xml:space="preserve"> </w:t>
      </w:r>
      <w:r w:rsidRPr="0078531E">
        <w:t>A</w:t>
      </w:r>
      <w:r w:rsidRPr="0078531E">
        <w:rPr>
          <w:spacing w:val="-6"/>
        </w:rPr>
        <w:t xml:space="preserve"> </w:t>
      </w:r>
      <w:r w:rsidRPr="0078531E">
        <w:t>tehetséggondozást</w:t>
      </w:r>
      <w:r w:rsidRPr="0078531E">
        <w:rPr>
          <w:spacing w:val="-2"/>
        </w:rPr>
        <w:t xml:space="preserve"> </w:t>
      </w:r>
      <w:r w:rsidRPr="0078531E">
        <w:t>a</w:t>
      </w:r>
      <w:r w:rsidRPr="0078531E">
        <w:rPr>
          <w:spacing w:val="-6"/>
        </w:rPr>
        <w:t xml:space="preserve"> </w:t>
      </w:r>
      <w:r w:rsidRPr="0078531E">
        <w:t>pedagógus</w:t>
      </w:r>
      <w:r w:rsidRPr="0078531E">
        <w:rPr>
          <w:spacing w:val="-6"/>
        </w:rPr>
        <w:t xml:space="preserve"> </w:t>
      </w:r>
      <w:r w:rsidRPr="0078531E">
        <w:t>az</w:t>
      </w:r>
      <w:r w:rsidRPr="0078531E">
        <w:rPr>
          <w:spacing w:val="-4"/>
        </w:rPr>
        <w:t xml:space="preserve"> </w:t>
      </w:r>
      <w:r w:rsidRPr="0078531E">
        <w:t>alábbi módon segíti:</w:t>
      </w:r>
    </w:p>
    <w:p w14:paraId="6A864CA7" w14:textId="77777777" w:rsidR="00AE0CFD" w:rsidRPr="0078531E" w:rsidRDefault="00C3522D" w:rsidP="00435150">
      <w:pPr>
        <w:pStyle w:val="Listaszerbekezds"/>
        <w:numPr>
          <w:ilvl w:val="0"/>
          <w:numId w:val="5"/>
        </w:numPr>
        <w:tabs>
          <w:tab w:val="left" w:pos="279"/>
        </w:tabs>
        <w:spacing w:before="3"/>
        <w:ind w:left="279" w:hanging="143"/>
        <w:jc w:val="both"/>
        <w:rPr>
          <w:sz w:val="24"/>
        </w:rPr>
      </w:pPr>
      <w:r w:rsidRPr="0078531E">
        <w:rPr>
          <w:sz w:val="24"/>
        </w:rPr>
        <w:t>a</w:t>
      </w:r>
      <w:r w:rsidRPr="0078531E">
        <w:rPr>
          <w:spacing w:val="-2"/>
          <w:sz w:val="24"/>
        </w:rPr>
        <w:t xml:space="preserve"> </w:t>
      </w:r>
      <w:r w:rsidRPr="0078531E">
        <w:rPr>
          <w:sz w:val="24"/>
        </w:rPr>
        <w:t>tehetség</w:t>
      </w:r>
      <w:r w:rsidRPr="0078531E">
        <w:rPr>
          <w:spacing w:val="-3"/>
          <w:sz w:val="24"/>
        </w:rPr>
        <w:t xml:space="preserve"> </w:t>
      </w:r>
      <w:r w:rsidRPr="0078531E">
        <w:rPr>
          <w:spacing w:val="-2"/>
          <w:sz w:val="24"/>
        </w:rPr>
        <w:t>felismerésében</w:t>
      </w:r>
    </w:p>
    <w:p w14:paraId="3D37960F" w14:textId="77777777" w:rsidR="00AE0CFD" w:rsidRPr="0078531E" w:rsidRDefault="00C3522D" w:rsidP="00435150">
      <w:pPr>
        <w:pStyle w:val="Listaszerbekezds"/>
        <w:numPr>
          <w:ilvl w:val="0"/>
          <w:numId w:val="5"/>
        </w:numPr>
        <w:tabs>
          <w:tab w:val="left" w:pos="279"/>
        </w:tabs>
        <w:spacing w:before="136"/>
        <w:ind w:left="279" w:hanging="143"/>
        <w:jc w:val="both"/>
        <w:rPr>
          <w:sz w:val="24"/>
        </w:rPr>
      </w:pPr>
      <w:r w:rsidRPr="0078531E">
        <w:rPr>
          <w:sz w:val="24"/>
        </w:rPr>
        <w:t>a</w:t>
      </w:r>
      <w:r w:rsidRPr="0078531E">
        <w:rPr>
          <w:spacing w:val="-2"/>
          <w:sz w:val="24"/>
        </w:rPr>
        <w:t xml:space="preserve"> </w:t>
      </w:r>
      <w:r w:rsidRPr="0078531E">
        <w:rPr>
          <w:sz w:val="24"/>
        </w:rPr>
        <w:t>képesség</w:t>
      </w:r>
      <w:r w:rsidRPr="0078531E">
        <w:rPr>
          <w:spacing w:val="-1"/>
          <w:sz w:val="24"/>
        </w:rPr>
        <w:t xml:space="preserve"> </w:t>
      </w:r>
      <w:r w:rsidRPr="0078531E">
        <w:rPr>
          <w:spacing w:val="-2"/>
          <w:sz w:val="24"/>
        </w:rPr>
        <w:t>felmérésében</w:t>
      </w:r>
    </w:p>
    <w:p w14:paraId="18848CCD" w14:textId="77777777" w:rsidR="00AE0CFD" w:rsidRPr="0078531E" w:rsidRDefault="00C3522D" w:rsidP="00435150">
      <w:pPr>
        <w:pStyle w:val="Listaszerbekezds"/>
        <w:numPr>
          <w:ilvl w:val="0"/>
          <w:numId w:val="5"/>
        </w:numPr>
        <w:tabs>
          <w:tab w:val="left" w:pos="279"/>
        </w:tabs>
        <w:spacing w:before="140"/>
        <w:ind w:left="279" w:hanging="143"/>
        <w:jc w:val="both"/>
        <w:rPr>
          <w:sz w:val="24"/>
        </w:rPr>
      </w:pPr>
      <w:r w:rsidRPr="0078531E">
        <w:rPr>
          <w:sz w:val="24"/>
        </w:rPr>
        <w:t>a</w:t>
      </w:r>
      <w:r w:rsidRPr="0078531E">
        <w:rPr>
          <w:spacing w:val="-3"/>
          <w:sz w:val="24"/>
        </w:rPr>
        <w:t xml:space="preserve"> </w:t>
      </w:r>
      <w:r w:rsidRPr="0078531E">
        <w:rPr>
          <w:sz w:val="24"/>
        </w:rPr>
        <w:t>fejlesztés</w:t>
      </w:r>
      <w:r w:rsidRPr="0078531E">
        <w:rPr>
          <w:spacing w:val="-3"/>
          <w:sz w:val="24"/>
        </w:rPr>
        <w:t xml:space="preserve"> </w:t>
      </w:r>
      <w:r w:rsidRPr="0078531E">
        <w:rPr>
          <w:spacing w:val="-2"/>
          <w:sz w:val="24"/>
        </w:rPr>
        <w:t>tervezésében</w:t>
      </w:r>
    </w:p>
    <w:p w14:paraId="301A55A9" w14:textId="77777777" w:rsidR="00AE0CFD" w:rsidRPr="0078531E" w:rsidRDefault="00AE0CFD" w:rsidP="00435150">
      <w:pPr>
        <w:pStyle w:val="Szvegtrzs"/>
        <w:jc w:val="both"/>
      </w:pPr>
    </w:p>
    <w:p w14:paraId="7D550F47" w14:textId="77777777" w:rsidR="00AE0CFD" w:rsidRPr="0078531E" w:rsidRDefault="00AE0CFD" w:rsidP="00435150">
      <w:pPr>
        <w:pStyle w:val="Szvegtrzs"/>
        <w:jc w:val="both"/>
      </w:pPr>
    </w:p>
    <w:p w14:paraId="433823A9" w14:textId="77777777" w:rsidR="00AE0CFD" w:rsidRPr="0078531E" w:rsidRDefault="00C3522D" w:rsidP="00435150">
      <w:pPr>
        <w:pStyle w:val="Listaszerbekezds"/>
        <w:numPr>
          <w:ilvl w:val="1"/>
          <w:numId w:val="24"/>
        </w:numPr>
        <w:tabs>
          <w:tab w:val="left" w:pos="394"/>
        </w:tabs>
        <w:ind w:left="394" w:hanging="258"/>
        <w:jc w:val="both"/>
        <w:rPr>
          <w:b/>
          <w:bCs/>
          <w:sz w:val="24"/>
          <w:u w:val="single"/>
        </w:rPr>
      </w:pPr>
      <w:r w:rsidRPr="0078531E">
        <w:rPr>
          <w:b/>
          <w:bCs/>
          <w:sz w:val="24"/>
          <w:u w:val="single"/>
        </w:rPr>
        <w:t>Kiemelt</w:t>
      </w:r>
      <w:r w:rsidRPr="0078531E">
        <w:rPr>
          <w:b/>
          <w:bCs/>
          <w:spacing w:val="-4"/>
          <w:sz w:val="24"/>
          <w:u w:val="single"/>
        </w:rPr>
        <w:t xml:space="preserve"> </w:t>
      </w:r>
      <w:r w:rsidRPr="0078531E">
        <w:rPr>
          <w:b/>
          <w:bCs/>
          <w:sz w:val="24"/>
          <w:u w:val="single"/>
        </w:rPr>
        <w:t>figyelmet</w:t>
      </w:r>
      <w:r w:rsidRPr="0078531E">
        <w:rPr>
          <w:b/>
          <w:bCs/>
          <w:spacing w:val="-1"/>
          <w:sz w:val="24"/>
          <w:u w:val="single"/>
        </w:rPr>
        <w:t xml:space="preserve"> </w:t>
      </w:r>
      <w:r w:rsidRPr="0078531E">
        <w:rPr>
          <w:b/>
          <w:bCs/>
          <w:sz w:val="24"/>
          <w:u w:val="single"/>
        </w:rPr>
        <w:t>igénylő gyermeknek</w:t>
      </w:r>
      <w:r w:rsidRPr="0078531E">
        <w:rPr>
          <w:b/>
          <w:bCs/>
          <w:spacing w:val="-2"/>
          <w:sz w:val="24"/>
          <w:u w:val="single"/>
        </w:rPr>
        <w:t xml:space="preserve"> </w:t>
      </w:r>
      <w:r w:rsidRPr="0078531E">
        <w:rPr>
          <w:b/>
          <w:bCs/>
          <w:sz w:val="24"/>
          <w:u w:val="single"/>
        </w:rPr>
        <w:t>minősül</w:t>
      </w:r>
      <w:r w:rsidRPr="0078531E">
        <w:rPr>
          <w:b/>
          <w:bCs/>
          <w:spacing w:val="-1"/>
          <w:sz w:val="24"/>
          <w:u w:val="single"/>
        </w:rPr>
        <w:t xml:space="preserve"> </w:t>
      </w:r>
      <w:r w:rsidRPr="0078531E">
        <w:rPr>
          <w:b/>
          <w:bCs/>
          <w:sz w:val="24"/>
          <w:u w:val="single"/>
        </w:rPr>
        <w:t>a tartós</w:t>
      </w:r>
      <w:r w:rsidRPr="0078531E">
        <w:rPr>
          <w:b/>
          <w:bCs/>
          <w:spacing w:val="-2"/>
          <w:sz w:val="24"/>
          <w:u w:val="single"/>
        </w:rPr>
        <w:t xml:space="preserve"> </w:t>
      </w:r>
      <w:r w:rsidRPr="0078531E">
        <w:rPr>
          <w:b/>
          <w:bCs/>
          <w:sz w:val="24"/>
          <w:u w:val="single"/>
        </w:rPr>
        <w:t>gyógykezelés</w:t>
      </w:r>
      <w:r w:rsidRPr="0078531E">
        <w:rPr>
          <w:b/>
          <w:bCs/>
          <w:spacing w:val="-3"/>
          <w:sz w:val="24"/>
          <w:u w:val="single"/>
        </w:rPr>
        <w:t xml:space="preserve"> </w:t>
      </w:r>
      <w:r w:rsidRPr="0078531E">
        <w:rPr>
          <w:b/>
          <w:bCs/>
          <w:sz w:val="24"/>
          <w:u w:val="single"/>
        </w:rPr>
        <w:t>alatt</w:t>
      </w:r>
      <w:r w:rsidRPr="0078531E">
        <w:rPr>
          <w:b/>
          <w:bCs/>
          <w:spacing w:val="-2"/>
          <w:sz w:val="24"/>
          <w:u w:val="single"/>
        </w:rPr>
        <w:t xml:space="preserve"> </w:t>
      </w:r>
      <w:r w:rsidRPr="0078531E">
        <w:rPr>
          <w:b/>
          <w:bCs/>
          <w:sz w:val="24"/>
          <w:u w:val="single"/>
        </w:rPr>
        <w:t>álló</w:t>
      </w:r>
      <w:r w:rsidRPr="0078531E">
        <w:rPr>
          <w:b/>
          <w:bCs/>
          <w:spacing w:val="-1"/>
          <w:sz w:val="24"/>
          <w:u w:val="single"/>
        </w:rPr>
        <w:t xml:space="preserve"> </w:t>
      </w:r>
      <w:r w:rsidRPr="0078531E">
        <w:rPr>
          <w:b/>
          <w:bCs/>
          <w:spacing w:val="-2"/>
          <w:sz w:val="24"/>
          <w:u w:val="single"/>
        </w:rPr>
        <w:t>gyermek.</w:t>
      </w:r>
    </w:p>
    <w:p w14:paraId="7595C59C" w14:textId="77777777" w:rsidR="00AE0CFD" w:rsidRPr="0078531E" w:rsidRDefault="00AE0CFD" w:rsidP="00435150">
      <w:pPr>
        <w:pStyle w:val="Szvegtrzs"/>
        <w:jc w:val="both"/>
        <w:rPr>
          <w:b/>
        </w:rPr>
      </w:pPr>
    </w:p>
    <w:p w14:paraId="75038E23" w14:textId="6AD21DF8" w:rsidR="00AE0CFD" w:rsidRPr="0078531E" w:rsidRDefault="00C3522D" w:rsidP="00435150">
      <w:pPr>
        <w:pStyle w:val="Szvegtrzs"/>
        <w:spacing w:line="360" w:lineRule="auto"/>
        <w:ind w:left="136" w:right="682"/>
        <w:jc w:val="both"/>
      </w:pPr>
      <w:r w:rsidRPr="0078531E">
        <w:t>Tartós</w:t>
      </w:r>
      <w:r w:rsidRPr="0078531E">
        <w:rPr>
          <w:spacing w:val="-6"/>
        </w:rPr>
        <w:t xml:space="preserve"> </w:t>
      </w:r>
      <w:r w:rsidRPr="0078531E">
        <w:t>gyógykezelés</w:t>
      </w:r>
      <w:r w:rsidR="00BD7A7D" w:rsidRPr="0078531E">
        <w:t xml:space="preserve"> alatt</w:t>
      </w:r>
      <w:r w:rsidRPr="0078531E">
        <w:rPr>
          <w:spacing w:val="-6"/>
        </w:rPr>
        <w:t xml:space="preserve"> </w:t>
      </w:r>
      <w:r w:rsidRPr="0078531E">
        <w:t>álló</w:t>
      </w:r>
      <w:r w:rsidRPr="0078531E">
        <w:rPr>
          <w:spacing w:val="-3"/>
        </w:rPr>
        <w:t xml:space="preserve"> </w:t>
      </w:r>
      <w:r w:rsidRPr="0078531E">
        <w:t>gyermek</w:t>
      </w:r>
      <w:r w:rsidRPr="0078531E">
        <w:rPr>
          <w:spacing w:val="-5"/>
        </w:rPr>
        <w:t xml:space="preserve"> </w:t>
      </w:r>
      <w:r w:rsidRPr="0078531E">
        <w:t>az,</w:t>
      </w:r>
      <w:r w:rsidRPr="0078531E">
        <w:rPr>
          <w:spacing w:val="-5"/>
        </w:rPr>
        <w:t xml:space="preserve"> </w:t>
      </w:r>
      <w:r w:rsidRPr="0078531E">
        <w:t>akinek</w:t>
      </w:r>
      <w:r w:rsidRPr="0078531E">
        <w:rPr>
          <w:spacing w:val="-4"/>
        </w:rPr>
        <w:t xml:space="preserve"> </w:t>
      </w:r>
      <w:r w:rsidRPr="0078531E">
        <w:t>egészségügyi</w:t>
      </w:r>
      <w:r w:rsidRPr="0078531E">
        <w:rPr>
          <w:spacing w:val="-3"/>
        </w:rPr>
        <w:t xml:space="preserve"> </w:t>
      </w:r>
      <w:r w:rsidRPr="0078531E">
        <w:t>ellátása</w:t>
      </w:r>
      <w:r w:rsidRPr="0078531E">
        <w:rPr>
          <w:spacing w:val="-4"/>
        </w:rPr>
        <w:t xml:space="preserve"> </w:t>
      </w:r>
      <w:r w:rsidRPr="0078531E">
        <w:t>az</w:t>
      </w:r>
      <w:r w:rsidRPr="0078531E">
        <w:rPr>
          <w:spacing w:val="-4"/>
        </w:rPr>
        <w:t xml:space="preserve"> </w:t>
      </w:r>
      <w:r w:rsidRPr="0078531E">
        <w:t>egészségügyről</w:t>
      </w:r>
      <w:r w:rsidRPr="0078531E">
        <w:rPr>
          <w:spacing w:val="-5"/>
        </w:rPr>
        <w:t xml:space="preserve"> </w:t>
      </w:r>
      <w:r w:rsidRPr="0078531E">
        <w:t>szóló 1997. évi CLIV. tv. 89. §-a szerint általános járó beteg</w:t>
      </w:r>
      <w:r w:rsidRPr="0078531E">
        <w:rPr>
          <w:spacing w:val="-2"/>
        </w:rPr>
        <w:t xml:space="preserve"> </w:t>
      </w:r>
      <w:r w:rsidRPr="0078531E">
        <w:t xml:space="preserve">szakellátásban vagy az </w:t>
      </w:r>
      <w:proofErr w:type="spellStart"/>
      <w:r w:rsidRPr="0078531E">
        <w:t>Eütv</w:t>
      </w:r>
      <w:proofErr w:type="spellEnd"/>
      <w:r w:rsidRPr="0078531E">
        <w:t>. 91. §-a szerint általános</w:t>
      </w:r>
      <w:r w:rsidRPr="0078531E">
        <w:rPr>
          <w:spacing w:val="-1"/>
        </w:rPr>
        <w:t xml:space="preserve"> </w:t>
      </w:r>
      <w:r w:rsidRPr="0078531E">
        <w:t>fekvőbetegszakellátásban részt vevő szakorvos</w:t>
      </w:r>
      <w:r w:rsidRPr="0078531E">
        <w:rPr>
          <w:spacing w:val="-1"/>
        </w:rPr>
        <w:t xml:space="preserve"> </w:t>
      </w:r>
      <w:r w:rsidRPr="0078531E">
        <w:t>véleménye alapján az adott</w:t>
      </w:r>
      <w:r w:rsidR="00BD7A7D" w:rsidRPr="0078531E">
        <w:t xml:space="preserve"> </w:t>
      </w:r>
      <w:r w:rsidRPr="0078531E">
        <w:t>nevelési</w:t>
      </w:r>
      <w:r w:rsidRPr="0078531E">
        <w:rPr>
          <w:spacing w:val="-4"/>
        </w:rPr>
        <w:t xml:space="preserve"> </w:t>
      </w:r>
      <w:r w:rsidRPr="0078531E">
        <w:t>évben</w:t>
      </w:r>
      <w:r w:rsidRPr="0078531E">
        <w:rPr>
          <w:spacing w:val="-2"/>
        </w:rPr>
        <w:t xml:space="preserve"> </w:t>
      </w:r>
      <w:r w:rsidRPr="0078531E">
        <w:t>a</w:t>
      </w:r>
      <w:r w:rsidRPr="0078531E">
        <w:rPr>
          <w:spacing w:val="-5"/>
        </w:rPr>
        <w:t xml:space="preserve"> </w:t>
      </w:r>
      <w:r w:rsidRPr="0078531E">
        <w:t>harminchat</w:t>
      </w:r>
      <w:r w:rsidRPr="0078531E">
        <w:rPr>
          <w:spacing w:val="-4"/>
        </w:rPr>
        <w:t xml:space="preserve"> </w:t>
      </w:r>
      <w:r w:rsidRPr="0078531E">
        <w:t>nevelési</w:t>
      </w:r>
      <w:r w:rsidRPr="0078531E">
        <w:rPr>
          <w:spacing w:val="-4"/>
        </w:rPr>
        <w:t xml:space="preserve"> </w:t>
      </w:r>
      <w:r w:rsidRPr="0078531E">
        <w:t>napot</w:t>
      </w:r>
      <w:r w:rsidRPr="0078531E">
        <w:rPr>
          <w:spacing w:val="-4"/>
        </w:rPr>
        <w:t xml:space="preserve"> </w:t>
      </w:r>
      <w:r w:rsidRPr="0078531E">
        <w:t>várhatóan</w:t>
      </w:r>
      <w:r w:rsidRPr="0078531E">
        <w:rPr>
          <w:spacing w:val="-4"/>
        </w:rPr>
        <w:t xml:space="preserve"> </w:t>
      </w:r>
      <w:r w:rsidRPr="0078531E">
        <w:t>meghaladja,</w:t>
      </w:r>
      <w:r w:rsidRPr="0078531E">
        <w:rPr>
          <w:spacing w:val="-2"/>
        </w:rPr>
        <w:t xml:space="preserve"> </w:t>
      </w:r>
      <w:r w:rsidRPr="0078531E">
        <w:t>és</w:t>
      </w:r>
      <w:r w:rsidRPr="0078531E">
        <w:rPr>
          <w:spacing w:val="-5"/>
        </w:rPr>
        <w:t xml:space="preserve"> </w:t>
      </w:r>
      <w:r w:rsidRPr="0078531E">
        <w:t>emiatt</w:t>
      </w:r>
      <w:r w:rsidRPr="0078531E">
        <w:rPr>
          <w:spacing w:val="-4"/>
        </w:rPr>
        <w:t xml:space="preserve"> </w:t>
      </w:r>
      <w:r w:rsidRPr="0078531E">
        <w:t>az</w:t>
      </w:r>
      <w:r w:rsidRPr="0078531E">
        <w:rPr>
          <w:spacing w:val="-4"/>
        </w:rPr>
        <w:t xml:space="preserve"> </w:t>
      </w:r>
      <w:r w:rsidRPr="0078531E">
        <w:lastRenderedPageBreak/>
        <w:t>óvodai nevelésben napi minimum négy órában nem tud részt venni. (Nkt.4. § 13. 18. pont)</w:t>
      </w:r>
    </w:p>
    <w:p w14:paraId="2470BB25" w14:textId="77777777" w:rsidR="00AE0CFD" w:rsidRPr="0078531E" w:rsidRDefault="00C3522D" w:rsidP="00435150">
      <w:pPr>
        <w:pStyle w:val="Szvegtrzs"/>
        <w:spacing w:line="360" w:lineRule="auto"/>
        <w:ind w:left="136" w:right="469"/>
        <w:jc w:val="both"/>
      </w:pPr>
      <w:r w:rsidRPr="0078531E">
        <w:t>Ha</w:t>
      </w:r>
      <w:r w:rsidRPr="0078531E">
        <w:rPr>
          <w:spacing w:val="-5"/>
        </w:rPr>
        <w:t xml:space="preserve"> </w:t>
      </w:r>
      <w:r w:rsidRPr="0078531E">
        <w:t>a</w:t>
      </w:r>
      <w:r w:rsidRPr="0078531E">
        <w:rPr>
          <w:spacing w:val="-4"/>
        </w:rPr>
        <w:t xml:space="preserve"> </w:t>
      </w:r>
      <w:r w:rsidRPr="0078531E">
        <w:t>felmentést</w:t>
      </w:r>
      <w:r w:rsidRPr="0078531E">
        <w:rPr>
          <w:spacing w:val="-3"/>
        </w:rPr>
        <w:t xml:space="preserve"> </w:t>
      </w:r>
      <w:r w:rsidRPr="0078531E">
        <w:t>engedélyező</w:t>
      </w:r>
      <w:r w:rsidRPr="0078531E">
        <w:rPr>
          <w:spacing w:val="-3"/>
        </w:rPr>
        <w:t xml:space="preserve"> </w:t>
      </w:r>
      <w:r w:rsidRPr="0078531E">
        <w:t>szerv</w:t>
      </w:r>
      <w:r w:rsidRPr="0078531E">
        <w:rPr>
          <w:spacing w:val="-3"/>
        </w:rPr>
        <w:t xml:space="preserve"> </w:t>
      </w:r>
      <w:r w:rsidRPr="0078531E">
        <w:t>azért</w:t>
      </w:r>
      <w:r w:rsidRPr="0078531E">
        <w:rPr>
          <w:spacing w:val="-3"/>
        </w:rPr>
        <w:t xml:space="preserve"> </w:t>
      </w:r>
      <w:r w:rsidRPr="0078531E">
        <w:t>engedélyezi</w:t>
      </w:r>
      <w:r w:rsidRPr="0078531E">
        <w:rPr>
          <w:spacing w:val="-3"/>
        </w:rPr>
        <w:t xml:space="preserve"> </w:t>
      </w:r>
      <w:r w:rsidRPr="0078531E">
        <w:t>a</w:t>
      </w:r>
      <w:r w:rsidRPr="0078531E">
        <w:rPr>
          <w:spacing w:val="-3"/>
        </w:rPr>
        <w:t xml:space="preserve"> </w:t>
      </w:r>
      <w:r w:rsidRPr="0078531E">
        <w:t>gyermek</w:t>
      </w:r>
      <w:r w:rsidRPr="0078531E">
        <w:rPr>
          <w:spacing w:val="-3"/>
        </w:rPr>
        <w:t xml:space="preserve"> </w:t>
      </w:r>
      <w:r w:rsidRPr="0078531E">
        <w:t>további</w:t>
      </w:r>
      <w:r w:rsidRPr="0078531E">
        <w:rPr>
          <w:spacing w:val="-3"/>
        </w:rPr>
        <w:t xml:space="preserve"> </w:t>
      </w:r>
      <w:r w:rsidRPr="0078531E">
        <w:t>egy</w:t>
      </w:r>
      <w:r w:rsidRPr="0078531E">
        <w:rPr>
          <w:spacing w:val="-5"/>
        </w:rPr>
        <w:t xml:space="preserve"> </w:t>
      </w:r>
      <w:r w:rsidRPr="0078531E">
        <w:t>nevelési</w:t>
      </w:r>
      <w:r w:rsidRPr="0078531E">
        <w:rPr>
          <w:spacing w:val="-3"/>
        </w:rPr>
        <w:t xml:space="preserve"> </w:t>
      </w:r>
      <w:r w:rsidRPr="0078531E">
        <w:t>évig óvodai nevelésben való részvételét, vagy a szakértői bizottság azért javasolja a</w:t>
      </w:r>
    </w:p>
    <w:p w14:paraId="13C8399C" w14:textId="77777777" w:rsidR="00AE0CFD" w:rsidRPr="0078531E" w:rsidRDefault="00C3522D" w:rsidP="00435150">
      <w:pPr>
        <w:pStyle w:val="Szvegtrzs"/>
        <w:ind w:left="136"/>
        <w:jc w:val="both"/>
      </w:pPr>
      <w:r w:rsidRPr="0078531E">
        <w:t>tankötelezettség</w:t>
      </w:r>
      <w:r w:rsidRPr="0078531E">
        <w:rPr>
          <w:spacing w:val="-7"/>
        </w:rPr>
        <w:t xml:space="preserve"> </w:t>
      </w:r>
      <w:r w:rsidRPr="0078531E">
        <w:t>megkezdése</w:t>
      </w:r>
      <w:r w:rsidRPr="0078531E">
        <w:rPr>
          <w:spacing w:val="-3"/>
        </w:rPr>
        <w:t xml:space="preserve"> </w:t>
      </w:r>
      <w:r w:rsidRPr="0078531E">
        <w:t>alóli</w:t>
      </w:r>
      <w:r w:rsidRPr="0078531E">
        <w:rPr>
          <w:spacing w:val="-2"/>
        </w:rPr>
        <w:t xml:space="preserve"> </w:t>
      </w:r>
      <w:r w:rsidRPr="0078531E">
        <w:t>felmentésre</w:t>
      </w:r>
      <w:r w:rsidRPr="0078531E">
        <w:rPr>
          <w:spacing w:val="-4"/>
        </w:rPr>
        <w:t xml:space="preserve"> </w:t>
      </w:r>
      <w:r w:rsidRPr="0078531E">
        <w:t>irányuló</w:t>
      </w:r>
      <w:r w:rsidRPr="0078531E">
        <w:rPr>
          <w:spacing w:val="-2"/>
        </w:rPr>
        <w:t xml:space="preserve"> </w:t>
      </w:r>
      <w:r w:rsidRPr="0078531E">
        <w:t>kérelem</w:t>
      </w:r>
      <w:r w:rsidRPr="0078531E">
        <w:rPr>
          <w:spacing w:val="-3"/>
        </w:rPr>
        <w:t xml:space="preserve"> </w:t>
      </w:r>
      <w:r w:rsidRPr="0078531E">
        <w:t>benyújtására</w:t>
      </w:r>
      <w:r w:rsidRPr="0078531E">
        <w:rPr>
          <w:spacing w:val="-3"/>
        </w:rPr>
        <w:t xml:space="preserve"> </w:t>
      </w:r>
      <w:r w:rsidRPr="0078531E">
        <w:t>nyitva</w:t>
      </w:r>
      <w:r w:rsidRPr="0078531E">
        <w:rPr>
          <w:spacing w:val="-3"/>
        </w:rPr>
        <w:t xml:space="preserve"> </w:t>
      </w:r>
      <w:r w:rsidRPr="0078531E">
        <w:rPr>
          <w:spacing w:val="-4"/>
        </w:rPr>
        <w:t>álló</w:t>
      </w:r>
    </w:p>
    <w:p w14:paraId="0356CDDF" w14:textId="04490911" w:rsidR="00AE0CFD" w:rsidRPr="0078531E" w:rsidRDefault="00C3522D" w:rsidP="00435150">
      <w:pPr>
        <w:pStyle w:val="Szvegtrzs"/>
        <w:spacing w:before="134" w:line="360" w:lineRule="auto"/>
        <w:ind w:left="136"/>
        <w:jc w:val="both"/>
      </w:pPr>
      <w:r w:rsidRPr="0078531E">
        <w:t>határidő</w:t>
      </w:r>
      <w:r w:rsidRPr="0078531E">
        <w:rPr>
          <w:spacing w:val="-3"/>
        </w:rPr>
        <w:t xml:space="preserve"> </w:t>
      </w:r>
      <w:r w:rsidRPr="0078531E">
        <w:t>előtt</w:t>
      </w:r>
      <w:r w:rsidRPr="0078531E">
        <w:rPr>
          <w:spacing w:val="-3"/>
        </w:rPr>
        <w:t xml:space="preserve"> </w:t>
      </w:r>
      <w:r w:rsidRPr="0078531E">
        <w:t>a</w:t>
      </w:r>
      <w:r w:rsidRPr="0078531E">
        <w:rPr>
          <w:spacing w:val="-2"/>
        </w:rPr>
        <w:t xml:space="preserve"> </w:t>
      </w:r>
      <w:r w:rsidRPr="0078531E">
        <w:t>gyermek</w:t>
      </w:r>
      <w:r w:rsidRPr="0078531E">
        <w:rPr>
          <w:spacing w:val="-1"/>
        </w:rPr>
        <w:t xml:space="preserve"> </w:t>
      </w:r>
      <w:r w:rsidRPr="0078531E">
        <w:t>további</w:t>
      </w:r>
      <w:r w:rsidRPr="0078531E">
        <w:rPr>
          <w:spacing w:val="-3"/>
        </w:rPr>
        <w:t xml:space="preserve"> </w:t>
      </w:r>
      <w:r w:rsidRPr="0078531E">
        <w:t>egy</w:t>
      </w:r>
      <w:r w:rsidRPr="0078531E">
        <w:rPr>
          <w:spacing w:val="-8"/>
        </w:rPr>
        <w:t xml:space="preserve"> </w:t>
      </w:r>
      <w:r w:rsidRPr="0078531E">
        <w:t>nevelési</w:t>
      </w:r>
      <w:r w:rsidRPr="0078531E">
        <w:rPr>
          <w:spacing w:val="-3"/>
        </w:rPr>
        <w:t xml:space="preserve"> </w:t>
      </w:r>
      <w:r w:rsidRPr="0078531E">
        <w:t>évig</w:t>
      </w:r>
      <w:r w:rsidRPr="0078531E">
        <w:rPr>
          <w:spacing w:val="-3"/>
        </w:rPr>
        <w:t xml:space="preserve"> </w:t>
      </w:r>
      <w:r w:rsidRPr="0078531E">
        <w:t>óvodai</w:t>
      </w:r>
      <w:r w:rsidRPr="0078531E">
        <w:rPr>
          <w:spacing w:val="-3"/>
        </w:rPr>
        <w:t xml:space="preserve"> </w:t>
      </w:r>
      <w:r w:rsidRPr="0078531E">
        <w:t>nevelésben</w:t>
      </w:r>
      <w:r w:rsidRPr="0078531E">
        <w:rPr>
          <w:spacing w:val="-3"/>
        </w:rPr>
        <w:t xml:space="preserve"> </w:t>
      </w:r>
      <w:r w:rsidRPr="0078531E">
        <w:t>való</w:t>
      </w:r>
      <w:r w:rsidRPr="0078531E">
        <w:rPr>
          <w:spacing w:val="-3"/>
        </w:rPr>
        <w:t xml:space="preserve"> </w:t>
      </w:r>
      <w:r w:rsidRPr="0078531E">
        <w:t>részvételét,</w:t>
      </w:r>
      <w:r w:rsidRPr="0078531E">
        <w:rPr>
          <w:spacing w:val="-3"/>
        </w:rPr>
        <w:t xml:space="preserve"> </w:t>
      </w:r>
      <w:r w:rsidRPr="0078531E">
        <w:t>mert</w:t>
      </w:r>
      <w:r w:rsidRPr="0078531E">
        <w:rPr>
          <w:spacing w:val="-3"/>
        </w:rPr>
        <w:t xml:space="preserve"> </w:t>
      </w:r>
      <w:r w:rsidRPr="0078531E">
        <w:t>a</w:t>
      </w:r>
      <w:r w:rsidR="00435150" w:rsidRPr="0078531E">
        <w:t xml:space="preserve"> </w:t>
      </w:r>
      <w:r w:rsidRPr="0078531E">
        <w:t>gyermek SNI, vagy BTMN küzd, akkor a gyermek számára az óvoda a szakértői bizottság</w:t>
      </w:r>
    </w:p>
    <w:p w14:paraId="7C776FC2" w14:textId="1B098436" w:rsidR="00AE0CFD" w:rsidRPr="0078531E" w:rsidRDefault="00C3522D" w:rsidP="00435150">
      <w:pPr>
        <w:pStyle w:val="Szvegtrzs"/>
        <w:spacing w:line="360" w:lineRule="auto"/>
        <w:ind w:left="136" w:right="469"/>
        <w:jc w:val="both"/>
      </w:pPr>
      <w:r w:rsidRPr="0078531E">
        <w:t xml:space="preserve">által javasolt fejlesztéseken túl, a tankötelezettség teljesítésének megkezdéséhez szükséges értelmi, testi, lelki és szociális érettség elérésére </w:t>
      </w:r>
      <w:r w:rsidR="00DC5042" w:rsidRPr="0078531E">
        <w:t>irányuló, az óvodai nevelés időkeretébe ágyazott, célzott foglalkozásokat biztosít.</w:t>
      </w:r>
    </w:p>
    <w:p w14:paraId="5751F588" w14:textId="77777777" w:rsidR="008B698B" w:rsidRPr="0078531E" w:rsidRDefault="008B698B" w:rsidP="00435150">
      <w:pPr>
        <w:pStyle w:val="Szvegtrzs"/>
        <w:spacing w:line="360" w:lineRule="auto"/>
        <w:ind w:right="469"/>
        <w:jc w:val="both"/>
      </w:pPr>
    </w:p>
    <w:p w14:paraId="02938997" w14:textId="72C11B0E" w:rsidR="008B698B" w:rsidRPr="0078531E" w:rsidRDefault="008B698B">
      <w:pPr>
        <w:pStyle w:val="Listaszerbekezds"/>
        <w:numPr>
          <w:ilvl w:val="1"/>
          <w:numId w:val="24"/>
        </w:numPr>
        <w:spacing w:line="360" w:lineRule="auto"/>
        <w:rPr>
          <w:b/>
          <w:bCs/>
          <w:sz w:val="24"/>
          <w:szCs w:val="24"/>
          <w:u w:val="single"/>
        </w:rPr>
      </w:pPr>
      <w:r w:rsidRPr="0078531E">
        <w:rPr>
          <w:b/>
          <w:bCs/>
          <w:sz w:val="24"/>
          <w:szCs w:val="24"/>
          <w:u w:val="single"/>
        </w:rPr>
        <w:t xml:space="preserve">Hátrányos helyzetű (HH) – halmozottan hátrányos helyzetű gyermekek (HHH) </w:t>
      </w:r>
    </w:p>
    <w:p w14:paraId="4269DFF2" w14:textId="77777777" w:rsidR="008B698B" w:rsidRPr="0078531E" w:rsidRDefault="008B698B" w:rsidP="008B698B">
      <w:pPr>
        <w:pStyle w:val="Listaszerbekezds"/>
        <w:spacing w:line="360" w:lineRule="auto"/>
        <w:ind w:left="382" w:firstLine="0"/>
        <w:rPr>
          <w:b/>
          <w:bCs/>
          <w:sz w:val="24"/>
          <w:szCs w:val="24"/>
          <w:u w:val="single"/>
        </w:rPr>
      </w:pPr>
    </w:p>
    <w:p w14:paraId="4FFC613B" w14:textId="6CB98687" w:rsidR="008B698B" w:rsidRPr="0078531E" w:rsidRDefault="008B698B" w:rsidP="008B698B">
      <w:pPr>
        <w:spacing w:line="360" w:lineRule="auto"/>
        <w:jc w:val="both"/>
        <w:rPr>
          <w:sz w:val="24"/>
          <w:szCs w:val="24"/>
        </w:rPr>
      </w:pPr>
      <w:r w:rsidRPr="0078531E">
        <w:rPr>
          <w:sz w:val="24"/>
          <w:szCs w:val="24"/>
        </w:rPr>
        <w:t xml:space="preserve">A halmozottan hátrányos helyzetű gyermekek (HHH) iskolai sikerességének </w:t>
      </w:r>
      <w:proofErr w:type="spellStart"/>
      <w:r w:rsidRPr="0078531E">
        <w:rPr>
          <w:sz w:val="24"/>
          <w:szCs w:val="24"/>
        </w:rPr>
        <w:t>záloga</w:t>
      </w:r>
      <w:proofErr w:type="spellEnd"/>
      <w:r w:rsidRPr="0078531E">
        <w:rPr>
          <w:sz w:val="24"/>
          <w:szCs w:val="24"/>
        </w:rPr>
        <w:t xml:space="preserve"> a megfelelő minőségű és időtartamú </w:t>
      </w:r>
      <w:proofErr w:type="spellStart"/>
      <w:r w:rsidRPr="0078531E">
        <w:rPr>
          <w:sz w:val="24"/>
          <w:szCs w:val="24"/>
        </w:rPr>
        <w:t>óvodáztatásuk</w:t>
      </w:r>
      <w:proofErr w:type="spellEnd"/>
      <w:r w:rsidRPr="0078531E">
        <w:rPr>
          <w:sz w:val="24"/>
          <w:szCs w:val="24"/>
        </w:rPr>
        <w:t xml:space="preserve">. Az alapvető készségek, melyek a sikeres iskolakezdés feltételei, kisgyermekkorban, óvodáskorban az agyi érési folyamatok lezárulásáig - megterhelés nélkül - rendkívül hatékonyan fejleszthetőek. A kisgyermekkorban történő pedagógiai támogatás jelentősen csökkentheti a későbbi iskolai kudarcokat. A nehéz körülmények között élő családok gyermekei </w:t>
      </w:r>
      <w:proofErr w:type="gramStart"/>
      <w:r w:rsidRPr="0078531E">
        <w:rPr>
          <w:sz w:val="24"/>
          <w:szCs w:val="24"/>
        </w:rPr>
        <w:t>háro</w:t>
      </w:r>
      <w:r w:rsidR="006C6DC5" w:rsidRPr="0078531E">
        <w:rPr>
          <w:sz w:val="24"/>
          <w:szCs w:val="24"/>
        </w:rPr>
        <w:t>m</w:t>
      </w:r>
      <w:r w:rsidRPr="0078531E">
        <w:rPr>
          <w:sz w:val="24"/>
          <w:szCs w:val="24"/>
        </w:rPr>
        <w:t xml:space="preserve"> éves</w:t>
      </w:r>
      <w:proofErr w:type="gramEnd"/>
      <w:r w:rsidRPr="0078531E">
        <w:rPr>
          <w:sz w:val="24"/>
          <w:szCs w:val="24"/>
        </w:rPr>
        <w:t xml:space="preserve"> korukra lényegesen elmaradnak kognitív fejlődésükben kedvezőbb helyzetű társaikhoz képest. Az elmaradás oka a gyermeki fejlődés nem megfelelő ösztönzése a szülők korlátozott erőforrásai, a megélhetési nehézségek okozta terheltség és az otthoni környezet hiányosságai miatt. </w:t>
      </w:r>
    </w:p>
    <w:p w14:paraId="711221B8" w14:textId="04807B07" w:rsidR="008B698B" w:rsidRPr="0078531E" w:rsidRDefault="008B698B" w:rsidP="008B698B">
      <w:pPr>
        <w:spacing w:line="360" w:lineRule="auto"/>
        <w:jc w:val="both"/>
        <w:rPr>
          <w:sz w:val="24"/>
          <w:szCs w:val="24"/>
        </w:rPr>
      </w:pPr>
      <w:r w:rsidRPr="0078531E">
        <w:rPr>
          <w:sz w:val="24"/>
          <w:szCs w:val="24"/>
        </w:rPr>
        <w:t>Tudatos óvodai pedagógiai munkára van szükség ahhoz, hogy a hátrányokat az óvodai nevelés csökkenteni tudja. A szülőkkel való együttműködés az otthon és az óvoda világának találkozásával, szülők és nevelők közötti kölcsönös tisztelet alapján valósítható meg, melyben az óvodapedagógusoknak helyzetüknél és képzettségüknél fogva kiemelt szerepük és felelősségük van.</w:t>
      </w:r>
    </w:p>
    <w:p w14:paraId="2C1D4CEB" w14:textId="77777777" w:rsidR="008B698B" w:rsidRPr="0078531E" w:rsidRDefault="008B698B" w:rsidP="008B698B">
      <w:pPr>
        <w:spacing w:line="360" w:lineRule="auto"/>
        <w:jc w:val="both"/>
        <w:rPr>
          <w:sz w:val="24"/>
          <w:szCs w:val="24"/>
        </w:rPr>
      </w:pPr>
      <w:r w:rsidRPr="0078531E">
        <w:rPr>
          <w:sz w:val="24"/>
          <w:szCs w:val="24"/>
        </w:rPr>
        <w:t xml:space="preserve">A szülők bevonása a programba elengedhetetlen. </w:t>
      </w:r>
    </w:p>
    <w:p w14:paraId="7C7C51EC" w14:textId="77777777" w:rsidR="008B698B" w:rsidRPr="0078531E" w:rsidRDefault="008B698B" w:rsidP="008B698B">
      <w:pPr>
        <w:spacing w:line="360" w:lineRule="auto"/>
        <w:jc w:val="both"/>
        <w:rPr>
          <w:sz w:val="24"/>
          <w:szCs w:val="24"/>
        </w:rPr>
      </w:pPr>
      <w:r w:rsidRPr="0078531E">
        <w:rPr>
          <w:sz w:val="24"/>
          <w:szCs w:val="24"/>
        </w:rPr>
        <w:t>Keressük az alkalmakat arra, hogy meggyőzzük a szülőket, mennyire fontos a naponkénti foglalkozás gyermekükkel. Célunk az óvodába járó halmozottan hátrányos és/vagy cigány gyermekek szociális helyzetéből fakadó hátrányainak csökkentése, hiányzásuk minimalizálása.</w:t>
      </w:r>
    </w:p>
    <w:p w14:paraId="6DC2B3B6" w14:textId="77777777" w:rsidR="008B698B" w:rsidRPr="0078531E" w:rsidRDefault="008B698B" w:rsidP="008B698B">
      <w:pPr>
        <w:spacing w:line="360" w:lineRule="auto"/>
        <w:rPr>
          <w:sz w:val="24"/>
          <w:szCs w:val="24"/>
        </w:rPr>
      </w:pPr>
    </w:p>
    <w:p w14:paraId="689D7D24" w14:textId="77777777" w:rsidR="008B698B" w:rsidRPr="0078531E" w:rsidRDefault="008B698B" w:rsidP="008B698B">
      <w:pPr>
        <w:spacing w:line="360" w:lineRule="auto"/>
        <w:rPr>
          <w:sz w:val="24"/>
          <w:szCs w:val="24"/>
        </w:rPr>
      </w:pPr>
      <w:r w:rsidRPr="0078531E">
        <w:rPr>
          <w:sz w:val="24"/>
          <w:szCs w:val="24"/>
        </w:rPr>
        <w:sym w:font="Symbol" w:char="F0B7"/>
      </w:r>
      <w:r w:rsidRPr="0078531E">
        <w:rPr>
          <w:sz w:val="24"/>
          <w:szCs w:val="24"/>
        </w:rPr>
        <w:t xml:space="preserve"> A gyermekek folyamatos </w:t>
      </w:r>
      <w:proofErr w:type="spellStart"/>
      <w:r w:rsidRPr="0078531E">
        <w:rPr>
          <w:sz w:val="24"/>
          <w:szCs w:val="24"/>
        </w:rPr>
        <w:t>beóvodázása</w:t>
      </w:r>
      <w:proofErr w:type="spellEnd"/>
      <w:r w:rsidRPr="0078531E">
        <w:rPr>
          <w:sz w:val="24"/>
          <w:szCs w:val="24"/>
        </w:rPr>
        <w:t xml:space="preserve">, benntartása </w:t>
      </w:r>
    </w:p>
    <w:p w14:paraId="5721D86C" w14:textId="77777777" w:rsidR="008B698B" w:rsidRPr="0078531E" w:rsidRDefault="008B698B" w:rsidP="008B698B">
      <w:pPr>
        <w:spacing w:line="360" w:lineRule="auto"/>
        <w:rPr>
          <w:sz w:val="24"/>
          <w:szCs w:val="24"/>
        </w:rPr>
      </w:pPr>
      <w:r w:rsidRPr="0078531E">
        <w:rPr>
          <w:sz w:val="24"/>
          <w:szCs w:val="24"/>
        </w:rPr>
        <w:sym w:font="Symbol" w:char="F0B7"/>
      </w:r>
      <w:r w:rsidRPr="0078531E">
        <w:rPr>
          <w:sz w:val="24"/>
          <w:szCs w:val="24"/>
        </w:rPr>
        <w:t xml:space="preserve"> A hatékonyabb iskolai életre való felkészítés</w:t>
      </w:r>
    </w:p>
    <w:p w14:paraId="54AE6889" w14:textId="77777777" w:rsidR="008B698B" w:rsidRPr="0078531E" w:rsidRDefault="008B698B" w:rsidP="008B698B">
      <w:pPr>
        <w:spacing w:line="360" w:lineRule="auto"/>
        <w:rPr>
          <w:sz w:val="24"/>
          <w:szCs w:val="24"/>
        </w:rPr>
      </w:pPr>
      <w:r w:rsidRPr="0078531E">
        <w:rPr>
          <w:sz w:val="24"/>
          <w:szCs w:val="24"/>
        </w:rPr>
        <w:t xml:space="preserve"> </w:t>
      </w:r>
      <w:r w:rsidRPr="0078531E">
        <w:rPr>
          <w:sz w:val="24"/>
          <w:szCs w:val="24"/>
        </w:rPr>
        <w:sym w:font="Symbol" w:char="F0B7"/>
      </w:r>
      <w:r w:rsidRPr="0078531E">
        <w:rPr>
          <w:sz w:val="24"/>
          <w:szCs w:val="24"/>
        </w:rPr>
        <w:t xml:space="preserve"> A társadalomba való beilleszkedés elősegítése</w:t>
      </w:r>
    </w:p>
    <w:p w14:paraId="4392C9A3" w14:textId="714E3CC4" w:rsidR="008B698B" w:rsidRPr="0078531E" w:rsidRDefault="008B698B" w:rsidP="008B698B">
      <w:pPr>
        <w:spacing w:line="360" w:lineRule="auto"/>
        <w:rPr>
          <w:sz w:val="24"/>
          <w:szCs w:val="24"/>
        </w:rPr>
      </w:pPr>
      <w:r w:rsidRPr="0078531E">
        <w:rPr>
          <w:sz w:val="24"/>
          <w:szCs w:val="24"/>
        </w:rPr>
        <w:t xml:space="preserve"> </w:t>
      </w:r>
      <w:r w:rsidRPr="0078531E">
        <w:rPr>
          <w:sz w:val="24"/>
          <w:szCs w:val="24"/>
        </w:rPr>
        <w:sym w:font="Symbol" w:char="F0B7"/>
      </w:r>
      <w:r w:rsidRPr="0078531E">
        <w:rPr>
          <w:sz w:val="24"/>
          <w:szCs w:val="24"/>
        </w:rPr>
        <w:t xml:space="preserve"> A gyermekeken keresztül a családok szemléletének formálása</w:t>
      </w:r>
    </w:p>
    <w:p w14:paraId="32177ACB" w14:textId="77777777" w:rsidR="00D038D4" w:rsidRPr="0078531E" w:rsidRDefault="00D038D4">
      <w:pPr>
        <w:pStyle w:val="Szvegtrzs"/>
        <w:spacing w:before="329"/>
        <w:rPr>
          <w:i/>
          <w:sz w:val="32"/>
        </w:rPr>
      </w:pPr>
    </w:p>
    <w:p w14:paraId="714A4525" w14:textId="77777777" w:rsidR="00AE0CFD" w:rsidRPr="0078531E" w:rsidRDefault="00C3522D">
      <w:pPr>
        <w:pStyle w:val="Cmsor2"/>
        <w:numPr>
          <w:ilvl w:val="0"/>
          <w:numId w:val="24"/>
        </w:numPr>
        <w:tabs>
          <w:tab w:val="left" w:pos="614"/>
        </w:tabs>
        <w:ind w:left="614" w:hanging="478"/>
        <w:jc w:val="left"/>
        <w:rPr>
          <w:rFonts w:ascii="Times New Roman" w:hAnsi="Times New Roman" w:cs="Times New Roman"/>
        </w:rPr>
      </w:pPr>
      <w:bookmarkStart w:id="18" w:name="_bookmark13"/>
      <w:bookmarkEnd w:id="18"/>
      <w:r w:rsidRPr="0078531E">
        <w:rPr>
          <w:rFonts w:ascii="Times New Roman" w:hAnsi="Times New Roman" w:cs="Times New Roman"/>
        </w:rPr>
        <w:t>Az</w:t>
      </w:r>
      <w:r w:rsidRPr="0078531E">
        <w:rPr>
          <w:rFonts w:ascii="Times New Roman" w:hAnsi="Times New Roman" w:cs="Times New Roman"/>
          <w:spacing w:val="-6"/>
        </w:rPr>
        <w:t xml:space="preserve"> </w:t>
      </w:r>
      <w:r w:rsidRPr="0078531E">
        <w:rPr>
          <w:rFonts w:ascii="Times New Roman" w:hAnsi="Times New Roman" w:cs="Times New Roman"/>
        </w:rPr>
        <w:t>óvoda</w:t>
      </w:r>
      <w:r w:rsidRPr="0078531E">
        <w:rPr>
          <w:rFonts w:ascii="Times New Roman" w:hAnsi="Times New Roman" w:cs="Times New Roman"/>
          <w:spacing w:val="-8"/>
        </w:rPr>
        <w:t xml:space="preserve"> </w:t>
      </w:r>
      <w:r w:rsidRPr="0078531E">
        <w:rPr>
          <w:rFonts w:ascii="Times New Roman" w:hAnsi="Times New Roman" w:cs="Times New Roman"/>
          <w:spacing w:val="-2"/>
        </w:rPr>
        <w:t>kapcsolatai</w:t>
      </w:r>
    </w:p>
    <w:p w14:paraId="3460CD2C" w14:textId="77777777" w:rsidR="00A638C6" w:rsidRPr="0078531E" w:rsidRDefault="00A638C6" w:rsidP="00A638C6">
      <w:pPr>
        <w:pStyle w:val="Cmsor2"/>
        <w:tabs>
          <w:tab w:val="left" w:pos="614"/>
        </w:tabs>
        <w:ind w:left="614"/>
        <w:jc w:val="right"/>
        <w:rPr>
          <w:rFonts w:ascii="Times New Roman" w:hAnsi="Times New Roman" w:cs="Times New Roman"/>
        </w:rPr>
      </w:pPr>
    </w:p>
    <w:p w14:paraId="494B7E26" w14:textId="77777777" w:rsidR="00AE0CFD" w:rsidRPr="0078531E" w:rsidRDefault="00C3522D" w:rsidP="00E823D4">
      <w:pPr>
        <w:tabs>
          <w:tab w:val="left" w:pos="616"/>
        </w:tabs>
        <w:spacing w:before="169" w:line="362" w:lineRule="auto"/>
        <w:ind w:left="-104" w:right="848"/>
        <w:jc w:val="both"/>
        <w:rPr>
          <w:sz w:val="24"/>
        </w:rPr>
      </w:pPr>
      <w:r w:rsidRPr="0078531E">
        <w:rPr>
          <w:sz w:val="24"/>
        </w:rPr>
        <w:t>„Az</w:t>
      </w:r>
      <w:r w:rsidRPr="0078531E">
        <w:rPr>
          <w:spacing w:val="-3"/>
          <w:sz w:val="24"/>
        </w:rPr>
        <w:t xml:space="preserve"> </w:t>
      </w:r>
      <w:r w:rsidRPr="0078531E">
        <w:rPr>
          <w:sz w:val="24"/>
        </w:rPr>
        <w:t>óvodai</w:t>
      </w:r>
      <w:r w:rsidRPr="0078531E">
        <w:rPr>
          <w:spacing w:val="-4"/>
          <w:sz w:val="24"/>
        </w:rPr>
        <w:t xml:space="preserve"> </w:t>
      </w:r>
      <w:r w:rsidRPr="0078531E">
        <w:rPr>
          <w:sz w:val="24"/>
        </w:rPr>
        <w:t>nevelés</w:t>
      </w:r>
      <w:r w:rsidRPr="0078531E">
        <w:rPr>
          <w:spacing w:val="-5"/>
          <w:sz w:val="24"/>
        </w:rPr>
        <w:t xml:space="preserve"> </w:t>
      </w:r>
      <w:r w:rsidRPr="0078531E">
        <w:rPr>
          <w:sz w:val="24"/>
        </w:rPr>
        <w:t>a</w:t>
      </w:r>
      <w:r w:rsidRPr="0078531E">
        <w:rPr>
          <w:spacing w:val="-6"/>
          <w:sz w:val="24"/>
        </w:rPr>
        <w:t xml:space="preserve"> </w:t>
      </w:r>
      <w:r w:rsidRPr="0078531E">
        <w:rPr>
          <w:sz w:val="24"/>
        </w:rPr>
        <w:t>családi</w:t>
      </w:r>
      <w:r w:rsidRPr="0078531E">
        <w:rPr>
          <w:spacing w:val="-4"/>
          <w:sz w:val="24"/>
        </w:rPr>
        <w:t xml:space="preserve"> </w:t>
      </w:r>
      <w:r w:rsidRPr="0078531E">
        <w:rPr>
          <w:sz w:val="24"/>
        </w:rPr>
        <w:t>neveléssel</w:t>
      </w:r>
      <w:r w:rsidRPr="0078531E">
        <w:rPr>
          <w:spacing w:val="-2"/>
          <w:sz w:val="24"/>
        </w:rPr>
        <w:t xml:space="preserve"> </w:t>
      </w:r>
      <w:r w:rsidRPr="0078531E">
        <w:rPr>
          <w:sz w:val="24"/>
        </w:rPr>
        <w:t>együtt</w:t>
      </w:r>
      <w:r w:rsidRPr="0078531E">
        <w:rPr>
          <w:spacing w:val="-4"/>
          <w:sz w:val="24"/>
        </w:rPr>
        <w:t xml:space="preserve"> </w:t>
      </w:r>
      <w:r w:rsidRPr="0078531E">
        <w:rPr>
          <w:sz w:val="24"/>
        </w:rPr>
        <w:t>szolgálja</w:t>
      </w:r>
      <w:r w:rsidRPr="0078531E">
        <w:rPr>
          <w:spacing w:val="-5"/>
          <w:sz w:val="24"/>
        </w:rPr>
        <w:t xml:space="preserve"> </w:t>
      </w:r>
      <w:r w:rsidRPr="0078531E">
        <w:rPr>
          <w:sz w:val="24"/>
        </w:rPr>
        <w:t>a</w:t>
      </w:r>
      <w:r w:rsidRPr="0078531E">
        <w:rPr>
          <w:spacing w:val="-3"/>
          <w:sz w:val="24"/>
        </w:rPr>
        <w:t xml:space="preserve"> </w:t>
      </w:r>
      <w:r w:rsidRPr="0078531E">
        <w:rPr>
          <w:sz w:val="24"/>
        </w:rPr>
        <w:t>gyermek</w:t>
      </w:r>
      <w:r w:rsidRPr="0078531E">
        <w:rPr>
          <w:spacing w:val="-4"/>
          <w:sz w:val="24"/>
        </w:rPr>
        <w:t xml:space="preserve"> </w:t>
      </w:r>
      <w:r w:rsidRPr="0078531E">
        <w:rPr>
          <w:sz w:val="24"/>
        </w:rPr>
        <w:t>fejlődését.</w:t>
      </w:r>
      <w:r w:rsidRPr="0078531E">
        <w:rPr>
          <w:spacing w:val="-4"/>
          <w:sz w:val="24"/>
        </w:rPr>
        <w:t xml:space="preserve"> </w:t>
      </w:r>
      <w:r w:rsidRPr="0078531E">
        <w:rPr>
          <w:sz w:val="24"/>
        </w:rPr>
        <w:t>Ennek alapvető feltétele a családdal való szoros együttműködés. Az együttműködés formái</w:t>
      </w:r>
    </w:p>
    <w:p w14:paraId="70334C3F" w14:textId="7284E88B" w:rsidR="00AE0CFD" w:rsidRPr="0078531E" w:rsidRDefault="00C3522D" w:rsidP="00E823D4">
      <w:pPr>
        <w:pStyle w:val="Szvegtrzs"/>
        <w:spacing w:line="360" w:lineRule="auto"/>
        <w:ind w:left="136" w:right="469"/>
        <w:jc w:val="both"/>
      </w:pPr>
      <w:r w:rsidRPr="0078531E">
        <w:t>változatosak, a személyes kapcsolattól a különböző rendezvényekig magukban foglalják azokat</w:t>
      </w:r>
      <w:r w:rsidRPr="0078531E">
        <w:rPr>
          <w:spacing w:val="-4"/>
        </w:rPr>
        <w:t xml:space="preserve"> </w:t>
      </w:r>
      <w:r w:rsidRPr="0078531E">
        <w:t>a</w:t>
      </w:r>
      <w:r w:rsidRPr="0078531E">
        <w:rPr>
          <w:spacing w:val="-4"/>
        </w:rPr>
        <w:t xml:space="preserve"> </w:t>
      </w:r>
      <w:r w:rsidRPr="0078531E">
        <w:t>lehetőségeket,</w:t>
      </w:r>
      <w:r w:rsidRPr="0078531E">
        <w:rPr>
          <w:spacing w:val="-4"/>
        </w:rPr>
        <w:t xml:space="preserve"> </w:t>
      </w:r>
      <w:r w:rsidRPr="0078531E">
        <w:t>amelyeket</w:t>
      </w:r>
      <w:r w:rsidRPr="0078531E">
        <w:rPr>
          <w:spacing w:val="-4"/>
        </w:rPr>
        <w:t xml:space="preserve"> </w:t>
      </w:r>
      <w:r w:rsidRPr="0078531E">
        <w:t>az</w:t>
      </w:r>
      <w:r w:rsidRPr="0078531E">
        <w:rPr>
          <w:spacing w:val="-4"/>
        </w:rPr>
        <w:t xml:space="preserve"> </w:t>
      </w:r>
      <w:r w:rsidRPr="0078531E">
        <w:t>óvoda,</w:t>
      </w:r>
      <w:r w:rsidRPr="0078531E">
        <w:rPr>
          <w:spacing w:val="-4"/>
        </w:rPr>
        <w:t xml:space="preserve"> </w:t>
      </w:r>
      <w:r w:rsidRPr="0078531E">
        <w:t>illetve</w:t>
      </w:r>
      <w:r w:rsidRPr="0078531E">
        <w:rPr>
          <w:spacing w:val="-4"/>
        </w:rPr>
        <w:t xml:space="preserve"> </w:t>
      </w:r>
      <w:r w:rsidRPr="0078531E">
        <w:t>a</w:t>
      </w:r>
      <w:r w:rsidRPr="0078531E">
        <w:rPr>
          <w:spacing w:val="-5"/>
        </w:rPr>
        <w:t xml:space="preserve"> </w:t>
      </w:r>
      <w:r w:rsidRPr="0078531E">
        <w:t>család</w:t>
      </w:r>
      <w:r w:rsidRPr="0078531E">
        <w:rPr>
          <w:spacing w:val="-4"/>
        </w:rPr>
        <w:t xml:space="preserve"> </w:t>
      </w:r>
      <w:r w:rsidRPr="0078531E">
        <w:t>teremt</w:t>
      </w:r>
      <w:r w:rsidRPr="0078531E">
        <w:rPr>
          <w:spacing w:val="-4"/>
        </w:rPr>
        <w:t xml:space="preserve"> </w:t>
      </w:r>
      <w:r w:rsidRPr="0078531E">
        <w:t>meg.</w:t>
      </w:r>
      <w:r w:rsidR="00A60171" w:rsidRPr="0078531E">
        <w:t xml:space="preserve"> Az óvoda által és a családokkal közösen szervezett események ünnepek, családias hangulat kialakításával – a felnőttel és a gyermekek közös tevékenységével is – kifejezik az örömteli érzelmi állapotot, kerülve a gyermekek stresszt kiváltó helyzeteit.</w:t>
      </w:r>
      <w:r w:rsidRPr="0078531E">
        <w:rPr>
          <w:spacing w:val="-2"/>
        </w:rPr>
        <w:t xml:space="preserve"> </w:t>
      </w:r>
      <w:r w:rsidRPr="0078531E">
        <w:t>Az</w:t>
      </w:r>
      <w:r w:rsidRPr="0078531E">
        <w:rPr>
          <w:spacing w:val="-3"/>
        </w:rPr>
        <w:t xml:space="preserve"> </w:t>
      </w:r>
      <w:r w:rsidRPr="0078531E">
        <w:t>óvodapedagógus figyelembe veszi a családok sajátosságait, szokásait, az együttműködés során érvényesíti az</w:t>
      </w:r>
    </w:p>
    <w:p w14:paraId="7B0101EC" w14:textId="77777777" w:rsidR="00AE0CFD" w:rsidRPr="0078531E" w:rsidRDefault="00C3522D" w:rsidP="00E823D4">
      <w:pPr>
        <w:pStyle w:val="Szvegtrzs"/>
        <w:ind w:left="136"/>
        <w:jc w:val="both"/>
      </w:pPr>
      <w:r w:rsidRPr="0078531E">
        <w:t>intervenciós</w:t>
      </w:r>
      <w:r w:rsidRPr="0078531E">
        <w:rPr>
          <w:spacing w:val="-3"/>
        </w:rPr>
        <w:t xml:space="preserve"> </w:t>
      </w:r>
      <w:r w:rsidRPr="0078531E">
        <w:t>gyakorlatot,</w:t>
      </w:r>
      <w:r w:rsidRPr="0078531E">
        <w:rPr>
          <w:spacing w:val="-3"/>
        </w:rPr>
        <w:t xml:space="preserve"> </w:t>
      </w:r>
      <w:r w:rsidRPr="0078531E">
        <w:t>azaz</w:t>
      </w:r>
      <w:r w:rsidRPr="0078531E">
        <w:rPr>
          <w:spacing w:val="-1"/>
        </w:rPr>
        <w:t xml:space="preserve"> </w:t>
      </w:r>
      <w:r w:rsidRPr="0078531E">
        <w:t>a</w:t>
      </w:r>
      <w:r w:rsidRPr="0078531E">
        <w:rPr>
          <w:spacing w:val="-4"/>
        </w:rPr>
        <w:t xml:space="preserve"> </w:t>
      </w:r>
      <w:r w:rsidRPr="0078531E">
        <w:t>segítségnyújtás</w:t>
      </w:r>
      <w:r w:rsidRPr="0078531E">
        <w:rPr>
          <w:spacing w:val="-3"/>
        </w:rPr>
        <w:t xml:space="preserve"> </w:t>
      </w:r>
      <w:r w:rsidRPr="0078531E">
        <w:t>családhoz</w:t>
      </w:r>
      <w:r w:rsidRPr="0078531E">
        <w:rPr>
          <w:spacing w:val="-3"/>
        </w:rPr>
        <w:t xml:space="preserve"> </w:t>
      </w:r>
      <w:r w:rsidRPr="0078531E">
        <w:t>illesztett</w:t>
      </w:r>
      <w:r w:rsidRPr="0078531E">
        <w:rPr>
          <w:spacing w:val="-2"/>
        </w:rPr>
        <w:t xml:space="preserve"> megoldásait.</w:t>
      </w:r>
    </w:p>
    <w:p w14:paraId="3884ED0A" w14:textId="71646F62" w:rsidR="00AE0CFD" w:rsidRPr="0078531E" w:rsidRDefault="00C3522D" w:rsidP="00F60D62">
      <w:pPr>
        <w:tabs>
          <w:tab w:val="left" w:pos="616"/>
        </w:tabs>
        <w:spacing w:before="72" w:line="360" w:lineRule="auto"/>
        <w:ind w:left="-104" w:right="746"/>
        <w:jc w:val="both"/>
        <w:rPr>
          <w:sz w:val="24"/>
          <w:szCs w:val="24"/>
        </w:rPr>
      </w:pPr>
      <w:r w:rsidRPr="0078531E">
        <w:rPr>
          <w:sz w:val="24"/>
        </w:rPr>
        <w:t>Az óvoda</w:t>
      </w:r>
      <w:r w:rsidR="00A2185E" w:rsidRPr="0078531E">
        <w:rPr>
          <w:sz w:val="24"/>
        </w:rPr>
        <w:t xml:space="preserve"> esetenként</w:t>
      </w:r>
      <w:r w:rsidRPr="0078531E">
        <w:rPr>
          <w:sz w:val="24"/>
        </w:rPr>
        <w:t xml:space="preserve"> kapcsolatot tart azokkal az intézményekkel, amelyek az óvodába lépés </w:t>
      </w:r>
      <w:r w:rsidRPr="0078531E">
        <w:rPr>
          <w:sz w:val="24"/>
          <w:szCs w:val="24"/>
        </w:rPr>
        <w:t>előtt (bölcsődék</w:t>
      </w:r>
      <w:r w:rsidRPr="0078531E">
        <w:rPr>
          <w:spacing w:val="-4"/>
          <w:sz w:val="24"/>
          <w:szCs w:val="24"/>
        </w:rPr>
        <w:t xml:space="preserve"> </w:t>
      </w:r>
      <w:r w:rsidRPr="0078531E">
        <w:rPr>
          <w:sz w:val="24"/>
          <w:szCs w:val="24"/>
        </w:rPr>
        <w:t>és</w:t>
      </w:r>
      <w:r w:rsidRPr="0078531E">
        <w:rPr>
          <w:spacing w:val="-2"/>
          <w:sz w:val="24"/>
          <w:szCs w:val="24"/>
        </w:rPr>
        <w:t xml:space="preserve"> </w:t>
      </w:r>
      <w:r w:rsidRPr="0078531E">
        <w:rPr>
          <w:sz w:val="24"/>
          <w:szCs w:val="24"/>
        </w:rPr>
        <w:t>egyéb</w:t>
      </w:r>
      <w:r w:rsidRPr="0078531E">
        <w:rPr>
          <w:spacing w:val="-4"/>
          <w:sz w:val="24"/>
          <w:szCs w:val="24"/>
        </w:rPr>
        <w:t xml:space="preserve"> </w:t>
      </w:r>
      <w:r w:rsidRPr="0078531E">
        <w:rPr>
          <w:sz w:val="24"/>
          <w:szCs w:val="24"/>
        </w:rPr>
        <w:t>szociális</w:t>
      </w:r>
      <w:r w:rsidRPr="0078531E">
        <w:rPr>
          <w:spacing w:val="-5"/>
          <w:sz w:val="24"/>
          <w:szCs w:val="24"/>
        </w:rPr>
        <w:t xml:space="preserve"> </w:t>
      </w:r>
      <w:r w:rsidRPr="0078531E">
        <w:rPr>
          <w:sz w:val="24"/>
          <w:szCs w:val="24"/>
        </w:rPr>
        <w:t>intézmények),</w:t>
      </w:r>
      <w:r w:rsidRPr="0078531E">
        <w:rPr>
          <w:spacing w:val="-4"/>
          <w:sz w:val="24"/>
          <w:szCs w:val="24"/>
        </w:rPr>
        <w:t xml:space="preserve"> </w:t>
      </w:r>
      <w:r w:rsidRPr="0078531E">
        <w:rPr>
          <w:sz w:val="24"/>
          <w:szCs w:val="24"/>
        </w:rPr>
        <w:t>az</w:t>
      </w:r>
      <w:r w:rsidRPr="0078531E">
        <w:rPr>
          <w:spacing w:val="-3"/>
          <w:sz w:val="24"/>
          <w:szCs w:val="24"/>
        </w:rPr>
        <w:t xml:space="preserve"> </w:t>
      </w:r>
      <w:r w:rsidRPr="0078531E">
        <w:rPr>
          <w:sz w:val="24"/>
          <w:szCs w:val="24"/>
        </w:rPr>
        <w:t>óvodai</w:t>
      </w:r>
      <w:r w:rsidRPr="0078531E">
        <w:rPr>
          <w:spacing w:val="-4"/>
          <w:sz w:val="24"/>
          <w:szCs w:val="24"/>
        </w:rPr>
        <w:t xml:space="preserve"> </w:t>
      </w:r>
      <w:r w:rsidRPr="0078531E">
        <w:rPr>
          <w:sz w:val="24"/>
          <w:szCs w:val="24"/>
        </w:rPr>
        <w:t>élet</w:t>
      </w:r>
      <w:r w:rsidRPr="0078531E">
        <w:rPr>
          <w:spacing w:val="-4"/>
          <w:sz w:val="24"/>
          <w:szCs w:val="24"/>
        </w:rPr>
        <w:t xml:space="preserve"> </w:t>
      </w:r>
      <w:r w:rsidRPr="0078531E">
        <w:rPr>
          <w:sz w:val="24"/>
          <w:szCs w:val="24"/>
        </w:rPr>
        <w:t>során</w:t>
      </w:r>
      <w:r w:rsidRPr="0078531E">
        <w:rPr>
          <w:spacing w:val="-4"/>
          <w:sz w:val="24"/>
          <w:szCs w:val="24"/>
        </w:rPr>
        <w:t xml:space="preserve"> </w:t>
      </w:r>
      <w:r w:rsidRPr="0078531E">
        <w:rPr>
          <w:sz w:val="24"/>
          <w:szCs w:val="24"/>
        </w:rPr>
        <w:t>(pedagógiai</w:t>
      </w:r>
      <w:r w:rsidRPr="0078531E">
        <w:rPr>
          <w:spacing w:val="-4"/>
          <w:sz w:val="24"/>
          <w:szCs w:val="24"/>
        </w:rPr>
        <w:t xml:space="preserve"> </w:t>
      </w:r>
      <w:r w:rsidRPr="0078531E">
        <w:rPr>
          <w:sz w:val="24"/>
          <w:szCs w:val="24"/>
        </w:rPr>
        <w:t>szakszolgálat intézményei, gyermekjóléti szolgálatok, gyermekotthonok, egészségügyi, illetve</w:t>
      </w:r>
    </w:p>
    <w:p w14:paraId="5E867A90" w14:textId="77777777" w:rsidR="00AE0CFD" w:rsidRPr="0078531E" w:rsidRDefault="00C3522D" w:rsidP="00F60D62">
      <w:pPr>
        <w:pStyle w:val="Szvegtrzs"/>
        <w:spacing w:before="1" w:line="360" w:lineRule="auto"/>
        <w:ind w:left="136" w:right="616"/>
        <w:jc w:val="both"/>
      </w:pPr>
      <w:r w:rsidRPr="0078531E">
        <w:t>közművelődési</w:t>
      </w:r>
      <w:r w:rsidRPr="0078531E">
        <w:rPr>
          <w:spacing w:val="-4"/>
        </w:rPr>
        <w:t xml:space="preserve"> </w:t>
      </w:r>
      <w:r w:rsidRPr="0078531E">
        <w:t>intézmények),</w:t>
      </w:r>
      <w:r w:rsidRPr="0078531E">
        <w:rPr>
          <w:spacing w:val="-4"/>
        </w:rPr>
        <w:t xml:space="preserve"> </w:t>
      </w:r>
      <w:r w:rsidRPr="0078531E">
        <w:t>és</w:t>
      </w:r>
      <w:r w:rsidRPr="0078531E">
        <w:rPr>
          <w:spacing w:val="-5"/>
        </w:rPr>
        <w:t xml:space="preserve"> </w:t>
      </w:r>
      <w:r w:rsidRPr="0078531E">
        <w:t>az</w:t>
      </w:r>
      <w:r w:rsidRPr="0078531E">
        <w:rPr>
          <w:spacing w:val="-3"/>
        </w:rPr>
        <w:t xml:space="preserve"> </w:t>
      </w:r>
      <w:r w:rsidRPr="0078531E">
        <w:t>óvodai</w:t>
      </w:r>
      <w:r w:rsidRPr="0078531E">
        <w:rPr>
          <w:spacing w:val="-4"/>
        </w:rPr>
        <w:t xml:space="preserve"> </w:t>
      </w:r>
      <w:r w:rsidRPr="0078531E">
        <w:t>élet</w:t>
      </w:r>
      <w:r w:rsidRPr="0078531E">
        <w:rPr>
          <w:spacing w:val="-4"/>
        </w:rPr>
        <w:t xml:space="preserve"> </w:t>
      </w:r>
      <w:r w:rsidRPr="0078531E">
        <w:t>után</w:t>
      </w:r>
      <w:r w:rsidRPr="0078531E">
        <w:rPr>
          <w:spacing w:val="-4"/>
        </w:rPr>
        <w:t xml:space="preserve"> </w:t>
      </w:r>
      <w:r w:rsidRPr="0078531E">
        <w:t>(iskolák)</w:t>
      </w:r>
      <w:r w:rsidRPr="0078531E">
        <w:rPr>
          <w:spacing w:val="-6"/>
        </w:rPr>
        <w:t xml:space="preserve"> </w:t>
      </w:r>
      <w:r w:rsidRPr="0078531E">
        <w:t>meghatározó</w:t>
      </w:r>
      <w:r w:rsidRPr="0078531E">
        <w:rPr>
          <w:spacing w:val="-4"/>
        </w:rPr>
        <w:t xml:space="preserve"> </w:t>
      </w:r>
      <w:r w:rsidRPr="0078531E">
        <w:t>szerepet</w:t>
      </w:r>
      <w:r w:rsidRPr="0078531E">
        <w:rPr>
          <w:spacing w:val="-4"/>
        </w:rPr>
        <w:t xml:space="preserve"> </w:t>
      </w:r>
      <w:r w:rsidRPr="0078531E">
        <w:t>töltenek be a gyermek életében. A kapcsolattartás formái, módszerei alkalmazkodnak a feladatokhoz és a szükséglethez. A kapcsolatok kialakításában és fenntartásában az óvoda nyitott és</w:t>
      </w:r>
    </w:p>
    <w:p w14:paraId="47979E04" w14:textId="77777777" w:rsidR="00F60D62" w:rsidRPr="0078531E" w:rsidRDefault="00C3522D" w:rsidP="00F60D62">
      <w:pPr>
        <w:pStyle w:val="Szvegtrzs"/>
        <w:spacing w:line="360" w:lineRule="auto"/>
        <w:ind w:left="136"/>
        <w:jc w:val="both"/>
      </w:pPr>
      <w:r w:rsidRPr="0078531E">
        <w:rPr>
          <w:spacing w:val="-2"/>
        </w:rPr>
        <w:t>kezdeményező.</w:t>
      </w:r>
      <w:r w:rsidR="00F60D62" w:rsidRPr="0078531E">
        <w:t xml:space="preserve"> </w:t>
      </w:r>
    </w:p>
    <w:p w14:paraId="6818CFA9" w14:textId="6B8AD198" w:rsidR="00AE0CFD" w:rsidRPr="0078531E" w:rsidRDefault="00F60D62" w:rsidP="00F60D62">
      <w:pPr>
        <w:pStyle w:val="Szvegtrzs"/>
        <w:spacing w:line="360" w:lineRule="auto"/>
        <w:ind w:left="136"/>
        <w:jc w:val="both"/>
      </w:pPr>
      <w:r w:rsidRPr="0078531E">
        <w:t>A felekezeti, illetve egyházi óvodák kapcsolatot tartanak az adott egyházi intézményekkel.</w:t>
      </w:r>
    </w:p>
    <w:p w14:paraId="503050D6" w14:textId="77777777" w:rsidR="00F60D62" w:rsidRPr="0078531E" w:rsidRDefault="00C3522D" w:rsidP="00F60D62">
      <w:pPr>
        <w:tabs>
          <w:tab w:val="left" w:pos="616"/>
        </w:tabs>
        <w:spacing w:before="140" w:line="360" w:lineRule="auto"/>
        <w:ind w:right="1248"/>
        <w:jc w:val="both"/>
        <w:rPr>
          <w:sz w:val="24"/>
          <w:szCs w:val="24"/>
        </w:rPr>
      </w:pPr>
      <w:r w:rsidRPr="0078531E">
        <w:rPr>
          <w:sz w:val="24"/>
          <w:szCs w:val="24"/>
        </w:rPr>
        <w:t>A</w:t>
      </w:r>
      <w:r w:rsidRPr="0078531E">
        <w:rPr>
          <w:spacing w:val="-5"/>
          <w:sz w:val="24"/>
          <w:szCs w:val="24"/>
        </w:rPr>
        <w:t xml:space="preserve"> </w:t>
      </w:r>
      <w:r w:rsidRPr="0078531E">
        <w:rPr>
          <w:sz w:val="24"/>
          <w:szCs w:val="24"/>
        </w:rPr>
        <w:t>nemzetiséghez</w:t>
      </w:r>
      <w:r w:rsidRPr="0078531E">
        <w:rPr>
          <w:spacing w:val="-4"/>
          <w:sz w:val="24"/>
          <w:szCs w:val="24"/>
        </w:rPr>
        <w:t xml:space="preserve"> </w:t>
      </w:r>
      <w:r w:rsidRPr="0078531E">
        <w:rPr>
          <w:sz w:val="24"/>
          <w:szCs w:val="24"/>
        </w:rPr>
        <w:t>tartozó</w:t>
      </w:r>
      <w:r w:rsidRPr="0078531E">
        <w:rPr>
          <w:spacing w:val="-5"/>
          <w:sz w:val="24"/>
          <w:szCs w:val="24"/>
        </w:rPr>
        <w:t xml:space="preserve"> </w:t>
      </w:r>
      <w:r w:rsidRPr="0078531E">
        <w:rPr>
          <w:sz w:val="24"/>
          <w:szCs w:val="24"/>
        </w:rPr>
        <w:t>gyermekeket</w:t>
      </w:r>
      <w:r w:rsidRPr="0078531E">
        <w:rPr>
          <w:spacing w:val="-5"/>
          <w:sz w:val="24"/>
          <w:szCs w:val="24"/>
        </w:rPr>
        <w:t xml:space="preserve"> </w:t>
      </w:r>
      <w:r w:rsidRPr="0078531E">
        <w:rPr>
          <w:sz w:val="24"/>
          <w:szCs w:val="24"/>
        </w:rPr>
        <w:t>is</w:t>
      </w:r>
      <w:r w:rsidRPr="0078531E">
        <w:rPr>
          <w:spacing w:val="-5"/>
          <w:sz w:val="24"/>
          <w:szCs w:val="24"/>
        </w:rPr>
        <w:t xml:space="preserve"> </w:t>
      </w:r>
      <w:r w:rsidRPr="0078531E">
        <w:rPr>
          <w:sz w:val="24"/>
          <w:szCs w:val="24"/>
        </w:rPr>
        <w:t>nevelő</w:t>
      </w:r>
      <w:r w:rsidRPr="0078531E">
        <w:rPr>
          <w:spacing w:val="-3"/>
          <w:sz w:val="24"/>
          <w:szCs w:val="24"/>
        </w:rPr>
        <w:t xml:space="preserve"> </w:t>
      </w:r>
      <w:r w:rsidRPr="0078531E">
        <w:rPr>
          <w:sz w:val="24"/>
          <w:szCs w:val="24"/>
        </w:rPr>
        <w:t>óvoda</w:t>
      </w:r>
      <w:r w:rsidRPr="0078531E">
        <w:rPr>
          <w:spacing w:val="-5"/>
          <w:sz w:val="24"/>
          <w:szCs w:val="24"/>
        </w:rPr>
        <w:t xml:space="preserve"> </w:t>
      </w:r>
      <w:r w:rsidRPr="0078531E">
        <w:rPr>
          <w:sz w:val="24"/>
          <w:szCs w:val="24"/>
        </w:rPr>
        <w:t>kapcsolatot</w:t>
      </w:r>
      <w:r w:rsidRPr="0078531E">
        <w:rPr>
          <w:spacing w:val="-5"/>
          <w:sz w:val="24"/>
          <w:szCs w:val="24"/>
        </w:rPr>
        <w:t xml:space="preserve"> </w:t>
      </w:r>
      <w:r w:rsidRPr="0078531E">
        <w:rPr>
          <w:sz w:val="24"/>
          <w:szCs w:val="24"/>
        </w:rPr>
        <w:t>tart</w:t>
      </w:r>
      <w:r w:rsidRPr="0078531E">
        <w:rPr>
          <w:spacing w:val="-3"/>
          <w:sz w:val="24"/>
          <w:szCs w:val="24"/>
        </w:rPr>
        <w:t xml:space="preserve"> </w:t>
      </w:r>
      <w:r w:rsidRPr="0078531E">
        <w:rPr>
          <w:sz w:val="24"/>
          <w:szCs w:val="24"/>
        </w:rPr>
        <w:t>az</w:t>
      </w:r>
      <w:r w:rsidRPr="0078531E">
        <w:rPr>
          <w:spacing w:val="-4"/>
          <w:sz w:val="24"/>
          <w:szCs w:val="24"/>
        </w:rPr>
        <w:t xml:space="preserve"> </w:t>
      </w:r>
      <w:r w:rsidRPr="0078531E">
        <w:rPr>
          <w:sz w:val="24"/>
          <w:szCs w:val="24"/>
        </w:rPr>
        <w:t>érintett nemzetiségi önkormányzatokkal, szervezetekkel.</w:t>
      </w:r>
    </w:p>
    <w:p w14:paraId="1AE36F12" w14:textId="304A1D92" w:rsidR="00AE0CFD" w:rsidRPr="0078531E" w:rsidRDefault="00F60D62" w:rsidP="00F60D62">
      <w:pPr>
        <w:tabs>
          <w:tab w:val="left" w:pos="616"/>
        </w:tabs>
        <w:spacing w:before="140" w:line="360" w:lineRule="auto"/>
        <w:ind w:right="1248"/>
        <w:jc w:val="both"/>
        <w:rPr>
          <w:sz w:val="24"/>
          <w:szCs w:val="24"/>
        </w:rPr>
      </w:pPr>
      <w:r w:rsidRPr="0078531E">
        <w:t>A Kárpát-medence magyar nyelvű intézményei közötti oktatási tér kialakítása érdekében az óvoda nyitott a külhoni magyar óvodákkal való együttműködésre, és – lehetőségei szerint – szakmai kapcsolatot tart fenn.</w:t>
      </w:r>
      <w:r w:rsidR="00456769" w:rsidRPr="0078531E">
        <w:rPr>
          <w:sz w:val="24"/>
          <w:szCs w:val="24"/>
        </w:rPr>
        <w:t>”</w:t>
      </w:r>
      <w:r w:rsidR="00A638C6" w:rsidRPr="0078531E">
        <w:rPr>
          <w:sz w:val="24"/>
          <w:szCs w:val="24"/>
          <w:vertAlign w:val="superscript"/>
        </w:rPr>
        <w:t>8</w:t>
      </w:r>
    </w:p>
    <w:p w14:paraId="25FCAE90" w14:textId="77777777" w:rsidR="00A638C6" w:rsidRPr="0078531E" w:rsidRDefault="00A638C6" w:rsidP="00F60D62">
      <w:pPr>
        <w:pStyle w:val="Szvegtrzs"/>
        <w:spacing w:line="360" w:lineRule="auto"/>
        <w:ind w:left="376"/>
        <w:jc w:val="both"/>
        <w:rPr>
          <w:u w:val="single"/>
        </w:rPr>
      </w:pPr>
    </w:p>
    <w:p w14:paraId="25E47E35" w14:textId="77777777" w:rsidR="00A638C6" w:rsidRPr="0078531E" w:rsidRDefault="00A638C6" w:rsidP="00A638C6">
      <w:pPr>
        <w:pStyle w:val="Szvegtrzs"/>
        <w:rPr>
          <w:u w:val="single"/>
        </w:rPr>
      </w:pPr>
    </w:p>
    <w:p w14:paraId="4B60DACD" w14:textId="77777777" w:rsidR="00A638C6" w:rsidRPr="0078531E" w:rsidRDefault="00A638C6" w:rsidP="00A638C6">
      <w:pPr>
        <w:pStyle w:val="Szvegtrzs"/>
        <w:rPr>
          <w:u w:val="single"/>
        </w:rPr>
      </w:pPr>
    </w:p>
    <w:p w14:paraId="49FA4730" w14:textId="77777777" w:rsidR="00A638C6" w:rsidRPr="0078531E" w:rsidRDefault="00A638C6">
      <w:pPr>
        <w:pStyle w:val="Szvegtrzs"/>
        <w:ind w:left="376"/>
      </w:pPr>
    </w:p>
    <w:p w14:paraId="408C4C5A" w14:textId="5BB7E11A" w:rsidR="00A638C6" w:rsidRPr="0078531E" w:rsidRDefault="00A638C6" w:rsidP="00A638C6">
      <w:pPr>
        <w:pStyle w:val="Szvegtrzs"/>
        <w:spacing w:after="240"/>
        <w:ind w:left="376"/>
        <w:rPr>
          <w:sz w:val="20"/>
          <w:szCs w:val="20"/>
        </w:rPr>
      </w:pPr>
      <w:r w:rsidRPr="0078531E">
        <w:softHyphen/>
      </w:r>
      <w:r w:rsidRPr="0078531E">
        <w:softHyphen/>
      </w:r>
      <w:r w:rsidRPr="0078531E">
        <w:softHyphen/>
      </w:r>
      <w:r w:rsidRPr="0078531E">
        <w:softHyphen/>
      </w:r>
      <w:r w:rsidRPr="0078531E">
        <w:softHyphen/>
      </w:r>
      <w:r w:rsidRPr="0078531E">
        <w:softHyphen/>
      </w:r>
      <w:r w:rsidRPr="0078531E">
        <w:softHyphen/>
      </w:r>
      <w:r w:rsidRPr="0078531E">
        <w:softHyphen/>
      </w:r>
      <w:r w:rsidRPr="0078531E">
        <w:softHyphen/>
      </w:r>
      <w:r w:rsidRPr="0078531E">
        <w:softHyphen/>
      </w:r>
      <w:r w:rsidRPr="0078531E">
        <w:softHyphen/>
      </w:r>
      <w:r w:rsidRPr="0078531E">
        <w:softHyphen/>
      </w:r>
      <w:r w:rsidRPr="0078531E">
        <w:softHyphen/>
      </w:r>
      <w:r w:rsidRPr="0078531E">
        <w:softHyphen/>
      </w:r>
      <w:r w:rsidRPr="0078531E">
        <w:softHyphen/>
      </w:r>
      <w:r w:rsidRPr="0078531E">
        <w:softHyphen/>
      </w:r>
      <w:r w:rsidRPr="0078531E">
        <w:softHyphen/>
      </w:r>
      <w:r w:rsidRPr="0078531E">
        <w:softHyphen/>
      </w:r>
      <w:r w:rsidRPr="0078531E">
        <w:rPr>
          <w:sz w:val="20"/>
          <w:szCs w:val="20"/>
        </w:rPr>
        <w:t>______________________________</w:t>
      </w:r>
    </w:p>
    <w:p w14:paraId="3B3BF187" w14:textId="05AD91ED" w:rsidR="00A638C6" w:rsidRPr="0078531E" w:rsidRDefault="00A638C6" w:rsidP="00A638C6">
      <w:pPr>
        <w:pStyle w:val="Szvegtrzs"/>
        <w:numPr>
          <w:ilvl w:val="0"/>
          <w:numId w:val="38"/>
        </w:numPr>
        <w:spacing w:after="240"/>
        <w:rPr>
          <w:sz w:val="20"/>
          <w:szCs w:val="20"/>
        </w:rPr>
      </w:pPr>
      <w:r w:rsidRPr="0078531E">
        <w:rPr>
          <w:sz w:val="20"/>
          <w:szCs w:val="20"/>
        </w:rPr>
        <w:t>363/2012.(XII. 17.) Korm.rendelet</w:t>
      </w:r>
    </w:p>
    <w:p w14:paraId="3E3B3ED1" w14:textId="77777777" w:rsidR="00F60D62" w:rsidRPr="0078531E" w:rsidRDefault="00F60D62" w:rsidP="00F60D62">
      <w:pPr>
        <w:pStyle w:val="Szvegtrzs"/>
        <w:spacing w:after="240"/>
        <w:ind w:left="495"/>
        <w:rPr>
          <w:sz w:val="20"/>
          <w:szCs w:val="20"/>
        </w:rPr>
      </w:pPr>
    </w:p>
    <w:p w14:paraId="62888D64" w14:textId="77777777" w:rsidR="00F60D62" w:rsidRPr="0078531E" w:rsidRDefault="00F60D62" w:rsidP="00F60D62">
      <w:pPr>
        <w:pStyle w:val="Szvegtrzs"/>
        <w:spacing w:after="240"/>
        <w:ind w:left="495"/>
        <w:rPr>
          <w:sz w:val="20"/>
          <w:szCs w:val="20"/>
        </w:rPr>
      </w:pPr>
    </w:p>
    <w:p w14:paraId="65B17042" w14:textId="77777777" w:rsidR="00F60D62" w:rsidRPr="0078531E" w:rsidRDefault="00F60D62" w:rsidP="00F60D62">
      <w:pPr>
        <w:pStyle w:val="Szvegtrzs"/>
        <w:spacing w:after="240"/>
        <w:ind w:left="495"/>
        <w:rPr>
          <w:sz w:val="20"/>
          <w:szCs w:val="20"/>
        </w:rPr>
      </w:pPr>
    </w:p>
    <w:p w14:paraId="2E4704EC" w14:textId="0D2ABA5B" w:rsidR="00AE0CFD" w:rsidRPr="0078531E" w:rsidRDefault="00C3522D" w:rsidP="00FD4608">
      <w:pPr>
        <w:pStyle w:val="Szvegtrzs"/>
        <w:spacing w:after="240"/>
        <w:ind w:left="495"/>
        <w:jc w:val="both"/>
        <w:rPr>
          <w:sz w:val="20"/>
          <w:szCs w:val="20"/>
        </w:rPr>
      </w:pPr>
      <w:r w:rsidRPr="0078531E">
        <w:rPr>
          <w:u w:val="single"/>
        </w:rPr>
        <w:lastRenderedPageBreak/>
        <w:t>Az</w:t>
      </w:r>
      <w:r w:rsidRPr="0078531E">
        <w:rPr>
          <w:spacing w:val="-1"/>
          <w:u w:val="single"/>
        </w:rPr>
        <w:t xml:space="preserve"> </w:t>
      </w:r>
      <w:r w:rsidRPr="0078531E">
        <w:rPr>
          <w:u w:val="single"/>
        </w:rPr>
        <w:t>óvodánk</w:t>
      </w:r>
      <w:r w:rsidRPr="0078531E">
        <w:rPr>
          <w:spacing w:val="-2"/>
          <w:u w:val="single"/>
        </w:rPr>
        <w:t xml:space="preserve"> </w:t>
      </w:r>
      <w:r w:rsidRPr="0078531E">
        <w:rPr>
          <w:u w:val="single"/>
        </w:rPr>
        <w:t>kapcsolatrendszere</w:t>
      </w:r>
      <w:r w:rsidRPr="0078531E">
        <w:rPr>
          <w:spacing w:val="-2"/>
          <w:u w:val="single"/>
        </w:rPr>
        <w:t xml:space="preserve"> </w:t>
      </w:r>
      <w:r w:rsidRPr="0078531E">
        <w:rPr>
          <w:u w:val="single"/>
        </w:rPr>
        <w:t>két</w:t>
      </w:r>
      <w:r w:rsidRPr="0078531E">
        <w:rPr>
          <w:spacing w:val="-1"/>
          <w:u w:val="single"/>
        </w:rPr>
        <w:t xml:space="preserve"> </w:t>
      </w:r>
      <w:r w:rsidRPr="0078531E">
        <w:rPr>
          <w:u w:val="single"/>
        </w:rPr>
        <w:t>részből</w:t>
      </w:r>
      <w:r w:rsidRPr="0078531E">
        <w:rPr>
          <w:spacing w:val="-1"/>
          <w:u w:val="single"/>
        </w:rPr>
        <w:t xml:space="preserve"> </w:t>
      </w:r>
      <w:r w:rsidRPr="0078531E">
        <w:rPr>
          <w:spacing w:val="-4"/>
          <w:u w:val="single"/>
        </w:rPr>
        <w:t>áll:</w:t>
      </w:r>
    </w:p>
    <w:p w14:paraId="759496BE" w14:textId="4F491023" w:rsidR="00AE0CFD" w:rsidRPr="0078531E" w:rsidRDefault="00A638C6" w:rsidP="00FD4608">
      <w:pPr>
        <w:tabs>
          <w:tab w:val="left" w:pos="983"/>
        </w:tabs>
        <w:spacing w:before="139" w:line="360" w:lineRule="auto"/>
        <w:jc w:val="both"/>
        <w:rPr>
          <w:sz w:val="24"/>
        </w:rPr>
      </w:pPr>
      <w:r w:rsidRPr="0078531E">
        <w:rPr>
          <w:sz w:val="24"/>
        </w:rPr>
        <w:tab/>
      </w:r>
      <w:r w:rsidR="00C3522D" w:rsidRPr="0078531E">
        <w:rPr>
          <w:sz w:val="24"/>
        </w:rPr>
        <w:t>Kapcsolat</w:t>
      </w:r>
      <w:r w:rsidR="00C3522D" w:rsidRPr="0078531E">
        <w:rPr>
          <w:spacing w:val="-1"/>
          <w:sz w:val="24"/>
        </w:rPr>
        <w:t xml:space="preserve"> </w:t>
      </w:r>
      <w:r w:rsidR="00C3522D" w:rsidRPr="0078531E">
        <w:rPr>
          <w:sz w:val="24"/>
        </w:rPr>
        <w:t>a</w:t>
      </w:r>
      <w:r w:rsidR="00C3522D" w:rsidRPr="0078531E">
        <w:rPr>
          <w:spacing w:val="-2"/>
          <w:sz w:val="24"/>
        </w:rPr>
        <w:t xml:space="preserve"> </w:t>
      </w:r>
      <w:r w:rsidR="00C3522D" w:rsidRPr="0078531E">
        <w:rPr>
          <w:sz w:val="24"/>
        </w:rPr>
        <w:t>közvetlen</w:t>
      </w:r>
      <w:r w:rsidR="00C3522D" w:rsidRPr="0078531E">
        <w:rPr>
          <w:spacing w:val="-1"/>
          <w:sz w:val="24"/>
        </w:rPr>
        <w:t xml:space="preserve"> </w:t>
      </w:r>
      <w:r w:rsidR="00C3522D" w:rsidRPr="0078531E">
        <w:rPr>
          <w:sz w:val="24"/>
        </w:rPr>
        <w:t>partnerekkel:</w:t>
      </w:r>
      <w:r w:rsidR="00C3522D" w:rsidRPr="0078531E">
        <w:rPr>
          <w:spacing w:val="-1"/>
          <w:sz w:val="24"/>
        </w:rPr>
        <w:t xml:space="preserve"> </w:t>
      </w:r>
      <w:r w:rsidR="00C3522D" w:rsidRPr="0078531E">
        <w:rPr>
          <w:sz w:val="24"/>
        </w:rPr>
        <w:t>család,</w:t>
      </w:r>
      <w:r w:rsidR="00C3522D" w:rsidRPr="0078531E">
        <w:rPr>
          <w:spacing w:val="-1"/>
          <w:sz w:val="24"/>
        </w:rPr>
        <w:t xml:space="preserve"> </w:t>
      </w:r>
      <w:r w:rsidR="00C3522D" w:rsidRPr="0078531E">
        <w:rPr>
          <w:sz w:val="24"/>
        </w:rPr>
        <w:t>óvodák,</w:t>
      </w:r>
      <w:r w:rsidR="00C3522D" w:rsidRPr="0078531E">
        <w:rPr>
          <w:spacing w:val="-1"/>
          <w:sz w:val="24"/>
        </w:rPr>
        <w:t xml:space="preserve"> </w:t>
      </w:r>
      <w:r w:rsidR="00C3522D" w:rsidRPr="0078531E">
        <w:rPr>
          <w:spacing w:val="-2"/>
          <w:sz w:val="24"/>
        </w:rPr>
        <w:t>iskolák</w:t>
      </w:r>
    </w:p>
    <w:p w14:paraId="6067DC06" w14:textId="40FCECAD" w:rsidR="00AE0CFD" w:rsidRPr="0078531E" w:rsidRDefault="00A638C6" w:rsidP="00FD4608">
      <w:pPr>
        <w:tabs>
          <w:tab w:val="left" w:pos="923"/>
        </w:tabs>
        <w:spacing w:before="137" w:line="360" w:lineRule="auto"/>
        <w:ind w:left="736" w:right="511"/>
        <w:jc w:val="both"/>
        <w:rPr>
          <w:sz w:val="24"/>
        </w:rPr>
      </w:pPr>
      <w:r w:rsidRPr="0078531E">
        <w:rPr>
          <w:sz w:val="24"/>
        </w:rPr>
        <w:tab/>
      </w:r>
      <w:r w:rsidR="00C3522D" w:rsidRPr="0078531E">
        <w:rPr>
          <w:sz w:val="24"/>
        </w:rPr>
        <w:t>Kapcsolat a közvetett partnerekkel: Gyermekjóléti Szolgálat,</w:t>
      </w:r>
      <w:r w:rsidR="00C3522D" w:rsidRPr="0078531E">
        <w:rPr>
          <w:spacing w:val="-5"/>
          <w:sz w:val="24"/>
        </w:rPr>
        <w:t xml:space="preserve"> </w:t>
      </w:r>
      <w:r w:rsidR="00C3522D" w:rsidRPr="0078531E">
        <w:rPr>
          <w:sz w:val="24"/>
        </w:rPr>
        <w:t>közművelődési</w:t>
      </w:r>
      <w:r w:rsidR="00C3522D" w:rsidRPr="0078531E">
        <w:rPr>
          <w:spacing w:val="-5"/>
          <w:sz w:val="24"/>
        </w:rPr>
        <w:t xml:space="preserve"> </w:t>
      </w:r>
      <w:r w:rsidR="00C3522D" w:rsidRPr="0078531E">
        <w:rPr>
          <w:sz w:val="24"/>
        </w:rPr>
        <w:t>és</w:t>
      </w:r>
      <w:r w:rsidR="00C3522D" w:rsidRPr="0078531E">
        <w:rPr>
          <w:spacing w:val="-6"/>
          <w:sz w:val="24"/>
        </w:rPr>
        <w:t xml:space="preserve"> </w:t>
      </w:r>
      <w:r w:rsidR="00C3522D" w:rsidRPr="0078531E">
        <w:rPr>
          <w:sz w:val="24"/>
        </w:rPr>
        <w:t>egyéb</w:t>
      </w:r>
      <w:r w:rsidR="00C3522D" w:rsidRPr="0078531E">
        <w:rPr>
          <w:spacing w:val="-5"/>
          <w:sz w:val="24"/>
        </w:rPr>
        <w:t xml:space="preserve"> </w:t>
      </w:r>
      <w:r w:rsidR="00C3522D" w:rsidRPr="0078531E">
        <w:rPr>
          <w:sz w:val="24"/>
        </w:rPr>
        <w:t>intézmények,</w:t>
      </w:r>
      <w:r w:rsidR="00C3522D" w:rsidRPr="0078531E">
        <w:rPr>
          <w:spacing w:val="-3"/>
          <w:sz w:val="24"/>
        </w:rPr>
        <w:t xml:space="preserve"> </w:t>
      </w:r>
      <w:r w:rsidR="00C3522D" w:rsidRPr="0078531E">
        <w:rPr>
          <w:sz w:val="24"/>
        </w:rPr>
        <w:t>védőnői</w:t>
      </w:r>
      <w:r w:rsidR="00C3522D" w:rsidRPr="0078531E">
        <w:rPr>
          <w:spacing w:val="-5"/>
          <w:sz w:val="24"/>
        </w:rPr>
        <w:t xml:space="preserve"> </w:t>
      </w:r>
      <w:r w:rsidR="00C3522D" w:rsidRPr="0078531E">
        <w:rPr>
          <w:sz w:val="24"/>
        </w:rPr>
        <w:t>és</w:t>
      </w:r>
      <w:r w:rsidR="00C3522D" w:rsidRPr="0078531E">
        <w:rPr>
          <w:spacing w:val="-4"/>
          <w:sz w:val="24"/>
        </w:rPr>
        <w:t xml:space="preserve"> </w:t>
      </w:r>
      <w:r w:rsidR="00C3522D" w:rsidRPr="0078531E">
        <w:rPr>
          <w:sz w:val="24"/>
        </w:rPr>
        <w:t>gyermekorvosi</w:t>
      </w:r>
      <w:r w:rsidR="00C3522D" w:rsidRPr="0078531E">
        <w:rPr>
          <w:spacing w:val="-5"/>
          <w:sz w:val="24"/>
        </w:rPr>
        <w:t xml:space="preserve"> </w:t>
      </w:r>
      <w:r w:rsidR="00C3522D" w:rsidRPr="0078531E">
        <w:rPr>
          <w:sz w:val="24"/>
        </w:rPr>
        <w:t>szolgálat</w:t>
      </w:r>
    </w:p>
    <w:p w14:paraId="6CB4669B" w14:textId="77777777" w:rsidR="00A638C6" w:rsidRPr="0078531E" w:rsidRDefault="00A638C6" w:rsidP="00FD4608">
      <w:pPr>
        <w:tabs>
          <w:tab w:val="left" w:pos="923"/>
        </w:tabs>
        <w:spacing w:before="137" w:line="360" w:lineRule="auto"/>
        <w:ind w:left="736" w:right="511"/>
        <w:jc w:val="both"/>
        <w:rPr>
          <w:sz w:val="24"/>
        </w:rPr>
      </w:pPr>
    </w:p>
    <w:p w14:paraId="0B70CCB1" w14:textId="77777777" w:rsidR="00AE0CFD" w:rsidRPr="0078531E" w:rsidRDefault="00C3522D" w:rsidP="00FD4608">
      <w:pPr>
        <w:pStyle w:val="Cmsor4"/>
        <w:tabs>
          <w:tab w:val="left" w:pos="976"/>
        </w:tabs>
        <w:spacing w:before="3" w:line="360" w:lineRule="auto"/>
        <w:ind w:left="736"/>
        <w:jc w:val="both"/>
        <w:rPr>
          <w:u w:val="single"/>
        </w:rPr>
      </w:pPr>
      <w:r w:rsidRPr="0078531E">
        <w:rPr>
          <w:u w:val="single"/>
        </w:rPr>
        <w:t>Közvetett</w:t>
      </w:r>
      <w:r w:rsidRPr="0078531E">
        <w:rPr>
          <w:spacing w:val="-3"/>
          <w:u w:val="single"/>
        </w:rPr>
        <w:t xml:space="preserve"> </w:t>
      </w:r>
      <w:r w:rsidRPr="0078531E">
        <w:rPr>
          <w:u w:val="single"/>
        </w:rPr>
        <w:t>és</w:t>
      </w:r>
      <w:r w:rsidRPr="0078531E">
        <w:rPr>
          <w:spacing w:val="-2"/>
          <w:u w:val="single"/>
        </w:rPr>
        <w:t xml:space="preserve"> </w:t>
      </w:r>
      <w:r w:rsidRPr="0078531E">
        <w:rPr>
          <w:u w:val="single"/>
        </w:rPr>
        <w:t xml:space="preserve">közvetlen </w:t>
      </w:r>
      <w:r w:rsidRPr="0078531E">
        <w:rPr>
          <w:spacing w:val="-2"/>
          <w:u w:val="single"/>
        </w:rPr>
        <w:t>partnereink</w:t>
      </w:r>
    </w:p>
    <w:p w14:paraId="0169551B" w14:textId="77777777" w:rsidR="00AE0CFD" w:rsidRPr="0078531E" w:rsidRDefault="00C3522D" w:rsidP="00FD4608">
      <w:pPr>
        <w:pStyle w:val="Cmsor5"/>
        <w:tabs>
          <w:tab w:val="left" w:pos="851"/>
        </w:tabs>
        <w:spacing w:before="0" w:line="360" w:lineRule="auto"/>
        <w:ind w:left="1156" w:firstLine="0"/>
        <w:jc w:val="both"/>
      </w:pPr>
      <w:r w:rsidRPr="0078531E">
        <w:rPr>
          <w:spacing w:val="-2"/>
        </w:rPr>
        <w:t>Szülők</w:t>
      </w:r>
    </w:p>
    <w:p w14:paraId="40F2A621" w14:textId="77777777" w:rsidR="00AE0CFD" w:rsidRPr="0078531E" w:rsidRDefault="00C3522D" w:rsidP="00FD4608">
      <w:pPr>
        <w:pStyle w:val="Cmsor5"/>
        <w:tabs>
          <w:tab w:val="left" w:pos="851"/>
        </w:tabs>
        <w:spacing w:before="0" w:line="360" w:lineRule="auto"/>
        <w:ind w:left="1156" w:firstLine="0"/>
        <w:jc w:val="both"/>
      </w:pPr>
      <w:r w:rsidRPr="0078531E">
        <w:t>Segítő</w:t>
      </w:r>
      <w:r w:rsidRPr="0078531E">
        <w:rPr>
          <w:spacing w:val="-4"/>
        </w:rPr>
        <w:t xml:space="preserve"> </w:t>
      </w:r>
      <w:r w:rsidRPr="0078531E">
        <w:t>intézmények,</w:t>
      </w:r>
      <w:r w:rsidRPr="0078531E">
        <w:rPr>
          <w:spacing w:val="-3"/>
        </w:rPr>
        <w:t xml:space="preserve"> </w:t>
      </w:r>
      <w:r w:rsidRPr="0078531E">
        <w:rPr>
          <w:spacing w:val="-2"/>
        </w:rPr>
        <w:t>szakemberek</w:t>
      </w:r>
    </w:p>
    <w:p w14:paraId="37DC181B" w14:textId="34B2119E" w:rsidR="00AE0CFD" w:rsidRPr="0078531E" w:rsidRDefault="00C3522D" w:rsidP="00FD4608">
      <w:pPr>
        <w:pStyle w:val="Listaszerbekezds"/>
        <w:numPr>
          <w:ilvl w:val="2"/>
          <w:numId w:val="3"/>
        </w:numPr>
        <w:tabs>
          <w:tab w:val="left" w:pos="851"/>
          <w:tab w:val="left" w:pos="1331"/>
        </w:tabs>
        <w:spacing w:line="360" w:lineRule="auto"/>
        <w:ind w:left="1331"/>
        <w:jc w:val="both"/>
        <w:rPr>
          <w:sz w:val="24"/>
        </w:rPr>
      </w:pPr>
      <w:r w:rsidRPr="0078531E">
        <w:rPr>
          <w:sz w:val="24"/>
        </w:rPr>
        <w:t>Gyermekjóléti</w:t>
      </w:r>
      <w:r w:rsidRPr="0078531E">
        <w:rPr>
          <w:spacing w:val="-2"/>
          <w:sz w:val="24"/>
        </w:rPr>
        <w:t xml:space="preserve"> szolgálat</w:t>
      </w:r>
    </w:p>
    <w:p w14:paraId="11959A21" w14:textId="77777777" w:rsidR="00AE0CFD" w:rsidRPr="0078531E" w:rsidRDefault="00C3522D" w:rsidP="00FD4608">
      <w:pPr>
        <w:pStyle w:val="Listaszerbekezds"/>
        <w:numPr>
          <w:ilvl w:val="2"/>
          <w:numId w:val="3"/>
        </w:numPr>
        <w:tabs>
          <w:tab w:val="left" w:pos="851"/>
          <w:tab w:val="left" w:pos="1331"/>
        </w:tabs>
        <w:spacing w:line="360" w:lineRule="auto"/>
        <w:ind w:left="1331"/>
        <w:jc w:val="both"/>
        <w:rPr>
          <w:sz w:val="24"/>
        </w:rPr>
      </w:pPr>
      <w:r w:rsidRPr="0078531E">
        <w:rPr>
          <w:sz w:val="24"/>
        </w:rPr>
        <w:t>Gyermekorvos,</w:t>
      </w:r>
      <w:r w:rsidRPr="0078531E">
        <w:rPr>
          <w:spacing w:val="-3"/>
          <w:sz w:val="24"/>
        </w:rPr>
        <w:t xml:space="preserve"> </w:t>
      </w:r>
      <w:r w:rsidRPr="0078531E">
        <w:rPr>
          <w:sz w:val="24"/>
        </w:rPr>
        <w:t>védőnő,</w:t>
      </w:r>
      <w:r w:rsidRPr="0078531E">
        <w:rPr>
          <w:spacing w:val="-2"/>
          <w:sz w:val="24"/>
        </w:rPr>
        <w:t xml:space="preserve"> fogorvos</w:t>
      </w:r>
    </w:p>
    <w:p w14:paraId="3346A10E" w14:textId="77777777" w:rsidR="00AE0CFD" w:rsidRPr="0078531E" w:rsidRDefault="00C3522D" w:rsidP="00FD4608">
      <w:pPr>
        <w:pStyle w:val="Listaszerbekezds"/>
        <w:numPr>
          <w:ilvl w:val="2"/>
          <w:numId w:val="3"/>
        </w:numPr>
        <w:tabs>
          <w:tab w:val="left" w:pos="851"/>
          <w:tab w:val="left" w:pos="1331"/>
        </w:tabs>
        <w:spacing w:line="360" w:lineRule="auto"/>
        <w:ind w:left="1331"/>
        <w:jc w:val="both"/>
      </w:pPr>
      <w:r w:rsidRPr="0078531E">
        <w:rPr>
          <w:spacing w:val="-2"/>
          <w:sz w:val="24"/>
        </w:rPr>
        <w:t>ÁNTSZ</w:t>
      </w:r>
    </w:p>
    <w:p w14:paraId="379D7159" w14:textId="16B9FB09" w:rsidR="00AE0CFD" w:rsidRPr="0078531E" w:rsidRDefault="006C199C" w:rsidP="00FD4608">
      <w:pPr>
        <w:pStyle w:val="Listaszerbekezds"/>
        <w:numPr>
          <w:ilvl w:val="2"/>
          <w:numId w:val="3"/>
        </w:numPr>
        <w:tabs>
          <w:tab w:val="left" w:pos="851"/>
          <w:tab w:val="left" w:pos="1331"/>
        </w:tabs>
        <w:spacing w:line="360" w:lineRule="auto"/>
        <w:ind w:left="1331"/>
        <w:jc w:val="both"/>
        <w:rPr>
          <w:sz w:val="24"/>
        </w:rPr>
      </w:pPr>
      <w:r w:rsidRPr="0078531E">
        <w:rPr>
          <w:sz w:val="24"/>
        </w:rPr>
        <w:t xml:space="preserve">Somogy Vármegyei </w:t>
      </w:r>
      <w:r w:rsidR="00C3522D" w:rsidRPr="0078531E">
        <w:rPr>
          <w:sz w:val="24"/>
        </w:rPr>
        <w:t>Pedagógiai</w:t>
      </w:r>
      <w:r w:rsidR="00C3522D" w:rsidRPr="0078531E">
        <w:rPr>
          <w:spacing w:val="-3"/>
          <w:sz w:val="24"/>
        </w:rPr>
        <w:t xml:space="preserve"> </w:t>
      </w:r>
      <w:r w:rsidR="00C3522D" w:rsidRPr="0078531E">
        <w:rPr>
          <w:spacing w:val="-2"/>
          <w:sz w:val="24"/>
        </w:rPr>
        <w:t>Szakszolgálat</w:t>
      </w:r>
      <w:r w:rsidRPr="0078531E">
        <w:rPr>
          <w:spacing w:val="-2"/>
          <w:sz w:val="24"/>
        </w:rPr>
        <w:t xml:space="preserve"> Siófoki Tagintézménye</w:t>
      </w:r>
    </w:p>
    <w:p w14:paraId="2E124650" w14:textId="77777777" w:rsidR="00AE0CFD" w:rsidRPr="0078531E" w:rsidRDefault="00C3522D" w:rsidP="00FD4608">
      <w:pPr>
        <w:pStyle w:val="Listaszerbekezds"/>
        <w:numPr>
          <w:ilvl w:val="2"/>
          <w:numId w:val="3"/>
        </w:numPr>
        <w:tabs>
          <w:tab w:val="left" w:pos="851"/>
          <w:tab w:val="left" w:pos="1331"/>
        </w:tabs>
        <w:spacing w:line="360" w:lineRule="auto"/>
        <w:ind w:left="1331"/>
        <w:jc w:val="both"/>
        <w:rPr>
          <w:sz w:val="24"/>
        </w:rPr>
      </w:pPr>
      <w:r w:rsidRPr="0078531E">
        <w:rPr>
          <w:spacing w:val="-2"/>
          <w:sz w:val="24"/>
        </w:rPr>
        <w:t>Gyámügy</w:t>
      </w:r>
    </w:p>
    <w:p w14:paraId="0B2D6C81" w14:textId="244704B9" w:rsidR="00FD4608" w:rsidRPr="0078531E" w:rsidRDefault="00C3522D" w:rsidP="00FD4608">
      <w:pPr>
        <w:pStyle w:val="Cmsor5"/>
        <w:tabs>
          <w:tab w:val="left" w:pos="851"/>
        </w:tabs>
        <w:spacing w:before="5" w:line="360" w:lineRule="auto"/>
        <w:ind w:left="1163" w:firstLine="0"/>
        <w:jc w:val="both"/>
        <w:rPr>
          <w:spacing w:val="-2"/>
        </w:rPr>
      </w:pPr>
      <w:r w:rsidRPr="0078531E">
        <w:rPr>
          <w:spacing w:val="-2"/>
        </w:rPr>
        <w:t>Társintézmények</w:t>
      </w:r>
    </w:p>
    <w:p w14:paraId="29CEC954" w14:textId="20EBDDE1" w:rsidR="00AE0CFD" w:rsidRPr="0078531E" w:rsidRDefault="00225BD7" w:rsidP="00FD4608">
      <w:pPr>
        <w:pStyle w:val="Listaszerbekezds"/>
        <w:numPr>
          <w:ilvl w:val="1"/>
          <w:numId w:val="27"/>
        </w:numPr>
        <w:tabs>
          <w:tab w:val="left" w:pos="851"/>
          <w:tab w:val="left" w:pos="1283"/>
        </w:tabs>
        <w:spacing w:line="360" w:lineRule="auto"/>
        <w:jc w:val="both"/>
        <w:rPr>
          <w:sz w:val="24"/>
        </w:rPr>
      </w:pPr>
      <w:r w:rsidRPr="0078531E">
        <w:rPr>
          <w:sz w:val="24"/>
        </w:rPr>
        <w:t>Balatonvilágosi Mészöly Géza Általános Iskola</w:t>
      </w:r>
    </w:p>
    <w:p w14:paraId="29C82EA3" w14:textId="6C5ED9EF" w:rsidR="00AE0CFD" w:rsidRPr="0078531E" w:rsidRDefault="0041100F" w:rsidP="00FD4608">
      <w:pPr>
        <w:pStyle w:val="Cmsor5"/>
        <w:tabs>
          <w:tab w:val="left" w:pos="851"/>
          <w:tab w:val="left" w:pos="1096"/>
        </w:tabs>
        <w:spacing w:before="5" w:line="360" w:lineRule="auto"/>
        <w:ind w:left="1096" w:firstLine="0"/>
        <w:jc w:val="both"/>
      </w:pPr>
      <w:r w:rsidRPr="0078531E">
        <w:rPr>
          <w:spacing w:val="-2"/>
        </w:rPr>
        <w:t xml:space="preserve">  </w:t>
      </w:r>
      <w:r w:rsidR="00C3522D" w:rsidRPr="0078531E">
        <w:rPr>
          <w:spacing w:val="-2"/>
        </w:rPr>
        <w:t>Fenntartó</w:t>
      </w:r>
    </w:p>
    <w:p w14:paraId="49212468" w14:textId="46327008" w:rsidR="00A708E5" w:rsidRPr="0078531E" w:rsidRDefault="00225BD7" w:rsidP="00FD4608">
      <w:pPr>
        <w:pStyle w:val="Szvegtrzs"/>
        <w:numPr>
          <w:ilvl w:val="1"/>
          <w:numId w:val="27"/>
        </w:numPr>
        <w:spacing w:line="360" w:lineRule="auto"/>
        <w:jc w:val="both"/>
        <w:rPr>
          <w:spacing w:val="-2"/>
        </w:rPr>
      </w:pPr>
      <w:r w:rsidRPr="0078531E">
        <w:t>Balatonvilágos Község</w:t>
      </w:r>
      <w:r w:rsidR="00C3522D" w:rsidRPr="0078531E">
        <w:rPr>
          <w:spacing w:val="-4"/>
        </w:rPr>
        <w:t xml:space="preserve"> </w:t>
      </w:r>
      <w:r w:rsidR="00C3522D" w:rsidRPr="0078531E">
        <w:t>Önkormányzata,</w:t>
      </w:r>
      <w:r w:rsidR="00C3522D" w:rsidRPr="0078531E">
        <w:rPr>
          <w:spacing w:val="-3"/>
        </w:rPr>
        <w:t xml:space="preserve"> </w:t>
      </w:r>
      <w:r w:rsidR="00C3522D" w:rsidRPr="0078531E">
        <w:t>Polgármesteri</w:t>
      </w:r>
      <w:r w:rsidR="00C3522D" w:rsidRPr="0078531E">
        <w:rPr>
          <w:spacing w:val="-3"/>
        </w:rPr>
        <w:t xml:space="preserve"> </w:t>
      </w:r>
      <w:r w:rsidR="00C3522D" w:rsidRPr="0078531E">
        <w:rPr>
          <w:spacing w:val="-2"/>
        </w:rPr>
        <w:t>Hivatala</w:t>
      </w:r>
    </w:p>
    <w:p w14:paraId="29F3EDF7" w14:textId="00C2AF09" w:rsidR="00FD0AC8" w:rsidRPr="0078531E" w:rsidRDefault="0041100F" w:rsidP="00FD4608">
      <w:pPr>
        <w:pStyle w:val="Cmsor5"/>
        <w:tabs>
          <w:tab w:val="left" w:pos="923"/>
        </w:tabs>
        <w:spacing w:before="5" w:line="360" w:lineRule="auto"/>
        <w:ind w:left="993" w:firstLine="0"/>
        <w:jc w:val="both"/>
      </w:pPr>
      <w:r w:rsidRPr="0078531E">
        <w:t xml:space="preserve">  </w:t>
      </w:r>
      <w:r w:rsidR="00FD0AC8" w:rsidRPr="0078531E">
        <w:t>Civil</w:t>
      </w:r>
      <w:r w:rsidR="00FD0AC8" w:rsidRPr="0078531E">
        <w:rPr>
          <w:spacing w:val="-2"/>
        </w:rPr>
        <w:t xml:space="preserve"> szervezetek</w:t>
      </w:r>
    </w:p>
    <w:p w14:paraId="6A27C7AC" w14:textId="77777777" w:rsidR="00FD0AC8" w:rsidRPr="0078531E" w:rsidRDefault="00FD0AC8" w:rsidP="00FD4608">
      <w:pPr>
        <w:pStyle w:val="Listaszerbekezds"/>
        <w:numPr>
          <w:ilvl w:val="1"/>
          <w:numId w:val="27"/>
        </w:numPr>
        <w:tabs>
          <w:tab w:val="left" w:pos="567"/>
          <w:tab w:val="left" w:pos="1698"/>
        </w:tabs>
        <w:spacing w:line="360" w:lineRule="auto"/>
        <w:jc w:val="both"/>
        <w:rPr>
          <w:sz w:val="24"/>
        </w:rPr>
      </w:pPr>
      <w:r w:rsidRPr="0078531E">
        <w:rPr>
          <w:sz w:val="24"/>
        </w:rPr>
        <w:t>Balatonvilágosi Nők Egyesülete</w:t>
      </w:r>
    </w:p>
    <w:p w14:paraId="1323F66A" w14:textId="77777777" w:rsidR="00FD0AC8" w:rsidRPr="0078531E" w:rsidRDefault="00FD0AC8" w:rsidP="00FD4608">
      <w:pPr>
        <w:pStyle w:val="Listaszerbekezds"/>
        <w:numPr>
          <w:ilvl w:val="1"/>
          <w:numId w:val="27"/>
        </w:numPr>
        <w:tabs>
          <w:tab w:val="left" w:pos="923"/>
          <w:tab w:val="left" w:pos="1698"/>
        </w:tabs>
        <w:spacing w:line="360" w:lineRule="auto"/>
        <w:jc w:val="both"/>
        <w:rPr>
          <w:sz w:val="24"/>
        </w:rPr>
      </w:pPr>
      <w:r w:rsidRPr="0078531E">
        <w:rPr>
          <w:sz w:val="24"/>
        </w:rPr>
        <w:t>Mozdulj Világos Sport Egyesület</w:t>
      </w:r>
    </w:p>
    <w:p w14:paraId="5C5691ED" w14:textId="77777777" w:rsidR="00AE0CFD" w:rsidRPr="0078531E" w:rsidRDefault="00AE0CFD">
      <w:pPr>
        <w:pStyle w:val="Szvegtrzs"/>
      </w:pPr>
    </w:p>
    <w:p w14:paraId="00291FC5" w14:textId="77777777" w:rsidR="00AE0CFD" w:rsidRPr="0078531E" w:rsidRDefault="00AE0CFD">
      <w:pPr>
        <w:pStyle w:val="Szvegtrzs"/>
        <w:spacing w:before="5"/>
      </w:pPr>
    </w:p>
    <w:p w14:paraId="44B486E8" w14:textId="4905C129" w:rsidR="00AE0CFD" w:rsidRPr="0078531E" w:rsidRDefault="00C3522D" w:rsidP="00FD4608">
      <w:pPr>
        <w:pStyle w:val="Cmsor4"/>
        <w:numPr>
          <w:ilvl w:val="1"/>
          <w:numId w:val="4"/>
        </w:numPr>
        <w:tabs>
          <w:tab w:val="left" w:pos="567"/>
        </w:tabs>
        <w:spacing w:line="274" w:lineRule="exact"/>
        <w:ind w:left="922" w:hanging="213"/>
        <w:jc w:val="both"/>
      </w:pPr>
      <w:r w:rsidRPr="0078531E">
        <w:t>A</w:t>
      </w:r>
      <w:r w:rsidRPr="0078531E">
        <w:rPr>
          <w:spacing w:val="-3"/>
        </w:rPr>
        <w:t xml:space="preserve"> </w:t>
      </w:r>
      <w:r w:rsidRPr="0078531E">
        <w:t>kapcsolattartás</w:t>
      </w:r>
      <w:r w:rsidRPr="0078531E">
        <w:rPr>
          <w:spacing w:val="-2"/>
        </w:rPr>
        <w:t xml:space="preserve"> célja</w:t>
      </w:r>
    </w:p>
    <w:p w14:paraId="5CA850EA" w14:textId="7CD01AAE" w:rsidR="00AE0CFD" w:rsidRPr="0078531E" w:rsidRDefault="00C3522D" w:rsidP="00FD4608">
      <w:pPr>
        <w:pStyle w:val="Szvegtrzs"/>
        <w:tabs>
          <w:tab w:val="left" w:pos="567"/>
        </w:tabs>
        <w:spacing w:line="360" w:lineRule="auto"/>
        <w:ind w:left="923" w:hanging="213"/>
        <w:jc w:val="both"/>
      </w:pPr>
      <w:r w:rsidRPr="0078531E">
        <w:t>A</w:t>
      </w:r>
      <w:r w:rsidRPr="0078531E">
        <w:rPr>
          <w:spacing w:val="-8"/>
        </w:rPr>
        <w:t xml:space="preserve"> </w:t>
      </w:r>
      <w:r w:rsidRPr="0078531E">
        <w:t>gyermek</w:t>
      </w:r>
      <w:r w:rsidR="00A24BB3" w:rsidRPr="0078531E">
        <w:t xml:space="preserve"> </w:t>
      </w:r>
      <w:r w:rsidRPr="0078531E">
        <w:t>egyéni</w:t>
      </w:r>
      <w:r w:rsidRPr="0078531E">
        <w:rPr>
          <w:spacing w:val="-7"/>
        </w:rPr>
        <w:t xml:space="preserve"> </w:t>
      </w:r>
      <w:r w:rsidRPr="0078531E">
        <w:t>szükségleteinek,</w:t>
      </w:r>
      <w:r w:rsidRPr="0078531E">
        <w:rPr>
          <w:spacing w:val="-7"/>
        </w:rPr>
        <w:t xml:space="preserve"> </w:t>
      </w:r>
      <w:r w:rsidRPr="0078531E">
        <w:t>fejlettségének</w:t>
      </w:r>
      <w:r w:rsidRPr="0078531E">
        <w:rPr>
          <w:spacing w:val="-5"/>
        </w:rPr>
        <w:t xml:space="preserve"> </w:t>
      </w:r>
      <w:r w:rsidRPr="0078531E">
        <w:t>megfelelő</w:t>
      </w:r>
      <w:r w:rsidRPr="0078531E">
        <w:rPr>
          <w:spacing w:val="-7"/>
        </w:rPr>
        <w:t xml:space="preserve"> </w:t>
      </w:r>
      <w:r w:rsidRPr="0078531E">
        <w:t>nevelésben,</w:t>
      </w:r>
      <w:r w:rsidRPr="0078531E">
        <w:rPr>
          <w:spacing w:val="-7"/>
        </w:rPr>
        <w:t xml:space="preserve"> </w:t>
      </w:r>
      <w:r w:rsidRPr="0078531E">
        <w:t>fejlesztésben részesüljön, a lehető legszélesebb összefogással, óvó- védő háló biztosításával.</w:t>
      </w:r>
    </w:p>
    <w:p w14:paraId="4035190B" w14:textId="77777777" w:rsidR="00AE0CFD" w:rsidRPr="0078531E" w:rsidRDefault="00AE0CFD" w:rsidP="00FD4608">
      <w:pPr>
        <w:pStyle w:val="Szvegtrzs"/>
        <w:tabs>
          <w:tab w:val="left" w:pos="567"/>
        </w:tabs>
        <w:spacing w:before="2"/>
        <w:ind w:hanging="213"/>
        <w:jc w:val="both"/>
      </w:pPr>
    </w:p>
    <w:p w14:paraId="500E9463" w14:textId="4CA429C1" w:rsidR="00AE0CFD" w:rsidRPr="0078531E" w:rsidRDefault="00102283" w:rsidP="00FD4608">
      <w:pPr>
        <w:pStyle w:val="Cmsor4"/>
        <w:tabs>
          <w:tab w:val="left" w:pos="567"/>
        </w:tabs>
        <w:spacing w:before="1" w:line="274" w:lineRule="exact"/>
        <w:ind w:left="923" w:hanging="213"/>
        <w:jc w:val="both"/>
      </w:pPr>
      <w:r w:rsidRPr="0078531E">
        <w:t>2</w:t>
      </w:r>
      <w:r w:rsidR="00C3522D" w:rsidRPr="0078531E">
        <w:t>.</w:t>
      </w:r>
      <w:r w:rsidR="00C3522D" w:rsidRPr="0078531E">
        <w:rPr>
          <w:spacing w:val="-5"/>
        </w:rPr>
        <w:t xml:space="preserve"> </w:t>
      </w:r>
      <w:r w:rsidR="00C3522D" w:rsidRPr="0078531E">
        <w:t>A</w:t>
      </w:r>
      <w:r w:rsidR="00C3522D" w:rsidRPr="0078531E">
        <w:rPr>
          <w:spacing w:val="-3"/>
        </w:rPr>
        <w:t xml:space="preserve"> </w:t>
      </w:r>
      <w:r w:rsidR="00C3522D" w:rsidRPr="0078531E">
        <w:t>kapcsolattartás</w:t>
      </w:r>
      <w:r w:rsidR="00C3522D" w:rsidRPr="0078531E">
        <w:rPr>
          <w:spacing w:val="-2"/>
        </w:rPr>
        <w:t xml:space="preserve"> </w:t>
      </w:r>
      <w:r w:rsidR="00C3522D" w:rsidRPr="0078531E">
        <w:rPr>
          <w:spacing w:val="-4"/>
        </w:rPr>
        <w:t>elvei</w:t>
      </w:r>
    </w:p>
    <w:p w14:paraId="192CEB8E" w14:textId="22A9F3A5" w:rsidR="00AE0CFD" w:rsidRPr="0078531E" w:rsidRDefault="00C3522D" w:rsidP="00FD4608">
      <w:pPr>
        <w:pStyle w:val="Szvegtrzs"/>
        <w:tabs>
          <w:tab w:val="left" w:pos="567"/>
        </w:tabs>
        <w:spacing w:line="360" w:lineRule="auto"/>
        <w:ind w:left="923" w:right="469" w:hanging="213"/>
        <w:jc w:val="both"/>
      </w:pPr>
      <w:r w:rsidRPr="0078531E">
        <w:t>A</w:t>
      </w:r>
      <w:r w:rsidRPr="0078531E">
        <w:rPr>
          <w:spacing w:val="-5"/>
        </w:rPr>
        <w:t xml:space="preserve"> </w:t>
      </w:r>
      <w:r w:rsidRPr="0078531E">
        <w:t>kapcsolattartás</w:t>
      </w:r>
      <w:r w:rsidRPr="0078531E">
        <w:rPr>
          <w:spacing w:val="-5"/>
        </w:rPr>
        <w:t xml:space="preserve"> </w:t>
      </w:r>
      <w:r w:rsidRPr="0078531E">
        <w:t>kölcsönösségre,</w:t>
      </w:r>
      <w:r w:rsidRPr="0078531E">
        <w:rPr>
          <w:spacing w:val="-5"/>
        </w:rPr>
        <w:t xml:space="preserve"> </w:t>
      </w:r>
      <w:r w:rsidRPr="0078531E">
        <w:t>rendszeres</w:t>
      </w:r>
      <w:r w:rsidRPr="0078531E">
        <w:rPr>
          <w:spacing w:val="-5"/>
        </w:rPr>
        <w:t xml:space="preserve"> </w:t>
      </w:r>
      <w:r w:rsidRPr="0078531E">
        <w:t>együttműködésre</w:t>
      </w:r>
      <w:r w:rsidRPr="0078531E">
        <w:rPr>
          <w:spacing w:val="-5"/>
        </w:rPr>
        <w:t xml:space="preserve"> </w:t>
      </w:r>
      <w:r w:rsidRPr="0078531E">
        <w:t>épül,</w:t>
      </w:r>
      <w:r w:rsidRPr="0078531E">
        <w:rPr>
          <w:spacing w:val="-5"/>
        </w:rPr>
        <w:t xml:space="preserve"> </w:t>
      </w:r>
      <w:r w:rsidRPr="0078531E">
        <w:t>szervezeti</w:t>
      </w:r>
      <w:r w:rsidRPr="0078531E">
        <w:rPr>
          <w:spacing w:val="-5"/>
        </w:rPr>
        <w:t xml:space="preserve"> </w:t>
      </w:r>
      <w:r w:rsidRPr="0078531E">
        <w:t>és egyéni szinten is. A kapcsolattartás egyenlő részvételt igényel, ahol a nyitott,</w:t>
      </w:r>
      <w:r w:rsidR="00FD4608" w:rsidRPr="0078531E">
        <w:t xml:space="preserve"> </w:t>
      </w:r>
      <w:r w:rsidRPr="0078531E">
        <w:t>partnerközpontú</w:t>
      </w:r>
      <w:r w:rsidRPr="0078531E">
        <w:rPr>
          <w:spacing w:val="-2"/>
        </w:rPr>
        <w:t xml:space="preserve"> </w:t>
      </w:r>
      <w:r w:rsidRPr="0078531E">
        <w:t>szemlélet</w:t>
      </w:r>
      <w:r w:rsidRPr="0078531E">
        <w:rPr>
          <w:spacing w:val="-1"/>
        </w:rPr>
        <w:t xml:space="preserve"> </w:t>
      </w:r>
      <w:r w:rsidRPr="0078531E">
        <w:t>a</w:t>
      </w:r>
      <w:r w:rsidRPr="0078531E">
        <w:rPr>
          <w:spacing w:val="-2"/>
        </w:rPr>
        <w:t xml:space="preserve"> jellemző.</w:t>
      </w:r>
    </w:p>
    <w:p w14:paraId="4818DF32" w14:textId="1B640643" w:rsidR="00AE0CFD" w:rsidRPr="0078531E" w:rsidRDefault="00C3522D" w:rsidP="00FD4608">
      <w:pPr>
        <w:pStyle w:val="Szvegtrzs"/>
        <w:tabs>
          <w:tab w:val="left" w:pos="567"/>
        </w:tabs>
        <w:spacing w:before="273" w:line="360" w:lineRule="auto"/>
        <w:ind w:left="923" w:hanging="213"/>
        <w:jc w:val="both"/>
        <w:rPr>
          <w:spacing w:val="-2"/>
        </w:rPr>
      </w:pPr>
      <w:r w:rsidRPr="0078531E">
        <w:t>Kiemelten</w:t>
      </w:r>
      <w:r w:rsidRPr="0078531E">
        <w:rPr>
          <w:spacing w:val="-4"/>
        </w:rPr>
        <w:t xml:space="preserve"> </w:t>
      </w:r>
      <w:r w:rsidRPr="0078531E">
        <w:t>fontos</w:t>
      </w:r>
      <w:r w:rsidRPr="0078531E">
        <w:rPr>
          <w:spacing w:val="-4"/>
        </w:rPr>
        <w:t xml:space="preserve"> </w:t>
      </w:r>
      <w:r w:rsidRPr="0078531E">
        <w:t>a</w:t>
      </w:r>
      <w:r w:rsidRPr="0078531E">
        <w:rPr>
          <w:spacing w:val="-5"/>
        </w:rPr>
        <w:t xml:space="preserve"> </w:t>
      </w:r>
      <w:r w:rsidRPr="0078531E">
        <w:t>szülőkkel</w:t>
      </w:r>
      <w:r w:rsidRPr="0078531E">
        <w:rPr>
          <w:spacing w:val="-4"/>
        </w:rPr>
        <w:t xml:space="preserve"> </w:t>
      </w:r>
      <w:r w:rsidRPr="0078531E">
        <w:t>való</w:t>
      </w:r>
      <w:r w:rsidRPr="0078531E">
        <w:rPr>
          <w:spacing w:val="-4"/>
        </w:rPr>
        <w:t xml:space="preserve"> </w:t>
      </w:r>
      <w:r w:rsidRPr="0078531E">
        <w:t>kapcsolattartás.</w:t>
      </w:r>
      <w:r w:rsidRPr="0078531E">
        <w:rPr>
          <w:spacing w:val="-3"/>
        </w:rPr>
        <w:t xml:space="preserve"> </w:t>
      </w:r>
      <w:r w:rsidRPr="0078531E">
        <w:t>Az</w:t>
      </w:r>
      <w:r w:rsidRPr="0078531E">
        <w:rPr>
          <w:spacing w:val="-4"/>
        </w:rPr>
        <w:t xml:space="preserve"> </w:t>
      </w:r>
      <w:r w:rsidRPr="0078531E">
        <w:t>inkluzív</w:t>
      </w:r>
      <w:r w:rsidRPr="0078531E">
        <w:rPr>
          <w:spacing w:val="-4"/>
        </w:rPr>
        <w:t xml:space="preserve"> </w:t>
      </w:r>
      <w:r w:rsidRPr="0078531E">
        <w:t>szemléletű, gyermekhez</w:t>
      </w:r>
      <w:r w:rsidR="00A24BB3" w:rsidRPr="0078531E">
        <w:t xml:space="preserve">, </w:t>
      </w:r>
      <w:r w:rsidRPr="0078531E">
        <w:t>családokhoz igazított, a család típusának, a gyermek, a szülők</w:t>
      </w:r>
      <w:r w:rsidR="00A24BB3" w:rsidRPr="0078531E">
        <w:t xml:space="preserve"> </w:t>
      </w:r>
      <w:r w:rsidRPr="0078531E">
        <w:t>személyének</w:t>
      </w:r>
      <w:r w:rsidRPr="0078531E">
        <w:rPr>
          <w:spacing w:val="-2"/>
        </w:rPr>
        <w:t xml:space="preserve"> </w:t>
      </w:r>
      <w:r w:rsidRPr="0078531E">
        <w:t>tekintetében</w:t>
      </w:r>
      <w:r w:rsidRPr="0078531E">
        <w:rPr>
          <w:spacing w:val="-2"/>
        </w:rPr>
        <w:t xml:space="preserve"> </w:t>
      </w:r>
      <w:r w:rsidRPr="0078531E">
        <w:t>egyénre</w:t>
      </w:r>
      <w:r w:rsidRPr="0078531E">
        <w:rPr>
          <w:spacing w:val="-4"/>
        </w:rPr>
        <w:t xml:space="preserve"> </w:t>
      </w:r>
      <w:r w:rsidRPr="0078531E">
        <w:t>szabott,</w:t>
      </w:r>
      <w:r w:rsidRPr="0078531E">
        <w:rPr>
          <w:spacing w:val="-2"/>
        </w:rPr>
        <w:t xml:space="preserve"> </w:t>
      </w:r>
      <w:r w:rsidRPr="0078531E">
        <w:t>segítő, támogató</w:t>
      </w:r>
      <w:r w:rsidRPr="0078531E">
        <w:rPr>
          <w:spacing w:val="-2"/>
        </w:rPr>
        <w:t xml:space="preserve"> </w:t>
      </w:r>
      <w:r w:rsidRPr="0078531E">
        <w:t>óvodapedagógusi</w:t>
      </w:r>
      <w:r w:rsidRPr="0078531E">
        <w:rPr>
          <w:spacing w:val="-2"/>
        </w:rPr>
        <w:t xml:space="preserve"> attitűd.</w:t>
      </w:r>
    </w:p>
    <w:p w14:paraId="4A59F1E4" w14:textId="77777777" w:rsidR="00FD4608" w:rsidRPr="0078531E" w:rsidRDefault="00FD4608" w:rsidP="00AA5782">
      <w:pPr>
        <w:pStyle w:val="Szvegtrzs"/>
        <w:tabs>
          <w:tab w:val="left" w:pos="567"/>
        </w:tabs>
        <w:spacing w:before="273" w:line="360" w:lineRule="auto"/>
        <w:ind w:left="923" w:hanging="213"/>
        <w:jc w:val="both"/>
      </w:pPr>
    </w:p>
    <w:p w14:paraId="7D3755C1" w14:textId="43B100F6" w:rsidR="00AE0CFD" w:rsidRPr="0078531E" w:rsidRDefault="00AA5782" w:rsidP="00AA5782">
      <w:pPr>
        <w:pStyle w:val="Cmsor4"/>
        <w:tabs>
          <w:tab w:val="left" w:pos="567"/>
          <w:tab w:val="left" w:pos="1163"/>
        </w:tabs>
        <w:spacing w:before="6" w:line="360" w:lineRule="auto"/>
        <w:ind w:left="567" w:hanging="213"/>
      </w:pPr>
      <w:r w:rsidRPr="0078531E">
        <w:lastRenderedPageBreak/>
        <w:t xml:space="preserve">     </w:t>
      </w:r>
      <w:r w:rsidR="00102283" w:rsidRPr="0078531E">
        <w:t>3</w:t>
      </w:r>
      <w:r w:rsidRPr="0078531E">
        <w:t>.</w:t>
      </w:r>
      <w:r w:rsidR="00C3522D" w:rsidRPr="0078531E">
        <w:t>A</w:t>
      </w:r>
      <w:r w:rsidR="00C3522D" w:rsidRPr="0078531E">
        <w:rPr>
          <w:spacing w:val="-4"/>
        </w:rPr>
        <w:t xml:space="preserve"> </w:t>
      </w:r>
      <w:r w:rsidR="00C3522D" w:rsidRPr="0078531E">
        <w:t>kapcsolattartás</w:t>
      </w:r>
      <w:r w:rsidR="00C3522D" w:rsidRPr="0078531E">
        <w:rPr>
          <w:spacing w:val="-4"/>
        </w:rPr>
        <w:t xml:space="preserve"> </w:t>
      </w:r>
      <w:r w:rsidR="00C3522D" w:rsidRPr="0078531E">
        <w:rPr>
          <w:spacing w:val="-2"/>
        </w:rPr>
        <w:t>feladatai</w:t>
      </w:r>
    </w:p>
    <w:p w14:paraId="4EE1D016" w14:textId="77777777" w:rsidR="00AE0CFD" w:rsidRPr="0078531E" w:rsidRDefault="00C3522D" w:rsidP="00AA5782">
      <w:pPr>
        <w:pStyle w:val="Cmsor5"/>
        <w:tabs>
          <w:tab w:val="left" w:pos="567"/>
          <w:tab w:val="left" w:pos="1343"/>
        </w:tabs>
        <w:spacing w:before="0" w:line="274" w:lineRule="exact"/>
        <w:ind w:left="1343" w:hanging="213"/>
      </w:pPr>
      <w:r w:rsidRPr="0078531E">
        <w:t>Az</w:t>
      </w:r>
      <w:r w:rsidRPr="0078531E">
        <w:rPr>
          <w:spacing w:val="-2"/>
        </w:rPr>
        <w:t xml:space="preserve"> </w:t>
      </w:r>
      <w:r w:rsidRPr="0078531E">
        <w:t>átmenetek</w:t>
      </w:r>
      <w:r w:rsidRPr="0078531E">
        <w:rPr>
          <w:spacing w:val="-1"/>
        </w:rPr>
        <w:t xml:space="preserve"> </w:t>
      </w:r>
      <w:r w:rsidRPr="0078531E">
        <w:rPr>
          <w:spacing w:val="-2"/>
        </w:rPr>
        <w:t>segítése</w:t>
      </w:r>
    </w:p>
    <w:p w14:paraId="47F8C950" w14:textId="77777777" w:rsidR="00AE0CFD" w:rsidRPr="0078531E" w:rsidRDefault="00C3522D">
      <w:pPr>
        <w:pStyle w:val="Listaszerbekezds"/>
        <w:numPr>
          <w:ilvl w:val="3"/>
          <w:numId w:val="4"/>
        </w:numPr>
        <w:tabs>
          <w:tab w:val="left" w:pos="567"/>
          <w:tab w:val="left" w:pos="1698"/>
        </w:tabs>
        <w:spacing w:line="274" w:lineRule="exact"/>
        <w:ind w:hanging="213"/>
        <w:rPr>
          <w:sz w:val="24"/>
        </w:rPr>
      </w:pPr>
      <w:r w:rsidRPr="0078531E">
        <w:rPr>
          <w:spacing w:val="-2"/>
          <w:sz w:val="24"/>
        </w:rPr>
        <w:t>Család-</w:t>
      </w:r>
      <w:r w:rsidRPr="0078531E">
        <w:rPr>
          <w:spacing w:val="-4"/>
          <w:sz w:val="24"/>
        </w:rPr>
        <w:t>óvoda</w:t>
      </w:r>
    </w:p>
    <w:p w14:paraId="48C81DAF" w14:textId="3EA5FC50" w:rsidR="00AE0CFD" w:rsidRPr="0078531E" w:rsidRDefault="00C3522D">
      <w:pPr>
        <w:pStyle w:val="Listaszerbekezds"/>
        <w:numPr>
          <w:ilvl w:val="3"/>
          <w:numId w:val="4"/>
        </w:numPr>
        <w:tabs>
          <w:tab w:val="left" w:pos="567"/>
          <w:tab w:val="left" w:pos="1698"/>
        </w:tabs>
        <w:ind w:hanging="213"/>
        <w:rPr>
          <w:sz w:val="24"/>
        </w:rPr>
      </w:pPr>
      <w:r w:rsidRPr="0078531E">
        <w:rPr>
          <w:sz w:val="24"/>
        </w:rPr>
        <w:t>Óvoda-</w:t>
      </w:r>
      <w:r w:rsidRPr="0078531E">
        <w:rPr>
          <w:spacing w:val="-3"/>
          <w:sz w:val="24"/>
        </w:rPr>
        <w:t xml:space="preserve"> </w:t>
      </w:r>
      <w:r w:rsidRPr="0078531E">
        <w:rPr>
          <w:spacing w:val="-2"/>
          <w:sz w:val="24"/>
        </w:rPr>
        <w:t>iskol</w:t>
      </w:r>
      <w:r w:rsidR="00806AE0" w:rsidRPr="0078531E">
        <w:rPr>
          <w:spacing w:val="-2"/>
          <w:sz w:val="24"/>
        </w:rPr>
        <w:t>a</w:t>
      </w:r>
    </w:p>
    <w:p w14:paraId="628327A6" w14:textId="77777777" w:rsidR="00806AE0" w:rsidRPr="0078531E" w:rsidRDefault="00806AE0" w:rsidP="00806AE0">
      <w:pPr>
        <w:pStyle w:val="Listaszerbekezds"/>
        <w:tabs>
          <w:tab w:val="left" w:pos="567"/>
          <w:tab w:val="left" w:pos="1698"/>
        </w:tabs>
        <w:ind w:left="1698" w:firstLine="0"/>
        <w:rPr>
          <w:sz w:val="24"/>
        </w:rPr>
      </w:pPr>
    </w:p>
    <w:p w14:paraId="0CF79A41" w14:textId="77777777" w:rsidR="000B4640" w:rsidRPr="0078531E" w:rsidRDefault="000B4640" w:rsidP="000B4640">
      <w:pPr>
        <w:pStyle w:val="Listaszerbekezds"/>
        <w:tabs>
          <w:tab w:val="left" w:pos="567"/>
          <w:tab w:val="left" w:pos="1698"/>
        </w:tabs>
        <w:ind w:left="1698" w:firstLine="0"/>
        <w:rPr>
          <w:sz w:val="24"/>
        </w:rPr>
      </w:pPr>
    </w:p>
    <w:p w14:paraId="4027A57B" w14:textId="73DF7F22" w:rsidR="00AE0CFD" w:rsidRPr="0078531E" w:rsidRDefault="00102283" w:rsidP="00AA5782">
      <w:pPr>
        <w:pStyle w:val="Cmsor4"/>
        <w:tabs>
          <w:tab w:val="left" w:pos="567"/>
        </w:tabs>
        <w:spacing w:before="5"/>
        <w:ind w:left="922" w:hanging="213"/>
      </w:pPr>
      <w:r w:rsidRPr="0078531E">
        <w:t>4</w:t>
      </w:r>
      <w:r w:rsidR="00C3522D" w:rsidRPr="0078531E">
        <w:t>.</w:t>
      </w:r>
      <w:r w:rsidR="00C3522D" w:rsidRPr="0078531E">
        <w:rPr>
          <w:spacing w:val="-3"/>
        </w:rPr>
        <w:t xml:space="preserve"> </w:t>
      </w:r>
      <w:r w:rsidR="00C3522D" w:rsidRPr="0078531E">
        <w:t>A</w:t>
      </w:r>
      <w:r w:rsidR="00C3522D" w:rsidRPr="0078531E">
        <w:rPr>
          <w:spacing w:val="-3"/>
        </w:rPr>
        <w:t xml:space="preserve"> </w:t>
      </w:r>
      <w:r w:rsidR="00C3522D" w:rsidRPr="0078531E">
        <w:t>kapcsolattartás</w:t>
      </w:r>
      <w:r w:rsidR="00C3522D" w:rsidRPr="0078531E">
        <w:rPr>
          <w:spacing w:val="-2"/>
        </w:rPr>
        <w:t xml:space="preserve"> tartalma</w:t>
      </w:r>
    </w:p>
    <w:p w14:paraId="57C6AADF" w14:textId="77777777" w:rsidR="00AE0CFD" w:rsidRPr="0078531E" w:rsidRDefault="00AE0CFD">
      <w:pPr>
        <w:pStyle w:val="Szvegtrzs"/>
        <w:spacing w:before="95"/>
        <w:rPr>
          <w:b/>
          <w:sz w:val="20"/>
        </w:rPr>
      </w:pPr>
    </w:p>
    <w:tbl>
      <w:tblPr>
        <w:tblStyle w:val="TableNormal"/>
        <w:tblW w:w="0" w:type="auto"/>
        <w:tblInd w:w="9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2126"/>
        <w:gridCol w:w="2248"/>
        <w:gridCol w:w="1997"/>
      </w:tblGrid>
      <w:tr w:rsidR="0078531E" w:rsidRPr="0078531E" w14:paraId="7FDD73CB" w14:textId="77777777">
        <w:trPr>
          <w:trHeight w:val="275"/>
        </w:trPr>
        <w:tc>
          <w:tcPr>
            <w:tcW w:w="2129" w:type="dxa"/>
          </w:tcPr>
          <w:p w14:paraId="7B960234" w14:textId="77777777" w:rsidR="00AE0CFD" w:rsidRPr="0078531E" w:rsidRDefault="00C3522D">
            <w:pPr>
              <w:pStyle w:val="TableParagraph"/>
              <w:spacing w:line="256" w:lineRule="exact"/>
              <w:ind w:left="107"/>
              <w:rPr>
                <w:b/>
                <w:sz w:val="24"/>
              </w:rPr>
            </w:pPr>
            <w:r w:rsidRPr="0078531E">
              <w:rPr>
                <w:b/>
                <w:spacing w:val="-2"/>
                <w:sz w:val="24"/>
              </w:rPr>
              <w:t>Forma</w:t>
            </w:r>
          </w:p>
        </w:tc>
        <w:tc>
          <w:tcPr>
            <w:tcW w:w="2126" w:type="dxa"/>
          </w:tcPr>
          <w:p w14:paraId="44DF72E3" w14:textId="77777777" w:rsidR="00AE0CFD" w:rsidRPr="0078531E" w:rsidRDefault="00C3522D">
            <w:pPr>
              <w:pStyle w:val="TableParagraph"/>
              <w:spacing w:line="256" w:lineRule="exact"/>
              <w:ind w:left="108"/>
              <w:rPr>
                <w:b/>
                <w:sz w:val="24"/>
              </w:rPr>
            </w:pPr>
            <w:r w:rsidRPr="0078531E">
              <w:rPr>
                <w:b/>
                <w:spacing w:val="-2"/>
                <w:sz w:val="24"/>
              </w:rPr>
              <w:t>Tartalom</w:t>
            </w:r>
          </w:p>
        </w:tc>
        <w:tc>
          <w:tcPr>
            <w:tcW w:w="2248" w:type="dxa"/>
          </w:tcPr>
          <w:p w14:paraId="4B473AD1" w14:textId="77777777" w:rsidR="00AE0CFD" w:rsidRPr="0078531E" w:rsidRDefault="00C3522D">
            <w:pPr>
              <w:pStyle w:val="TableParagraph"/>
              <w:spacing w:line="256" w:lineRule="exact"/>
              <w:ind w:left="108"/>
              <w:rPr>
                <w:b/>
                <w:sz w:val="24"/>
              </w:rPr>
            </w:pPr>
            <w:r w:rsidRPr="0078531E">
              <w:rPr>
                <w:b/>
                <w:spacing w:val="-2"/>
                <w:sz w:val="24"/>
              </w:rPr>
              <w:t>Résztvevők</w:t>
            </w:r>
          </w:p>
        </w:tc>
        <w:tc>
          <w:tcPr>
            <w:tcW w:w="1997" w:type="dxa"/>
          </w:tcPr>
          <w:p w14:paraId="06A8414A" w14:textId="77777777" w:rsidR="00AE0CFD" w:rsidRPr="0078531E" w:rsidRDefault="00C3522D">
            <w:pPr>
              <w:pStyle w:val="TableParagraph"/>
              <w:spacing w:line="256" w:lineRule="exact"/>
              <w:ind w:left="110"/>
              <w:rPr>
                <w:b/>
                <w:sz w:val="24"/>
              </w:rPr>
            </w:pPr>
            <w:r w:rsidRPr="0078531E">
              <w:rPr>
                <w:b/>
                <w:spacing w:val="-2"/>
                <w:sz w:val="24"/>
              </w:rPr>
              <w:t>Ütemezés</w:t>
            </w:r>
          </w:p>
        </w:tc>
      </w:tr>
      <w:tr w:rsidR="0078531E" w:rsidRPr="0078531E" w14:paraId="4D697268" w14:textId="77777777">
        <w:trPr>
          <w:trHeight w:val="1932"/>
        </w:trPr>
        <w:tc>
          <w:tcPr>
            <w:tcW w:w="2129" w:type="dxa"/>
          </w:tcPr>
          <w:p w14:paraId="6DB030A0" w14:textId="77777777" w:rsidR="00AE0CFD" w:rsidRPr="0078531E" w:rsidRDefault="00C3522D">
            <w:pPr>
              <w:pStyle w:val="TableParagraph"/>
              <w:ind w:left="510" w:firstLine="16"/>
              <w:rPr>
                <w:sz w:val="24"/>
              </w:rPr>
            </w:pPr>
            <w:r w:rsidRPr="0078531E">
              <w:rPr>
                <w:spacing w:val="-2"/>
                <w:sz w:val="24"/>
              </w:rPr>
              <w:t>Befogadás, beszoktatás</w:t>
            </w:r>
          </w:p>
        </w:tc>
        <w:tc>
          <w:tcPr>
            <w:tcW w:w="2126" w:type="dxa"/>
          </w:tcPr>
          <w:p w14:paraId="1B4649F6" w14:textId="77777777" w:rsidR="00AE0CFD" w:rsidRPr="0078531E" w:rsidRDefault="00C3522D">
            <w:pPr>
              <w:pStyle w:val="TableParagraph"/>
              <w:ind w:left="13" w:right="3"/>
              <w:jc w:val="center"/>
              <w:rPr>
                <w:sz w:val="24"/>
              </w:rPr>
            </w:pPr>
            <w:r w:rsidRPr="0078531E">
              <w:rPr>
                <w:sz w:val="24"/>
              </w:rPr>
              <w:t>gyermek</w:t>
            </w:r>
            <w:r w:rsidRPr="0078531E">
              <w:rPr>
                <w:spacing w:val="-15"/>
                <w:sz w:val="24"/>
              </w:rPr>
              <w:t xml:space="preserve"> </w:t>
            </w:r>
            <w:r w:rsidRPr="0078531E">
              <w:rPr>
                <w:sz w:val="24"/>
              </w:rPr>
              <w:t xml:space="preserve">igényének </w:t>
            </w:r>
            <w:r w:rsidRPr="0078531E">
              <w:rPr>
                <w:spacing w:val="-2"/>
                <w:sz w:val="24"/>
              </w:rPr>
              <w:t>megfelelő</w:t>
            </w:r>
          </w:p>
          <w:p w14:paraId="72902221" w14:textId="77777777" w:rsidR="00AE0CFD" w:rsidRPr="0078531E" w:rsidRDefault="00C3522D">
            <w:pPr>
              <w:pStyle w:val="TableParagraph"/>
              <w:ind w:left="13" w:right="3"/>
              <w:jc w:val="center"/>
              <w:rPr>
                <w:sz w:val="24"/>
              </w:rPr>
            </w:pPr>
            <w:r w:rsidRPr="0078531E">
              <w:rPr>
                <w:sz w:val="24"/>
              </w:rPr>
              <w:t>ideig</w:t>
            </w:r>
            <w:r w:rsidRPr="0078531E">
              <w:rPr>
                <w:spacing w:val="-3"/>
                <w:sz w:val="24"/>
              </w:rPr>
              <w:t xml:space="preserve"> </w:t>
            </w:r>
            <w:r w:rsidRPr="0078531E">
              <w:rPr>
                <w:spacing w:val="-10"/>
                <w:sz w:val="24"/>
              </w:rPr>
              <w:t>–</w:t>
            </w:r>
          </w:p>
          <w:p w14:paraId="1E7A3BEF" w14:textId="77777777" w:rsidR="00AE0CFD" w:rsidRPr="0078531E" w:rsidRDefault="00C3522D">
            <w:pPr>
              <w:pStyle w:val="TableParagraph"/>
              <w:ind w:left="13" w:right="3"/>
              <w:jc w:val="center"/>
              <w:rPr>
                <w:sz w:val="24"/>
              </w:rPr>
            </w:pPr>
            <w:r w:rsidRPr="0078531E">
              <w:rPr>
                <w:spacing w:val="-2"/>
                <w:sz w:val="24"/>
              </w:rPr>
              <w:t>óvodapedagógus javaslata</w:t>
            </w:r>
          </w:p>
          <w:p w14:paraId="525A01AF" w14:textId="77777777" w:rsidR="00AE0CFD" w:rsidRPr="0078531E" w:rsidRDefault="00C3522D">
            <w:pPr>
              <w:pStyle w:val="TableParagraph"/>
              <w:spacing w:line="270" w:lineRule="atLeast"/>
              <w:ind w:left="13" w:right="1"/>
              <w:jc w:val="center"/>
              <w:rPr>
                <w:sz w:val="24"/>
              </w:rPr>
            </w:pPr>
            <w:r w:rsidRPr="0078531E">
              <w:rPr>
                <w:sz w:val="24"/>
              </w:rPr>
              <w:t>alapján</w:t>
            </w:r>
            <w:r w:rsidRPr="0078531E">
              <w:rPr>
                <w:spacing w:val="-15"/>
                <w:sz w:val="24"/>
              </w:rPr>
              <w:t xml:space="preserve"> </w:t>
            </w:r>
            <w:r w:rsidRPr="0078531E">
              <w:rPr>
                <w:sz w:val="24"/>
              </w:rPr>
              <w:t>–</w:t>
            </w:r>
            <w:r w:rsidRPr="0078531E">
              <w:rPr>
                <w:spacing w:val="-15"/>
                <w:sz w:val="24"/>
              </w:rPr>
              <w:t xml:space="preserve"> </w:t>
            </w:r>
            <w:r w:rsidRPr="0078531E">
              <w:rPr>
                <w:sz w:val="24"/>
              </w:rPr>
              <w:t xml:space="preserve">szülővel </w:t>
            </w:r>
            <w:r w:rsidRPr="0078531E">
              <w:rPr>
                <w:spacing w:val="-2"/>
                <w:sz w:val="24"/>
              </w:rPr>
              <w:t>történik.</w:t>
            </w:r>
          </w:p>
        </w:tc>
        <w:tc>
          <w:tcPr>
            <w:tcW w:w="2248" w:type="dxa"/>
          </w:tcPr>
          <w:p w14:paraId="61FF89D0" w14:textId="77777777" w:rsidR="00AE0CFD" w:rsidRPr="0078531E" w:rsidRDefault="00C3522D">
            <w:pPr>
              <w:pStyle w:val="TableParagraph"/>
              <w:ind w:left="168" w:firstLine="98"/>
              <w:rPr>
                <w:sz w:val="24"/>
              </w:rPr>
            </w:pPr>
            <w:r w:rsidRPr="0078531E">
              <w:rPr>
                <w:sz w:val="24"/>
              </w:rPr>
              <w:t xml:space="preserve">Család, gyerekek, </w:t>
            </w:r>
            <w:r w:rsidRPr="0078531E">
              <w:rPr>
                <w:spacing w:val="-2"/>
                <w:sz w:val="24"/>
              </w:rPr>
              <w:t xml:space="preserve">óvodapedagógusok, </w:t>
            </w:r>
            <w:r w:rsidRPr="0078531E">
              <w:rPr>
                <w:sz w:val="24"/>
              </w:rPr>
              <w:t>dajkák, pedagógiai</w:t>
            </w:r>
          </w:p>
          <w:p w14:paraId="2356D857" w14:textId="069DB757" w:rsidR="00AE0CFD" w:rsidRPr="0078531E" w:rsidRDefault="00C3522D">
            <w:pPr>
              <w:pStyle w:val="TableParagraph"/>
              <w:ind w:left="925"/>
              <w:rPr>
                <w:sz w:val="24"/>
              </w:rPr>
            </w:pPr>
            <w:r w:rsidRPr="0078531E">
              <w:rPr>
                <w:spacing w:val="-4"/>
                <w:sz w:val="24"/>
              </w:rPr>
              <w:t>assz</w:t>
            </w:r>
            <w:r w:rsidR="002B696B" w:rsidRPr="0078531E">
              <w:rPr>
                <w:spacing w:val="-4"/>
                <w:sz w:val="24"/>
              </w:rPr>
              <w:t>isztens</w:t>
            </w:r>
          </w:p>
        </w:tc>
        <w:tc>
          <w:tcPr>
            <w:tcW w:w="1997" w:type="dxa"/>
          </w:tcPr>
          <w:p w14:paraId="55B64B09" w14:textId="77777777" w:rsidR="00AE0CFD" w:rsidRPr="0078531E" w:rsidRDefault="00C3522D">
            <w:pPr>
              <w:pStyle w:val="TableParagraph"/>
              <w:spacing w:line="268" w:lineRule="exact"/>
              <w:ind w:left="439"/>
              <w:rPr>
                <w:sz w:val="24"/>
              </w:rPr>
            </w:pPr>
            <w:r w:rsidRPr="0078531E">
              <w:rPr>
                <w:spacing w:val="-2"/>
                <w:sz w:val="24"/>
              </w:rPr>
              <w:t>Folyamatos</w:t>
            </w:r>
          </w:p>
        </w:tc>
      </w:tr>
      <w:tr w:rsidR="0078531E" w:rsidRPr="0078531E" w14:paraId="06D2BF3B" w14:textId="77777777">
        <w:trPr>
          <w:trHeight w:val="1103"/>
        </w:trPr>
        <w:tc>
          <w:tcPr>
            <w:tcW w:w="2129" w:type="dxa"/>
          </w:tcPr>
          <w:p w14:paraId="5EDB786B" w14:textId="672225E1" w:rsidR="00AE0CFD" w:rsidRPr="0078531E" w:rsidRDefault="00BE3AB9" w:rsidP="00BE3AB9">
            <w:pPr>
              <w:pStyle w:val="TableParagraph"/>
              <w:spacing w:line="264" w:lineRule="exact"/>
              <w:rPr>
                <w:sz w:val="24"/>
              </w:rPr>
            </w:pPr>
            <w:r w:rsidRPr="0078531E">
              <w:rPr>
                <w:sz w:val="24"/>
              </w:rPr>
              <w:t xml:space="preserve">    Családlátogatás</w:t>
            </w:r>
          </w:p>
        </w:tc>
        <w:tc>
          <w:tcPr>
            <w:tcW w:w="2126" w:type="dxa"/>
          </w:tcPr>
          <w:p w14:paraId="24A796F6" w14:textId="77777777" w:rsidR="00AE0CFD" w:rsidRPr="0078531E" w:rsidRDefault="00C3522D">
            <w:pPr>
              <w:pStyle w:val="TableParagraph"/>
              <w:ind w:left="13" w:right="2"/>
              <w:jc w:val="center"/>
              <w:rPr>
                <w:sz w:val="24"/>
              </w:rPr>
            </w:pPr>
            <w:r w:rsidRPr="0078531E">
              <w:rPr>
                <w:sz w:val="24"/>
              </w:rPr>
              <w:t>Családhoz</w:t>
            </w:r>
            <w:r w:rsidRPr="0078531E">
              <w:rPr>
                <w:spacing w:val="-15"/>
                <w:sz w:val="24"/>
              </w:rPr>
              <w:t xml:space="preserve"> </w:t>
            </w:r>
            <w:r w:rsidRPr="0078531E">
              <w:rPr>
                <w:sz w:val="24"/>
              </w:rPr>
              <w:t xml:space="preserve">igazított </w:t>
            </w:r>
            <w:r w:rsidRPr="0078531E">
              <w:rPr>
                <w:spacing w:val="-2"/>
                <w:sz w:val="24"/>
              </w:rPr>
              <w:t>segítség</w:t>
            </w:r>
          </w:p>
          <w:p w14:paraId="4C571908" w14:textId="77777777" w:rsidR="00AE0CFD" w:rsidRPr="0078531E" w:rsidRDefault="00C3522D">
            <w:pPr>
              <w:pStyle w:val="TableParagraph"/>
              <w:spacing w:line="270" w:lineRule="atLeast"/>
              <w:ind w:left="13" w:right="4"/>
              <w:jc w:val="center"/>
              <w:rPr>
                <w:sz w:val="24"/>
              </w:rPr>
            </w:pPr>
            <w:r w:rsidRPr="0078531E">
              <w:rPr>
                <w:sz w:val="24"/>
              </w:rPr>
              <w:t>nyújtása,</w:t>
            </w:r>
            <w:r w:rsidRPr="0078531E">
              <w:rPr>
                <w:spacing w:val="-15"/>
                <w:sz w:val="24"/>
              </w:rPr>
              <w:t xml:space="preserve"> </w:t>
            </w:r>
            <w:r w:rsidRPr="0078531E">
              <w:rPr>
                <w:sz w:val="24"/>
              </w:rPr>
              <w:t xml:space="preserve">inkluzív </w:t>
            </w:r>
            <w:r w:rsidRPr="0078531E">
              <w:rPr>
                <w:spacing w:val="-2"/>
                <w:sz w:val="24"/>
              </w:rPr>
              <w:t>szellemben.</w:t>
            </w:r>
          </w:p>
        </w:tc>
        <w:tc>
          <w:tcPr>
            <w:tcW w:w="2248" w:type="dxa"/>
          </w:tcPr>
          <w:p w14:paraId="4468348D" w14:textId="291CB4D4" w:rsidR="00AE0CFD" w:rsidRPr="0078531E" w:rsidRDefault="00BE3AB9">
            <w:pPr>
              <w:pStyle w:val="TableParagraph"/>
              <w:spacing w:line="268" w:lineRule="exact"/>
              <w:ind w:left="171"/>
              <w:rPr>
                <w:sz w:val="24"/>
              </w:rPr>
            </w:pPr>
            <w:r w:rsidRPr="0078531E">
              <w:rPr>
                <w:sz w:val="24"/>
              </w:rPr>
              <w:t xml:space="preserve">Család, gyerekek, </w:t>
            </w:r>
            <w:r w:rsidRPr="0078531E">
              <w:rPr>
                <w:spacing w:val="-2"/>
                <w:sz w:val="24"/>
              </w:rPr>
              <w:t>ó</w:t>
            </w:r>
            <w:r w:rsidR="00C3522D" w:rsidRPr="0078531E">
              <w:rPr>
                <w:spacing w:val="-2"/>
                <w:sz w:val="24"/>
              </w:rPr>
              <w:t>vodapedagógusok</w:t>
            </w:r>
          </w:p>
        </w:tc>
        <w:tc>
          <w:tcPr>
            <w:tcW w:w="1997" w:type="dxa"/>
          </w:tcPr>
          <w:p w14:paraId="6CB4ED98" w14:textId="77777777" w:rsidR="00AE0CFD" w:rsidRPr="0078531E" w:rsidRDefault="00C3522D">
            <w:pPr>
              <w:pStyle w:val="TableParagraph"/>
              <w:ind w:left="763" w:right="242" w:hanging="504"/>
              <w:rPr>
                <w:sz w:val="24"/>
              </w:rPr>
            </w:pPr>
            <w:r w:rsidRPr="0078531E">
              <w:rPr>
                <w:sz w:val="24"/>
              </w:rPr>
              <w:t>Óvodai</w:t>
            </w:r>
            <w:r w:rsidRPr="0078531E">
              <w:rPr>
                <w:spacing w:val="-15"/>
                <w:sz w:val="24"/>
              </w:rPr>
              <w:t xml:space="preserve"> </w:t>
            </w:r>
            <w:r w:rsidRPr="0078531E">
              <w:rPr>
                <w:sz w:val="24"/>
              </w:rPr>
              <w:t xml:space="preserve">felvétel </w:t>
            </w:r>
            <w:r w:rsidRPr="0078531E">
              <w:rPr>
                <w:spacing w:val="-2"/>
                <w:sz w:val="24"/>
              </w:rPr>
              <w:t>után,</w:t>
            </w:r>
          </w:p>
          <w:p w14:paraId="740BE164" w14:textId="77777777" w:rsidR="00AE0CFD" w:rsidRPr="0078531E" w:rsidRDefault="00C3522D">
            <w:pPr>
              <w:pStyle w:val="TableParagraph"/>
              <w:ind w:left="249"/>
              <w:rPr>
                <w:sz w:val="24"/>
              </w:rPr>
            </w:pPr>
            <w:r w:rsidRPr="0078531E">
              <w:rPr>
                <w:sz w:val="24"/>
              </w:rPr>
              <w:t>Szükség</w:t>
            </w:r>
            <w:r w:rsidRPr="0078531E">
              <w:rPr>
                <w:spacing w:val="-3"/>
                <w:sz w:val="24"/>
              </w:rPr>
              <w:t xml:space="preserve"> </w:t>
            </w:r>
            <w:r w:rsidRPr="0078531E">
              <w:rPr>
                <w:spacing w:val="-2"/>
                <w:sz w:val="24"/>
              </w:rPr>
              <w:t>szerint</w:t>
            </w:r>
          </w:p>
        </w:tc>
      </w:tr>
      <w:tr w:rsidR="00AE0CFD" w:rsidRPr="0078531E" w14:paraId="04081885" w14:textId="77777777">
        <w:trPr>
          <w:trHeight w:val="553"/>
        </w:trPr>
        <w:tc>
          <w:tcPr>
            <w:tcW w:w="2129" w:type="dxa"/>
          </w:tcPr>
          <w:p w14:paraId="5DFEDE53" w14:textId="77777777" w:rsidR="00AE0CFD" w:rsidRPr="0078531E" w:rsidRDefault="00C3522D">
            <w:pPr>
              <w:pStyle w:val="TableParagraph"/>
              <w:spacing w:line="270" w:lineRule="exact"/>
              <w:ind w:left="258"/>
              <w:rPr>
                <w:sz w:val="24"/>
              </w:rPr>
            </w:pPr>
            <w:r w:rsidRPr="0078531E">
              <w:rPr>
                <w:sz w:val="24"/>
              </w:rPr>
              <w:t>Szülői</w:t>
            </w:r>
            <w:r w:rsidRPr="0078531E">
              <w:rPr>
                <w:spacing w:val="1"/>
                <w:sz w:val="24"/>
              </w:rPr>
              <w:t xml:space="preserve"> </w:t>
            </w:r>
            <w:r w:rsidRPr="0078531E">
              <w:rPr>
                <w:spacing w:val="-2"/>
                <w:sz w:val="24"/>
              </w:rPr>
              <w:t>értekezlet</w:t>
            </w:r>
          </w:p>
          <w:p w14:paraId="15A3F038" w14:textId="539432E0" w:rsidR="00AE0CFD" w:rsidRPr="0078531E" w:rsidRDefault="00C3522D">
            <w:pPr>
              <w:pStyle w:val="TableParagraph"/>
              <w:spacing w:line="264" w:lineRule="exact"/>
              <w:ind w:left="383"/>
              <w:rPr>
                <w:sz w:val="24"/>
              </w:rPr>
            </w:pPr>
            <w:r w:rsidRPr="0078531E">
              <w:rPr>
                <w:spacing w:val="-2"/>
                <w:sz w:val="24"/>
              </w:rPr>
              <w:t>csoportonként</w:t>
            </w:r>
            <w:r w:rsidR="00BE3AB9" w:rsidRPr="0078531E">
              <w:rPr>
                <w:spacing w:val="-2"/>
                <w:sz w:val="24"/>
              </w:rPr>
              <w:t xml:space="preserve"> szükség esetén összevontan</w:t>
            </w:r>
          </w:p>
        </w:tc>
        <w:tc>
          <w:tcPr>
            <w:tcW w:w="2126" w:type="dxa"/>
          </w:tcPr>
          <w:p w14:paraId="4D43548F" w14:textId="77777777" w:rsidR="00AE0CFD" w:rsidRPr="0078531E" w:rsidRDefault="00C3522D">
            <w:pPr>
              <w:pStyle w:val="TableParagraph"/>
              <w:spacing w:line="270" w:lineRule="exact"/>
              <w:ind w:left="13" w:right="4"/>
              <w:jc w:val="center"/>
              <w:rPr>
                <w:sz w:val="24"/>
              </w:rPr>
            </w:pPr>
            <w:r w:rsidRPr="0078531E">
              <w:rPr>
                <w:sz w:val="24"/>
              </w:rPr>
              <w:t>Intézményi</w:t>
            </w:r>
            <w:r w:rsidRPr="0078531E">
              <w:rPr>
                <w:spacing w:val="-5"/>
                <w:sz w:val="24"/>
              </w:rPr>
              <w:t xml:space="preserve"> </w:t>
            </w:r>
            <w:r w:rsidRPr="0078531E">
              <w:rPr>
                <w:spacing w:val="-2"/>
                <w:sz w:val="24"/>
              </w:rPr>
              <w:t>szintű</w:t>
            </w:r>
          </w:p>
          <w:p w14:paraId="1802C321" w14:textId="71BA20CB" w:rsidR="00BE3AB9" w:rsidRPr="0078531E" w:rsidRDefault="00C3522D" w:rsidP="00BE3AB9">
            <w:pPr>
              <w:pStyle w:val="TableParagraph"/>
              <w:ind w:left="13" w:right="1"/>
              <w:jc w:val="center"/>
              <w:rPr>
                <w:sz w:val="24"/>
              </w:rPr>
            </w:pPr>
            <w:r w:rsidRPr="0078531E">
              <w:rPr>
                <w:spacing w:val="-2"/>
                <w:sz w:val="24"/>
              </w:rPr>
              <w:t>tájékoztatás,</w:t>
            </w:r>
            <w:r w:rsidR="00BE3AB9" w:rsidRPr="0078531E">
              <w:rPr>
                <w:spacing w:val="-2"/>
                <w:sz w:val="24"/>
              </w:rPr>
              <w:t xml:space="preserve"> </w:t>
            </w:r>
            <w:proofErr w:type="spellStart"/>
            <w:r w:rsidR="00BE3AB9" w:rsidRPr="0078531E">
              <w:rPr>
                <w:spacing w:val="-2"/>
                <w:sz w:val="24"/>
              </w:rPr>
              <w:t>csoportonkénti</w:t>
            </w:r>
            <w:proofErr w:type="spellEnd"/>
            <w:r w:rsidR="00BE3AB9" w:rsidRPr="0078531E">
              <w:rPr>
                <w:spacing w:val="-2"/>
                <w:sz w:val="24"/>
              </w:rPr>
              <w:t xml:space="preserve"> tájékoztatás,</w:t>
            </w:r>
          </w:p>
          <w:p w14:paraId="2B0FBEFA" w14:textId="3D0486F4" w:rsidR="00AE0CFD" w:rsidRPr="0078531E" w:rsidRDefault="00BE3AB9" w:rsidP="00BE3AB9">
            <w:pPr>
              <w:pStyle w:val="TableParagraph"/>
              <w:spacing w:line="264" w:lineRule="exact"/>
              <w:ind w:left="13" w:right="5"/>
              <w:jc w:val="center"/>
              <w:rPr>
                <w:sz w:val="24"/>
              </w:rPr>
            </w:pPr>
            <w:r w:rsidRPr="0078531E">
              <w:rPr>
                <w:sz w:val="24"/>
              </w:rPr>
              <w:t>információ</w:t>
            </w:r>
            <w:r w:rsidRPr="0078531E">
              <w:rPr>
                <w:spacing w:val="-15"/>
                <w:sz w:val="24"/>
              </w:rPr>
              <w:t xml:space="preserve"> </w:t>
            </w:r>
            <w:r w:rsidRPr="0078531E">
              <w:rPr>
                <w:sz w:val="24"/>
              </w:rPr>
              <w:t>csere</w:t>
            </w:r>
            <w:r w:rsidRPr="0078531E">
              <w:rPr>
                <w:spacing w:val="-15"/>
                <w:sz w:val="24"/>
              </w:rPr>
              <w:t xml:space="preserve"> </w:t>
            </w:r>
            <w:r w:rsidRPr="0078531E">
              <w:rPr>
                <w:sz w:val="24"/>
              </w:rPr>
              <w:t xml:space="preserve">a </w:t>
            </w:r>
            <w:r w:rsidRPr="0078531E">
              <w:rPr>
                <w:spacing w:val="-2"/>
                <w:sz w:val="24"/>
              </w:rPr>
              <w:t>szülőkkel</w:t>
            </w:r>
          </w:p>
        </w:tc>
        <w:tc>
          <w:tcPr>
            <w:tcW w:w="2248" w:type="dxa"/>
          </w:tcPr>
          <w:p w14:paraId="161E4C2C" w14:textId="77777777" w:rsidR="00AE0CFD" w:rsidRPr="0078531E" w:rsidRDefault="00C3522D">
            <w:pPr>
              <w:pStyle w:val="TableParagraph"/>
              <w:spacing w:line="270" w:lineRule="exact"/>
              <w:ind w:left="13" w:right="2"/>
              <w:jc w:val="center"/>
              <w:rPr>
                <w:sz w:val="24"/>
              </w:rPr>
            </w:pPr>
            <w:r w:rsidRPr="0078531E">
              <w:rPr>
                <w:sz w:val="24"/>
              </w:rPr>
              <w:t>Szülők,</w:t>
            </w:r>
            <w:r w:rsidRPr="0078531E">
              <w:rPr>
                <w:spacing w:val="1"/>
                <w:sz w:val="24"/>
              </w:rPr>
              <w:t xml:space="preserve"> </w:t>
            </w:r>
            <w:r w:rsidRPr="0078531E">
              <w:rPr>
                <w:spacing w:val="-2"/>
                <w:sz w:val="24"/>
              </w:rPr>
              <w:t>vezetők,</w:t>
            </w:r>
          </w:p>
          <w:p w14:paraId="235CF52D" w14:textId="3DEED934" w:rsidR="00AE0CFD" w:rsidRPr="0078531E" w:rsidRDefault="00C3522D">
            <w:pPr>
              <w:pStyle w:val="TableParagraph"/>
              <w:spacing w:line="264" w:lineRule="exact"/>
              <w:ind w:left="13" w:right="4"/>
              <w:jc w:val="center"/>
              <w:rPr>
                <w:sz w:val="24"/>
              </w:rPr>
            </w:pPr>
            <w:r w:rsidRPr="0078531E">
              <w:rPr>
                <w:spacing w:val="-2"/>
                <w:sz w:val="24"/>
              </w:rPr>
              <w:t>óvodapedagógusok,</w:t>
            </w:r>
            <w:r w:rsidR="00BE3AB9" w:rsidRPr="0078531E">
              <w:rPr>
                <w:sz w:val="24"/>
              </w:rPr>
              <w:t xml:space="preserve"> külső </w:t>
            </w:r>
            <w:r w:rsidR="00BE3AB9" w:rsidRPr="0078531E">
              <w:rPr>
                <w:spacing w:val="-2"/>
                <w:sz w:val="24"/>
              </w:rPr>
              <w:t>szakemberek igény szerint</w:t>
            </w:r>
          </w:p>
        </w:tc>
        <w:tc>
          <w:tcPr>
            <w:tcW w:w="1997" w:type="dxa"/>
          </w:tcPr>
          <w:p w14:paraId="52AB89F0" w14:textId="77777777" w:rsidR="004061DC" w:rsidRPr="0078531E" w:rsidRDefault="00C3522D" w:rsidP="004061DC">
            <w:pPr>
              <w:pStyle w:val="TableParagraph"/>
              <w:ind w:right="179"/>
              <w:rPr>
                <w:sz w:val="24"/>
              </w:rPr>
            </w:pPr>
            <w:r w:rsidRPr="0078531E">
              <w:rPr>
                <w:sz w:val="24"/>
              </w:rPr>
              <w:t>Évente</w:t>
            </w:r>
            <w:r w:rsidRPr="0078531E">
              <w:rPr>
                <w:spacing w:val="-3"/>
                <w:sz w:val="24"/>
              </w:rPr>
              <w:t xml:space="preserve"> </w:t>
            </w:r>
            <w:r w:rsidRPr="0078531E">
              <w:rPr>
                <w:sz w:val="24"/>
              </w:rPr>
              <w:t>legalább</w:t>
            </w:r>
            <w:r w:rsidRPr="0078531E">
              <w:rPr>
                <w:spacing w:val="-2"/>
                <w:sz w:val="24"/>
              </w:rPr>
              <w:t xml:space="preserve"> </w:t>
            </w:r>
            <w:r w:rsidRPr="0078531E">
              <w:rPr>
                <w:spacing w:val="-10"/>
                <w:sz w:val="24"/>
              </w:rPr>
              <w:t>2</w:t>
            </w:r>
            <w:r w:rsidR="004061DC" w:rsidRPr="0078531E">
              <w:rPr>
                <w:spacing w:val="-10"/>
                <w:sz w:val="24"/>
              </w:rPr>
              <w:t xml:space="preserve"> </w:t>
            </w:r>
            <w:r w:rsidR="004061DC" w:rsidRPr="0078531E">
              <w:rPr>
                <w:spacing w:val="-2"/>
                <w:sz w:val="24"/>
              </w:rPr>
              <w:t xml:space="preserve">alkalommal (évnyitó, </w:t>
            </w:r>
            <w:r w:rsidR="004061DC" w:rsidRPr="0078531E">
              <w:rPr>
                <w:sz w:val="24"/>
              </w:rPr>
              <w:t>félévi és</w:t>
            </w:r>
          </w:p>
          <w:p w14:paraId="19D7937B" w14:textId="77777777" w:rsidR="004061DC" w:rsidRPr="0078531E" w:rsidRDefault="004061DC" w:rsidP="004061DC">
            <w:pPr>
              <w:pStyle w:val="TableParagraph"/>
              <w:ind w:right="179"/>
              <w:rPr>
                <w:sz w:val="24"/>
              </w:rPr>
            </w:pPr>
            <w:r w:rsidRPr="0078531E">
              <w:rPr>
                <w:sz w:val="24"/>
              </w:rPr>
              <w:t>előkészítő</w:t>
            </w:r>
            <w:r w:rsidRPr="0078531E">
              <w:rPr>
                <w:spacing w:val="-15"/>
                <w:sz w:val="24"/>
              </w:rPr>
              <w:t xml:space="preserve"> </w:t>
            </w:r>
            <w:r w:rsidRPr="0078531E">
              <w:rPr>
                <w:sz w:val="24"/>
              </w:rPr>
              <w:t>szülői értekezlet az új</w:t>
            </w:r>
          </w:p>
          <w:p w14:paraId="7E41A09C" w14:textId="77777777" w:rsidR="004061DC" w:rsidRPr="0078531E" w:rsidRDefault="004061DC" w:rsidP="004061DC">
            <w:pPr>
              <w:pStyle w:val="TableParagraph"/>
              <w:ind w:right="173"/>
              <w:rPr>
                <w:sz w:val="24"/>
              </w:rPr>
            </w:pPr>
            <w:r w:rsidRPr="0078531E">
              <w:rPr>
                <w:spacing w:val="-2"/>
                <w:sz w:val="24"/>
              </w:rPr>
              <w:t xml:space="preserve">felvétel </w:t>
            </w:r>
            <w:r w:rsidRPr="0078531E">
              <w:rPr>
                <w:sz w:val="24"/>
              </w:rPr>
              <w:t>nyert</w:t>
            </w:r>
            <w:r w:rsidRPr="0078531E">
              <w:rPr>
                <w:spacing w:val="-15"/>
                <w:sz w:val="24"/>
              </w:rPr>
              <w:t xml:space="preserve"> </w:t>
            </w:r>
            <w:r w:rsidRPr="0078531E">
              <w:rPr>
                <w:sz w:val="24"/>
              </w:rPr>
              <w:t>gyermekek</w:t>
            </w:r>
          </w:p>
          <w:p w14:paraId="503AFAEB" w14:textId="4A585284" w:rsidR="004061DC" w:rsidRPr="0078531E" w:rsidRDefault="004061DC" w:rsidP="004061DC">
            <w:pPr>
              <w:pStyle w:val="TableParagraph"/>
              <w:ind w:right="359"/>
              <w:rPr>
                <w:sz w:val="24"/>
              </w:rPr>
            </w:pPr>
            <w:r w:rsidRPr="0078531E">
              <w:rPr>
                <w:spacing w:val="-2"/>
                <w:sz w:val="24"/>
              </w:rPr>
              <w:t xml:space="preserve">számára. </w:t>
            </w:r>
            <w:r w:rsidRPr="0078531E">
              <w:rPr>
                <w:sz w:val="24"/>
              </w:rPr>
              <w:t>Igény</w:t>
            </w:r>
            <w:r w:rsidRPr="0078531E">
              <w:rPr>
                <w:spacing w:val="-15"/>
                <w:sz w:val="24"/>
              </w:rPr>
              <w:t xml:space="preserve"> </w:t>
            </w:r>
            <w:r w:rsidRPr="0078531E">
              <w:rPr>
                <w:sz w:val="24"/>
              </w:rPr>
              <w:t xml:space="preserve">szerint </w:t>
            </w:r>
            <w:r w:rsidRPr="0078531E">
              <w:rPr>
                <w:spacing w:val="-2"/>
                <w:sz w:val="24"/>
              </w:rPr>
              <w:t>Beiskolázási</w:t>
            </w:r>
            <w:r w:rsidRPr="0078531E">
              <w:rPr>
                <w:sz w:val="24"/>
              </w:rPr>
              <w:t xml:space="preserve"> </w:t>
            </w:r>
            <w:r w:rsidRPr="0078531E">
              <w:rPr>
                <w:spacing w:val="-2"/>
                <w:sz w:val="24"/>
              </w:rPr>
              <w:t>szülői</w:t>
            </w:r>
          </w:p>
          <w:p w14:paraId="01B8E0BE" w14:textId="77777777" w:rsidR="004061DC" w:rsidRPr="0078531E" w:rsidRDefault="004061DC" w:rsidP="004061DC">
            <w:pPr>
              <w:pStyle w:val="TableParagraph"/>
              <w:ind w:right="152"/>
              <w:rPr>
                <w:sz w:val="24"/>
              </w:rPr>
            </w:pPr>
            <w:r w:rsidRPr="0078531E">
              <w:rPr>
                <w:sz w:val="24"/>
              </w:rPr>
              <w:t xml:space="preserve">értekezlet a </w:t>
            </w:r>
            <w:r w:rsidRPr="0078531E">
              <w:rPr>
                <w:spacing w:val="-2"/>
                <w:sz w:val="24"/>
              </w:rPr>
              <w:t>tankötelesek szülei</w:t>
            </w:r>
          </w:p>
          <w:p w14:paraId="403673DF" w14:textId="2C92848F" w:rsidR="00AE0CFD" w:rsidRPr="0078531E" w:rsidRDefault="004061DC" w:rsidP="004061DC">
            <w:pPr>
              <w:pStyle w:val="TableParagraph"/>
              <w:spacing w:line="270" w:lineRule="exact"/>
              <w:ind w:left="141"/>
              <w:rPr>
                <w:sz w:val="24"/>
              </w:rPr>
            </w:pPr>
            <w:r w:rsidRPr="0078531E">
              <w:rPr>
                <w:sz w:val="24"/>
              </w:rPr>
              <w:t>számára</w:t>
            </w:r>
          </w:p>
        </w:tc>
      </w:tr>
    </w:tbl>
    <w:p w14:paraId="608B00E6" w14:textId="77777777" w:rsidR="004F31AD" w:rsidRPr="0078531E" w:rsidRDefault="004F31AD" w:rsidP="004F31AD">
      <w:pPr>
        <w:pStyle w:val="Szvegtrzs"/>
        <w:spacing w:before="95"/>
        <w:rPr>
          <w:b/>
          <w:sz w:val="20"/>
        </w:rPr>
      </w:pPr>
    </w:p>
    <w:tbl>
      <w:tblPr>
        <w:tblStyle w:val="TableNormal"/>
        <w:tblW w:w="0" w:type="auto"/>
        <w:tblInd w:w="9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2126"/>
        <w:gridCol w:w="2248"/>
        <w:gridCol w:w="1997"/>
      </w:tblGrid>
      <w:tr w:rsidR="0078531E" w:rsidRPr="0078531E" w14:paraId="3C432DFD" w14:textId="77777777" w:rsidTr="005F1580">
        <w:trPr>
          <w:trHeight w:val="1933"/>
        </w:trPr>
        <w:tc>
          <w:tcPr>
            <w:tcW w:w="2129" w:type="dxa"/>
          </w:tcPr>
          <w:p w14:paraId="281CB7B4" w14:textId="77777777" w:rsidR="004F31AD" w:rsidRPr="0078531E" w:rsidRDefault="004F31AD" w:rsidP="005F1580">
            <w:pPr>
              <w:pStyle w:val="TableParagraph"/>
              <w:spacing w:line="270" w:lineRule="exact"/>
              <w:ind w:left="5"/>
              <w:jc w:val="center"/>
              <w:rPr>
                <w:sz w:val="24"/>
              </w:rPr>
            </w:pPr>
            <w:r w:rsidRPr="0078531E">
              <w:rPr>
                <w:spacing w:val="-2"/>
                <w:sz w:val="24"/>
              </w:rPr>
              <w:t>Fogadóóra</w:t>
            </w:r>
          </w:p>
        </w:tc>
        <w:tc>
          <w:tcPr>
            <w:tcW w:w="2126" w:type="dxa"/>
          </w:tcPr>
          <w:p w14:paraId="70C02EFB" w14:textId="77777777" w:rsidR="004F31AD" w:rsidRPr="0078531E" w:rsidRDefault="004F31AD" w:rsidP="005F1580">
            <w:pPr>
              <w:pStyle w:val="TableParagraph"/>
              <w:ind w:left="496" w:right="484" w:firstLine="31"/>
              <w:jc w:val="both"/>
              <w:rPr>
                <w:sz w:val="24"/>
              </w:rPr>
            </w:pPr>
            <w:r w:rsidRPr="0078531E">
              <w:rPr>
                <w:sz w:val="24"/>
              </w:rPr>
              <w:t>A</w:t>
            </w:r>
            <w:r w:rsidRPr="0078531E">
              <w:rPr>
                <w:spacing w:val="-9"/>
                <w:sz w:val="24"/>
              </w:rPr>
              <w:t xml:space="preserve"> </w:t>
            </w:r>
            <w:r w:rsidRPr="0078531E">
              <w:rPr>
                <w:sz w:val="24"/>
              </w:rPr>
              <w:t xml:space="preserve">gyermek </w:t>
            </w:r>
            <w:r w:rsidRPr="0078531E">
              <w:rPr>
                <w:spacing w:val="-2"/>
                <w:sz w:val="24"/>
              </w:rPr>
              <w:t>fejlettségi állapotáról tájékoztatás</w:t>
            </w:r>
          </w:p>
          <w:p w14:paraId="17D75509" w14:textId="77777777" w:rsidR="004F31AD" w:rsidRPr="0078531E" w:rsidRDefault="004F31AD" w:rsidP="005F1580">
            <w:pPr>
              <w:pStyle w:val="TableParagraph"/>
              <w:ind w:left="134" w:right="124"/>
              <w:jc w:val="center"/>
              <w:rPr>
                <w:sz w:val="24"/>
              </w:rPr>
            </w:pPr>
            <w:r w:rsidRPr="0078531E">
              <w:rPr>
                <w:sz w:val="24"/>
              </w:rPr>
              <w:t>Problémát</w:t>
            </w:r>
            <w:r w:rsidRPr="0078531E">
              <w:rPr>
                <w:spacing w:val="-15"/>
                <w:sz w:val="24"/>
              </w:rPr>
              <w:t xml:space="preserve"> </w:t>
            </w:r>
            <w:r w:rsidRPr="0078531E">
              <w:rPr>
                <w:sz w:val="24"/>
              </w:rPr>
              <w:t>felvető és megoldó</w:t>
            </w:r>
          </w:p>
          <w:p w14:paraId="3AE60BDE" w14:textId="77777777" w:rsidR="004F31AD" w:rsidRPr="0078531E" w:rsidRDefault="004F31AD" w:rsidP="005F1580">
            <w:pPr>
              <w:pStyle w:val="TableParagraph"/>
              <w:spacing w:line="264" w:lineRule="exact"/>
              <w:ind w:left="13" w:right="6"/>
              <w:jc w:val="center"/>
              <w:rPr>
                <w:sz w:val="24"/>
              </w:rPr>
            </w:pPr>
            <w:r w:rsidRPr="0078531E">
              <w:rPr>
                <w:spacing w:val="-2"/>
                <w:sz w:val="24"/>
              </w:rPr>
              <w:t>beszélgetések</w:t>
            </w:r>
          </w:p>
        </w:tc>
        <w:tc>
          <w:tcPr>
            <w:tcW w:w="2248" w:type="dxa"/>
          </w:tcPr>
          <w:p w14:paraId="26621612" w14:textId="77777777" w:rsidR="004F31AD" w:rsidRPr="0078531E" w:rsidRDefault="004F31AD" w:rsidP="005F1580">
            <w:pPr>
              <w:pStyle w:val="TableParagraph"/>
              <w:spacing w:line="270" w:lineRule="exact"/>
              <w:ind w:left="13" w:right="2"/>
              <w:jc w:val="center"/>
              <w:rPr>
                <w:sz w:val="24"/>
              </w:rPr>
            </w:pPr>
            <w:r w:rsidRPr="0078531E">
              <w:rPr>
                <w:sz w:val="24"/>
              </w:rPr>
              <w:t>Szülő,</w:t>
            </w:r>
            <w:r w:rsidRPr="0078531E">
              <w:rPr>
                <w:spacing w:val="1"/>
                <w:sz w:val="24"/>
              </w:rPr>
              <w:t xml:space="preserve"> </w:t>
            </w:r>
            <w:r w:rsidRPr="0078531E">
              <w:rPr>
                <w:spacing w:val="-2"/>
                <w:sz w:val="24"/>
              </w:rPr>
              <w:t>vezetők,</w:t>
            </w:r>
          </w:p>
          <w:p w14:paraId="1BF582E3" w14:textId="77777777" w:rsidR="004F31AD" w:rsidRPr="0078531E" w:rsidRDefault="004F31AD" w:rsidP="005F1580">
            <w:pPr>
              <w:pStyle w:val="TableParagraph"/>
              <w:ind w:left="13" w:right="6"/>
              <w:jc w:val="center"/>
              <w:rPr>
                <w:sz w:val="24"/>
              </w:rPr>
            </w:pPr>
            <w:r w:rsidRPr="0078531E">
              <w:rPr>
                <w:spacing w:val="-2"/>
                <w:sz w:val="24"/>
              </w:rPr>
              <w:t>óvodapedagógusok</w:t>
            </w:r>
          </w:p>
        </w:tc>
        <w:tc>
          <w:tcPr>
            <w:tcW w:w="1997" w:type="dxa"/>
          </w:tcPr>
          <w:p w14:paraId="34AB09D8" w14:textId="131576A8" w:rsidR="004F31AD" w:rsidRPr="0078531E" w:rsidRDefault="004061DC" w:rsidP="005F1580">
            <w:pPr>
              <w:pStyle w:val="TableParagraph"/>
              <w:ind w:left="166" w:right="150"/>
              <w:jc w:val="center"/>
              <w:rPr>
                <w:sz w:val="24"/>
              </w:rPr>
            </w:pPr>
            <w:r w:rsidRPr="0078531E">
              <w:rPr>
                <w:sz w:val="24"/>
              </w:rPr>
              <w:t>I</w:t>
            </w:r>
            <w:r w:rsidR="004F31AD" w:rsidRPr="0078531E">
              <w:rPr>
                <w:sz w:val="24"/>
              </w:rPr>
              <w:t>gény</w:t>
            </w:r>
            <w:r w:rsidR="004F31AD" w:rsidRPr="0078531E">
              <w:rPr>
                <w:spacing w:val="-15"/>
                <w:sz w:val="24"/>
              </w:rPr>
              <w:t xml:space="preserve"> </w:t>
            </w:r>
            <w:r w:rsidR="004F31AD" w:rsidRPr="0078531E">
              <w:rPr>
                <w:sz w:val="24"/>
              </w:rPr>
              <w:t>szerint, illetve a</w:t>
            </w:r>
          </w:p>
          <w:p w14:paraId="20A572F8" w14:textId="77777777" w:rsidR="004F31AD" w:rsidRPr="0078531E" w:rsidRDefault="004F31AD" w:rsidP="005F1580">
            <w:pPr>
              <w:pStyle w:val="TableParagraph"/>
              <w:ind w:left="166" w:right="153"/>
              <w:jc w:val="center"/>
              <w:rPr>
                <w:sz w:val="24"/>
              </w:rPr>
            </w:pPr>
            <w:r w:rsidRPr="0078531E">
              <w:rPr>
                <w:spacing w:val="-2"/>
                <w:sz w:val="24"/>
              </w:rPr>
              <w:t>fejlettségi</w:t>
            </w:r>
          </w:p>
          <w:p w14:paraId="06386339" w14:textId="77777777" w:rsidR="004F31AD" w:rsidRPr="0078531E" w:rsidRDefault="004F31AD" w:rsidP="005F1580">
            <w:pPr>
              <w:pStyle w:val="TableParagraph"/>
              <w:ind w:left="166" w:right="149"/>
              <w:jc w:val="center"/>
              <w:rPr>
                <w:sz w:val="24"/>
              </w:rPr>
            </w:pPr>
            <w:r w:rsidRPr="0078531E">
              <w:rPr>
                <w:sz w:val="24"/>
              </w:rPr>
              <w:t>állapotról</w:t>
            </w:r>
            <w:r w:rsidRPr="0078531E">
              <w:rPr>
                <w:spacing w:val="-15"/>
                <w:sz w:val="24"/>
              </w:rPr>
              <w:t xml:space="preserve"> </w:t>
            </w:r>
            <w:r w:rsidRPr="0078531E">
              <w:rPr>
                <w:sz w:val="24"/>
              </w:rPr>
              <w:t>évente 2 alkalommal</w:t>
            </w:r>
          </w:p>
        </w:tc>
      </w:tr>
      <w:tr w:rsidR="0078531E" w:rsidRPr="0078531E" w14:paraId="5D15F54C" w14:textId="77777777" w:rsidTr="005F1580">
        <w:trPr>
          <w:trHeight w:val="1656"/>
        </w:trPr>
        <w:tc>
          <w:tcPr>
            <w:tcW w:w="2129" w:type="dxa"/>
          </w:tcPr>
          <w:p w14:paraId="78482A29" w14:textId="77777777" w:rsidR="004F31AD" w:rsidRPr="0078531E" w:rsidRDefault="004F31AD" w:rsidP="005F1580">
            <w:pPr>
              <w:pStyle w:val="TableParagraph"/>
              <w:spacing w:line="268" w:lineRule="exact"/>
              <w:ind w:left="5" w:right="1"/>
              <w:jc w:val="center"/>
              <w:rPr>
                <w:sz w:val="24"/>
              </w:rPr>
            </w:pPr>
            <w:r w:rsidRPr="0078531E">
              <w:rPr>
                <w:sz w:val="24"/>
              </w:rPr>
              <w:t>Óvodai</w:t>
            </w:r>
            <w:r w:rsidRPr="0078531E">
              <w:rPr>
                <w:spacing w:val="-2"/>
                <w:sz w:val="24"/>
              </w:rPr>
              <w:t xml:space="preserve"> programok</w:t>
            </w:r>
          </w:p>
        </w:tc>
        <w:tc>
          <w:tcPr>
            <w:tcW w:w="2126" w:type="dxa"/>
          </w:tcPr>
          <w:p w14:paraId="03864C47" w14:textId="77777777" w:rsidR="004F31AD" w:rsidRPr="0078531E" w:rsidRDefault="004F31AD" w:rsidP="005F1580">
            <w:pPr>
              <w:pStyle w:val="TableParagraph"/>
              <w:ind w:left="506" w:right="496" w:firstLine="64"/>
              <w:jc w:val="both"/>
              <w:rPr>
                <w:sz w:val="24"/>
              </w:rPr>
            </w:pPr>
            <w:r w:rsidRPr="0078531E">
              <w:rPr>
                <w:spacing w:val="-2"/>
                <w:sz w:val="24"/>
              </w:rPr>
              <w:t>Nyilvános ünnepek, programok,</w:t>
            </w:r>
          </w:p>
          <w:p w14:paraId="5228EA20" w14:textId="139858B9" w:rsidR="004F31AD" w:rsidRPr="0078531E" w:rsidRDefault="00306DFF" w:rsidP="005F1580">
            <w:pPr>
              <w:pStyle w:val="TableParagraph"/>
              <w:ind w:left="713" w:right="153" w:hanging="550"/>
              <w:jc w:val="both"/>
              <w:rPr>
                <w:sz w:val="24"/>
              </w:rPr>
            </w:pPr>
            <w:r w:rsidRPr="0078531E">
              <w:rPr>
                <w:sz w:val="24"/>
              </w:rPr>
              <w:t>kirándulások</w:t>
            </w:r>
            <w:r w:rsidR="004F31AD" w:rsidRPr="0078531E">
              <w:rPr>
                <w:sz w:val="24"/>
              </w:rPr>
              <w:t>,</w:t>
            </w:r>
            <w:r w:rsidR="004F31AD" w:rsidRPr="0078531E">
              <w:rPr>
                <w:spacing w:val="-14"/>
                <w:sz w:val="24"/>
              </w:rPr>
              <w:t xml:space="preserve"> </w:t>
            </w:r>
            <w:r w:rsidR="004F31AD" w:rsidRPr="0078531E">
              <w:rPr>
                <w:sz w:val="24"/>
              </w:rPr>
              <w:t>a</w:t>
            </w:r>
            <w:r w:rsidR="004F31AD" w:rsidRPr="0078531E">
              <w:rPr>
                <w:spacing w:val="-14"/>
                <w:sz w:val="24"/>
              </w:rPr>
              <w:t xml:space="preserve"> </w:t>
            </w:r>
            <w:r w:rsidR="004F31AD" w:rsidRPr="0078531E">
              <w:rPr>
                <w:sz w:val="24"/>
              </w:rPr>
              <w:t>HOPP</w:t>
            </w:r>
            <w:r w:rsidR="004F31AD" w:rsidRPr="0078531E">
              <w:rPr>
                <w:spacing w:val="-13"/>
                <w:sz w:val="24"/>
              </w:rPr>
              <w:t xml:space="preserve"> </w:t>
            </w:r>
            <w:r w:rsidR="004F31AD" w:rsidRPr="0078531E">
              <w:rPr>
                <w:sz w:val="24"/>
              </w:rPr>
              <w:t>és az éves</w:t>
            </w:r>
          </w:p>
          <w:p w14:paraId="06AABF85" w14:textId="77777777" w:rsidR="004F31AD" w:rsidRPr="0078531E" w:rsidRDefault="004F31AD" w:rsidP="005F1580">
            <w:pPr>
              <w:pStyle w:val="TableParagraph"/>
              <w:spacing w:line="264" w:lineRule="exact"/>
              <w:ind w:left="199"/>
              <w:jc w:val="both"/>
              <w:rPr>
                <w:sz w:val="24"/>
              </w:rPr>
            </w:pPr>
            <w:r w:rsidRPr="0078531E">
              <w:rPr>
                <w:sz w:val="24"/>
              </w:rPr>
              <w:t>munkaterv</w:t>
            </w:r>
            <w:r w:rsidRPr="0078531E">
              <w:rPr>
                <w:spacing w:val="-1"/>
                <w:sz w:val="24"/>
              </w:rPr>
              <w:t xml:space="preserve"> </w:t>
            </w:r>
            <w:r w:rsidRPr="0078531E">
              <w:rPr>
                <w:spacing w:val="-2"/>
                <w:sz w:val="24"/>
              </w:rPr>
              <w:t>szerint</w:t>
            </w:r>
          </w:p>
        </w:tc>
        <w:tc>
          <w:tcPr>
            <w:tcW w:w="2248" w:type="dxa"/>
          </w:tcPr>
          <w:p w14:paraId="5F820863" w14:textId="77777777" w:rsidR="004F31AD" w:rsidRPr="0078531E" w:rsidRDefault="004F31AD" w:rsidP="005F1580">
            <w:pPr>
              <w:pStyle w:val="TableParagraph"/>
              <w:ind w:left="13" w:right="2"/>
              <w:jc w:val="center"/>
              <w:rPr>
                <w:sz w:val="24"/>
              </w:rPr>
            </w:pPr>
            <w:r w:rsidRPr="0078531E">
              <w:rPr>
                <w:sz w:val="24"/>
              </w:rPr>
              <w:t>Gyermekek,</w:t>
            </w:r>
            <w:r w:rsidRPr="0078531E">
              <w:rPr>
                <w:spacing w:val="-15"/>
                <w:sz w:val="24"/>
              </w:rPr>
              <w:t xml:space="preserve"> </w:t>
            </w:r>
            <w:r w:rsidRPr="0078531E">
              <w:rPr>
                <w:sz w:val="24"/>
              </w:rPr>
              <w:t xml:space="preserve">szülők, </w:t>
            </w:r>
            <w:r w:rsidRPr="0078531E">
              <w:rPr>
                <w:spacing w:val="-2"/>
                <w:sz w:val="24"/>
              </w:rPr>
              <w:t>vezetők,</w:t>
            </w:r>
          </w:p>
          <w:p w14:paraId="1A88AB37" w14:textId="437034A0" w:rsidR="004F31AD" w:rsidRPr="0078531E" w:rsidRDefault="004F31AD" w:rsidP="005F1580">
            <w:pPr>
              <w:pStyle w:val="TableParagraph"/>
              <w:ind w:left="13" w:right="2"/>
              <w:jc w:val="center"/>
              <w:rPr>
                <w:sz w:val="24"/>
              </w:rPr>
            </w:pPr>
            <w:r w:rsidRPr="0078531E">
              <w:rPr>
                <w:spacing w:val="-2"/>
                <w:sz w:val="24"/>
              </w:rPr>
              <w:t xml:space="preserve">óvodapedagógusok, </w:t>
            </w:r>
            <w:r w:rsidRPr="0078531E">
              <w:rPr>
                <w:sz w:val="24"/>
              </w:rPr>
              <w:t xml:space="preserve">dajkák, pedagógiai </w:t>
            </w:r>
            <w:r w:rsidR="00FD4608" w:rsidRPr="0078531E">
              <w:rPr>
                <w:spacing w:val="-2"/>
                <w:sz w:val="24"/>
              </w:rPr>
              <w:t>asszisztens</w:t>
            </w:r>
          </w:p>
        </w:tc>
        <w:tc>
          <w:tcPr>
            <w:tcW w:w="1997" w:type="dxa"/>
          </w:tcPr>
          <w:p w14:paraId="081D0A04" w14:textId="77777777" w:rsidR="004F31AD" w:rsidRPr="0078531E" w:rsidRDefault="004F31AD" w:rsidP="005F1580">
            <w:pPr>
              <w:pStyle w:val="TableParagraph"/>
              <w:ind w:left="314" w:right="300" w:hanging="1"/>
              <w:jc w:val="center"/>
              <w:rPr>
                <w:sz w:val="24"/>
              </w:rPr>
            </w:pPr>
            <w:r w:rsidRPr="0078531E">
              <w:rPr>
                <w:sz w:val="24"/>
              </w:rPr>
              <w:t xml:space="preserve">Az éves </w:t>
            </w:r>
            <w:r w:rsidRPr="0078531E">
              <w:rPr>
                <w:spacing w:val="-2"/>
                <w:sz w:val="24"/>
              </w:rPr>
              <w:t>munkatervnek megfelelően</w:t>
            </w:r>
          </w:p>
        </w:tc>
      </w:tr>
      <w:tr w:rsidR="004F31AD" w:rsidRPr="0078531E" w14:paraId="3CA28A9E" w14:textId="77777777" w:rsidTr="005F1580">
        <w:trPr>
          <w:trHeight w:val="827"/>
        </w:trPr>
        <w:tc>
          <w:tcPr>
            <w:tcW w:w="2129" w:type="dxa"/>
          </w:tcPr>
          <w:p w14:paraId="2E704724" w14:textId="77777777" w:rsidR="004F31AD" w:rsidRPr="0078531E" w:rsidRDefault="004F31AD" w:rsidP="005F1580">
            <w:pPr>
              <w:pStyle w:val="TableParagraph"/>
              <w:ind w:left="143" w:right="131" w:firstLine="307"/>
              <w:rPr>
                <w:sz w:val="24"/>
              </w:rPr>
            </w:pPr>
            <w:r w:rsidRPr="0078531E">
              <w:rPr>
                <w:spacing w:val="-2"/>
                <w:sz w:val="24"/>
              </w:rPr>
              <w:lastRenderedPageBreak/>
              <w:t xml:space="preserve">Elégedettség </w:t>
            </w:r>
            <w:r w:rsidRPr="0078531E">
              <w:rPr>
                <w:sz w:val="24"/>
              </w:rPr>
              <w:t>mérés,</w:t>
            </w:r>
            <w:r w:rsidRPr="0078531E">
              <w:rPr>
                <w:spacing w:val="-15"/>
                <w:sz w:val="24"/>
              </w:rPr>
              <w:t xml:space="preserve"> </w:t>
            </w:r>
            <w:proofErr w:type="spellStart"/>
            <w:r w:rsidRPr="0078531E">
              <w:rPr>
                <w:sz w:val="24"/>
              </w:rPr>
              <w:t>kérdőívezés</w:t>
            </w:r>
            <w:proofErr w:type="spellEnd"/>
          </w:p>
        </w:tc>
        <w:tc>
          <w:tcPr>
            <w:tcW w:w="2126" w:type="dxa"/>
          </w:tcPr>
          <w:p w14:paraId="24660473" w14:textId="77777777" w:rsidR="004F31AD" w:rsidRPr="0078531E" w:rsidRDefault="004F31AD" w:rsidP="005F1580">
            <w:pPr>
              <w:pStyle w:val="TableParagraph"/>
              <w:ind w:left="775" w:right="357" w:hanging="401"/>
              <w:rPr>
                <w:sz w:val="24"/>
              </w:rPr>
            </w:pPr>
            <w:r w:rsidRPr="0078531E">
              <w:rPr>
                <w:sz w:val="24"/>
              </w:rPr>
              <w:t>Tájékozódás</w:t>
            </w:r>
            <w:r w:rsidRPr="0078531E">
              <w:rPr>
                <w:spacing w:val="-15"/>
                <w:sz w:val="24"/>
              </w:rPr>
              <w:t xml:space="preserve"> </w:t>
            </w:r>
            <w:r w:rsidRPr="0078531E">
              <w:rPr>
                <w:sz w:val="24"/>
              </w:rPr>
              <w:t xml:space="preserve">a </w:t>
            </w:r>
            <w:r w:rsidRPr="0078531E">
              <w:rPr>
                <w:spacing w:val="-2"/>
                <w:sz w:val="24"/>
              </w:rPr>
              <w:t>szülői</w:t>
            </w:r>
          </w:p>
          <w:p w14:paraId="78C5777B" w14:textId="77777777" w:rsidR="004F31AD" w:rsidRPr="0078531E" w:rsidRDefault="004F31AD" w:rsidP="005F1580">
            <w:pPr>
              <w:pStyle w:val="TableParagraph"/>
              <w:spacing w:line="264" w:lineRule="exact"/>
              <w:ind w:left="336"/>
              <w:rPr>
                <w:sz w:val="24"/>
              </w:rPr>
            </w:pPr>
            <w:r w:rsidRPr="0078531E">
              <w:rPr>
                <w:spacing w:val="-2"/>
                <w:sz w:val="24"/>
              </w:rPr>
              <w:t>elégedettségről</w:t>
            </w:r>
          </w:p>
        </w:tc>
        <w:tc>
          <w:tcPr>
            <w:tcW w:w="2248" w:type="dxa"/>
          </w:tcPr>
          <w:p w14:paraId="4A85A35E" w14:textId="77777777" w:rsidR="004F31AD" w:rsidRPr="0078531E" w:rsidRDefault="004F31AD" w:rsidP="005F1580">
            <w:pPr>
              <w:pStyle w:val="TableParagraph"/>
              <w:ind w:left="197" w:firstLine="129"/>
              <w:rPr>
                <w:sz w:val="24"/>
              </w:rPr>
            </w:pPr>
            <w:r w:rsidRPr="0078531E">
              <w:rPr>
                <w:sz w:val="24"/>
              </w:rPr>
              <w:t xml:space="preserve">Szülők, vezetők, </w:t>
            </w:r>
            <w:r w:rsidRPr="0078531E">
              <w:rPr>
                <w:spacing w:val="-2"/>
                <w:sz w:val="24"/>
              </w:rPr>
              <w:t>óvodapedagógusok</w:t>
            </w:r>
          </w:p>
        </w:tc>
        <w:tc>
          <w:tcPr>
            <w:tcW w:w="1997" w:type="dxa"/>
          </w:tcPr>
          <w:p w14:paraId="03D92664" w14:textId="7508BB11" w:rsidR="004F31AD" w:rsidRPr="0078531E" w:rsidRDefault="00054ED9" w:rsidP="006C35EF">
            <w:pPr>
              <w:pStyle w:val="TableParagraph"/>
              <w:spacing w:line="268" w:lineRule="exact"/>
              <w:jc w:val="center"/>
              <w:rPr>
                <w:sz w:val="24"/>
              </w:rPr>
            </w:pPr>
            <w:r w:rsidRPr="0078531E">
              <w:rPr>
                <w:sz w:val="24"/>
              </w:rPr>
              <w:t>Nevelési év végén</w:t>
            </w:r>
          </w:p>
        </w:tc>
      </w:tr>
    </w:tbl>
    <w:p w14:paraId="3D230403" w14:textId="77777777" w:rsidR="00AE0CFD" w:rsidRPr="0078531E" w:rsidRDefault="00AE0CFD">
      <w:pPr>
        <w:pStyle w:val="Szvegtrzs"/>
        <w:spacing w:before="126"/>
        <w:rPr>
          <w:b/>
          <w:sz w:val="32"/>
        </w:rPr>
      </w:pPr>
    </w:p>
    <w:p w14:paraId="671B75CE" w14:textId="77777777" w:rsidR="006C35EF" w:rsidRPr="0078531E" w:rsidRDefault="006C35EF">
      <w:pPr>
        <w:pStyle w:val="Szvegtrzs"/>
        <w:spacing w:before="126"/>
        <w:rPr>
          <w:b/>
          <w:sz w:val="32"/>
        </w:rPr>
      </w:pPr>
    </w:p>
    <w:p w14:paraId="4BF3D4FE" w14:textId="77777777" w:rsidR="003C0441" w:rsidRPr="0078531E" w:rsidRDefault="003C0441">
      <w:pPr>
        <w:pStyle w:val="Szvegtrzs"/>
        <w:spacing w:before="126"/>
        <w:rPr>
          <w:b/>
          <w:sz w:val="32"/>
        </w:rPr>
      </w:pPr>
    </w:p>
    <w:p w14:paraId="035DB3F8" w14:textId="77777777" w:rsidR="00AE0CFD" w:rsidRPr="0078531E" w:rsidRDefault="00C3522D">
      <w:pPr>
        <w:pStyle w:val="Cmsor2"/>
        <w:numPr>
          <w:ilvl w:val="0"/>
          <w:numId w:val="24"/>
        </w:numPr>
        <w:tabs>
          <w:tab w:val="left" w:pos="702"/>
        </w:tabs>
        <w:spacing w:line="276" w:lineRule="auto"/>
        <w:ind w:left="136" w:right="566" w:firstLine="0"/>
        <w:jc w:val="left"/>
        <w:rPr>
          <w:rFonts w:ascii="Times New Roman" w:hAnsi="Times New Roman" w:cs="Times New Roman"/>
        </w:rPr>
      </w:pPr>
      <w:bookmarkStart w:id="19" w:name="_bookmark14"/>
      <w:bookmarkEnd w:id="19"/>
      <w:r w:rsidRPr="0078531E">
        <w:rPr>
          <w:rFonts w:ascii="Times New Roman" w:hAnsi="Times New Roman" w:cs="Times New Roman"/>
        </w:rPr>
        <w:t>A</w:t>
      </w:r>
      <w:r w:rsidRPr="0078531E">
        <w:rPr>
          <w:rFonts w:ascii="Times New Roman" w:hAnsi="Times New Roman" w:cs="Times New Roman"/>
          <w:spacing w:val="-9"/>
        </w:rPr>
        <w:t xml:space="preserve"> </w:t>
      </w:r>
      <w:r w:rsidRPr="0078531E">
        <w:rPr>
          <w:rFonts w:ascii="Times New Roman" w:hAnsi="Times New Roman" w:cs="Times New Roman"/>
        </w:rPr>
        <w:t>gyermekek</w:t>
      </w:r>
      <w:r w:rsidRPr="0078531E">
        <w:rPr>
          <w:rFonts w:ascii="Times New Roman" w:hAnsi="Times New Roman" w:cs="Times New Roman"/>
          <w:spacing w:val="-9"/>
        </w:rPr>
        <w:t xml:space="preserve"> </w:t>
      </w:r>
      <w:r w:rsidRPr="0078531E">
        <w:rPr>
          <w:rFonts w:ascii="Times New Roman" w:hAnsi="Times New Roman" w:cs="Times New Roman"/>
        </w:rPr>
        <w:t>esélyegyenlőségét</w:t>
      </w:r>
      <w:r w:rsidRPr="0078531E">
        <w:rPr>
          <w:rFonts w:ascii="Times New Roman" w:hAnsi="Times New Roman" w:cs="Times New Roman"/>
          <w:spacing w:val="-10"/>
        </w:rPr>
        <w:t xml:space="preserve"> </w:t>
      </w:r>
      <w:r w:rsidRPr="0078531E">
        <w:rPr>
          <w:rFonts w:ascii="Times New Roman" w:hAnsi="Times New Roman" w:cs="Times New Roman"/>
        </w:rPr>
        <w:t>szolgáló</w:t>
      </w:r>
      <w:r w:rsidRPr="0078531E">
        <w:rPr>
          <w:rFonts w:ascii="Times New Roman" w:hAnsi="Times New Roman" w:cs="Times New Roman"/>
          <w:spacing w:val="-9"/>
        </w:rPr>
        <w:t xml:space="preserve"> </w:t>
      </w:r>
      <w:r w:rsidRPr="0078531E">
        <w:rPr>
          <w:rFonts w:ascii="Times New Roman" w:hAnsi="Times New Roman" w:cs="Times New Roman"/>
        </w:rPr>
        <w:t>intézkedések és a szociális hátrányok enyhítését segítő tevékenységek</w:t>
      </w:r>
    </w:p>
    <w:p w14:paraId="3CCDF282" w14:textId="77777777" w:rsidR="00AE0CFD" w:rsidRPr="0078531E" w:rsidRDefault="00C3522D">
      <w:pPr>
        <w:pStyle w:val="Cmsor4"/>
        <w:spacing w:before="120"/>
      </w:pPr>
      <w:r w:rsidRPr="0078531E">
        <w:rPr>
          <w:spacing w:val="-2"/>
        </w:rPr>
        <w:t>Gyermekvédelem</w:t>
      </w:r>
    </w:p>
    <w:p w14:paraId="30002E98" w14:textId="77777777" w:rsidR="00AE0CFD" w:rsidRPr="0078531E" w:rsidRDefault="00AE0CFD"/>
    <w:p w14:paraId="61B951E2" w14:textId="77777777" w:rsidR="001A1A12" w:rsidRPr="0078531E" w:rsidRDefault="001A1A12"/>
    <w:p w14:paraId="22E19811" w14:textId="77777777" w:rsidR="001A1A12" w:rsidRPr="0078531E" w:rsidRDefault="001A1A12" w:rsidP="001A1A12">
      <w:pPr>
        <w:spacing w:line="360" w:lineRule="auto"/>
        <w:jc w:val="both"/>
        <w:rPr>
          <w:sz w:val="24"/>
          <w:szCs w:val="24"/>
        </w:rPr>
      </w:pPr>
      <w:r w:rsidRPr="0078531E">
        <w:rPr>
          <w:sz w:val="24"/>
          <w:szCs w:val="24"/>
        </w:rPr>
        <w:t xml:space="preserve">Az intézményben gyermekvédelmi felelős tevékenykedik, aki koordinálja a gyermekvédelmi munkát. Ha az óvoda a gyermeket veszélyeztető okokat pedagógiai eszközökkel nem tudja megszüntetni, segítséget kér a gyermekjóléti szolgálattól. A gyermekvédelmi felelős személyéről, elérhetőségéről a szülőket a nevelési év elején tájékoztatjuk. A házirendben meghatároztuk azokat a védő-óvó eljárásokat, amelyeket a gyermekeknek az intézményben való tartózkodás során be kell tartaniuk.  </w:t>
      </w:r>
    </w:p>
    <w:p w14:paraId="43937F72" w14:textId="77777777" w:rsidR="001A1A12" w:rsidRPr="0078531E" w:rsidRDefault="001A1A12" w:rsidP="001A1A12">
      <w:pPr>
        <w:spacing w:line="360" w:lineRule="auto"/>
        <w:jc w:val="both"/>
        <w:rPr>
          <w:b/>
          <w:sz w:val="24"/>
          <w:szCs w:val="24"/>
        </w:rPr>
      </w:pPr>
      <w:r w:rsidRPr="0078531E">
        <w:rPr>
          <w:b/>
          <w:sz w:val="24"/>
          <w:szCs w:val="24"/>
        </w:rPr>
        <w:t xml:space="preserve">Célunk: </w:t>
      </w:r>
    </w:p>
    <w:p w14:paraId="0C8D05E5" w14:textId="77777777" w:rsidR="001A1A12" w:rsidRPr="0078531E" w:rsidRDefault="001A1A12">
      <w:pPr>
        <w:pStyle w:val="Listaszerbekezds"/>
        <w:widowControl/>
        <w:numPr>
          <w:ilvl w:val="0"/>
          <w:numId w:val="28"/>
        </w:numPr>
        <w:autoSpaceDE/>
        <w:autoSpaceDN/>
        <w:spacing w:after="160" w:line="360" w:lineRule="auto"/>
        <w:contextualSpacing/>
        <w:jc w:val="both"/>
        <w:rPr>
          <w:sz w:val="24"/>
          <w:szCs w:val="24"/>
        </w:rPr>
      </w:pPr>
      <w:r w:rsidRPr="0078531E">
        <w:rPr>
          <w:sz w:val="24"/>
          <w:szCs w:val="24"/>
        </w:rPr>
        <w:t>A prevenció, a gyermek hátrányos helyzetének csökkentése, a veszélyeztetettség kialakulásának megelőzése, illetve segítségnyújtás.</w:t>
      </w:r>
    </w:p>
    <w:p w14:paraId="1927CEA0" w14:textId="77777777" w:rsidR="001A1A12" w:rsidRPr="0078531E" w:rsidRDefault="001A1A12">
      <w:pPr>
        <w:pStyle w:val="Listaszerbekezds"/>
        <w:widowControl/>
        <w:numPr>
          <w:ilvl w:val="0"/>
          <w:numId w:val="28"/>
        </w:numPr>
        <w:autoSpaceDE/>
        <w:autoSpaceDN/>
        <w:spacing w:after="160" w:line="360" w:lineRule="auto"/>
        <w:contextualSpacing/>
        <w:jc w:val="both"/>
        <w:rPr>
          <w:sz w:val="24"/>
          <w:szCs w:val="24"/>
        </w:rPr>
      </w:pPr>
      <w:r w:rsidRPr="0078531E">
        <w:rPr>
          <w:sz w:val="24"/>
          <w:szCs w:val="24"/>
        </w:rPr>
        <w:t xml:space="preserve">Együttműködés a családdokkal, különböző szakemberekkel. </w:t>
      </w:r>
    </w:p>
    <w:p w14:paraId="272E9EF4" w14:textId="77777777" w:rsidR="001A1A12" w:rsidRPr="0078531E" w:rsidRDefault="001A1A12">
      <w:pPr>
        <w:pStyle w:val="Listaszerbekezds"/>
        <w:widowControl/>
        <w:numPr>
          <w:ilvl w:val="0"/>
          <w:numId w:val="28"/>
        </w:numPr>
        <w:autoSpaceDE/>
        <w:autoSpaceDN/>
        <w:spacing w:after="160" w:line="360" w:lineRule="auto"/>
        <w:contextualSpacing/>
        <w:jc w:val="both"/>
        <w:rPr>
          <w:sz w:val="24"/>
          <w:szCs w:val="24"/>
        </w:rPr>
      </w:pPr>
      <w:r w:rsidRPr="0078531E">
        <w:rPr>
          <w:sz w:val="24"/>
          <w:szCs w:val="24"/>
        </w:rPr>
        <w:t xml:space="preserve">Olyan feltételek megteremtése, ahol minden gyermek biztonságban és jól érzi magát, képességeit és tehetségét a lehető legjobban ki tudja bontakoztatni.     </w:t>
      </w:r>
    </w:p>
    <w:p w14:paraId="4294AD6A" w14:textId="77777777" w:rsidR="001A1A12" w:rsidRPr="0078531E" w:rsidRDefault="001A1A12" w:rsidP="001A1A12">
      <w:pPr>
        <w:spacing w:line="360" w:lineRule="auto"/>
        <w:jc w:val="both"/>
        <w:rPr>
          <w:b/>
          <w:sz w:val="24"/>
          <w:szCs w:val="24"/>
        </w:rPr>
      </w:pPr>
      <w:r w:rsidRPr="0078531E">
        <w:rPr>
          <w:b/>
          <w:sz w:val="24"/>
          <w:szCs w:val="24"/>
        </w:rPr>
        <w:t xml:space="preserve">A gyermeknek joga: </w:t>
      </w:r>
    </w:p>
    <w:p w14:paraId="5CCD8CE1" w14:textId="77777777" w:rsidR="001A1A12" w:rsidRPr="0078531E" w:rsidRDefault="001A1A12">
      <w:pPr>
        <w:pStyle w:val="Listaszerbekezds"/>
        <w:widowControl/>
        <w:numPr>
          <w:ilvl w:val="0"/>
          <w:numId w:val="29"/>
        </w:numPr>
        <w:autoSpaceDE/>
        <w:autoSpaceDN/>
        <w:spacing w:after="160" w:line="360" w:lineRule="auto"/>
        <w:contextualSpacing/>
        <w:jc w:val="both"/>
        <w:rPr>
          <w:sz w:val="24"/>
          <w:szCs w:val="24"/>
        </w:rPr>
      </w:pPr>
      <w:r w:rsidRPr="0078531E">
        <w:rPr>
          <w:sz w:val="24"/>
          <w:szCs w:val="24"/>
        </w:rPr>
        <w:t>A nevelési-oktatási intézményben, biztonságban és egészséges környezetben neveljék, óvodai életrendjét – pihenőidő, szabadidő, testmozgás beépítésével, sportolási, étkezési lehetőség biztosításával – életkorának és fejlettségének megfelelően alakítsák ki.</w:t>
      </w:r>
    </w:p>
    <w:p w14:paraId="54A2779E" w14:textId="77777777" w:rsidR="001A1A12" w:rsidRPr="0078531E" w:rsidRDefault="001A1A12">
      <w:pPr>
        <w:pStyle w:val="Listaszerbekezds"/>
        <w:widowControl/>
        <w:numPr>
          <w:ilvl w:val="0"/>
          <w:numId w:val="29"/>
        </w:numPr>
        <w:autoSpaceDE/>
        <w:autoSpaceDN/>
        <w:spacing w:after="160" w:line="360" w:lineRule="auto"/>
        <w:contextualSpacing/>
        <w:jc w:val="both"/>
        <w:rPr>
          <w:sz w:val="24"/>
          <w:szCs w:val="24"/>
        </w:rPr>
      </w:pPr>
      <w:r w:rsidRPr="0078531E">
        <w:rPr>
          <w:sz w:val="24"/>
          <w:szCs w:val="24"/>
        </w:rPr>
        <w:t>Vallási és világnézeti meggyőződésének megfelelő oktatásban és nevelésben részesüljön, mely az óvodai nevelési időn kívül szervezhető.</w:t>
      </w:r>
    </w:p>
    <w:p w14:paraId="77D3C71B" w14:textId="77777777" w:rsidR="001A1A12" w:rsidRPr="0078531E" w:rsidRDefault="001A1A12">
      <w:pPr>
        <w:pStyle w:val="Listaszerbekezds"/>
        <w:widowControl/>
        <w:numPr>
          <w:ilvl w:val="0"/>
          <w:numId w:val="29"/>
        </w:numPr>
        <w:autoSpaceDE/>
        <w:autoSpaceDN/>
        <w:spacing w:after="160" w:line="360" w:lineRule="auto"/>
        <w:contextualSpacing/>
        <w:jc w:val="both"/>
        <w:rPr>
          <w:sz w:val="24"/>
          <w:szCs w:val="24"/>
        </w:rPr>
      </w:pPr>
      <w:r w:rsidRPr="0078531E">
        <w:rPr>
          <w:sz w:val="24"/>
          <w:szCs w:val="24"/>
        </w:rPr>
        <w:t xml:space="preserve">Képességeinek, érdeklődésének, adottságainak megfelelő nevelésben részesüljön. </w:t>
      </w:r>
    </w:p>
    <w:p w14:paraId="128A476E" w14:textId="77777777" w:rsidR="001A1A12" w:rsidRPr="0078531E" w:rsidRDefault="001A1A12">
      <w:pPr>
        <w:pStyle w:val="Listaszerbekezds"/>
        <w:widowControl/>
        <w:numPr>
          <w:ilvl w:val="0"/>
          <w:numId w:val="29"/>
        </w:numPr>
        <w:autoSpaceDE/>
        <w:autoSpaceDN/>
        <w:spacing w:after="160" w:line="360" w:lineRule="auto"/>
        <w:contextualSpacing/>
        <w:jc w:val="both"/>
        <w:rPr>
          <w:sz w:val="24"/>
          <w:szCs w:val="24"/>
        </w:rPr>
      </w:pPr>
      <w:r w:rsidRPr="0078531E">
        <w:rPr>
          <w:sz w:val="24"/>
          <w:szCs w:val="24"/>
        </w:rPr>
        <w:t xml:space="preserve">Nem állami, önkormányzati intézményben vegye igénybe az óvodai ellátást. </w:t>
      </w:r>
    </w:p>
    <w:p w14:paraId="5DE2FABC" w14:textId="77777777" w:rsidR="001A1A12" w:rsidRPr="0078531E" w:rsidRDefault="001A1A12">
      <w:pPr>
        <w:pStyle w:val="Listaszerbekezds"/>
        <w:widowControl/>
        <w:numPr>
          <w:ilvl w:val="0"/>
          <w:numId w:val="29"/>
        </w:numPr>
        <w:autoSpaceDE/>
        <w:autoSpaceDN/>
        <w:spacing w:after="160" w:line="360" w:lineRule="auto"/>
        <w:contextualSpacing/>
        <w:jc w:val="both"/>
        <w:rPr>
          <w:sz w:val="24"/>
          <w:szCs w:val="24"/>
        </w:rPr>
      </w:pPr>
      <w:r w:rsidRPr="0078531E">
        <w:rPr>
          <w:sz w:val="24"/>
          <w:szCs w:val="24"/>
        </w:rPr>
        <w:t xml:space="preserve">Személyiségi jogait, önrendelkezési jogát, cselekvési szabadságát, családi élethez való jogát az óvoda tiszteletben tartsa. </w:t>
      </w:r>
    </w:p>
    <w:p w14:paraId="67B9EBD7" w14:textId="77777777" w:rsidR="001A1A12" w:rsidRPr="0078531E" w:rsidRDefault="001A1A12">
      <w:pPr>
        <w:pStyle w:val="Listaszerbekezds"/>
        <w:widowControl/>
        <w:numPr>
          <w:ilvl w:val="0"/>
          <w:numId w:val="29"/>
        </w:numPr>
        <w:autoSpaceDE/>
        <w:autoSpaceDN/>
        <w:spacing w:after="160" w:line="360" w:lineRule="auto"/>
        <w:contextualSpacing/>
        <w:jc w:val="both"/>
        <w:rPr>
          <w:sz w:val="24"/>
          <w:szCs w:val="24"/>
        </w:rPr>
      </w:pPr>
      <w:r w:rsidRPr="0078531E">
        <w:rPr>
          <w:sz w:val="24"/>
          <w:szCs w:val="24"/>
        </w:rPr>
        <w:t xml:space="preserve">Állapotának, személyes adottságának megfelelő megkülönböztetett ellátásban részesüljön.  </w:t>
      </w:r>
    </w:p>
    <w:p w14:paraId="6299865F" w14:textId="77777777" w:rsidR="001A1A12" w:rsidRPr="0078531E" w:rsidRDefault="001A1A12" w:rsidP="001A1A12">
      <w:pPr>
        <w:spacing w:line="360" w:lineRule="auto"/>
        <w:jc w:val="both"/>
        <w:rPr>
          <w:sz w:val="24"/>
          <w:szCs w:val="24"/>
        </w:rPr>
      </w:pPr>
      <w:r w:rsidRPr="0078531E">
        <w:rPr>
          <w:sz w:val="24"/>
          <w:szCs w:val="24"/>
        </w:rPr>
        <w:t xml:space="preserve">Az óvodai nevelés során a gyermek személyiségét, emberi méltóságát és jogait tiszteletben kell </w:t>
      </w:r>
      <w:r w:rsidRPr="0078531E">
        <w:rPr>
          <w:sz w:val="24"/>
          <w:szCs w:val="24"/>
        </w:rPr>
        <w:lastRenderedPageBreak/>
        <w:t xml:space="preserve">tartani, védelmet kell számára biztosítani a fizikai és lelki erőszakkal szemben. A hátrányos megkülönböztetés tilos! Az óvodai nevelés és nevelést-oktatást kiegészítő pedagógiai szakszolgálatok igénybevétele ingyenes. Minden gyermek számára biztosított az óvodai neveléshez való egyenlő hozzáférés. A beilleszkedési zavarral, magatartási rendellenességgel küzdő gyermek közösségi életbe való beilleszkedését elősegítő rehabilitációs célú foglalkoztatásra jogosult, amelyet az óvodai nevelés vagy a nevelési tanácsadás keretében kell megvalósítani. A gyermeknek joga, hogy családja anyagi helyzetétől függően kérelmére ingyenes vagy kedvezményes étkezésben részesüljön. A sajátos nevelési igényű gyermek fejlesztését, a gyermek fogyatékosságának megfelelő szakemberek végzik, nevelési időben.  </w:t>
      </w:r>
    </w:p>
    <w:p w14:paraId="36C4E099" w14:textId="77777777" w:rsidR="001A1A12" w:rsidRPr="0078531E" w:rsidRDefault="001A1A12" w:rsidP="001A1A12">
      <w:pPr>
        <w:spacing w:line="360" w:lineRule="auto"/>
        <w:jc w:val="both"/>
        <w:rPr>
          <w:b/>
          <w:sz w:val="24"/>
          <w:szCs w:val="24"/>
        </w:rPr>
      </w:pPr>
      <w:r w:rsidRPr="0078531E">
        <w:rPr>
          <w:b/>
          <w:sz w:val="24"/>
          <w:szCs w:val="24"/>
        </w:rPr>
        <w:t xml:space="preserve">A szülő jogai </w:t>
      </w:r>
    </w:p>
    <w:p w14:paraId="39E9319D" w14:textId="77777777" w:rsidR="001A1A12" w:rsidRPr="0078531E" w:rsidRDefault="001A1A12">
      <w:pPr>
        <w:pStyle w:val="Listaszerbekezds"/>
        <w:widowControl/>
        <w:numPr>
          <w:ilvl w:val="0"/>
          <w:numId w:val="30"/>
        </w:numPr>
        <w:autoSpaceDE/>
        <w:autoSpaceDN/>
        <w:spacing w:after="160" w:line="360" w:lineRule="auto"/>
        <w:contextualSpacing/>
        <w:jc w:val="both"/>
        <w:rPr>
          <w:sz w:val="24"/>
          <w:szCs w:val="24"/>
        </w:rPr>
      </w:pPr>
      <w:r w:rsidRPr="0078531E">
        <w:rPr>
          <w:sz w:val="24"/>
          <w:szCs w:val="24"/>
        </w:rPr>
        <w:t xml:space="preserve">A szülőt megilleti a nevelési intézmény szabad megválasztásának joga. </w:t>
      </w:r>
    </w:p>
    <w:p w14:paraId="42211A51" w14:textId="77777777" w:rsidR="001A1A12" w:rsidRPr="0078531E" w:rsidRDefault="001A1A12">
      <w:pPr>
        <w:pStyle w:val="Listaszerbekezds"/>
        <w:widowControl/>
        <w:numPr>
          <w:ilvl w:val="0"/>
          <w:numId w:val="30"/>
        </w:numPr>
        <w:autoSpaceDE/>
        <w:autoSpaceDN/>
        <w:spacing w:after="160" w:line="360" w:lineRule="auto"/>
        <w:contextualSpacing/>
        <w:jc w:val="both"/>
        <w:rPr>
          <w:sz w:val="24"/>
          <w:szCs w:val="24"/>
        </w:rPr>
      </w:pPr>
      <w:r w:rsidRPr="0078531E">
        <w:rPr>
          <w:sz w:val="24"/>
          <w:szCs w:val="24"/>
        </w:rPr>
        <w:t xml:space="preserve">Az óvodai nevelés nyelve a magyar, illetve a nemzeti és etnikai kisebbség nyelve. </w:t>
      </w:r>
    </w:p>
    <w:p w14:paraId="0AFB7DCE" w14:textId="77777777" w:rsidR="001A1A12" w:rsidRPr="0078531E" w:rsidRDefault="001A1A12">
      <w:pPr>
        <w:pStyle w:val="Listaszerbekezds"/>
        <w:widowControl/>
        <w:numPr>
          <w:ilvl w:val="0"/>
          <w:numId w:val="30"/>
        </w:numPr>
        <w:autoSpaceDE/>
        <w:autoSpaceDN/>
        <w:spacing w:after="160" w:line="360" w:lineRule="auto"/>
        <w:contextualSpacing/>
        <w:jc w:val="both"/>
        <w:rPr>
          <w:sz w:val="24"/>
          <w:szCs w:val="24"/>
        </w:rPr>
      </w:pPr>
      <w:r w:rsidRPr="0078531E">
        <w:rPr>
          <w:sz w:val="24"/>
          <w:szCs w:val="24"/>
        </w:rPr>
        <w:t xml:space="preserve">A szülők joga igényelni, hogy az óvoda a nevelési programjában és tevékenységében a tájékoztatást és az ismereteket többoldalú módon közvetítse. </w:t>
      </w:r>
    </w:p>
    <w:p w14:paraId="6D15FC49" w14:textId="77777777" w:rsidR="001A1A12" w:rsidRPr="0078531E" w:rsidRDefault="001A1A12">
      <w:pPr>
        <w:pStyle w:val="Listaszerbekezds"/>
        <w:widowControl/>
        <w:numPr>
          <w:ilvl w:val="0"/>
          <w:numId w:val="30"/>
        </w:numPr>
        <w:autoSpaceDE/>
        <w:autoSpaceDN/>
        <w:spacing w:after="160" w:line="360" w:lineRule="auto"/>
        <w:contextualSpacing/>
        <w:jc w:val="both"/>
        <w:rPr>
          <w:sz w:val="24"/>
          <w:szCs w:val="24"/>
        </w:rPr>
      </w:pPr>
      <w:r w:rsidRPr="0078531E">
        <w:rPr>
          <w:sz w:val="24"/>
          <w:szCs w:val="24"/>
        </w:rPr>
        <w:t xml:space="preserve">Megismerni az óvoda nevelési programját, házirendjét. </w:t>
      </w:r>
    </w:p>
    <w:p w14:paraId="7F7C5C0D" w14:textId="77777777" w:rsidR="001A1A12" w:rsidRPr="0078531E" w:rsidRDefault="001A1A12">
      <w:pPr>
        <w:pStyle w:val="Listaszerbekezds"/>
        <w:widowControl/>
        <w:numPr>
          <w:ilvl w:val="0"/>
          <w:numId w:val="30"/>
        </w:numPr>
        <w:autoSpaceDE/>
        <w:autoSpaceDN/>
        <w:spacing w:after="160" w:line="360" w:lineRule="auto"/>
        <w:contextualSpacing/>
        <w:jc w:val="both"/>
        <w:rPr>
          <w:sz w:val="24"/>
          <w:szCs w:val="24"/>
        </w:rPr>
      </w:pPr>
      <w:r w:rsidRPr="0078531E">
        <w:rPr>
          <w:sz w:val="24"/>
          <w:szCs w:val="24"/>
        </w:rPr>
        <w:t>Tájékoztatást kapni gyermeke fejlődéséről, magatartásáról, nevelésében tanácsot, segítséget kapni</w:t>
      </w:r>
    </w:p>
    <w:p w14:paraId="60E44F57" w14:textId="77777777" w:rsidR="001A1A12" w:rsidRPr="0078531E" w:rsidRDefault="001A1A12">
      <w:pPr>
        <w:pStyle w:val="Listaszerbekezds"/>
        <w:widowControl/>
        <w:numPr>
          <w:ilvl w:val="0"/>
          <w:numId w:val="30"/>
        </w:numPr>
        <w:autoSpaceDE/>
        <w:autoSpaceDN/>
        <w:spacing w:after="160" w:line="360" w:lineRule="auto"/>
        <w:contextualSpacing/>
        <w:jc w:val="both"/>
        <w:rPr>
          <w:sz w:val="24"/>
          <w:szCs w:val="24"/>
        </w:rPr>
      </w:pPr>
      <w:r w:rsidRPr="0078531E">
        <w:rPr>
          <w:sz w:val="24"/>
          <w:szCs w:val="24"/>
        </w:rPr>
        <w:t xml:space="preserve">Kezdeményezni az óvodaszék vagy a szülői munkaközösség létrehozását.  </w:t>
      </w:r>
    </w:p>
    <w:p w14:paraId="31C496BF" w14:textId="77777777" w:rsidR="001A1A12" w:rsidRPr="0078531E" w:rsidRDefault="001A1A12" w:rsidP="001A1A12">
      <w:pPr>
        <w:spacing w:line="360" w:lineRule="auto"/>
        <w:jc w:val="both"/>
        <w:rPr>
          <w:b/>
          <w:sz w:val="24"/>
          <w:szCs w:val="24"/>
        </w:rPr>
      </w:pPr>
      <w:r w:rsidRPr="0078531E">
        <w:rPr>
          <w:b/>
          <w:sz w:val="24"/>
          <w:szCs w:val="24"/>
        </w:rPr>
        <w:t>A szülő kötelessége:</w:t>
      </w:r>
    </w:p>
    <w:p w14:paraId="5DD7E491" w14:textId="77777777" w:rsidR="001A1A12" w:rsidRPr="0078531E" w:rsidRDefault="001A1A12">
      <w:pPr>
        <w:pStyle w:val="Listaszerbekezds"/>
        <w:widowControl/>
        <w:numPr>
          <w:ilvl w:val="0"/>
          <w:numId w:val="31"/>
        </w:numPr>
        <w:autoSpaceDE/>
        <w:autoSpaceDN/>
        <w:spacing w:after="160" w:line="360" w:lineRule="auto"/>
        <w:contextualSpacing/>
        <w:jc w:val="both"/>
        <w:rPr>
          <w:sz w:val="24"/>
          <w:szCs w:val="24"/>
        </w:rPr>
      </w:pPr>
      <w:r w:rsidRPr="0078531E">
        <w:rPr>
          <w:sz w:val="24"/>
          <w:szCs w:val="24"/>
        </w:rPr>
        <w:t>Biztosítani gyermeke – óvodai nevelés keretében folyó – iskolai életmódra felkészítő foglalkozáson való részvételét.</w:t>
      </w:r>
    </w:p>
    <w:p w14:paraId="3E687DF2" w14:textId="77777777" w:rsidR="001A1A12" w:rsidRPr="0078531E" w:rsidRDefault="001A1A12">
      <w:pPr>
        <w:pStyle w:val="Listaszerbekezds"/>
        <w:widowControl/>
        <w:numPr>
          <w:ilvl w:val="0"/>
          <w:numId w:val="31"/>
        </w:numPr>
        <w:autoSpaceDE/>
        <w:autoSpaceDN/>
        <w:spacing w:after="160" w:line="360" w:lineRule="auto"/>
        <w:contextualSpacing/>
        <w:jc w:val="both"/>
        <w:rPr>
          <w:sz w:val="24"/>
          <w:szCs w:val="24"/>
        </w:rPr>
      </w:pPr>
      <w:r w:rsidRPr="0078531E">
        <w:rPr>
          <w:sz w:val="24"/>
          <w:szCs w:val="24"/>
        </w:rPr>
        <w:t>Megtegyen minden tőle elvárhatót gyermeke fejlődéséért.</w:t>
      </w:r>
    </w:p>
    <w:p w14:paraId="49B47CA3" w14:textId="77777777" w:rsidR="001A1A12" w:rsidRPr="0078531E" w:rsidRDefault="001A1A12">
      <w:pPr>
        <w:pStyle w:val="Listaszerbekezds"/>
        <w:widowControl/>
        <w:numPr>
          <w:ilvl w:val="0"/>
          <w:numId w:val="31"/>
        </w:numPr>
        <w:autoSpaceDE/>
        <w:autoSpaceDN/>
        <w:spacing w:after="160" w:line="360" w:lineRule="auto"/>
        <w:contextualSpacing/>
        <w:jc w:val="both"/>
        <w:rPr>
          <w:sz w:val="24"/>
          <w:szCs w:val="24"/>
        </w:rPr>
      </w:pPr>
      <w:r w:rsidRPr="0078531E">
        <w:rPr>
          <w:sz w:val="24"/>
          <w:szCs w:val="24"/>
        </w:rPr>
        <w:t xml:space="preserve">Elősegítse gyermekének a közösségbe történő beilleszkedését.  </w:t>
      </w:r>
    </w:p>
    <w:p w14:paraId="2C1E5D3F" w14:textId="77777777" w:rsidR="001A1A12" w:rsidRPr="0078531E" w:rsidRDefault="001A1A12" w:rsidP="001A1A12">
      <w:pPr>
        <w:spacing w:line="360" w:lineRule="auto"/>
        <w:jc w:val="both"/>
        <w:rPr>
          <w:b/>
          <w:sz w:val="24"/>
          <w:szCs w:val="24"/>
        </w:rPr>
      </w:pPr>
      <w:r w:rsidRPr="0078531E">
        <w:rPr>
          <w:b/>
          <w:sz w:val="24"/>
          <w:szCs w:val="24"/>
        </w:rPr>
        <w:t xml:space="preserve">Gyermekjóléti alapszolgáltatások: </w:t>
      </w:r>
    </w:p>
    <w:p w14:paraId="23EC002C" w14:textId="77777777" w:rsidR="001A1A12" w:rsidRPr="0078531E" w:rsidRDefault="001A1A12" w:rsidP="001A1A12">
      <w:pPr>
        <w:spacing w:line="360" w:lineRule="auto"/>
        <w:jc w:val="both"/>
        <w:rPr>
          <w:sz w:val="24"/>
          <w:szCs w:val="24"/>
        </w:rPr>
      </w:pPr>
      <w:r w:rsidRPr="0078531E">
        <w:rPr>
          <w:sz w:val="24"/>
          <w:szCs w:val="24"/>
        </w:rPr>
        <w:t xml:space="preserve">A gyermekjóléti alapellátások a személyes gondoskodás keretébe tartoznak. Az alapellátás a gyermek testi, értelmi, érzelmi és erkölcsi fejlődését, jólétét, a családban történő nevelésének elősegítését, a veszélyeztetettség megelőzését, kialakult helyzet megszűntetését, a gyermek családból történő kiemelésének a megelőzését szolgálja.  </w:t>
      </w:r>
    </w:p>
    <w:p w14:paraId="2FCF59FF" w14:textId="77777777" w:rsidR="001A1A12" w:rsidRPr="0078531E" w:rsidRDefault="001A1A12" w:rsidP="001A1A12">
      <w:pPr>
        <w:spacing w:line="360" w:lineRule="auto"/>
        <w:jc w:val="both"/>
        <w:rPr>
          <w:sz w:val="24"/>
          <w:szCs w:val="24"/>
        </w:rPr>
      </w:pPr>
    </w:p>
    <w:p w14:paraId="40BC6673" w14:textId="77777777" w:rsidR="001A1A12" w:rsidRPr="0078531E" w:rsidRDefault="001A1A12" w:rsidP="001A1A12">
      <w:pPr>
        <w:spacing w:line="360" w:lineRule="auto"/>
        <w:jc w:val="both"/>
        <w:rPr>
          <w:b/>
          <w:sz w:val="24"/>
          <w:szCs w:val="24"/>
        </w:rPr>
      </w:pPr>
      <w:r w:rsidRPr="0078531E">
        <w:rPr>
          <w:b/>
          <w:sz w:val="24"/>
          <w:szCs w:val="24"/>
        </w:rPr>
        <w:t>Az óvodai gyermekvédelmi felelős feladatai:</w:t>
      </w:r>
    </w:p>
    <w:p w14:paraId="16B32950" w14:textId="77777777" w:rsidR="001A1A12" w:rsidRPr="0078531E" w:rsidRDefault="001A1A12">
      <w:pPr>
        <w:pStyle w:val="Listaszerbekezds"/>
        <w:widowControl/>
        <w:numPr>
          <w:ilvl w:val="0"/>
          <w:numId w:val="32"/>
        </w:numPr>
        <w:autoSpaceDE/>
        <w:autoSpaceDN/>
        <w:spacing w:after="160" w:line="360" w:lineRule="auto"/>
        <w:contextualSpacing/>
        <w:jc w:val="both"/>
        <w:rPr>
          <w:sz w:val="24"/>
          <w:szCs w:val="24"/>
        </w:rPr>
      </w:pPr>
      <w:r w:rsidRPr="0078531E">
        <w:rPr>
          <w:sz w:val="24"/>
          <w:szCs w:val="24"/>
        </w:rPr>
        <w:t xml:space="preserve">Az óvodában a szülők által jól látható helyen közzéteszi a gyermekvédelmi feladatokat ellátó fontosabb intézmények címét, telefonszámát (Gyermekjóléti szolgálat, Pedagógiai Szakszolgálat). </w:t>
      </w:r>
    </w:p>
    <w:p w14:paraId="7244AC3D" w14:textId="77777777" w:rsidR="001A1A12" w:rsidRPr="0078531E" w:rsidRDefault="001A1A12">
      <w:pPr>
        <w:pStyle w:val="Listaszerbekezds"/>
        <w:widowControl/>
        <w:numPr>
          <w:ilvl w:val="0"/>
          <w:numId w:val="32"/>
        </w:numPr>
        <w:autoSpaceDE/>
        <w:autoSpaceDN/>
        <w:spacing w:after="160" w:line="360" w:lineRule="auto"/>
        <w:contextualSpacing/>
        <w:jc w:val="both"/>
        <w:rPr>
          <w:sz w:val="24"/>
          <w:szCs w:val="24"/>
        </w:rPr>
      </w:pPr>
      <w:r w:rsidRPr="0078531E">
        <w:rPr>
          <w:sz w:val="24"/>
          <w:szCs w:val="24"/>
        </w:rPr>
        <w:lastRenderedPageBreak/>
        <w:t xml:space="preserve">A gyermek anyagi veszélyeztetettsége esetén rendszeres vagy rendkívüli gyermekvédelmi támogatás megállapítását kezdeményezi a gyermekjóléti szolgálat segítségével. </w:t>
      </w:r>
    </w:p>
    <w:p w14:paraId="4F90999E" w14:textId="77777777" w:rsidR="001A1A12" w:rsidRPr="0078531E" w:rsidRDefault="001A1A12">
      <w:pPr>
        <w:pStyle w:val="Listaszerbekezds"/>
        <w:widowControl/>
        <w:numPr>
          <w:ilvl w:val="0"/>
          <w:numId w:val="32"/>
        </w:numPr>
        <w:autoSpaceDE/>
        <w:autoSpaceDN/>
        <w:spacing w:after="160" w:line="360" w:lineRule="auto"/>
        <w:contextualSpacing/>
        <w:jc w:val="both"/>
        <w:rPr>
          <w:sz w:val="24"/>
          <w:szCs w:val="24"/>
        </w:rPr>
      </w:pPr>
      <w:r w:rsidRPr="0078531E">
        <w:rPr>
          <w:sz w:val="24"/>
          <w:szCs w:val="24"/>
        </w:rPr>
        <w:t xml:space="preserve">Gyermekbántalmazás vagy egyéb pedagógiai eszközökkel meg nem szüntethető, veszélyeztető tényező megléte esetén értesíti a gyermekjóléti szolgálatot.  </w:t>
      </w:r>
    </w:p>
    <w:p w14:paraId="79622D2B" w14:textId="77777777" w:rsidR="001A1A12" w:rsidRPr="0078531E" w:rsidRDefault="001A1A12">
      <w:pPr>
        <w:pStyle w:val="Listaszerbekezds"/>
        <w:widowControl/>
        <w:numPr>
          <w:ilvl w:val="0"/>
          <w:numId w:val="32"/>
        </w:numPr>
        <w:autoSpaceDE/>
        <w:autoSpaceDN/>
        <w:spacing w:after="160" w:line="360" w:lineRule="auto"/>
        <w:contextualSpacing/>
        <w:jc w:val="both"/>
        <w:rPr>
          <w:sz w:val="24"/>
          <w:szCs w:val="24"/>
        </w:rPr>
      </w:pPr>
      <w:r w:rsidRPr="0078531E">
        <w:rPr>
          <w:sz w:val="24"/>
          <w:szCs w:val="24"/>
        </w:rPr>
        <w:t xml:space="preserve">Munkájáról évente beszámolót készít. </w:t>
      </w:r>
    </w:p>
    <w:p w14:paraId="466BC49B" w14:textId="77777777" w:rsidR="001A1A12" w:rsidRPr="0078531E" w:rsidRDefault="001A1A12">
      <w:pPr>
        <w:pStyle w:val="Listaszerbekezds"/>
        <w:widowControl/>
        <w:numPr>
          <w:ilvl w:val="0"/>
          <w:numId w:val="32"/>
        </w:numPr>
        <w:autoSpaceDE/>
        <w:autoSpaceDN/>
        <w:spacing w:after="160" w:line="360" w:lineRule="auto"/>
        <w:contextualSpacing/>
        <w:jc w:val="both"/>
        <w:rPr>
          <w:sz w:val="24"/>
          <w:szCs w:val="24"/>
        </w:rPr>
      </w:pPr>
      <w:r w:rsidRPr="0078531E">
        <w:rPr>
          <w:sz w:val="24"/>
          <w:szCs w:val="24"/>
        </w:rPr>
        <w:t xml:space="preserve">Folyamatosan kapcsolatot tart a családokkal foglalkozó szakemberekkel, intézményekkel. </w:t>
      </w:r>
    </w:p>
    <w:p w14:paraId="2F623D0F" w14:textId="77777777" w:rsidR="001A1A12" w:rsidRPr="0078531E" w:rsidRDefault="001A1A12">
      <w:pPr>
        <w:pStyle w:val="Listaszerbekezds"/>
        <w:widowControl/>
        <w:numPr>
          <w:ilvl w:val="0"/>
          <w:numId w:val="32"/>
        </w:numPr>
        <w:autoSpaceDE/>
        <w:autoSpaceDN/>
        <w:spacing w:after="160" w:line="360" w:lineRule="auto"/>
        <w:contextualSpacing/>
        <w:jc w:val="both"/>
        <w:rPr>
          <w:sz w:val="24"/>
          <w:szCs w:val="24"/>
        </w:rPr>
      </w:pPr>
      <w:r w:rsidRPr="0078531E">
        <w:rPr>
          <w:sz w:val="24"/>
          <w:szCs w:val="24"/>
        </w:rPr>
        <w:t>Rendszeresen figyeli a gyermekvédelemmel kapcsolatos jogszabályok változását.</w:t>
      </w:r>
    </w:p>
    <w:p w14:paraId="66CD3E9D" w14:textId="77777777" w:rsidR="001A1A12" w:rsidRPr="0078531E" w:rsidRDefault="001A1A12">
      <w:pPr>
        <w:pStyle w:val="Listaszerbekezds"/>
        <w:widowControl/>
        <w:numPr>
          <w:ilvl w:val="0"/>
          <w:numId w:val="32"/>
        </w:numPr>
        <w:autoSpaceDE/>
        <w:autoSpaceDN/>
        <w:spacing w:after="160" w:line="360" w:lineRule="auto"/>
        <w:contextualSpacing/>
        <w:jc w:val="both"/>
        <w:rPr>
          <w:sz w:val="24"/>
          <w:szCs w:val="24"/>
        </w:rPr>
      </w:pPr>
      <w:r w:rsidRPr="0078531E">
        <w:rPr>
          <w:sz w:val="24"/>
          <w:szCs w:val="24"/>
        </w:rPr>
        <w:t xml:space="preserve">Felméri az intézményben a hátrányos helyzetű, veszélyeztetett gyermekeket, és nyilvántartásba veszi őket, és folyamatosan figyelemmel kíséri a gyermekvédelmi eseteket. </w:t>
      </w:r>
    </w:p>
    <w:p w14:paraId="6AE808E4" w14:textId="77777777" w:rsidR="001A1A12" w:rsidRPr="0078531E" w:rsidRDefault="001A1A12">
      <w:pPr>
        <w:pStyle w:val="Listaszerbekezds"/>
        <w:widowControl/>
        <w:numPr>
          <w:ilvl w:val="0"/>
          <w:numId w:val="32"/>
        </w:numPr>
        <w:autoSpaceDE/>
        <w:autoSpaceDN/>
        <w:spacing w:after="160" w:line="360" w:lineRule="auto"/>
        <w:contextualSpacing/>
        <w:jc w:val="both"/>
        <w:rPr>
          <w:sz w:val="24"/>
          <w:szCs w:val="24"/>
        </w:rPr>
      </w:pPr>
      <w:r w:rsidRPr="0078531E">
        <w:rPr>
          <w:sz w:val="24"/>
          <w:szCs w:val="24"/>
        </w:rPr>
        <w:t xml:space="preserve">Felveszi a kapcsolatot szükség esetén az illetékes szervvel. </w:t>
      </w:r>
    </w:p>
    <w:p w14:paraId="62A9F655" w14:textId="77777777" w:rsidR="001A1A12" w:rsidRPr="0078531E" w:rsidRDefault="001A1A12">
      <w:pPr>
        <w:pStyle w:val="Listaszerbekezds"/>
        <w:widowControl/>
        <w:numPr>
          <w:ilvl w:val="0"/>
          <w:numId w:val="32"/>
        </w:numPr>
        <w:autoSpaceDE/>
        <w:autoSpaceDN/>
        <w:spacing w:after="160" w:line="360" w:lineRule="auto"/>
        <w:contextualSpacing/>
        <w:jc w:val="both"/>
        <w:rPr>
          <w:sz w:val="24"/>
          <w:szCs w:val="24"/>
        </w:rPr>
      </w:pPr>
      <w:r w:rsidRPr="0078531E">
        <w:rPr>
          <w:sz w:val="24"/>
          <w:szCs w:val="24"/>
        </w:rPr>
        <w:t xml:space="preserve">Összehangolja a gyermekvédelmi tevékenységet az óvodapedagógusok között. </w:t>
      </w:r>
    </w:p>
    <w:p w14:paraId="2D5BFD1D" w14:textId="77777777" w:rsidR="001A1A12" w:rsidRPr="0078531E" w:rsidRDefault="001A1A12">
      <w:pPr>
        <w:pStyle w:val="Listaszerbekezds"/>
        <w:widowControl/>
        <w:numPr>
          <w:ilvl w:val="0"/>
          <w:numId w:val="32"/>
        </w:numPr>
        <w:autoSpaceDE/>
        <w:autoSpaceDN/>
        <w:spacing w:after="160" w:line="360" w:lineRule="auto"/>
        <w:contextualSpacing/>
        <w:jc w:val="both"/>
        <w:rPr>
          <w:sz w:val="24"/>
          <w:szCs w:val="24"/>
        </w:rPr>
      </w:pPr>
      <w:r w:rsidRPr="0078531E">
        <w:rPr>
          <w:sz w:val="24"/>
          <w:szCs w:val="24"/>
        </w:rPr>
        <w:t>Családlátogatást végez a csoport óvodapedagógusaival szükséges esetben.</w:t>
      </w:r>
    </w:p>
    <w:p w14:paraId="3D09FA08" w14:textId="77777777" w:rsidR="001A1A12" w:rsidRPr="0078531E" w:rsidRDefault="001A1A12">
      <w:pPr>
        <w:pStyle w:val="Listaszerbekezds"/>
        <w:widowControl/>
        <w:numPr>
          <w:ilvl w:val="0"/>
          <w:numId w:val="32"/>
        </w:numPr>
        <w:autoSpaceDE/>
        <w:autoSpaceDN/>
        <w:spacing w:after="160" w:line="360" w:lineRule="auto"/>
        <w:contextualSpacing/>
        <w:jc w:val="both"/>
        <w:rPr>
          <w:sz w:val="24"/>
          <w:szCs w:val="24"/>
        </w:rPr>
      </w:pPr>
      <w:r w:rsidRPr="0078531E">
        <w:rPr>
          <w:sz w:val="24"/>
          <w:szCs w:val="24"/>
        </w:rPr>
        <w:t xml:space="preserve">A gyermek érdekében teendő intézkedésekről az óvodapedagógusoknak tanácsot ad. </w:t>
      </w:r>
    </w:p>
    <w:p w14:paraId="42C9DD19" w14:textId="77777777" w:rsidR="001A1A12" w:rsidRPr="0078531E" w:rsidRDefault="001A1A12">
      <w:pPr>
        <w:pStyle w:val="Listaszerbekezds"/>
        <w:widowControl/>
        <w:numPr>
          <w:ilvl w:val="0"/>
          <w:numId w:val="32"/>
        </w:numPr>
        <w:autoSpaceDE/>
        <w:autoSpaceDN/>
        <w:spacing w:after="160" w:line="360" w:lineRule="auto"/>
        <w:contextualSpacing/>
        <w:jc w:val="both"/>
        <w:rPr>
          <w:sz w:val="24"/>
          <w:szCs w:val="24"/>
        </w:rPr>
      </w:pPr>
      <w:r w:rsidRPr="0078531E">
        <w:rPr>
          <w:sz w:val="24"/>
          <w:szCs w:val="24"/>
        </w:rPr>
        <w:t xml:space="preserve">Gyermekvédelemmel kapcsolatos információk átadása, továbbképzéseken való részvétel. </w:t>
      </w:r>
    </w:p>
    <w:p w14:paraId="5533D9E7" w14:textId="77777777" w:rsidR="001A1A12" w:rsidRPr="0078531E" w:rsidRDefault="001A1A12">
      <w:pPr>
        <w:pStyle w:val="Listaszerbekezds"/>
        <w:widowControl/>
        <w:numPr>
          <w:ilvl w:val="0"/>
          <w:numId w:val="32"/>
        </w:numPr>
        <w:autoSpaceDE/>
        <w:autoSpaceDN/>
        <w:spacing w:after="160" w:line="360" w:lineRule="auto"/>
        <w:contextualSpacing/>
        <w:jc w:val="both"/>
        <w:rPr>
          <w:sz w:val="24"/>
          <w:szCs w:val="24"/>
        </w:rPr>
      </w:pPr>
      <w:r w:rsidRPr="0078531E">
        <w:rPr>
          <w:sz w:val="24"/>
          <w:szCs w:val="24"/>
        </w:rPr>
        <w:t xml:space="preserve">Szakirodalom figyelése és ajánlása az óvodapedagógusoknak és szülőknek.  </w:t>
      </w:r>
    </w:p>
    <w:p w14:paraId="413B5A3F" w14:textId="77777777" w:rsidR="001A1A12" w:rsidRPr="0078531E" w:rsidRDefault="001A1A12" w:rsidP="001A1A12">
      <w:pPr>
        <w:spacing w:line="360" w:lineRule="auto"/>
        <w:jc w:val="both"/>
        <w:rPr>
          <w:b/>
          <w:sz w:val="24"/>
          <w:szCs w:val="24"/>
        </w:rPr>
      </w:pPr>
      <w:r w:rsidRPr="0078531E">
        <w:rPr>
          <w:b/>
          <w:sz w:val="24"/>
          <w:szCs w:val="24"/>
        </w:rPr>
        <w:t xml:space="preserve">Az óvodai nevelőtestület feladatai: </w:t>
      </w:r>
    </w:p>
    <w:p w14:paraId="1D01E8DF"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 xml:space="preserve">A nevelés-oktatás során az ismereteket sokoldalúan közvetíteni; </w:t>
      </w:r>
    </w:p>
    <w:p w14:paraId="6D4F7F83"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 xml:space="preserve">a nevelés során figyelembe venni a gyermek egyéni képességeit, tehetségét, fejlődésének ütemét, fejlettségét, fogyatékosságát; </w:t>
      </w:r>
    </w:p>
    <w:p w14:paraId="1DDBAFE4"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 xml:space="preserve">segíteni a gyermek tehetségének kibontakoztatását; </w:t>
      </w:r>
    </w:p>
    <w:p w14:paraId="0FF77581"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 xml:space="preserve">segíteni a hátrányos helyzetben lévő gyermek felzárkóztatását; </w:t>
      </w:r>
    </w:p>
    <w:p w14:paraId="236387C5"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 xml:space="preserve">baleset esetén a szükséges intézkedést megtenni; </w:t>
      </w:r>
    </w:p>
    <w:p w14:paraId="3C5C42FE"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a gyermek emberi méltóságát és jogait tiszteletben tartani;</w:t>
      </w:r>
    </w:p>
    <w:p w14:paraId="3A82ED7B"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a szülőket rendszeresen tájékoztatni, kérdéseikre választ adni;</w:t>
      </w:r>
    </w:p>
    <w:p w14:paraId="4BDD4E0A"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 xml:space="preserve">közreműködni a gyermekvédelmi feladatok ellátásában a gyermekjóléti szolgálattal a fejlődést veszélyeztető körülmények feltárásában, megelőzésében, megszüntetésében; </w:t>
      </w:r>
    </w:p>
    <w:p w14:paraId="0407C4FB"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felderíteni a gyermek fejlődését veszélyeztető okokat;</w:t>
      </w:r>
    </w:p>
    <w:p w14:paraId="391C8183"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 xml:space="preserve">pedagógiai eszközökkel a káros hatások megelőzésére kell törekednie; </w:t>
      </w:r>
    </w:p>
    <w:p w14:paraId="15A15E80"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valamint a gyermekvédelmi felelős segítségével intézkedést kezdeményez;</w:t>
      </w:r>
    </w:p>
    <w:p w14:paraId="6AB31B28"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biztosítani a gyermeket megillető jogok érvényesülését óvodán belül;</w:t>
      </w:r>
    </w:p>
    <w:p w14:paraId="7425B262"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 xml:space="preserve">új óvodások befogadását, beilleszkedését elősegíteni; </w:t>
      </w:r>
    </w:p>
    <w:p w14:paraId="6539462C"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 xml:space="preserve">gyermeket és családjukat a lehetőségekhez képest minél jobban megismerni; </w:t>
      </w:r>
    </w:p>
    <w:p w14:paraId="6145E777"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 xml:space="preserve">problémás esetekben a gyermekvédelmi felelős segítségét kérni; </w:t>
      </w:r>
    </w:p>
    <w:p w14:paraId="51CDA622"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lastRenderedPageBreak/>
        <w:t xml:space="preserve">elősegíteni az integrált nevelést a gyermek problémáinak megfelelően; </w:t>
      </w:r>
    </w:p>
    <w:p w14:paraId="596B4163"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figyelemmel kísérni a rendszeres óvodalátogatást, a hiányzást szükség esetén jelenteni;</w:t>
      </w:r>
    </w:p>
    <w:p w14:paraId="02B86768"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 xml:space="preserve">minden rendelkezésre álló eszközzel segíteni a gyermek családban történő nevelését; </w:t>
      </w:r>
    </w:p>
    <w:p w14:paraId="7763BE98" w14:textId="77777777" w:rsidR="001A1A12" w:rsidRPr="0078531E" w:rsidRDefault="001A1A12">
      <w:pPr>
        <w:pStyle w:val="Listaszerbekezds"/>
        <w:widowControl/>
        <w:numPr>
          <w:ilvl w:val="0"/>
          <w:numId w:val="33"/>
        </w:numPr>
        <w:autoSpaceDE/>
        <w:autoSpaceDN/>
        <w:spacing w:after="160" w:line="360" w:lineRule="auto"/>
        <w:contextualSpacing/>
        <w:jc w:val="both"/>
        <w:rPr>
          <w:sz w:val="24"/>
          <w:szCs w:val="24"/>
        </w:rPr>
      </w:pPr>
      <w:r w:rsidRPr="0078531E">
        <w:rPr>
          <w:sz w:val="24"/>
          <w:szCs w:val="24"/>
        </w:rPr>
        <w:t xml:space="preserve">rendszeres családlátogatások, szülői értekezletek, nyílt napok, ünnepélyek szervezése.  </w:t>
      </w:r>
    </w:p>
    <w:p w14:paraId="4893C7CE" w14:textId="77777777" w:rsidR="001A1A12" w:rsidRPr="0078531E" w:rsidRDefault="001A1A12" w:rsidP="001A1A12">
      <w:pPr>
        <w:spacing w:line="360" w:lineRule="auto"/>
        <w:jc w:val="both"/>
        <w:rPr>
          <w:sz w:val="24"/>
          <w:szCs w:val="24"/>
        </w:rPr>
      </w:pPr>
      <w:r w:rsidRPr="0078531E">
        <w:rPr>
          <w:b/>
          <w:sz w:val="24"/>
          <w:szCs w:val="24"/>
        </w:rPr>
        <w:t>Az óvodavezető gyermekvédelmi feladata:</w:t>
      </w:r>
    </w:p>
    <w:p w14:paraId="6864FAAE" w14:textId="77777777" w:rsidR="001A1A12" w:rsidRPr="0078531E" w:rsidRDefault="001A1A12">
      <w:pPr>
        <w:pStyle w:val="Listaszerbekezds"/>
        <w:widowControl/>
        <w:numPr>
          <w:ilvl w:val="0"/>
          <w:numId w:val="34"/>
        </w:numPr>
        <w:autoSpaceDE/>
        <w:autoSpaceDN/>
        <w:spacing w:after="160" w:line="360" w:lineRule="auto"/>
        <w:contextualSpacing/>
        <w:jc w:val="both"/>
        <w:rPr>
          <w:sz w:val="24"/>
          <w:szCs w:val="24"/>
        </w:rPr>
      </w:pPr>
      <w:r w:rsidRPr="0078531E">
        <w:rPr>
          <w:sz w:val="24"/>
          <w:szCs w:val="24"/>
        </w:rPr>
        <w:t xml:space="preserve">A vezetői felelősség kiterjed az óvodai nevelő munka egészséges és biztonságos feltételeinek megteremtésén túl a gyermekbalesetek megelőzésére is; </w:t>
      </w:r>
    </w:p>
    <w:p w14:paraId="04F1E50B" w14:textId="77777777" w:rsidR="001A1A12" w:rsidRPr="0078531E" w:rsidRDefault="001A1A12">
      <w:pPr>
        <w:pStyle w:val="Listaszerbekezds"/>
        <w:widowControl/>
        <w:numPr>
          <w:ilvl w:val="0"/>
          <w:numId w:val="34"/>
        </w:numPr>
        <w:autoSpaceDE/>
        <w:autoSpaceDN/>
        <w:spacing w:after="160" w:line="360" w:lineRule="auto"/>
        <w:contextualSpacing/>
        <w:jc w:val="both"/>
        <w:rPr>
          <w:sz w:val="24"/>
          <w:szCs w:val="24"/>
        </w:rPr>
      </w:pPr>
      <w:r w:rsidRPr="0078531E">
        <w:rPr>
          <w:sz w:val="24"/>
          <w:szCs w:val="24"/>
        </w:rPr>
        <w:t xml:space="preserve">az intézkedéseket a házirendben rögzíti, az SZMSZ-ben szabályozni kell a személyi felelősség kérdését; </w:t>
      </w:r>
    </w:p>
    <w:p w14:paraId="4EEC85D3" w14:textId="77777777" w:rsidR="001A1A12" w:rsidRPr="0078531E" w:rsidRDefault="001A1A12">
      <w:pPr>
        <w:pStyle w:val="Listaszerbekezds"/>
        <w:widowControl/>
        <w:numPr>
          <w:ilvl w:val="0"/>
          <w:numId w:val="34"/>
        </w:numPr>
        <w:autoSpaceDE/>
        <w:autoSpaceDN/>
        <w:spacing w:after="160" w:line="360" w:lineRule="auto"/>
        <w:contextualSpacing/>
        <w:jc w:val="both"/>
        <w:rPr>
          <w:sz w:val="24"/>
          <w:szCs w:val="24"/>
        </w:rPr>
      </w:pPr>
      <w:r w:rsidRPr="0078531E">
        <w:rPr>
          <w:sz w:val="24"/>
          <w:szCs w:val="24"/>
        </w:rPr>
        <w:t xml:space="preserve">biztosítja a rendszeres egészségügyi vizsgálatok elvégzésének feltételeit </w:t>
      </w:r>
    </w:p>
    <w:p w14:paraId="62D6DDA5" w14:textId="77777777" w:rsidR="001A1A12" w:rsidRPr="0078531E" w:rsidRDefault="001A1A12">
      <w:pPr>
        <w:pStyle w:val="Listaszerbekezds"/>
        <w:widowControl/>
        <w:numPr>
          <w:ilvl w:val="0"/>
          <w:numId w:val="34"/>
        </w:numPr>
        <w:autoSpaceDE/>
        <w:autoSpaceDN/>
        <w:spacing w:after="160" w:line="360" w:lineRule="auto"/>
        <w:contextualSpacing/>
        <w:jc w:val="both"/>
        <w:rPr>
          <w:sz w:val="24"/>
          <w:szCs w:val="24"/>
        </w:rPr>
      </w:pPr>
      <w:r w:rsidRPr="0078531E">
        <w:rPr>
          <w:sz w:val="24"/>
          <w:szCs w:val="24"/>
        </w:rPr>
        <w:t xml:space="preserve">(óvodaorvos, fogorvos) az óvodában; </w:t>
      </w:r>
    </w:p>
    <w:p w14:paraId="6801F5A8" w14:textId="77777777" w:rsidR="001A1A12" w:rsidRPr="0078531E" w:rsidRDefault="001A1A12">
      <w:pPr>
        <w:pStyle w:val="Listaszerbekezds"/>
        <w:widowControl/>
        <w:numPr>
          <w:ilvl w:val="0"/>
          <w:numId w:val="34"/>
        </w:numPr>
        <w:autoSpaceDE/>
        <w:autoSpaceDN/>
        <w:spacing w:after="160" w:line="360" w:lineRule="auto"/>
        <w:contextualSpacing/>
        <w:jc w:val="both"/>
        <w:rPr>
          <w:sz w:val="24"/>
          <w:szCs w:val="24"/>
        </w:rPr>
      </w:pPr>
      <w:r w:rsidRPr="0078531E">
        <w:rPr>
          <w:sz w:val="24"/>
          <w:szCs w:val="24"/>
        </w:rPr>
        <w:t>ellenőrzi az intézményben folyó étkeztetés minőségét az óvodaorvossal együtt;</w:t>
      </w:r>
    </w:p>
    <w:p w14:paraId="2E3A0B65" w14:textId="77777777" w:rsidR="001A1A12" w:rsidRPr="0078531E" w:rsidRDefault="001A1A12">
      <w:pPr>
        <w:pStyle w:val="Listaszerbekezds"/>
        <w:widowControl/>
        <w:numPr>
          <w:ilvl w:val="0"/>
          <w:numId w:val="34"/>
        </w:numPr>
        <w:autoSpaceDE/>
        <w:autoSpaceDN/>
        <w:spacing w:after="160" w:line="360" w:lineRule="auto"/>
        <w:contextualSpacing/>
        <w:jc w:val="both"/>
        <w:rPr>
          <w:sz w:val="24"/>
          <w:szCs w:val="24"/>
        </w:rPr>
      </w:pPr>
      <w:r w:rsidRPr="0078531E">
        <w:rPr>
          <w:sz w:val="24"/>
          <w:szCs w:val="24"/>
        </w:rPr>
        <w:t xml:space="preserve">felelős azért, hogy minden – körzetébe tartozó – gyermek bekerüljön az óvodába abban az évben, amikor a harmadik életévét betölti; </w:t>
      </w:r>
    </w:p>
    <w:p w14:paraId="03D3E19C" w14:textId="77777777" w:rsidR="001A1A12" w:rsidRPr="0078531E" w:rsidRDefault="001A1A12">
      <w:pPr>
        <w:pStyle w:val="Listaszerbekezds"/>
        <w:widowControl/>
        <w:numPr>
          <w:ilvl w:val="0"/>
          <w:numId w:val="34"/>
        </w:numPr>
        <w:autoSpaceDE/>
        <w:autoSpaceDN/>
        <w:spacing w:after="160" w:line="360" w:lineRule="auto"/>
        <w:contextualSpacing/>
        <w:jc w:val="both"/>
        <w:rPr>
          <w:sz w:val="24"/>
          <w:szCs w:val="24"/>
        </w:rPr>
      </w:pPr>
      <w:r w:rsidRPr="0078531E">
        <w:rPr>
          <w:sz w:val="24"/>
          <w:szCs w:val="24"/>
        </w:rPr>
        <w:t xml:space="preserve">szükség esetén javaslatot tesz a család bevonására a szociális segélyezettek körébe; </w:t>
      </w:r>
    </w:p>
    <w:p w14:paraId="7282CED2" w14:textId="77777777" w:rsidR="001A1A12" w:rsidRPr="0078531E" w:rsidRDefault="001A1A12">
      <w:pPr>
        <w:pStyle w:val="Listaszerbekezds"/>
        <w:widowControl/>
        <w:numPr>
          <w:ilvl w:val="0"/>
          <w:numId w:val="34"/>
        </w:numPr>
        <w:autoSpaceDE/>
        <w:autoSpaceDN/>
        <w:spacing w:after="160" w:line="360" w:lineRule="auto"/>
        <w:contextualSpacing/>
        <w:jc w:val="both"/>
        <w:rPr>
          <w:sz w:val="24"/>
          <w:szCs w:val="24"/>
        </w:rPr>
      </w:pPr>
      <w:r w:rsidRPr="0078531E">
        <w:rPr>
          <w:sz w:val="24"/>
          <w:szCs w:val="24"/>
        </w:rPr>
        <w:t xml:space="preserve">biztosítja a gyermekkel kapcsolatos adatok védelmét, valamint felhívja az óvoda dolgozóinak figyelmét a hivatali titoktartási kötelezettség betartására; </w:t>
      </w:r>
    </w:p>
    <w:p w14:paraId="1F45547D" w14:textId="77777777" w:rsidR="001A1A12" w:rsidRPr="0078531E" w:rsidRDefault="001A1A12">
      <w:pPr>
        <w:pStyle w:val="Listaszerbekezds"/>
        <w:widowControl/>
        <w:numPr>
          <w:ilvl w:val="0"/>
          <w:numId w:val="34"/>
        </w:numPr>
        <w:autoSpaceDE/>
        <w:autoSpaceDN/>
        <w:spacing w:after="160" w:line="360" w:lineRule="auto"/>
        <w:contextualSpacing/>
        <w:jc w:val="both"/>
        <w:rPr>
          <w:sz w:val="24"/>
          <w:szCs w:val="24"/>
        </w:rPr>
      </w:pPr>
      <w:r w:rsidRPr="0078531E">
        <w:rPr>
          <w:sz w:val="24"/>
          <w:szCs w:val="24"/>
        </w:rPr>
        <w:t xml:space="preserve">nemzeti vagy etnikai kisebbségi óvodai nevelésben a kisebbség kultúrájának és nyelvének ápolásával járó feladatok, (anyanyelven folyó nevelés vagy kétnyelvű nevelés, anyanyelven folyó speciális szolgáltatások, kulturális hagyományokat ápoló művészeti tevékenység).  </w:t>
      </w:r>
    </w:p>
    <w:p w14:paraId="41C6FF2D" w14:textId="77777777" w:rsidR="001A1A12" w:rsidRPr="0078531E" w:rsidRDefault="001A1A12" w:rsidP="001A1A12">
      <w:pPr>
        <w:spacing w:line="360" w:lineRule="auto"/>
        <w:jc w:val="both"/>
        <w:rPr>
          <w:sz w:val="24"/>
          <w:szCs w:val="24"/>
        </w:rPr>
      </w:pPr>
      <w:r w:rsidRPr="0078531E">
        <w:rPr>
          <w:b/>
          <w:sz w:val="24"/>
          <w:szCs w:val="24"/>
        </w:rPr>
        <w:t>Gyermekvédelmi munkánk akkor eredményes, ha:</w:t>
      </w:r>
    </w:p>
    <w:p w14:paraId="0A382AEE" w14:textId="77777777" w:rsidR="001A1A12" w:rsidRPr="0078531E" w:rsidRDefault="001A1A12">
      <w:pPr>
        <w:pStyle w:val="Listaszerbekezds"/>
        <w:widowControl/>
        <w:numPr>
          <w:ilvl w:val="0"/>
          <w:numId w:val="35"/>
        </w:numPr>
        <w:autoSpaceDE/>
        <w:autoSpaceDN/>
        <w:spacing w:after="160" w:line="360" w:lineRule="auto"/>
        <w:contextualSpacing/>
        <w:jc w:val="both"/>
        <w:rPr>
          <w:sz w:val="24"/>
          <w:szCs w:val="24"/>
        </w:rPr>
      </w:pPr>
      <w:r w:rsidRPr="0078531E">
        <w:rPr>
          <w:sz w:val="24"/>
          <w:szCs w:val="24"/>
        </w:rPr>
        <w:t>A problémákat megfelelő időben felismerjük, a megoldás feltételeihez hozzájárulunk,</w:t>
      </w:r>
    </w:p>
    <w:p w14:paraId="27D3AE2D" w14:textId="77777777" w:rsidR="001A1A12" w:rsidRPr="0078531E" w:rsidRDefault="001A1A12">
      <w:pPr>
        <w:pStyle w:val="Listaszerbekezds"/>
        <w:widowControl/>
        <w:numPr>
          <w:ilvl w:val="0"/>
          <w:numId w:val="35"/>
        </w:numPr>
        <w:autoSpaceDE/>
        <w:autoSpaceDN/>
        <w:spacing w:after="160" w:line="360" w:lineRule="auto"/>
        <w:contextualSpacing/>
        <w:jc w:val="both"/>
        <w:rPr>
          <w:sz w:val="24"/>
          <w:szCs w:val="24"/>
        </w:rPr>
      </w:pPr>
      <w:r w:rsidRPr="0078531E">
        <w:rPr>
          <w:sz w:val="24"/>
          <w:szCs w:val="24"/>
        </w:rPr>
        <w:t xml:space="preserve">lehetőségeinkhez mérten sikeresen kompenzáljuk a hátrányokat,  </w:t>
      </w:r>
    </w:p>
    <w:p w14:paraId="6A92AE4F" w14:textId="376FDA46" w:rsidR="001A1A12" w:rsidRPr="0078531E" w:rsidRDefault="001A1A12">
      <w:pPr>
        <w:pStyle w:val="Listaszerbekezds"/>
        <w:widowControl/>
        <w:numPr>
          <w:ilvl w:val="0"/>
          <w:numId w:val="35"/>
        </w:numPr>
        <w:autoSpaceDE/>
        <w:autoSpaceDN/>
        <w:spacing w:after="160" w:line="360" w:lineRule="auto"/>
        <w:contextualSpacing/>
        <w:jc w:val="both"/>
        <w:rPr>
          <w:sz w:val="24"/>
          <w:szCs w:val="24"/>
        </w:rPr>
        <w:sectPr w:rsidR="001A1A12" w:rsidRPr="0078531E" w:rsidSect="00A42104">
          <w:type w:val="continuous"/>
          <w:pgSz w:w="11910" w:h="16840"/>
          <w:pgMar w:top="1380" w:right="980" w:bottom="1200" w:left="1280" w:header="0" w:footer="1003" w:gutter="0"/>
          <w:cols w:space="708"/>
        </w:sectPr>
      </w:pPr>
      <w:r w:rsidRPr="0078531E">
        <w:rPr>
          <w:sz w:val="24"/>
          <w:szCs w:val="24"/>
        </w:rPr>
        <w:t>családgondozás eredményeképpen a családok helyzetében pozitív változást tudunk elindítan</w:t>
      </w:r>
      <w:r w:rsidR="009A0355" w:rsidRPr="0078531E">
        <w:rPr>
          <w:sz w:val="24"/>
          <w:szCs w:val="24"/>
        </w:rPr>
        <w:t>i</w:t>
      </w:r>
    </w:p>
    <w:p w14:paraId="468E6983" w14:textId="77777777" w:rsidR="00AE0CFD" w:rsidRPr="0078531E" w:rsidRDefault="00AE0CFD">
      <w:pPr>
        <w:pStyle w:val="Szvegtrzs"/>
        <w:spacing w:before="272"/>
      </w:pPr>
    </w:p>
    <w:p w14:paraId="739D24F9" w14:textId="77777777" w:rsidR="00AE0CFD" w:rsidRPr="0078531E" w:rsidRDefault="00C3522D">
      <w:pPr>
        <w:spacing w:line="275" w:lineRule="exact"/>
        <w:ind w:left="136"/>
        <w:rPr>
          <w:b/>
          <w:bCs/>
          <w:iCs/>
          <w:sz w:val="24"/>
        </w:rPr>
      </w:pPr>
      <w:r w:rsidRPr="0078531E">
        <w:rPr>
          <w:b/>
          <w:bCs/>
          <w:iCs/>
          <w:spacing w:val="-2"/>
          <w:sz w:val="24"/>
        </w:rPr>
        <w:t>Kapcsolattartás</w:t>
      </w:r>
    </w:p>
    <w:p w14:paraId="6EA04A82" w14:textId="77777777" w:rsidR="00AE0CFD" w:rsidRPr="0078531E" w:rsidRDefault="00AE0CFD">
      <w:pPr>
        <w:pStyle w:val="Szvegtrzs"/>
        <w:spacing w:before="63"/>
        <w:rPr>
          <w:i/>
        </w:rPr>
      </w:pPr>
    </w:p>
    <w:p w14:paraId="1657465B" w14:textId="77777777" w:rsidR="00AE0CFD" w:rsidRPr="0078531E" w:rsidRDefault="00C3522D">
      <w:pPr>
        <w:pStyle w:val="Szvegtrzs"/>
        <w:ind w:left="196"/>
      </w:pPr>
      <w:r w:rsidRPr="0078531E">
        <w:rPr>
          <w:u w:val="single"/>
        </w:rPr>
        <w:t>Kapcsolattartás</w:t>
      </w:r>
      <w:r w:rsidRPr="0078531E">
        <w:rPr>
          <w:spacing w:val="-3"/>
          <w:u w:val="single"/>
        </w:rPr>
        <w:t xml:space="preserve"> </w:t>
      </w:r>
      <w:r w:rsidRPr="0078531E">
        <w:rPr>
          <w:u w:val="single"/>
        </w:rPr>
        <w:t>a</w:t>
      </w:r>
      <w:r w:rsidRPr="0078531E">
        <w:rPr>
          <w:spacing w:val="-2"/>
          <w:u w:val="single"/>
        </w:rPr>
        <w:t xml:space="preserve"> családokkal</w:t>
      </w:r>
    </w:p>
    <w:p w14:paraId="0EC497CA" w14:textId="77777777" w:rsidR="00AE0CFD" w:rsidRPr="0078531E" w:rsidRDefault="00C3522D">
      <w:pPr>
        <w:pStyle w:val="Szvegtrzs"/>
        <w:spacing w:before="72" w:line="451" w:lineRule="auto"/>
        <w:ind w:left="136" w:right="1666" w:firstLine="249"/>
      </w:pPr>
      <w:r w:rsidRPr="0078531E">
        <w:rPr>
          <w:noProof/>
        </w:rPr>
        <w:drawing>
          <wp:anchor distT="0" distB="0" distL="0" distR="0" simplePos="0" relativeHeight="251643904" behindDoc="1" locked="0" layoutInCell="1" allowOverlap="1" wp14:anchorId="26BC1791" wp14:editId="6192888A">
            <wp:simplePos x="0" y="0"/>
            <wp:positionH relativeFrom="page">
              <wp:posOffset>899464</wp:posOffset>
            </wp:positionH>
            <wp:positionV relativeFrom="paragraph">
              <wp:posOffset>50800</wp:posOffset>
            </wp:positionV>
            <wp:extent cx="237744" cy="169164"/>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2" cstate="print"/>
                    <a:stretch>
                      <a:fillRect/>
                    </a:stretch>
                  </pic:blipFill>
                  <pic:spPr>
                    <a:xfrm>
                      <a:off x="0" y="0"/>
                      <a:ext cx="237744" cy="169164"/>
                    </a:xfrm>
                    <a:prstGeom prst="rect">
                      <a:avLst/>
                    </a:prstGeom>
                  </pic:spPr>
                </pic:pic>
              </a:graphicData>
            </a:graphic>
          </wp:anchor>
        </w:drawing>
      </w:r>
      <w:r w:rsidRPr="0078531E">
        <w:t>Írásos</w:t>
      </w:r>
      <w:r w:rsidRPr="0078531E">
        <w:rPr>
          <w:spacing w:val="-6"/>
        </w:rPr>
        <w:t xml:space="preserve"> </w:t>
      </w:r>
      <w:r w:rsidRPr="0078531E">
        <w:t>és</w:t>
      </w:r>
      <w:r w:rsidRPr="0078531E">
        <w:rPr>
          <w:spacing w:val="-6"/>
        </w:rPr>
        <w:t xml:space="preserve"> </w:t>
      </w:r>
      <w:r w:rsidRPr="0078531E">
        <w:t>szóbeli</w:t>
      </w:r>
      <w:r w:rsidRPr="0078531E">
        <w:rPr>
          <w:spacing w:val="-5"/>
        </w:rPr>
        <w:t xml:space="preserve"> </w:t>
      </w:r>
      <w:r w:rsidRPr="0078531E">
        <w:t>tájékoztatást</w:t>
      </w:r>
      <w:r w:rsidRPr="0078531E">
        <w:rPr>
          <w:spacing w:val="-5"/>
        </w:rPr>
        <w:t xml:space="preserve"> </w:t>
      </w:r>
      <w:r w:rsidRPr="0078531E">
        <w:t>végez</w:t>
      </w:r>
      <w:r w:rsidRPr="0078531E">
        <w:rPr>
          <w:spacing w:val="-4"/>
        </w:rPr>
        <w:t xml:space="preserve"> </w:t>
      </w:r>
      <w:r w:rsidRPr="0078531E">
        <w:t>a</w:t>
      </w:r>
      <w:r w:rsidRPr="0078531E">
        <w:rPr>
          <w:spacing w:val="-6"/>
        </w:rPr>
        <w:t xml:space="preserve"> </w:t>
      </w:r>
      <w:r w:rsidRPr="0078531E">
        <w:t>jogosultságokról,</w:t>
      </w:r>
      <w:r w:rsidRPr="0078531E">
        <w:rPr>
          <w:spacing w:val="-5"/>
        </w:rPr>
        <w:t xml:space="preserve"> </w:t>
      </w:r>
      <w:r w:rsidRPr="0078531E">
        <w:t>segítő</w:t>
      </w:r>
      <w:r w:rsidRPr="0078531E">
        <w:rPr>
          <w:spacing w:val="-5"/>
        </w:rPr>
        <w:t xml:space="preserve"> </w:t>
      </w:r>
      <w:r w:rsidRPr="0078531E">
        <w:t>személyek,</w:t>
      </w:r>
      <w:r w:rsidRPr="0078531E">
        <w:rPr>
          <w:spacing w:val="-5"/>
        </w:rPr>
        <w:t xml:space="preserve"> </w:t>
      </w:r>
      <w:r w:rsidRPr="0078531E">
        <w:t>és intézmények elérhetőségeiről.</w:t>
      </w:r>
    </w:p>
    <w:p w14:paraId="26FFEA30" w14:textId="77777777" w:rsidR="00AE0CFD" w:rsidRPr="0078531E" w:rsidRDefault="00C3522D">
      <w:pPr>
        <w:pStyle w:val="Szvegtrzs"/>
        <w:spacing w:line="276" w:lineRule="exact"/>
        <w:ind w:left="383"/>
      </w:pPr>
      <w:r w:rsidRPr="0078531E">
        <w:rPr>
          <w:noProof/>
        </w:rPr>
        <w:drawing>
          <wp:anchor distT="0" distB="0" distL="0" distR="0" simplePos="0" relativeHeight="251645952" behindDoc="1" locked="0" layoutInCell="1" allowOverlap="1" wp14:anchorId="02EDAAB5" wp14:editId="4D8CF178">
            <wp:simplePos x="0" y="0"/>
            <wp:positionH relativeFrom="page">
              <wp:posOffset>899464</wp:posOffset>
            </wp:positionH>
            <wp:positionV relativeFrom="paragraph">
              <wp:posOffset>4780</wp:posOffset>
            </wp:positionV>
            <wp:extent cx="237744" cy="169164"/>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2" cstate="print"/>
                    <a:stretch>
                      <a:fillRect/>
                    </a:stretch>
                  </pic:blipFill>
                  <pic:spPr>
                    <a:xfrm>
                      <a:off x="0" y="0"/>
                      <a:ext cx="237744" cy="169164"/>
                    </a:xfrm>
                    <a:prstGeom prst="rect">
                      <a:avLst/>
                    </a:prstGeom>
                  </pic:spPr>
                </pic:pic>
              </a:graphicData>
            </a:graphic>
          </wp:anchor>
        </w:drawing>
      </w:r>
      <w:r w:rsidRPr="0078531E">
        <w:t>Szükség</w:t>
      </w:r>
      <w:r w:rsidRPr="0078531E">
        <w:rPr>
          <w:spacing w:val="-7"/>
        </w:rPr>
        <w:t xml:space="preserve"> </w:t>
      </w:r>
      <w:r w:rsidRPr="0078531E">
        <w:t>szerint</w:t>
      </w:r>
      <w:r w:rsidRPr="0078531E">
        <w:rPr>
          <w:spacing w:val="-2"/>
        </w:rPr>
        <w:t xml:space="preserve"> </w:t>
      </w:r>
      <w:r w:rsidRPr="0078531E">
        <w:t>családlátogatásokat</w:t>
      </w:r>
      <w:r w:rsidRPr="0078531E">
        <w:rPr>
          <w:spacing w:val="-2"/>
        </w:rPr>
        <w:t xml:space="preserve"> </w:t>
      </w:r>
      <w:r w:rsidRPr="0078531E">
        <w:t>végez</w:t>
      </w:r>
      <w:r w:rsidRPr="0078531E">
        <w:rPr>
          <w:spacing w:val="-1"/>
        </w:rPr>
        <w:t xml:space="preserve"> </w:t>
      </w:r>
      <w:r w:rsidRPr="0078531E">
        <w:t xml:space="preserve">az </w:t>
      </w:r>
      <w:r w:rsidRPr="0078531E">
        <w:rPr>
          <w:spacing w:val="-2"/>
        </w:rPr>
        <w:t>óvodapedagógusokkal.</w:t>
      </w:r>
    </w:p>
    <w:p w14:paraId="42C80A0E" w14:textId="77777777" w:rsidR="00AE0CFD" w:rsidRPr="0078531E" w:rsidRDefault="00C3522D">
      <w:pPr>
        <w:pStyle w:val="Szvegtrzs"/>
        <w:spacing w:before="240" w:line="451" w:lineRule="auto"/>
        <w:ind w:left="136" w:right="1666" w:firstLine="247"/>
      </w:pPr>
      <w:r w:rsidRPr="0078531E">
        <w:rPr>
          <w:noProof/>
        </w:rPr>
        <w:drawing>
          <wp:anchor distT="0" distB="0" distL="0" distR="0" simplePos="0" relativeHeight="251639808" behindDoc="0" locked="0" layoutInCell="1" allowOverlap="1" wp14:anchorId="7866A7DA" wp14:editId="61574440">
            <wp:simplePos x="0" y="0"/>
            <wp:positionH relativeFrom="page">
              <wp:posOffset>899464</wp:posOffset>
            </wp:positionH>
            <wp:positionV relativeFrom="paragraph">
              <wp:posOffset>157495</wp:posOffset>
            </wp:positionV>
            <wp:extent cx="237744" cy="169164"/>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2" cstate="print"/>
                    <a:stretch>
                      <a:fillRect/>
                    </a:stretch>
                  </pic:blipFill>
                  <pic:spPr>
                    <a:xfrm>
                      <a:off x="0" y="0"/>
                      <a:ext cx="237744" cy="169164"/>
                    </a:xfrm>
                    <a:prstGeom prst="rect">
                      <a:avLst/>
                    </a:prstGeom>
                  </pic:spPr>
                </pic:pic>
              </a:graphicData>
            </a:graphic>
          </wp:anchor>
        </w:drawing>
      </w:r>
      <w:r w:rsidRPr="0078531E">
        <w:t>Az</w:t>
      </w:r>
      <w:r w:rsidRPr="0078531E">
        <w:rPr>
          <w:spacing w:val="-7"/>
        </w:rPr>
        <w:t xml:space="preserve"> </w:t>
      </w:r>
      <w:r w:rsidRPr="0078531E">
        <w:t>állami</w:t>
      </w:r>
      <w:r w:rsidRPr="0078531E">
        <w:rPr>
          <w:spacing w:val="-7"/>
        </w:rPr>
        <w:t xml:space="preserve"> </w:t>
      </w:r>
      <w:r w:rsidRPr="0078531E">
        <w:t>gondozott,</w:t>
      </w:r>
      <w:r w:rsidRPr="0078531E">
        <w:rPr>
          <w:spacing w:val="-6"/>
        </w:rPr>
        <w:t xml:space="preserve"> </w:t>
      </w:r>
      <w:r w:rsidRPr="0078531E">
        <w:t>nevelőszülőkhöz</w:t>
      </w:r>
      <w:r w:rsidRPr="0078531E">
        <w:rPr>
          <w:spacing w:val="-6"/>
        </w:rPr>
        <w:t xml:space="preserve"> </w:t>
      </w:r>
      <w:r w:rsidRPr="0078531E">
        <w:t>kihelyezett</w:t>
      </w:r>
      <w:r w:rsidRPr="0078531E">
        <w:rPr>
          <w:spacing w:val="-7"/>
        </w:rPr>
        <w:t xml:space="preserve"> </w:t>
      </w:r>
      <w:r w:rsidRPr="0078531E">
        <w:t>gyerekek</w:t>
      </w:r>
      <w:r w:rsidRPr="0078531E">
        <w:rPr>
          <w:spacing w:val="-7"/>
        </w:rPr>
        <w:t xml:space="preserve"> </w:t>
      </w:r>
      <w:r w:rsidRPr="0078531E">
        <w:t>körülményeit folyamatosan figyelemmel kíséri (kapcsolattartás a GYIVI –vel).</w:t>
      </w:r>
    </w:p>
    <w:p w14:paraId="0F369407" w14:textId="77777777" w:rsidR="00AE0CFD" w:rsidRPr="0078531E" w:rsidRDefault="00C3522D">
      <w:pPr>
        <w:pStyle w:val="Szvegtrzs"/>
        <w:spacing w:line="451" w:lineRule="auto"/>
        <w:ind w:left="383" w:right="1611"/>
      </w:pPr>
      <w:r w:rsidRPr="0078531E">
        <w:rPr>
          <w:noProof/>
        </w:rPr>
        <w:drawing>
          <wp:anchor distT="0" distB="0" distL="0" distR="0" simplePos="0" relativeHeight="251648000" behindDoc="1" locked="0" layoutInCell="1" allowOverlap="1" wp14:anchorId="28EE875C" wp14:editId="3318728B">
            <wp:simplePos x="0" y="0"/>
            <wp:positionH relativeFrom="page">
              <wp:posOffset>899464</wp:posOffset>
            </wp:positionH>
            <wp:positionV relativeFrom="paragraph">
              <wp:posOffset>3017</wp:posOffset>
            </wp:positionV>
            <wp:extent cx="237744" cy="169164"/>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2" cstate="print"/>
                    <a:stretch>
                      <a:fillRect/>
                    </a:stretch>
                  </pic:blipFill>
                  <pic:spPr>
                    <a:xfrm>
                      <a:off x="0" y="0"/>
                      <a:ext cx="237744" cy="169164"/>
                    </a:xfrm>
                    <a:prstGeom prst="rect">
                      <a:avLst/>
                    </a:prstGeom>
                  </pic:spPr>
                </pic:pic>
              </a:graphicData>
            </a:graphic>
          </wp:anchor>
        </w:drawing>
      </w:r>
      <w:r w:rsidRPr="0078531E">
        <w:rPr>
          <w:noProof/>
        </w:rPr>
        <w:drawing>
          <wp:anchor distT="0" distB="0" distL="0" distR="0" simplePos="0" relativeHeight="251650048" behindDoc="1" locked="0" layoutInCell="1" allowOverlap="1" wp14:anchorId="5D003C7C" wp14:editId="4BEF1231">
            <wp:simplePos x="0" y="0"/>
            <wp:positionH relativeFrom="page">
              <wp:posOffset>899464</wp:posOffset>
            </wp:positionH>
            <wp:positionV relativeFrom="paragraph">
              <wp:posOffset>332201</wp:posOffset>
            </wp:positionV>
            <wp:extent cx="237744" cy="169164"/>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2" cstate="print"/>
                    <a:stretch>
                      <a:fillRect/>
                    </a:stretch>
                  </pic:blipFill>
                  <pic:spPr>
                    <a:xfrm>
                      <a:off x="0" y="0"/>
                      <a:ext cx="237744" cy="169164"/>
                    </a:xfrm>
                    <a:prstGeom prst="rect">
                      <a:avLst/>
                    </a:prstGeom>
                  </pic:spPr>
                </pic:pic>
              </a:graphicData>
            </a:graphic>
          </wp:anchor>
        </w:drawing>
      </w:r>
      <w:r w:rsidRPr="0078531E">
        <w:t>A</w:t>
      </w:r>
      <w:r w:rsidRPr="0078531E">
        <w:rPr>
          <w:spacing w:val="-7"/>
        </w:rPr>
        <w:t xml:space="preserve"> </w:t>
      </w:r>
      <w:r w:rsidRPr="0078531E">
        <w:t>szülők</w:t>
      </w:r>
      <w:r w:rsidRPr="0078531E">
        <w:rPr>
          <w:spacing w:val="-6"/>
        </w:rPr>
        <w:t xml:space="preserve"> </w:t>
      </w:r>
      <w:r w:rsidRPr="0078531E">
        <w:t>figyelmének</w:t>
      </w:r>
      <w:r w:rsidRPr="0078531E">
        <w:rPr>
          <w:spacing w:val="-4"/>
        </w:rPr>
        <w:t xml:space="preserve"> </w:t>
      </w:r>
      <w:r w:rsidRPr="0078531E">
        <w:t>felhívása</w:t>
      </w:r>
      <w:r w:rsidRPr="0078531E">
        <w:rPr>
          <w:spacing w:val="-7"/>
        </w:rPr>
        <w:t xml:space="preserve"> </w:t>
      </w:r>
      <w:r w:rsidRPr="0078531E">
        <w:t>a</w:t>
      </w:r>
      <w:r w:rsidRPr="0078531E">
        <w:rPr>
          <w:spacing w:val="-5"/>
        </w:rPr>
        <w:t xml:space="preserve"> </w:t>
      </w:r>
      <w:r w:rsidRPr="0078531E">
        <w:t>gyerekek</w:t>
      </w:r>
      <w:r w:rsidRPr="0078531E">
        <w:rPr>
          <w:spacing w:val="-6"/>
        </w:rPr>
        <w:t xml:space="preserve"> </w:t>
      </w:r>
      <w:r w:rsidRPr="0078531E">
        <w:t>fejlődésének</w:t>
      </w:r>
      <w:r w:rsidRPr="0078531E">
        <w:rPr>
          <w:spacing w:val="-6"/>
        </w:rPr>
        <w:t xml:space="preserve"> </w:t>
      </w:r>
      <w:r w:rsidRPr="0078531E">
        <w:t>sajátosságaira. Nevelési segítség, tanácsadás a szülők számára.</w:t>
      </w:r>
    </w:p>
    <w:p w14:paraId="3BD99B52" w14:textId="77777777" w:rsidR="00AE0CFD" w:rsidRPr="0078531E" w:rsidRDefault="00C3522D">
      <w:pPr>
        <w:pStyle w:val="Szvegtrzs"/>
        <w:spacing w:line="273" w:lineRule="exact"/>
        <w:ind w:left="196"/>
      </w:pPr>
      <w:r w:rsidRPr="0078531E">
        <w:rPr>
          <w:u w:val="single"/>
        </w:rPr>
        <w:t>Kapcsolattartás</w:t>
      </w:r>
      <w:r w:rsidRPr="0078531E">
        <w:rPr>
          <w:spacing w:val="-3"/>
          <w:u w:val="single"/>
        </w:rPr>
        <w:t xml:space="preserve"> </w:t>
      </w:r>
      <w:r w:rsidRPr="0078531E">
        <w:rPr>
          <w:u w:val="single"/>
        </w:rPr>
        <w:t>a</w:t>
      </w:r>
      <w:r w:rsidRPr="0078531E">
        <w:rPr>
          <w:spacing w:val="-2"/>
          <w:u w:val="single"/>
        </w:rPr>
        <w:t xml:space="preserve"> nevelőtestülettel</w:t>
      </w:r>
    </w:p>
    <w:p w14:paraId="26287D45" w14:textId="77777777" w:rsidR="00AE0CFD" w:rsidRPr="0078531E" w:rsidRDefault="00C3522D">
      <w:pPr>
        <w:pStyle w:val="Szvegtrzs"/>
        <w:spacing w:before="239" w:line="451" w:lineRule="auto"/>
        <w:ind w:left="136" w:right="469" w:firstLine="247"/>
      </w:pPr>
      <w:r w:rsidRPr="0078531E">
        <w:rPr>
          <w:noProof/>
        </w:rPr>
        <w:drawing>
          <wp:anchor distT="0" distB="0" distL="0" distR="0" simplePos="0" relativeHeight="251641856" behindDoc="0" locked="0" layoutInCell="1" allowOverlap="1" wp14:anchorId="195F9A7D" wp14:editId="6BE23EDD">
            <wp:simplePos x="0" y="0"/>
            <wp:positionH relativeFrom="page">
              <wp:posOffset>899464</wp:posOffset>
            </wp:positionH>
            <wp:positionV relativeFrom="paragraph">
              <wp:posOffset>157336</wp:posOffset>
            </wp:positionV>
            <wp:extent cx="237744" cy="169164"/>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2" cstate="print"/>
                    <a:stretch>
                      <a:fillRect/>
                    </a:stretch>
                  </pic:blipFill>
                  <pic:spPr>
                    <a:xfrm>
                      <a:off x="0" y="0"/>
                      <a:ext cx="237744" cy="169164"/>
                    </a:xfrm>
                    <a:prstGeom prst="rect">
                      <a:avLst/>
                    </a:prstGeom>
                  </pic:spPr>
                </pic:pic>
              </a:graphicData>
            </a:graphic>
          </wp:anchor>
        </w:drawing>
      </w:r>
      <w:r w:rsidRPr="0078531E">
        <w:t>Segíti</w:t>
      </w:r>
      <w:r w:rsidRPr="0078531E">
        <w:rPr>
          <w:spacing w:val="-5"/>
        </w:rPr>
        <w:t xml:space="preserve"> </w:t>
      </w:r>
      <w:r w:rsidRPr="0078531E">
        <w:t>a</w:t>
      </w:r>
      <w:r w:rsidRPr="0078531E">
        <w:rPr>
          <w:spacing w:val="-5"/>
        </w:rPr>
        <w:t xml:space="preserve"> </w:t>
      </w:r>
      <w:r w:rsidRPr="0078531E">
        <w:t>nevelési</w:t>
      </w:r>
      <w:r w:rsidRPr="0078531E">
        <w:rPr>
          <w:spacing w:val="-5"/>
        </w:rPr>
        <w:t xml:space="preserve"> </w:t>
      </w:r>
      <w:r w:rsidRPr="0078531E">
        <w:t>tanácsadóhoz</w:t>
      </w:r>
      <w:r w:rsidRPr="0078531E">
        <w:rPr>
          <w:spacing w:val="-4"/>
        </w:rPr>
        <w:t xml:space="preserve"> </w:t>
      </w:r>
      <w:r w:rsidRPr="0078531E">
        <w:t>és</w:t>
      </w:r>
      <w:r w:rsidRPr="0078531E">
        <w:rPr>
          <w:spacing w:val="-6"/>
        </w:rPr>
        <w:t xml:space="preserve"> </w:t>
      </w:r>
      <w:r w:rsidRPr="0078531E">
        <w:t>az</w:t>
      </w:r>
      <w:r w:rsidRPr="0078531E">
        <w:rPr>
          <w:spacing w:val="-4"/>
        </w:rPr>
        <w:t xml:space="preserve"> </w:t>
      </w:r>
      <w:r w:rsidRPr="0078531E">
        <w:t>értelmi</w:t>
      </w:r>
      <w:r w:rsidRPr="0078531E">
        <w:rPr>
          <w:spacing w:val="-5"/>
        </w:rPr>
        <w:t xml:space="preserve"> </w:t>
      </w:r>
      <w:r w:rsidRPr="0078531E">
        <w:t>képességeket</w:t>
      </w:r>
      <w:r w:rsidRPr="0078531E">
        <w:rPr>
          <w:spacing w:val="-5"/>
        </w:rPr>
        <w:t xml:space="preserve"> </w:t>
      </w:r>
      <w:r w:rsidRPr="0078531E">
        <w:t>vizsgáló</w:t>
      </w:r>
      <w:r w:rsidRPr="0078531E">
        <w:rPr>
          <w:spacing w:val="-5"/>
        </w:rPr>
        <w:t xml:space="preserve"> </w:t>
      </w:r>
      <w:r w:rsidRPr="0078531E">
        <w:t>bizottsághoz</w:t>
      </w:r>
      <w:r w:rsidRPr="0078531E">
        <w:rPr>
          <w:spacing w:val="-4"/>
        </w:rPr>
        <w:t xml:space="preserve"> </w:t>
      </w:r>
      <w:r w:rsidRPr="0078531E">
        <w:t xml:space="preserve">való </w:t>
      </w:r>
      <w:r w:rsidRPr="0078531E">
        <w:rPr>
          <w:spacing w:val="-2"/>
        </w:rPr>
        <w:t>irányítást.</w:t>
      </w:r>
    </w:p>
    <w:p w14:paraId="7A5A89CB" w14:textId="77777777" w:rsidR="00AE0CFD" w:rsidRPr="0078531E" w:rsidRDefault="00C3522D">
      <w:pPr>
        <w:pStyle w:val="Szvegtrzs"/>
        <w:spacing w:line="451" w:lineRule="auto"/>
        <w:ind w:left="136" w:right="2979"/>
      </w:pPr>
      <w:r w:rsidRPr="0078531E">
        <w:rPr>
          <w:noProof/>
        </w:rPr>
        <w:drawing>
          <wp:anchor distT="0" distB="0" distL="0" distR="0" simplePos="0" relativeHeight="251652096" behindDoc="1" locked="0" layoutInCell="1" allowOverlap="1" wp14:anchorId="0717317C" wp14:editId="2D99B785">
            <wp:simplePos x="0" y="0"/>
            <wp:positionH relativeFrom="page">
              <wp:posOffset>899464</wp:posOffset>
            </wp:positionH>
            <wp:positionV relativeFrom="paragraph">
              <wp:posOffset>634430</wp:posOffset>
            </wp:positionV>
            <wp:extent cx="237744" cy="169163"/>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2" cstate="print"/>
                    <a:stretch>
                      <a:fillRect/>
                    </a:stretch>
                  </pic:blipFill>
                  <pic:spPr>
                    <a:xfrm>
                      <a:off x="0" y="0"/>
                      <a:ext cx="237744" cy="169163"/>
                    </a:xfrm>
                    <a:prstGeom prst="rect">
                      <a:avLst/>
                    </a:prstGeom>
                  </pic:spPr>
                </pic:pic>
              </a:graphicData>
            </a:graphic>
          </wp:anchor>
        </w:drawing>
      </w:r>
      <w:r w:rsidRPr="0078531E">
        <w:rPr>
          <w:spacing w:val="-8"/>
          <w:u w:val="single"/>
        </w:rPr>
        <w:t xml:space="preserve"> </w:t>
      </w:r>
      <w:r w:rsidRPr="0078531E">
        <w:rPr>
          <w:u w:val="single"/>
        </w:rPr>
        <w:t>Kapcsolattartás</w:t>
      </w:r>
      <w:r w:rsidRPr="0078531E">
        <w:rPr>
          <w:spacing w:val="-8"/>
          <w:u w:val="single"/>
        </w:rPr>
        <w:t xml:space="preserve"> </w:t>
      </w:r>
      <w:r w:rsidRPr="0078531E">
        <w:rPr>
          <w:u w:val="single"/>
        </w:rPr>
        <w:t>a</w:t>
      </w:r>
      <w:r w:rsidRPr="0078531E">
        <w:rPr>
          <w:spacing w:val="-9"/>
          <w:u w:val="single"/>
        </w:rPr>
        <w:t xml:space="preserve"> </w:t>
      </w:r>
      <w:r w:rsidRPr="0078531E">
        <w:rPr>
          <w:u w:val="single"/>
        </w:rPr>
        <w:t>társintézmények</w:t>
      </w:r>
      <w:r w:rsidRPr="0078531E">
        <w:rPr>
          <w:spacing w:val="-6"/>
          <w:u w:val="single"/>
        </w:rPr>
        <w:t xml:space="preserve"> </w:t>
      </w:r>
      <w:r w:rsidRPr="0078531E">
        <w:rPr>
          <w:u w:val="single"/>
        </w:rPr>
        <w:t>gyermekvédelmi</w:t>
      </w:r>
      <w:r w:rsidRPr="0078531E">
        <w:rPr>
          <w:spacing w:val="-8"/>
          <w:u w:val="single"/>
        </w:rPr>
        <w:t xml:space="preserve"> </w:t>
      </w:r>
      <w:r w:rsidRPr="0078531E">
        <w:rPr>
          <w:u w:val="single"/>
        </w:rPr>
        <w:t>felelőseivel</w:t>
      </w:r>
      <w:r w:rsidRPr="0078531E">
        <w:t xml:space="preserve"> </w:t>
      </w:r>
      <w:r w:rsidRPr="0078531E">
        <w:rPr>
          <w:u w:val="single"/>
        </w:rPr>
        <w:t>Kapcsolattartás a hatóságokkal, segítő szakemberekkel:</w:t>
      </w:r>
    </w:p>
    <w:p w14:paraId="7E6526C1" w14:textId="77777777" w:rsidR="00AE0CFD" w:rsidRPr="0078531E" w:rsidRDefault="00C3522D">
      <w:pPr>
        <w:pStyle w:val="Szvegtrzs"/>
        <w:spacing w:line="232" w:lineRule="exact"/>
        <w:ind w:left="383"/>
      </w:pPr>
      <w:r w:rsidRPr="0078531E">
        <w:t>Gyermekjóléti</w:t>
      </w:r>
      <w:r w:rsidRPr="0078531E">
        <w:rPr>
          <w:spacing w:val="-6"/>
        </w:rPr>
        <w:t xml:space="preserve"> </w:t>
      </w:r>
      <w:r w:rsidRPr="0078531E">
        <w:rPr>
          <w:spacing w:val="-2"/>
        </w:rPr>
        <w:t>Szolgálat</w:t>
      </w:r>
    </w:p>
    <w:p w14:paraId="098CBD9E" w14:textId="77777777" w:rsidR="00AE0CFD" w:rsidRPr="0078531E" w:rsidRDefault="00C3522D">
      <w:pPr>
        <w:pStyle w:val="Szvegtrzs"/>
        <w:spacing w:before="196" w:line="415" w:lineRule="auto"/>
        <w:ind w:left="383" w:right="6955"/>
      </w:pPr>
      <w:r w:rsidRPr="0078531E">
        <w:rPr>
          <w:noProof/>
        </w:rPr>
        <w:drawing>
          <wp:anchor distT="0" distB="0" distL="0" distR="0" simplePos="0" relativeHeight="251654144" behindDoc="1" locked="0" layoutInCell="1" allowOverlap="1" wp14:anchorId="5A42BF55" wp14:editId="7D223B5C">
            <wp:simplePos x="0" y="0"/>
            <wp:positionH relativeFrom="page">
              <wp:posOffset>899464</wp:posOffset>
            </wp:positionH>
            <wp:positionV relativeFrom="paragraph">
              <wp:posOffset>130001</wp:posOffset>
            </wp:positionV>
            <wp:extent cx="237744" cy="169163"/>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2" cstate="print"/>
                    <a:stretch>
                      <a:fillRect/>
                    </a:stretch>
                  </pic:blipFill>
                  <pic:spPr>
                    <a:xfrm>
                      <a:off x="0" y="0"/>
                      <a:ext cx="237744" cy="169163"/>
                    </a:xfrm>
                    <a:prstGeom prst="rect">
                      <a:avLst/>
                    </a:prstGeom>
                  </pic:spPr>
                </pic:pic>
              </a:graphicData>
            </a:graphic>
          </wp:anchor>
        </w:drawing>
      </w:r>
      <w:r w:rsidRPr="0078531E">
        <w:rPr>
          <w:noProof/>
        </w:rPr>
        <w:drawing>
          <wp:anchor distT="0" distB="0" distL="0" distR="0" simplePos="0" relativeHeight="251657216" behindDoc="1" locked="0" layoutInCell="1" allowOverlap="1" wp14:anchorId="6805C3C9" wp14:editId="254C34A8">
            <wp:simplePos x="0" y="0"/>
            <wp:positionH relativeFrom="page">
              <wp:posOffset>899464</wp:posOffset>
            </wp:positionH>
            <wp:positionV relativeFrom="paragraph">
              <wp:posOffset>433277</wp:posOffset>
            </wp:positionV>
            <wp:extent cx="237744" cy="169163"/>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2" cstate="print"/>
                    <a:stretch>
                      <a:fillRect/>
                    </a:stretch>
                  </pic:blipFill>
                  <pic:spPr>
                    <a:xfrm>
                      <a:off x="0" y="0"/>
                      <a:ext cx="237744" cy="169163"/>
                    </a:xfrm>
                    <a:prstGeom prst="rect">
                      <a:avLst/>
                    </a:prstGeom>
                  </pic:spPr>
                </pic:pic>
              </a:graphicData>
            </a:graphic>
          </wp:anchor>
        </w:drawing>
      </w:r>
      <w:r w:rsidRPr="0078531E">
        <w:rPr>
          <w:noProof/>
        </w:rPr>
        <w:drawing>
          <wp:anchor distT="0" distB="0" distL="0" distR="0" simplePos="0" relativeHeight="251660288" behindDoc="1" locked="0" layoutInCell="1" allowOverlap="1" wp14:anchorId="4A807E42" wp14:editId="778CCACC">
            <wp:simplePos x="0" y="0"/>
            <wp:positionH relativeFrom="page">
              <wp:posOffset>899464</wp:posOffset>
            </wp:positionH>
            <wp:positionV relativeFrom="paragraph">
              <wp:posOffset>735029</wp:posOffset>
            </wp:positionV>
            <wp:extent cx="237744" cy="169163"/>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2" cstate="print"/>
                    <a:stretch>
                      <a:fillRect/>
                    </a:stretch>
                  </pic:blipFill>
                  <pic:spPr>
                    <a:xfrm>
                      <a:off x="0" y="0"/>
                      <a:ext cx="237744" cy="169163"/>
                    </a:xfrm>
                    <a:prstGeom prst="rect">
                      <a:avLst/>
                    </a:prstGeom>
                  </pic:spPr>
                </pic:pic>
              </a:graphicData>
            </a:graphic>
          </wp:anchor>
        </w:drawing>
      </w:r>
      <w:r w:rsidRPr="0078531E">
        <w:rPr>
          <w:noProof/>
        </w:rPr>
        <w:drawing>
          <wp:anchor distT="0" distB="0" distL="0" distR="0" simplePos="0" relativeHeight="251662336" behindDoc="1" locked="0" layoutInCell="1" allowOverlap="1" wp14:anchorId="319C2CA2" wp14:editId="76878FE8">
            <wp:simplePos x="0" y="0"/>
            <wp:positionH relativeFrom="page">
              <wp:posOffset>899464</wp:posOffset>
            </wp:positionH>
            <wp:positionV relativeFrom="paragraph">
              <wp:posOffset>1037035</wp:posOffset>
            </wp:positionV>
            <wp:extent cx="237744" cy="169163"/>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2" cstate="print"/>
                    <a:stretch>
                      <a:fillRect/>
                    </a:stretch>
                  </pic:blipFill>
                  <pic:spPr>
                    <a:xfrm>
                      <a:off x="0" y="0"/>
                      <a:ext cx="237744" cy="169163"/>
                    </a:xfrm>
                    <a:prstGeom prst="rect">
                      <a:avLst/>
                    </a:prstGeom>
                  </pic:spPr>
                </pic:pic>
              </a:graphicData>
            </a:graphic>
          </wp:anchor>
        </w:drawing>
      </w:r>
      <w:r w:rsidRPr="0078531E">
        <w:t xml:space="preserve">Védőnői hálózat </w:t>
      </w:r>
      <w:r w:rsidRPr="0078531E">
        <w:rPr>
          <w:spacing w:val="-2"/>
        </w:rPr>
        <w:t xml:space="preserve">Gyermekorvos </w:t>
      </w:r>
      <w:r w:rsidRPr="0078531E">
        <w:t>Gyámügy,</w:t>
      </w:r>
      <w:r w:rsidRPr="0078531E">
        <w:rPr>
          <w:spacing w:val="-15"/>
        </w:rPr>
        <w:t xml:space="preserve"> </w:t>
      </w:r>
      <w:r w:rsidRPr="0078531E">
        <w:t xml:space="preserve">Gyámhivatal </w:t>
      </w:r>
      <w:r w:rsidRPr="0078531E">
        <w:rPr>
          <w:spacing w:val="-2"/>
        </w:rPr>
        <w:t>Rendőrség</w:t>
      </w:r>
    </w:p>
    <w:p w14:paraId="7753017B" w14:textId="77777777" w:rsidR="00AE0CFD" w:rsidRPr="0078531E" w:rsidRDefault="00C3522D">
      <w:pPr>
        <w:pStyle w:val="Cmsor4"/>
        <w:spacing w:before="1"/>
        <w:ind w:left="196"/>
      </w:pPr>
      <w:r w:rsidRPr="0078531E">
        <w:t>A</w:t>
      </w:r>
      <w:r w:rsidRPr="0078531E">
        <w:rPr>
          <w:spacing w:val="-7"/>
        </w:rPr>
        <w:t xml:space="preserve"> </w:t>
      </w:r>
      <w:r w:rsidRPr="0078531E">
        <w:t>gyermek</w:t>
      </w:r>
      <w:r w:rsidRPr="0078531E">
        <w:rPr>
          <w:spacing w:val="-4"/>
        </w:rPr>
        <w:t xml:space="preserve"> </w:t>
      </w:r>
      <w:r w:rsidRPr="0078531E">
        <w:t>érdekeit</w:t>
      </w:r>
      <w:r w:rsidRPr="0078531E">
        <w:rPr>
          <w:spacing w:val="-4"/>
        </w:rPr>
        <w:t xml:space="preserve"> </w:t>
      </w:r>
      <w:r w:rsidRPr="0078531E">
        <w:t>képviselők</w:t>
      </w:r>
      <w:r w:rsidRPr="0078531E">
        <w:rPr>
          <w:spacing w:val="-4"/>
        </w:rPr>
        <w:t xml:space="preserve"> </w:t>
      </w:r>
      <w:r w:rsidRPr="0078531E">
        <w:t>kapcsolattartásának</w:t>
      </w:r>
      <w:r w:rsidRPr="0078531E">
        <w:rPr>
          <w:spacing w:val="-4"/>
        </w:rPr>
        <w:t xml:space="preserve"> </w:t>
      </w:r>
      <w:r w:rsidRPr="0078531E">
        <w:rPr>
          <w:spacing w:val="-2"/>
        </w:rPr>
        <w:t>módszerei:</w:t>
      </w:r>
    </w:p>
    <w:p w14:paraId="466CB688" w14:textId="77777777" w:rsidR="00AE0CFD" w:rsidRPr="0078531E" w:rsidRDefault="00C3522D">
      <w:pPr>
        <w:pStyle w:val="Szvegtrzs"/>
        <w:spacing w:before="195" w:line="415" w:lineRule="auto"/>
        <w:ind w:left="383" w:right="7010"/>
      </w:pPr>
      <w:r w:rsidRPr="0078531E">
        <w:rPr>
          <w:noProof/>
        </w:rPr>
        <w:drawing>
          <wp:anchor distT="0" distB="0" distL="0" distR="0" simplePos="0" relativeHeight="251664384" behindDoc="1" locked="0" layoutInCell="1" allowOverlap="1" wp14:anchorId="0AF7EC96" wp14:editId="49A8B2FD">
            <wp:simplePos x="0" y="0"/>
            <wp:positionH relativeFrom="page">
              <wp:posOffset>899464</wp:posOffset>
            </wp:positionH>
            <wp:positionV relativeFrom="paragraph">
              <wp:posOffset>129026</wp:posOffset>
            </wp:positionV>
            <wp:extent cx="237744" cy="169163"/>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2" cstate="print"/>
                    <a:stretch>
                      <a:fillRect/>
                    </a:stretch>
                  </pic:blipFill>
                  <pic:spPr>
                    <a:xfrm>
                      <a:off x="0" y="0"/>
                      <a:ext cx="237744" cy="169163"/>
                    </a:xfrm>
                    <a:prstGeom prst="rect">
                      <a:avLst/>
                    </a:prstGeom>
                  </pic:spPr>
                </pic:pic>
              </a:graphicData>
            </a:graphic>
          </wp:anchor>
        </w:drawing>
      </w:r>
      <w:r w:rsidRPr="0078531E">
        <w:rPr>
          <w:noProof/>
        </w:rPr>
        <w:drawing>
          <wp:anchor distT="0" distB="0" distL="0" distR="0" simplePos="0" relativeHeight="251666432" behindDoc="1" locked="0" layoutInCell="1" allowOverlap="1" wp14:anchorId="67EDB363" wp14:editId="67E7698D">
            <wp:simplePos x="0" y="0"/>
            <wp:positionH relativeFrom="page">
              <wp:posOffset>899464</wp:posOffset>
            </wp:positionH>
            <wp:positionV relativeFrom="paragraph">
              <wp:posOffset>430778</wp:posOffset>
            </wp:positionV>
            <wp:extent cx="237744" cy="169163"/>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2" cstate="print"/>
                    <a:stretch>
                      <a:fillRect/>
                    </a:stretch>
                  </pic:blipFill>
                  <pic:spPr>
                    <a:xfrm>
                      <a:off x="0" y="0"/>
                      <a:ext cx="237744" cy="169163"/>
                    </a:xfrm>
                    <a:prstGeom prst="rect">
                      <a:avLst/>
                    </a:prstGeom>
                  </pic:spPr>
                </pic:pic>
              </a:graphicData>
            </a:graphic>
          </wp:anchor>
        </w:drawing>
      </w:r>
      <w:r w:rsidRPr="0078531E">
        <w:rPr>
          <w:noProof/>
        </w:rPr>
        <w:drawing>
          <wp:anchor distT="0" distB="0" distL="0" distR="0" simplePos="0" relativeHeight="251668480" behindDoc="1" locked="0" layoutInCell="1" allowOverlap="1" wp14:anchorId="369D703F" wp14:editId="33C937AA">
            <wp:simplePos x="0" y="0"/>
            <wp:positionH relativeFrom="page">
              <wp:posOffset>899464</wp:posOffset>
            </wp:positionH>
            <wp:positionV relativeFrom="paragraph">
              <wp:posOffset>734054</wp:posOffset>
            </wp:positionV>
            <wp:extent cx="237744" cy="169163"/>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2" cstate="print"/>
                    <a:stretch>
                      <a:fillRect/>
                    </a:stretch>
                  </pic:blipFill>
                  <pic:spPr>
                    <a:xfrm>
                      <a:off x="0" y="0"/>
                      <a:ext cx="237744" cy="169163"/>
                    </a:xfrm>
                    <a:prstGeom prst="rect">
                      <a:avLst/>
                    </a:prstGeom>
                  </pic:spPr>
                </pic:pic>
              </a:graphicData>
            </a:graphic>
          </wp:anchor>
        </w:drawing>
      </w:r>
      <w:r w:rsidRPr="0078531E">
        <w:rPr>
          <w:spacing w:val="-2"/>
        </w:rPr>
        <w:t xml:space="preserve">esetmegbeszélés, </w:t>
      </w:r>
      <w:r w:rsidRPr="0078531E">
        <w:t>egyéni</w:t>
      </w:r>
      <w:r w:rsidRPr="0078531E">
        <w:rPr>
          <w:spacing w:val="-15"/>
        </w:rPr>
        <w:t xml:space="preserve"> </w:t>
      </w:r>
      <w:r w:rsidRPr="0078531E">
        <w:t xml:space="preserve">esetkonzultáció, </w:t>
      </w:r>
      <w:r w:rsidRPr="0078531E">
        <w:rPr>
          <w:spacing w:val="-2"/>
        </w:rPr>
        <w:t>esetkonferencia,</w:t>
      </w:r>
    </w:p>
    <w:p w14:paraId="53A35A25" w14:textId="77777777" w:rsidR="00AE0CFD" w:rsidRPr="0078531E" w:rsidRDefault="00C3522D">
      <w:pPr>
        <w:pStyle w:val="Szvegtrzs"/>
        <w:spacing w:line="412" w:lineRule="auto"/>
        <w:ind w:left="383" w:right="6422"/>
      </w:pPr>
      <w:r w:rsidRPr="0078531E">
        <w:rPr>
          <w:noProof/>
        </w:rPr>
        <w:drawing>
          <wp:anchor distT="0" distB="0" distL="0" distR="0" simplePos="0" relativeHeight="251670528" behindDoc="1" locked="0" layoutInCell="1" allowOverlap="1" wp14:anchorId="6DB00D12" wp14:editId="49694EBF">
            <wp:simplePos x="0" y="0"/>
            <wp:positionH relativeFrom="page">
              <wp:posOffset>899464</wp:posOffset>
            </wp:positionH>
            <wp:positionV relativeFrom="paragraph">
              <wp:posOffset>2459</wp:posOffset>
            </wp:positionV>
            <wp:extent cx="237744" cy="169163"/>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2" cstate="print"/>
                    <a:stretch>
                      <a:fillRect/>
                    </a:stretch>
                  </pic:blipFill>
                  <pic:spPr>
                    <a:xfrm>
                      <a:off x="0" y="0"/>
                      <a:ext cx="237744" cy="169163"/>
                    </a:xfrm>
                    <a:prstGeom prst="rect">
                      <a:avLst/>
                    </a:prstGeom>
                  </pic:spPr>
                </pic:pic>
              </a:graphicData>
            </a:graphic>
          </wp:anchor>
        </w:drawing>
      </w:r>
      <w:r w:rsidRPr="0078531E">
        <w:rPr>
          <w:noProof/>
        </w:rPr>
        <w:drawing>
          <wp:anchor distT="0" distB="0" distL="0" distR="0" simplePos="0" relativeHeight="251672576" behindDoc="1" locked="0" layoutInCell="1" allowOverlap="1" wp14:anchorId="0B3CA1E7" wp14:editId="67FED4FE">
            <wp:simplePos x="0" y="0"/>
            <wp:positionH relativeFrom="page">
              <wp:posOffset>899464</wp:posOffset>
            </wp:positionH>
            <wp:positionV relativeFrom="paragraph">
              <wp:posOffset>304211</wp:posOffset>
            </wp:positionV>
            <wp:extent cx="237744" cy="169163"/>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2" cstate="print"/>
                    <a:stretch>
                      <a:fillRect/>
                    </a:stretch>
                  </pic:blipFill>
                  <pic:spPr>
                    <a:xfrm>
                      <a:off x="0" y="0"/>
                      <a:ext cx="237744" cy="169163"/>
                    </a:xfrm>
                    <a:prstGeom prst="rect">
                      <a:avLst/>
                    </a:prstGeom>
                  </pic:spPr>
                </pic:pic>
              </a:graphicData>
            </a:graphic>
          </wp:anchor>
        </w:drawing>
      </w:r>
      <w:r w:rsidRPr="0078531E">
        <w:t>szakmaközi</w:t>
      </w:r>
      <w:r w:rsidRPr="0078531E">
        <w:rPr>
          <w:spacing w:val="-15"/>
        </w:rPr>
        <w:t xml:space="preserve"> </w:t>
      </w:r>
      <w:r w:rsidRPr="0078531E">
        <w:t xml:space="preserve">esetmegbeszélés, </w:t>
      </w:r>
      <w:r w:rsidRPr="0078531E">
        <w:rPr>
          <w:spacing w:val="-2"/>
        </w:rPr>
        <w:t>dokumentáció-egyeztetés.</w:t>
      </w:r>
    </w:p>
    <w:p w14:paraId="3CC61602" w14:textId="77777777" w:rsidR="00AE0CFD" w:rsidRPr="0078531E" w:rsidRDefault="00C3522D">
      <w:pPr>
        <w:ind w:left="136"/>
        <w:rPr>
          <w:i/>
          <w:sz w:val="24"/>
          <w:u w:val="single"/>
        </w:rPr>
      </w:pPr>
      <w:r w:rsidRPr="0078531E">
        <w:rPr>
          <w:i/>
          <w:sz w:val="24"/>
          <w:u w:val="single"/>
        </w:rPr>
        <w:t>Beszámolók</w:t>
      </w:r>
      <w:r w:rsidRPr="0078531E">
        <w:rPr>
          <w:i/>
          <w:spacing w:val="-2"/>
          <w:sz w:val="24"/>
          <w:u w:val="single"/>
        </w:rPr>
        <w:t xml:space="preserve"> készítése</w:t>
      </w:r>
    </w:p>
    <w:p w14:paraId="08E8E342" w14:textId="77777777" w:rsidR="00555179" w:rsidRPr="0078531E" w:rsidRDefault="00C3522D">
      <w:pPr>
        <w:spacing w:before="5" w:line="470" w:lineRule="atLeast"/>
        <w:ind w:left="136" w:right="469" w:firstLine="60"/>
        <w:rPr>
          <w:sz w:val="24"/>
        </w:rPr>
      </w:pPr>
      <w:r w:rsidRPr="0078531E">
        <w:rPr>
          <w:sz w:val="24"/>
        </w:rPr>
        <w:t>A</w:t>
      </w:r>
      <w:r w:rsidRPr="0078531E">
        <w:rPr>
          <w:spacing w:val="-5"/>
          <w:sz w:val="24"/>
        </w:rPr>
        <w:t xml:space="preserve"> </w:t>
      </w:r>
      <w:r w:rsidRPr="0078531E">
        <w:rPr>
          <w:sz w:val="24"/>
        </w:rPr>
        <w:t>Családsegítő-</w:t>
      </w:r>
      <w:r w:rsidRPr="0078531E">
        <w:rPr>
          <w:spacing w:val="-5"/>
          <w:sz w:val="24"/>
        </w:rPr>
        <w:t xml:space="preserve"> </w:t>
      </w:r>
      <w:r w:rsidRPr="0078531E">
        <w:rPr>
          <w:sz w:val="24"/>
        </w:rPr>
        <w:t>és</w:t>
      </w:r>
      <w:r w:rsidRPr="0078531E">
        <w:rPr>
          <w:spacing w:val="-5"/>
          <w:sz w:val="24"/>
        </w:rPr>
        <w:t xml:space="preserve"> </w:t>
      </w:r>
      <w:r w:rsidRPr="0078531E">
        <w:rPr>
          <w:sz w:val="24"/>
        </w:rPr>
        <w:t>Gyermekjóléti</w:t>
      </w:r>
      <w:r w:rsidRPr="0078531E">
        <w:rPr>
          <w:spacing w:val="-4"/>
          <w:sz w:val="24"/>
        </w:rPr>
        <w:t xml:space="preserve"> </w:t>
      </w:r>
      <w:r w:rsidRPr="0078531E">
        <w:rPr>
          <w:sz w:val="24"/>
        </w:rPr>
        <w:t>Szolgálat</w:t>
      </w:r>
      <w:r w:rsidRPr="0078531E">
        <w:rPr>
          <w:spacing w:val="-4"/>
          <w:sz w:val="24"/>
        </w:rPr>
        <w:t xml:space="preserve"> </w:t>
      </w:r>
      <w:r w:rsidRPr="0078531E">
        <w:rPr>
          <w:sz w:val="24"/>
        </w:rPr>
        <w:t>kérésére</w:t>
      </w:r>
      <w:r w:rsidRPr="0078531E">
        <w:rPr>
          <w:spacing w:val="-6"/>
          <w:sz w:val="24"/>
        </w:rPr>
        <w:t xml:space="preserve"> </w:t>
      </w:r>
      <w:r w:rsidRPr="0078531E">
        <w:rPr>
          <w:sz w:val="24"/>
        </w:rPr>
        <w:t>beszámolót</w:t>
      </w:r>
      <w:r w:rsidRPr="0078531E">
        <w:rPr>
          <w:spacing w:val="-4"/>
          <w:sz w:val="24"/>
        </w:rPr>
        <w:t xml:space="preserve"> </w:t>
      </w:r>
      <w:r w:rsidRPr="0078531E">
        <w:rPr>
          <w:sz w:val="24"/>
        </w:rPr>
        <w:t>készít</w:t>
      </w:r>
      <w:r w:rsidRPr="0078531E">
        <w:rPr>
          <w:spacing w:val="-4"/>
          <w:sz w:val="24"/>
        </w:rPr>
        <w:t xml:space="preserve"> </w:t>
      </w:r>
      <w:r w:rsidRPr="0078531E">
        <w:rPr>
          <w:sz w:val="24"/>
        </w:rPr>
        <w:t>éves</w:t>
      </w:r>
      <w:r w:rsidRPr="0078531E">
        <w:rPr>
          <w:spacing w:val="-5"/>
          <w:sz w:val="24"/>
        </w:rPr>
        <w:t xml:space="preserve"> </w:t>
      </w:r>
      <w:r w:rsidRPr="0078531E">
        <w:rPr>
          <w:sz w:val="24"/>
        </w:rPr>
        <w:t>munkájáról.</w:t>
      </w:r>
    </w:p>
    <w:p w14:paraId="1B4D65DD" w14:textId="77777777" w:rsidR="00555179" w:rsidRPr="0078531E" w:rsidRDefault="00555179">
      <w:pPr>
        <w:spacing w:before="5" w:line="470" w:lineRule="atLeast"/>
        <w:ind w:left="136" w:right="469" w:firstLine="60"/>
        <w:rPr>
          <w:sz w:val="24"/>
        </w:rPr>
      </w:pPr>
    </w:p>
    <w:p w14:paraId="12924564" w14:textId="1B95AF73" w:rsidR="00555179" w:rsidRPr="0078531E" w:rsidRDefault="00C3522D" w:rsidP="00087700">
      <w:pPr>
        <w:spacing w:before="5" w:line="470" w:lineRule="atLeast"/>
        <w:ind w:left="136" w:right="469" w:firstLine="60"/>
        <w:jc w:val="both"/>
        <w:rPr>
          <w:b/>
          <w:sz w:val="24"/>
        </w:rPr>
      </w:pPr>
      <w:r w:rsidRPr="0078531E">
        <w:rPr>
          <w:sz w:val="24"/>
        </w:rPr>
        <w:lastRenderedPageBreak/>
        <w:t xml:space="preserve"> Ó</w:t>
      </w:r>
      <w:r w:rsidRPr="0078531E">
        <w:rPr>
          <w:b/>
          <w:sz w:val="24"/>
        </w:rPr>
        <w:t>vodai szociális segítő tevékenység</w:t>
      </w:r>
    </w:p>
    <w:p w14:paraId="65FDF140" w14:textId="1795828B" w:rsidR="00AE0CFD" w:rsidRPr="0078531E" w:rsidRDefault="006061EF" w:rsidP="009A0355">
      <w:pPr>
        <w:pStyle w:val="Szvegtrzs"/>
        <w:spacing w:before="69" w:line="360" w:lineRule="auto"/>
        <w:ind w:left="136" w:right="469"/>
        <w:jc w:val="both"/>
      </w:pPr>
      <w:r w:rsidRPr="0078531E">
        <w:t xml:space="preserve">Siófok Város Gondozási Központ </w:t>
      </w:r>
      <w:r w:rsidR="00C765FD" w:rsidRPr="0078531E">
        <w:t>C</w:t>
      </w:r>
      <w:r w:rsidRPr="0078531E">
        <w:t xml:space="preserve">salád- és Gyermekjóléti Központ </w:t>
      </w:r>
      <w:r w:rsidR="00C765FD" w:rsidRPr="0078531E">
        <w:t>szociális</w:t>
      </w:r>
      <w:r w:rsidR="00C765FD" w:rsidRPr="0078531E">
        <w:rPr>
          <w:spacing w:val="-5"/>
        </w:rPr>
        <w:t xml:space="preserve"> </w:t>
      </w:r>
      <w:r w:rsidR="00C765FD" w:rsidRPr="0078531E">
        <w:t>segítő munkatársa, heti egy alkalommal</w:t>
      </w:r>
      <w:r w:rsidR="00C765FD" w:rsidRPr="0078531E">
        <w:rPr>
          <w:spacing w:val="-4"/>
        </w:rPr>
        <w:t xml:space="preserve"> </w:t>
      </w:r>
      <w:r w:rsidR="00C765FD" w:rsidRPr="0078531E">
        <w:t>egyéni,</w:t>
      </w:r>
      <w:r w:rsidR="00C765FD" w:rsidRPr="0078531E">
        <w:rPr>
          <w:spacing w:val="-4"/>
        </w:rPr>
        <w:t xml:space="preserve"> </w:t>
      </w:r>
      <w:r w:rsidR="00C765FD" w:rsidRPr="0078531E">
        <w:t>csoportos</w:t>
      </w:r>
      <w:r w:rsidR="00C765FD" w:rsidRPr="0078531E">
        <w:rPr>
          <w:spacing w:val="-5"/>
        </w:rPr>
        <w:t xml:space="preserve"> </w:t>
      </w:r>
      <w:r w:rsidR="00C765FD" w:rsidRPr="0078531E">
        <w:t>és</w:t>
      </w:r>
      <w:r w:rsidR="00C765FD" w:rsidRPr="0078531E">
        <w:rPr>
          <w:spacing w:val="-5"/>
        </w:rPr>
        <w:t xml:space="preserve"> </w:t>
      </w:r>
      <w:r w:rsidR="00C765FD" w:rsidRPr="0078531E">
        <w:t>közösségi</w:t>
      </w:r>
      <w:r w:rsidR="00C765FD" w:rsidRPr="0078531E">
        <w:rPr>
          <w:spacing w:val="-4"/>
        </w:rPr>
        <w:t xml:space="preserve"> </w:t>
      </w:r>
      <w:r w:rsidR="00C765FD" w:rsidRPr="0078531E">
        <w:t>munkát</w:t>
      </w:r>
      <w:r w:rsidR="00C765FD" w:rsidRPr="0078531E">
        <w:rPr>
          <w:spacing w:val="-4"/>
        </w:rPr>
        <w:t xml:space="preserve"> </w:t>
      </w:r>
      <w:r w:rsidR="00C765FD" w:rsidRPr="0078531E">
        <w:t>végez,</w:t>
      </w:r>
      <w:r w:rsidR="00C765FD" w:rsidRPr="0078531E">
        <w:rPr>
          <w:spacing w:val="-4"/>
        </w:rPr>
        <w:t xml:space="preserve"> </w:t>
      </w:r>
      <w:r w:rsidR="00C765FD" w:rsidRPr="0078531E">
        <w:t>valamint gyermekvédelmi feladatokat lát el</w:t>
      </w:r>
      <w:r w:rsidR="00FD4608" w:rsidRPr="0078531E">
        <w:t>.</w:t>
      </w:r>
    </w:p>
    <w:p w14:paraId="54BE7402" w14:textId="77777777" w:rsidR="00FD4608" w:rsidRPr="0078531E" w:rsidRDefault="00FD4608" w:rsidP="009A0355">
      <w:pPr>
        <w:pStyle w:val="Szvegtrzs"/>
        <w:spacing w:before="69" w:line="360" w:lineRule="auto"/>
        <w:ind w:left="136" w:right="469"/>
        <w:jc w:val="both"/>
      </w:pPr>
    </w:p>
    <w:p w14:paraId="2754D29F" w14:textId="37381119" w:rsidR="00AE0CFD" w:rsidRPr="0078531E" w:rsidRDefault="004B556A" w:rsidP="009A0355">
      <w:pPr>
        <w:pStyle w:val="Cmsor1"/>
        <w:numPr>
          <w:ilvl w:val="0"/>
          <w:numId w:val="24"/>
        </w:numPr>
        <w:tabs>
          <w:tab w:val="left" w:pos="792"/>
        </w:tabs>
        <w:ind w:left="792" w:hanging="656"/>
        <w:jc w:val="both"/>
        <w:rPr>
          <w:rFonts w:ascii="Times New Roman" w:hAnsi="Times New Roman" w:cs="Times New Roman"/>
        </w:rPr>
      </w:pPr>
      <w:bookmarkStart w:id="20" w:name="_bookmark15"/>
      <w:bookmarkEnd w:id="20"/>
      <w:r w:rsidRPr="0078531E">
        <w:rPr>
          <w:rFonts w:ascii="Times New Roman" w:hAnsi="Times New Roman" w:cs="Times New Roman"/>
        </w:rPr>
        <w:t>Fejlődés jellemzői óvodáskor végére</w:t>
      </w:r>
    </w:p>
    <w:p w14:paraId="2537A61C" w14:textId="77777777" w:rsidR="00087700" w:rsidRPr="0078531E" w:rsidRDefault="00087700" w:rsidP="00087700">
      <w:pPr>
        <w:pStyle w:val="Cmsor1"/>
        <w:tabs>
          <w:tab w:val="left" w:pos="792"/>
        </w:tabs>
        <w:ind w:left="792"/>
        <w:jc w:val="both"/>
        <w:rPr>
          <w:rFonts w:ascii="Times New Roman" w:hAnsi="Times New Roman" w:cs="Times New Roman"/>
        </w:rPr>
      </w:pPr>
    </w:p>
    <w:p w14:paraId="7C20E624" w14:textId="77777777" w:rsidR="00AE0CFD" w:rsidRPr="0078531E" w:rsidRDefault="00C3522D" w:rsidP="009A0355">
      <w:pPr>
        <w:pStyle w:val="Cmsor4"/>
        <w:numPr>
          <w:ilvl w:val="0"/>
          <w:numId w:val="2"/>
        </w:numPr>
        <w:tabs>
          <w:tab w:val="left" w:pos="376"/>
        </w:tabs>
        <w:spacing w:before="1" w:line="275" w:lineRule="exact"/>
        <w:jc w:val="both"/>
      </w:pPr>
      <w:r w:rsidRPr="0078531E">
        <w:t>Iskolai</w:t>
      </w:r>
      <w:r w:rsidRPr="0078531E">
        <w:rPr>
          <w:spacing w:val="-5"/>
        </w:rPr>
        <w:t xml:space="preserve"> </w:t>
      </w:r>
      <w:r w:rsidRPr="0078531E">
        <w:t>élet</w:t>
      </w:r>
      <w:r w:rsidRPr="0078531E">
        <w:rPr>
          <w:spacing w:val="-5"/>
        </w:rPr>
        <w:t xml:space="preserve"> </w:t>
      </w:r>
      <w:r w:rsidRPr="0078531E">
        <w:t>megkezdéséhez</w:t>
      </w:r>
      <w:r w:rsidRPr="0078531E">
        <w:rPr>
          <w:spacing w:val="-4"/>
        </w:rPr>
        <w:t xml:space="preserve"> </w:t>
      </w:r>
      <w:r w:rsidRPr="0078531E">
        <w:t>szükséges</w:t>
      </w:r>
      <w:r w:rsidRPr="0078531E">
        <w:rPr>
          <w:spacing w:val="-3"/>
        </w:rPr>
        <w:t xml:space="preserve"> </w:t>
      </w:r>
      <w:r w:rsidRPr="0078531E">
        <w:rPr>
          <w:spacing w:val="-2"/>
        </w:rPr>
        <w:t>fejlettség</w:t>
      </w:r>
    </w:p>
    <w:p w14:paraId="1529DEC1" w14:textId="77777777" w:rsidR="00AE0CFD" w:rsidRPr="0078531E" w:rsidRDefault="00C3522D" w:rsidP="009A0355">
      <w:pPr>
        <w:pStyle w:val="Szvegtrzs"/>
        <w:spacing w:line="360" w:lineRule="auto"/>
        <w:ind w:left="136"/>
        <w:jc w:val="both"/>
      </w:pPr>
      <w:r w:rsidRPr="0078531E">
        <w:t>„(2)</w:t>
      </w:r>
      <w:r w:rsidRPr="0078531E">
        <w:rPr>
          <w:spacing w:val="-5"/>
        </w:rPr>
        <w:t xml:space="preserve"> </w:t>
      </w:r>
      <w:r w:rsidRPr="0078531E">
        <w:t>A</w:t>
      </w:r>
      <w:r w:rsidRPr="0078531E">
        <w:rPr>
          <w:spacing w:val="-4"/>
        </w:rPr>
        <w:t xml:space="preserve"> </w:t>
      </w:r>
      <w:r w:rsidRPr="0078531E">
        <w:t>gyermek</w:t>
      </w:r>
      <w:r w:rsidRPr="0078531E">
        <w:rPr>
          <w:spacing w:val="-3"/>
        </w:rPr>
        <w:t xml:space="preserve"> </w:t>
      </w:r>
      <w:r w:rsidRPr="0078531E">
        <w:t>abban</w:t>
      </w:r>
      <w:r w:rsidRPr="0078531E">
        <w:rPr>
          <w:spacing w:val="-3"/>
        </w:rPr>
        <w:t xml:space="preserve"> </w:t>
      </w:r>
      <w:r w:rsidRPr="0078531E">
        <w:t>az évben,</w:t>
      </w:r>
      <w:r w:rsidRPr="0078531E">
        <w:rPr>
          <w:spacing w:val="-2"/>
        </w:rPr>
        <w:t xml:space="preserve"> </w:t>
      </w:r>
      <w:r w:rsidRPr="0078531E">
        <w:t>amelynek</w:t>
      </w:r>
      <w:r w:rsidRPr="0078531E">
        <w:rPr>
          <w:spacing w:val="-3"/>
        </w:rPr>
        <w:t xml:space="preserve"> </w:t>
      </w:r>
      <w:r w:rsidRPr="0078531E">
        <w:t>augusztus</w:t>
      </w:r>
      <w:r w:rsidRPr="0078531E">
        <w:rPr>
          <w:spacing w:val="-4"/>
        </w:rPr>
        <w:t xml:space="preserve"> </w:t>
      </w:r>
      <w:r w:rsidRPr="0078531E">
        <w:t>31.</w:t>
      </w:r>
      <w:r w:rsidRPr="0078531E">
        <w:rPr>
          <w:spacing w:val="-3"/>
        </w:rPr>
        <w:t xml:space="preserve"> </w:t>
      </w:r>
      <w:r w:rsidRPr="0078531E">
        <w:t>napjáig</w:t>
      </w:r>
      <w:r w:rsidRPr="0078531E">
        <w:rPr>
          <w:spacing w:val="-6"/>
        </w:rPr>
        <w:t xml:space="preserve"> </w:t>
      </w:r>
      <w:r w:rsidRPr="0078531E">
        <w:t>a</w:t>
      </w:r>
      <w:r w:rsidRPr="0078531E">
        <w:rPr>
          <w:spacing w:val="-4"/>
        </w:rPr>
        <w:t xml:space="preserve"> </w:t>
      </w:r>
      <w:r w:rsidRPr="0078531E">
        <w:t>hatodik</w:t>
      </w:r>
      <w:r w:rsidRPr="0078531E">
        <w:rPr>
          <w:spacing w:val="-3"/>
        </w:rPr>
        <w:t xml:space="preserve"> </w:t>
      </w:r>
      <w:r w:rsidRPr="0078531E">
        <w:t>életévét</w:t>
      </w:r>
      <w:r w:rsidRPr="0078531E">
        <w:rPr>
          <w:spacing w:val="-3"/>
        </w:rPr>
        <w:t xml:space="preserve"> </w:t>
      </w:r>
      <w:r w:rsidRPr="0078531E">
        <w:t>betölti, tankötelessé válik.</w:t>
      </w:r>
    </w:p>
    <w:p w14:paraId="02534658" w14:textId="77777777" w:rsidR="00AE0CFD" w:rsidRPr="0078531E" w:rsidRDefault="00C3522D" w:rsidP="009A0355">
      <w:pPr>
        <w:pStyle w:val="Szvegtrzs"/>
        <w:ind w:left="136"/>
        <w:jc w:val="both"/>
      </w:pPr>
      <w:r w:rsidRPr="0078531E">
        <w:t>A</w:t>
      </w:r>
      <w:r w:rsidRPr="0078531E">
        <w:rPr>
          <w:spacing w:val="-4"/>
        </w:rPr>
        <w:t xml:space="preserve"> </w:t>
      </w:r>
      <w:r w:rsidRPr="0078531E">
        <w:t>tankötelezettség</w:t>
      </w:r>
      <w:r w:rsidRPr="0078531E">
        <w:rPr>
          <w:spacing w:val="-4"/>
        </w:rPr>
        <w:t xml:space="preserve"> </w:t>
      </w:r>
      <w:r w:rsidRPr="0078531E">
        <w:t>teljesítése</w:t>
      </w:r>
      <w:r w:rsidRPr="0078531E">
        <w:rPr>
          <w:spacing w:val="-1"/>
        </w:rPr>
        <w:t xml:space="preserve"> </w:t>
      </w:r>
      <w:r w:rsidRPr="0078531E">
        <w:t>a</w:t>
      </w:r>
      <w:r w:rsidRPr="0078531E">
        <w:rPr>
          <w:spacing w:val="-2"/>
        </w:rPr>
        <w:t xml:space="preserve"> </w:t>
      </w:r>
      <w:r w:rsidRPr="0078531E">
        <w:t>tanév</w:t>
      </w:r>
      <w:r w:rsidRPr="0078531E">
        <w:rPr>
          <w:spacing w:val="1"/>
        </w:rPr>
        <w:t xml:space="preserve"> </w:t>
      </w:r>
      <w:r w:rsidRPr="0078531E">
        <w:t>első tanítási</w:t>
      </w:r>
      <w:r w:rsidRPr="0078531E">
        <w:rPr>
          <w:spacing w:val="-1"/>
        </w:rPr>
        <w:t xml:space="preserve"> </w:t>
      </w:r>
      <w:r w:rsidRPr="0078531E">
        <w:t>napján</w:t>
      </w:r>
      <w:r w:rsidRPr="0078531E">
        <w:rPr>
          <w:spacing w:val="-1"/>
        </w:rPr>
        <w:t xml:space="preserve"> </w:t>
      </w:r>
      <w:r w:rsidRPr="0078531E">
        <w:t>kezdődik. A</w:t>
      </w:r>
      <w:r w:rsidRPr="0078531E">
        <w:rPr>
          <w:spacing w:val="-2"/>
        </w:rPr>
        <w:t xml:space="preserve"> </w:t>
      </w:r>
      <w:r w:rsidRPr="0078531E">
        <w:t>szülő</w:t>
      </w:r>
      <w:r w:rsidRPr="0078531E">
        <w:rPr>
          <w:spacing w:val="-2"/>
        </w:rPr>
        <w:t xml:space="preserve"> kérelmére</w:t>
      </w:r>
    </w:p>
    <w:p w14:paraId="4FBE423C" w14:textId="77777777" w:rsidR="00AE0CFD" w:rsidRPr="0078531E" w:rsidRDefault="00C3522D" w:rsidP="009A0355">
      <w:pPr>
        <w:pStyle w:val="Szvegtrzs"/>
        <w:spacing w:before="135" w:line="360" w:lineRule="auto"/>
        <w:ind w:left="136"/>
        <w:jc w:val="both"/>
      </w:pPr>
      <w:r w:rsidRPr="0078531E">
        <w:t>a</w:t>
      </w:r>
      <w:r w:rsidRPr="0078531E">
        <w:rPr>
          <w:spacing w:val="-4"/>
        </w:rPr>
        <w:t xml:space="preserve"> </w:t>
      </w:r>
      <w:r w:rsidRPr="0078531E">
        <w:t>felmentést</w:t>
      </w:r>
      <w:r w:rsidRPr="0078531E">
        <w:rPr>
          <w:spacing w:val="-3"/>
        </w:rPr>
        <w:t xml:space="preserve"> </w:t>
      </w:r>
      <w:r w:rsidRPr="0078531E">
        <w:t>engedélyező</w:t>
      </w:r>
      <w:r w:rsidRPr="0078531E">
        <w:rPr>
          <w:spacing w:val="-1"/>
        </w:rPr>
        <w:t xml:space="preserve"> </w:t>
      </w:r>
      <w:r w:rsidRPr="0078531E">
        <w:t>szerv</w:t>
      </w:r>
      <w:r w:rsidRPr="0078531E">
        <w:rPr>
          <w:spacing w:val="-3"/>
        </w:rPr>
        <w:t xml:space="preserve"> </w:t>
      </w:r>
      <w:r w:rsidRPr="0078531E">
        <w:t>döntése</w:t>
      </w:r>
      <w:r w:rsidRPr="0078531E">
        <w:rPr>
          <w:spacing w:val="-5"/>
        </w:rPr>
        <w:t xml:space="preserve"> </w:t>
      </w:r>
      <w:r w:rsidRPr="0078531E">
        <w:t>alapján</w:t>
      </w:r>
      <w:r w:rsidRPr="0078531E">
        <w:rPr>
          <w:spacing w:val="-1"/>
        </w:rPr>
        <w:t xml:space="preserve"> </w:t>
      </w:r>
      <w:r w:rsidRPr="0078531E">
        <w:t>a</w:t>
      </w:r>
      <w:r w:rsidRPr="0078531E">
        <w:rPr>
          <w:spacing w:val="-2"/>
        </w:rPr>
        <w:t xml:space="preserve"> </w:t>
      </w:r>
      <w:r w:rsidRPr="0078531E">
        <w:t>gyermek</w:t>
      </w:r>
      <w:r w:rsidRPr="0078531E">
        <w:rPr>
          <w:spacing w:val="-3"/>
        </w:rPr>
        <w:t xml:space="preserve"> </w:t>
      </w:r>
      <w:r w:rsidRPr="0078531E">
        <w:t>további</w:t>
      </w:r>
      <w:r w:rsidRPr="0078531E">
        <w:rPr>
          <w:spacing w:val="-3"/>
        </w:rPr>
        <w:t xml:space="preserve"> </w:t>
      </w:r>
      <w:r w:rsidRPr="0078531E">
        <w:t>egy</w:t>
      </w:r>
      <w:r w:rsidRPr="0078531E">
        <w:rPr>
          <w:spacing w:val="-8"/>
        </w:rPr>
        <w:t xml:space="preserve"> </w:t>
      </w:r>
      <w:r w:rsidRPr="0078531E">
        <w:t>nevelési</w:t>
      </w:r>
      <w:r w:rsidRPr="0078531E">
        <w:rPr>
          <w:spacing w:val="-3"/>
        </w:rPr>
        <w:t xml:space="preserve"> </w:t>
      </w:r>
      <w:r w:rsidRPr="0078531E">
        <w:t>évig</w:t>
      </w:r>
      <w:r w:rsidRPr="0078531E">
        <w:rPr>
          <w:spacing w:val="-5"/>
        </w:rPr>
        <w:t xml:space="preserve"> </w:t>
      </w:r>
      <w:r w:rsidRPr="0078531E">
        <w:t>óvodai nevelésben vehet részt</w:t>
      </w:r>
      <w:proofErr w:type="gramStart"/>
      <w:r w:rsidRPr="0078531E">
        <w:t>.”(</w:t>
      </w:r>
      <w:proofErr w:type="gramEnd"/>
      <w:r w:rsidRPr="0078531E">
        <w:t>2019. évi LXX. törvény)</w:t>
      </w:r>
    </w:p>
    <w:p w14:paraId="50FFCE57" w14:textId="77777777" w:rsidR="00AE0CFD" w:rsidRPr="0078531E" w:rsidRDefault="00C3522D" w:rsidP="009A0355">
      <w:pPr>
        <w:pStyle w:val="Szvegtrzs"/>
        <w:spacing w:before="1" w:line="360" w:lineRule="auto"/>
        <w:ind w:left="136" w:right="1075"/>
        <w:jc w:val="both"/>
      </w:pPr>
      <w:r w:rsidRPr="0078531E">
        <w:t>Programunk</w:t>
      </w:r>
      <w:r w:rsidRPr="0078531E">
        <w:rPr>
          <w:spacing w:val="-2"/>
        </w:rPr>
        <w:t xml:space="preserve"> </w:t>
      </w:r>
      <w:r w:rsidRPr="0078531E">
        <w:t>készítésekor</w:t>
      </w:r>
      <w:r w:rsidRPr="0078531E">
        <w:rPr>
          <w:spacing w:val="-1"/>
        </w:rPr>
        <w:t xml:space="preserve"> </w:t>
      </w:r>
      <w:r w:rsidRPr="0078531E">
        <w:t>nem</w:t>
      </w:r>
      <w:r w:rsidRPr="0078531E">
        <w:rPr>
          <w:spacing w:val="-2"/>
        </w:rPr>
        <w:t xml:space="preserve"> </w:t>
      </w:r>
      <w:r w:rsidRPr="0078531E">
        <w:t>hagyhattuk</w:t>
      </w:r>
      <w:r w:rsidRPr="0078531E">
        <w:rPr>
          <w:spacing w:val="-2"/>
        </w:rPr>
        <w:t xml:space="preserve"> </w:t>
      </w:r>
      <w:r w:rsidRPr="0078531E">
        <w:t>figyelmen</w:t>
      </w:r>
      <w:r w:rsidRPr="0078531E">
        <w:rPr>
          <w:spacing w:val="-2"/>
        </w:rPr>
        <w:t xml:space="preserve"> </w:t>
      </w:r>
      <w:r w:rsidRPr="0078531E">
        <w:t>kívül,</w:t>
      </w:r>
      <w:r w:rsidRPr="0078531E">
        <w:rPr>
          <w:spacing w:val="-2"/>
        </w:rPr>
        <w:t xml:space="preserve"> </w:t>
      </w:r>
      <w:r w:rsidRPr="0078531E">
        <w:t>hogy</w:t>
      </w:r>
      <w:r w:rsidRPr="0078531E">
        <w:rPr>
          <w:spacing w:val="-7"/>
        </w:rPr>
        <w:t xml:space="preserve"> </w:t>
      </w:r>
      <w:r w:rsidRPr="0078531E">
        <w:t>a</w:t>
      </w:r>
      <w:r w:rsidRPr="0078531E">
        <w:rPr>
          <w:spacing w:val="-1"/>
        </w:rPr>
        <w:t xml:space="preserve"> </w:t>
      </w:r>
      <w:r w:rsidRPr="0078531E">
        <w:t>gyerekek</w:t>
      </w:r>
      <w:r w:rsidRPr="0078531E">
        <w:rPr>
          <w:spacing w:val="-2"/>
        </w:rPr>
        <w:t xml:space="preserve"> </w:t>
      </w:r>
      <w:r w:rsidRPr="0078531E">
        <w:t>6-7</w:t>
      </w:r>
      <w:r w:rsidRPr="0078531E">
        <w:rPr>
          <w:spacing w:val="-2"/>
        </w:rPr>
        <w:t xml:space="preserve"> </w:t>
      </w:r>
      <w:r w:rsidRPr="0078531E">
        <w:t>évesen iskolába</w:t>
      </w:r>
      <w:r w:rsidRPr="0078531E">
        <w:rPr>
          <w:spacing w:val="-4"/>
        </w:rPr>
        <w:t xml:space="preserve"> </w:t>
      </w:r>
      <w:r w:rsidRPr="0078531E">
        <w:t>készülnek</w:t>
      </w:r>
      <w:r w:rsidRPr="0078531E">
        <w:rPr>
          <w:spacing w:val="-3"/>
        </w:rPr>
        <w:t xml:space="preserve"> </w:t>
      </w:r>
      <w:r w:rsidRPr="0078531E">
        <w:t>és</w:t>
      </w:r>
      <w:r w:rsidRPr="0078531E">
        <w:rPr>
          <w:spacing w:val="-4"/>
        </w:rPr>
        <w:t xml:space="preserve"> </w:t>
      </w:r>
      <w:r w:rsidRPr="0078531E">
        <w:t>az</w:t>
      </w:r>
      <w:r w:rsidRPr="0078531E">
        <w:rPr>
          <w:spacing w:val="-2"/>
        </w:rPr>
        <w:t xml:space="preserve"> </w:t>
      </w:r>
      <w:r w:rsidRPr="0078531E">
        <w:t>óvoda</w:t>
      </w:r>
      <w:r w:rsidRPr="0078531E">
        <w:rPr>
          <w:spacing w:val="-4"/>
        </w:rPr>
        <w:t xml:space="preserve"> </w:t>
      </w:r>
      <w:r w:rsidRPr="0078531E">
        <w:t>a</w:t>
      </w:r>
      <w:r w:rsidRPr="0078531E">
        <w:rPr>
          <w:spacing w:val="-4"/>
        </w:rPr>
        <w:t xml:space="preserve"> </w:t>
      </w:r>
      <w:r w:rsidRPr="0078531E">
        <w:t>Nkt.</w:t>
      </w:r>
      <w:r w:rsidRPr="0078531E">
        <w:rPr>
          <w:spacing w:val="-3"/>
        </w:rPr>
        <w:t xml:space="preserve"> </w:t>
      </w:r>
      <w:r w:rsidRPr="0078531E">
        <w:t>törvény</w:t>
      </w:r>
      <w:r w:rsidRPr="0078531E">
        <w:rPr>
          <w:spacing w:val="-6"/>
        </w:rPr>
        <w:t xml:space="preserve"> </w:t>
      </w:r>
      <w:r w:rsidRPr="0078531E">
        <w:t>értelmében</w:t>
      </w:r>
      <w:r w:rsidRPr="0078531E">
        <w:rPr>
          <w:spacing w:val="-3"/>
        </w:rPr>
        <w:t xml:space="preserve"> </w:t>
      </w:r>
      <w:r w:rsidRPr="0078531E">
        <w:t>különösen</w:t>
      </w:r>
      <w:r w:rsidRPr="0078531E">
        <w:rPr>
          <w:spacing w:val="-3"/>
        </w:rPr>
        <w:t xml:space="preserve"> </w:t>
      </w:r>
      <w:r w:rsidRPr="0078531E">
        <w:t>az</w:t>
      </w:r>
      <w:r w:rsidRPr="0078531E">
        <w:rPr>
          <w:spacing w:val="-2"/>
        </w:rPr>
        <w:t xml:space="preserve"> </w:t>
      </w:r>
      <w:r w:rsidRPr="0078531E">
        <w:t>utolsó</w:t>
      </w:r>
      <w:r w:rsidRPr="0078531E">
        <w:rPr>
          <w:spacing w:val="-3"/>
        </w:rPr>
        <w:t xml:space="preserve"> </w:t>
      </w:r>
      <w:r w:rsidRPr="0078531E">
        <w:t>évben</w:t>
      </w:r>
      <w:r w:rsidRPr="0078531E">
        <w:rPr>
          <w:spacing w:val="-3"/>
        </w:rPr>
        <w:t xml:space="preserve"> </w:t>
      </w:r>
      <w:r w:rsidRPr="0078531E">
        <w:t>az iskolai nevelésre-oktatásra készít föl.</w:t>
      </w:r>
    </w:p>
    <w:p w14:paraId="009BC896" w14:textId="77777777" w:rsidR="00AE0CFD" w:rsidRPr="0078531E" w:rsidRDefault="00C3522D" w:rsidP="009A0355">
      <w:pPr>
        <w:pStyle w:val="Szvegtrzs"/>
        <w:spacing w:before="1"/>
        <w:ind w:left="136"/>
        <w:jc w:val="both"/>
      </w:pPr>
      <w:r w:rsidRPr="0078531E">
        <w:t>Azt</w:t>
      </w:r>
      <w:r w:rsidRPr="0078531E">
        <w:rPr>
          <w:spacing w:val="-4"/>
        </w:rPr>
        <w:t xml:space="preserve"> </w:t>
      </w:r>
      <w:r w:rsidRPr="0078531E">
        <w:t>gondoljuk,</w:t>
      </w:r>
      <w:r w:rsidRPr="0078531E">
        <w:rPr>
          <w:spacing w:val="-1"/>
        </w:rPr>
        <w:t xml:space="preserve"> </w:t>
      </w:r>
      <w:r w:rsidRPr="0078531E">
        <w:t>hogy</w:t>
      </w:r>
      <w:r w:rsidRPr="0078531E">
        <w:rPr>
          <w:spacing w:val="-6"/>
        </w:rPr>
        <w:t xml:space="preserve"> </w:t>
      </w:r>
      <w:r w:rsidRPr="0078531E">
        <w:t>a</w:t>
      </w:r>
      <w:r w:rsidRPr="0078531E">
        <w:rPr>
          <w:spacing w:val="-2"/>
        </w:rPr>
        <w:t xml:space="preserve"> </w:t>
      </w:r>
      <w:r w:rsidRPr="0078531E">
        <w:t>testileg</w:t>
      </w:r>
      <w:r w:rsidRPr="0078531E">
        <w:rPr>
          <w:spacing w:val="-4"/>
        </w:rPr>
        <w:t xml:space="preserve"> </w:t>
      </w:r>
      <w:r w:rsidRPr="0078531E">
        <w:t>lelkileg-mentálisan</w:t>
      </w:r>
      <w:r w:rsidRPr="0078531E">
        <w:rPr>
          <w:spacing w:val="1"/>
        </w:rPr>
        <w:t xml:space="preserve"> </w:t>
      </w:r>
      <w:r w:rsidRPr="0078531E">
        <w:t>egészséges,</w:t>
      </w:r>
      <w:r w:rsidRPr="0078531E">
        <w:rPr>
          <w:spacing w:val="-1"/>
        </w:rPr>
        <w:t xml:space="preserve"> </w:t>
      </w:r>
      <w:r w:rsidRPr="0078531E">
        <w:t>harmonikusan</w:t>
      </w:r>
      <w:r w:rsidRPr="0078531E">
        <w:rPr>
          <w:spacing w:val="-1"/>
        </w:rPr>
        <w:t xml:space="preserve"> </w:t>
      </w:r>
      <w:r w:rsidRPr="0078531E">
        <w:rPr>
          <w:spacing w:val="-2"/>
        </w:rPr>
        <w:t>fejlődő</w:t>
      </w:r>
    </w:p>
    <w:p w14:paraId="736AC1F6" w14:textId="77777777" w:rsidR="00AE0CFD" w:rsidRPr="0078531E" w:rsidRDefault="00C3522D" w:rsidP="009A0355">
      <w:pPr>
        <w:pStyle w:val="Szvegtrzs"/>
        <w:spacing w:before="137"/>
        <w:ind w:left="136"/>
        <w:jc w:val="both"/>
      </w:pPr>
      <w:r w:rsidRPr="0078531E">
        <w:t>gyermek,</w:t>
      </w:r>
      <w:r w:rsidRPr="0078531E">
        <w:rPr>
          <w:spacing w:val="-4"/>
        </w:rPr>
        <w:t xml:space="preserve"> </w:t>
      </w:r>
      <w:r w:rsidRPr="0078531E">
        <w:t>aki</w:t>
      </w:r>
      <w:r w:rsidRPr="0078531E">
        <w:rPr>
          <w:spacing w:val="-2"/>
        </w:rPr>
        <w:t xml:space="preserve"> </w:t>
      </w:r>
      <w:r w:rsidRPr="0078531E">
        <w:t>az</w:t>
      </w:r>
      <w:r w:rsidRPr="0078531E">
        <w:rPr>
          <w:spacing w:val="-1"/>
        </w:rPr>
        <w:t xml:space="preserve"> </w:t>
      </w:r>
      <w:r w:rsidRPr="0078531E">
        <w:t>óvodában</w:t>
      </w:r>
      <w:r w:rsidRPr="0078531E">
        <w:rPr>
          <w:spacing w:val="-2"/>
        </w:rPr>
        <w:t xml:space="preserve"> </w:t>
      </w:r>
      <w:r w:rsidRPr="0078531E">
        <w:t>kijátszotta,</w:t>
      </w:r>
      <w:r w:rsidRPr="0078531E">
        <w:rPr>
          <w:spacing w:val="-2"/>
        </w:rPr>
        <w:t xml:space="preserve"> </w:t>
      </w:r>
      <w:r w:rsidRPr="0078531E">
        <w:t>kimozogta</w:t>
      </w:r>
      <w:r w:rsidRPr="0078531E">
        <w:rPr>
          <w:spacing w:val="-2"/>
        </w:rPr>
        <w:t xml:space="preserve"> </w:t>
      </w:r>
      <w:r w:rsidRPr="0078531E">
        <w:t>magát,</w:t>
      </w:r>
      <w:r w:rsidRPr="0078531E">
        <w:rPr>
          <w:spacing w:val="-1"/>
        </w:rPr>
        <w:t xml:space="preserve"> </w:t>
      </w:r>
      <w:r w:rsidRPr="0078531E">
        <w:t>sokféle,</w:t>
      </w:r>
      <w:r w:rsidRPr="0078531E">
        <w:rPr>
          <w:spacing w:val="-2"/>
        </w:rPr>
        <w:t xml:space="preserve"> </w:t>
      </w:r>
      <w:r w:rsidRPr="0078531E">
        <w:t>változatos</w:t>
      </w:r>
      <w:r w:rsidRPr="0078531E">
        <w:rPr>
          <w:spacing w:val="-2"/>
        </w:rPr>
        <w:t xml:space="preserve"> tevékenységen</w:t>
      </w:r>
    </w:p>
    <w:p w14:paraId="619FDF4C" w14:textId="6607CF8F" w:rsidR="00AE0CFD" w:rsidRPr="0078531E" w:rsidRDefault="00C3522D" w:rsidP="009A0355">
      <w:pPr>
        <w:pStyle w:val="Szvegtrzs"/>
        <w:spacing w:before="139" w:line="360" w:lineRule="auto"/>
        <w:ind w:left="136" w:right="434"/>
        <w:jc w:val="both"/>
      </w:pPr>
      <w:r w:rsidRPr="0078531E">
        <w:t>keresztül</w:t>
      </w:r>
      <w:r w:rsidRPr="0078531E">
        <w:rPr>
          <w:spacing w:val="-5"/>
        </w:rPr>
        <w:t xml:space="preserve"> </w:t>
      </w:r>
      <w:r w:rsidRPr="0078531E">
        <w:t>tapasztalatokat</w:t>
      </w:r>
      <w:r w:rsidRPr="0078531E">
        <w:rPr>
          <w:spacing w:val="-5"/>
        </w:rPr>
        <w:t xml:space="preserve"> </w:t>
      </w:r>
      <w:r w:rsidRPr="0078531E">
        <w:t>szerzett</w:t>
      </w:r>
      <w:r w:rsidRPr="0078531E">
        <w:rPr>
          <w:spacing w:val="-5"/>
        </w:rPr>
        <w:t xml:space="preserve"> </w:t>
      </w:r>
      <w:r w:rsidRPr="0078531E">
        <w:t>önmagáról,</w:t>
      </w:r>
      <w:r w:rsidR="009A0355" w:rsidRPr="0078531E">
        <w:t xml:space="preserve"> </w:t>
      </w:r>
      <w:r w:rsidRPr="0078531E">
        <w:t>az</w:t>
      </w:r>
      <w:r w:rsidRPr="0078531E">
        <w:rPr>
          <w:spacing w:val="-4"/>
        </w:rPr>
        <w:t xml:space="preserve"> </w:t>
      </w:r>
      <w:r w:rsidRPr="0078531E">
        <w:t>őt</w:t>
      </w:r>
      <w:r w:rsidRPr="0078531E">
        <w:rPr>
          <w:spacing w:val="-3"/>
        </w:rPr>
        <w:t xml:space="preserve"> </w:t>
      </w:r>
      <w:r w:rsidRPr="0078531E">
        <w:t>körülvevő</w:t>
      </w:r>
      <w:r w:rsidRPr="0078531E">
        <w:rPr>
          <w:spacing w:val="-5"/>
        </w:rPr>
        <w:t xml:space="preserve"> </w:t>
      </w:r>
      <w:r w:rsidRPr="0078531E">
        <w:t>környezetről,</w:t>
      </w:r>
      <w:r w:rsidRPr="0078531E">
        <w:rPr>
          <w:spacing w:val="-3"/>
        </w:rPr>
        <w:t xml:space="preserve"> </w:t>
      </w:r>
      <w:r w:rsidRPr="0078531E">
        <w:t>és</w:t>
      </w:r>
      <w:r w:rsidRPr="0078531E">
        <w:rPr>
          <w:spacing w:val="-6"/>
        </w:rPr>
        <w:t xml:space="preserve"> </w:t>
      </w:r>
      <w:r w:rsidRPr="0078531E">
        <w:t>személyiségének minden területe - egyéni tulajdonságok,</w:t>
      </w:r>
      <w:r w:rsidR="009A0355" w:rsidRPr="0078531E">
        <w:t xml:space="preserve"> </w:t>
      </w:r>
      <w:r w:rsidRPr="0078531E">
        <w:t>adottságok és képességek tükrében – megfelelő</w:t>
      </w:r>
    </w:p>
    <w:p w14:paraId="4D463F66" w14:textId="77777777" w:rsidR="00AE0CFD" w:rsidRPr="0078531E" w:rsidRDefault="00C3522D" w:rsidP="009A0355">
      <w:pPr>
        <w:pStyle w:val="Szvegtrzs"/>
        <w:spacing w:line="360" w:lineRule="auto"/>
        <w:ind w:left="136"/>
        <w:jc w:val="both"/>
      </w:pPr>
      <w:r w:rsidRPr="0078531E">
        <w:t>ütemben</w:t>
      </w:r>
      <w:r w:rsidRPr="0078531E">
        <w:rPr>
          <w:spacing w:val="-4"/>
        </w:rPr>
        <w:t xml:space="preserve"> </w:t>
      </w:r>
      <w:r w:rsidRPr="0078531E">
        <w:t>fejlődik,</w:t>
      </w:r>
      <w:r w:rsidRPr="0078531E">
        <w:rPr>
          <w:spacing w:val="-4"/>
        </w:rPr>
        <w:t xml:space="preserve"> </w:t>
      </w:r>
      <w:r w:rsidRPr="0078531E">
        <w:t>képes</w:t>
      </w:r>
      <w:r w:rsidRPr="0078531E">
        <w:rPr>
          <w:spacing w:val="-2"/>
        </w:rPr>
        <w:t xml:space="preserve"> </w:t>
      </w:r>
      <w:r w:rsidRPr="0078531E">
        <w:t>a</w:t>
      </w:r>
      <w:r w:rsidRPr="0078531E">
        <w:rPr>
          <w:spacing w:val="-5"/>
        </w:rPr>
        <w:t xml:space="preserve"> </w:t>
      </w:r>
      <w:r w:rsidRPr="0078531E">
        <w:t>zökkenőmentes</w:t>
      </w:r>
      <w:r w:rsidRPr="0078531E">
        <w:rPr>
          <w:spacing w:val="-5"/>
        </w:rPr>
        <w:t xml:space="preserve"> </w:t>
      </w:r>
      <w:r w:rsidRPr="0078531E">
        <w:t>iskolakezdésre,</w:t>
      </w:r>
      <w:r w:rsidRPr="0078531E">
        <w:rPr>
          <w:spacing w:val="-4"/>
        </w:rPr>
        <w:t xml:space="preserve"> </w:t>
      </w:r>
      <w:r w:rsidRPr="0078531E">
        <w:t>belép</w:t>
      </w:r>
      <w:r w:rsidRPr="0078531E">
        <w:rPr>
          <w:spacing w:val="-3"/>
        </w:rPr>
        <w:t xml:space="preserve"> </w:t>
      </w:r>
      <w:r w:rsidRPr="0078531E">
        <w:t>a</w:t>
      </w:r>
      <w:r w:rsidRPr="0078531E">
        <w:rPr>
          <w:spacing w:val="-5"/>
        </w:rPr>
        <w:t xml:space="preserve"> </w:t>
      </w:r>
      <w:r w:rsidRPr="0078531E">
        <w:t>lassú</w:t>
      </w:r>
      <w:r w:rsidRPr="0078531E">
        <w:rPr>
          <w:spacing w:val="-4"/>
        </w:rPr>
        <w:t xml:space="preserve"> </w:t>
      </w:r>
      <w:r w:rsidRPr="0078531E">
        <w:t>átmenetnek</w:t>
      </w:r>
      <w:r w:rsidRPr="0078531E">
        <w:rPr>
          <w:spacing w:val="-4"/>
        </w:rPr>
        <w:t xml:space="preserve"> </w:t>
      </w:r>
      <w:r w:rsidRPr="0078531E">
        <w:t>abba</w:t>
      </w:r>
      <w:r w:rsidRPr="0078531E">
        <w:rPr>
          <w:spacing w:val="-5"/>
        </w:rPr>
        <w:t xml:space="preserve"> </w:t>
      </w:r>
      <w:r w:rsidRPr="0078531E">
        <w:t xml:space="preserve">az állapotába, amelyben majd az iskolában, az óvodásból iskolássá </w:t>
      </w:r>
      <w:proofErr w:type="spellStart"/>
      <w:r w:rsidRPr="0078531E">
        <w:t>szocializálódik</w:t>
      </w:r>
      <w:proofErr w:type="spellEnd"/>
      <w:r w:rsidRPr="0078531E">
        <w:t>.</w:t>
      </w:r>
    </w:p>
    <w:p w14:paraId="1AFB0F43" w14:textId="572B6A5D" w:rsidR="00AE0CFD" w:rsidRPr="0078531E" w:rsidRDefault="00C3522D" w:rsidP="009A0355">
      <w:pPr>
        <w:spacing w:before="1" w:line="360" w:lineRule="auto"/>
        <w:ind w:left="136" w:right="434"/>
        <w:jc w:val="both"/>
        <w:rPr>
          <w:sz w:val="24"/>
        </w:rPr>
      </w:pPr>
      <w:r w:rsidRPr="0078531E">
        <w:rPr>
          <w:b/>
          <w:sz w:val="24"/>
        </w:rPr>
        <w:t>Az iskolaérettséghez a testi, lelki és szociális érettség egyaránt szükséges</w:t>
      </w:r>
      <w:r w:rsidRPr="0078531E">
        <w:rPr>
          <w:sz w:val="24"/>
        </w:rPr>
        <w:t>. A szociálisan egészségesen</w:t>
      </w:r>
      <w:r w:rsidRPr="0078531E">
        <w:rPr>
          <w:spacing w:val="-3"/>
          <w:sz w:val="24"/>
        </w:rPr>
        <w:t xml:space="preserve"> </w:t>
      </w:r>
      <w:r w:rsidRPr="0078531E">
        <w:rPr>
          <w:sz w:val="24"/>
        </w:rPr>
        <w:t>fejlődő</w:t>
      </w:r>
      <w:r w:rsidRPr="0078531E">
        <w:rPr>
          <w:spacing w:val="-3"/>
          <w:sz w:val="24"/>
        </w:rPr>
        <w:t xml:space="preserve"> </w:t>
      </w:r>
      <w:r w:rsidRPr="0078531E">
        <w:rPr>
          <w:sz w:val="24"/>
        </w:rPr>
        <w:t>gyermekkedvező</w:t>
      </w:r>
      <w:r w:rsidRPr="0078531E">
        <w:rPr>
          <w:spacing w:val="-3"/>
          <w:sz w:val="24"/>
        </w:rPr>
        <w:t xml:space="preserve"> </w:t>
      </w:r>
      <w:r w:rsidRPr="0078531E">
        <w:rPr>
          <w:sz w:val="24"/>
        </w:rPr>
        <w:t>iskolai</w:t>
      </w:r>
      <w:r w:rsidRPr="0078531E">
        <w:rPr>
          <w:spacing w:val="-3"/>
          <w:sz w:val="24"/>
        </w:rPr>
        <w:t xml:space="preserve"> </w:t>
      </w:r>
      <w:r w:rsidRPr="0078531E">
        <w:rPr>
          <w:sz w:val="24"/>
        </w:rPr>
        <w:t>légkörben</w:t>
      </w:r>
      <w:r w:rsidRPr="0078531E">
        <w:rPr>
          <w:spacing w:val="-3"/>
          <w:sz w:val="24"/>
        </w:rPr>
        <w:t xml:space="preserve"> </w:t>
      </w:r>
      <w:r w:rsidRPr="0078531E">
        <w:rPr>
          <w:sz w:val="24"/>
        </w:rPr>
        <w:t>készen</w:t>
      </w:r>
      <w:r w:rsidRPr="0078531E">
        <w:rPr>
          <w:spacing w:val="-3"/>
          <w:sz w:val="24"/>
        </w:rPr>
        <w:t xml:space="preserve"> </w:t>
      </w:r>
      <w:r w:rsidRPr="0078531E">
        <w:rPr>
          <w:sz w:val="24"/>
        </w:rPr>
        <w:t>áll</w:t>
      </w:r>
      <w:r w:rsidRPr="0078531E">
        <w:rPr>
          <w:spacing w:val="-3"/>
          <w:sz w:val="24"/>
        </w:rPr>
        <w:t xml:space="preserve"> </w:t>
      </w:r>
      <w:r w:rsidRPr="0078531E">
        <w:rPr>
          <w:sz w:val="24"/>
        </w:rPr>
        <w:t>az</w:t>
      </w:r>
      <w:r w:rsidRPr="0078531E">
        <w:rPr>
          <w:spacing w:val="-2"/>
          <w:sz w:val="24"/>
        </w:rPr>
        <w:t xml:space="preserve"> </w:t>
      </w:r>
      <w:r w:rsidRPr="0078531E">
        <w:rPr>
          <w:sz w:val="24"/>
        </w:rPr>
        <w:t>iskolai</w:t>
      </w:r>
      <w:r w:rsidRPr="0078531E">
        <w:rPr>
          <w:spacing w:val="-3"/>
          <w:sz w:val="24"/>
        </w:rPr>
        <w:t xml:space="preserve"> </w:t>
      </w:r>
      <w:r w:rsidRPr="0078531E">
        <w:rPr>
          <w:sz w:val="24"/>
        </w:rPr>
        <w:t>élet</w:t>
      </w:r>
      <w:r w:rsidRPr="0078531E">
        <w:rPr>
          <w:spacing w:val="-3"/>
          <w:sz w:val="24"/>
        </w:rPr>
        <w:t xml:space="preserve"> </w:t>
      </w:r>
      <w:r w:rsidRPr="0078531E">
        <w:rPr>
          <w:sz w:val="24"/>
        </w:rPr>
        <w:t>és</w:t>
      </w:r>
      <w:r w:rsidRPr="0078531E">
        <w:rPr>
          <w:spacing w:val="-4"/>
          <w:sz w:val="24"/>
        </w:rPr>
        <w:t xml:space="preserve"> </w:t>
      </w:r>
      <w:r w:rsidRPr="0078531E">
        <w:rPr>
          <w:sz w:val="24"/>
        </w:rPr>
        <w:t>a</w:t>
      </w:r>
      <w:r w:rsidRPr="0078531E">
        <w:rPr>
          <w:spacing w:val="-5"/>
          <w:sz w:val="24"/>
        </w:rPr>
        <w:t xml:space="preserve"> </w:t>
      </w:r>
      <w:r w:rsidRPr="0078531E">
        <w:rPr>
          <w:sz w:val="24"/>
        </w:rPr>
        <w:t>tanító elfogadására,</w:t>
      </w:r>
      <w:r w:rsidRPr="0078531E">
        <w:rPr>
          <w:spacing w:val="-5"/>
          <w:sz w:val="24"/>
        </w:rPr>
        <w:t xml:space="preserve"> </w:t>
      </w:r>
      <w:r w:rsidRPr="0078531E">
        <w:rPr>
          <w:sz w:val="24"/>
        </w:rPr>
        <w:t>képes</w:t>
      </w:r>
      <w:r w:rsidRPr="0078531E">
        <w:rPr>
          <w:spacing w:val="-5"/>
          <w:sz w:val="24"/>
        </w:rPr>
        <w:t xml:space="preserve"> </w:t>
      </w:r>
      <w:r w:rsidRPr="0078531E">
        <w:rPr>
          <w:sz w:val="24"/>
        </w:rPr>
        <w:t>a</w:t>
      </w:r>
      <w:r w:rsidRPr="0078531E">
        <w:rPr>
          <w:spacing w:val="-4"/>
          <w:sz w:val="24"/>
        </w:rPr>
        <w:t xml:space="preserve"> </w:t>
      </w:r>
      <w:r w:rsidRPr="0078531E">
        <w:rPr>
          <w:sz w:val="24"/>
        </w:rPr>
        <w:t>fokozatosan</w:t>
      </w:r>
      <w:r w:rsidRPr="0078531E">
        <w:rPr>
          <w:spacing w:val="-5"/>
          <w:sz w:val="24"/>
        </w:rPr>
        <w:t xml:space="preserve"> </w:t>
      </w:r>
      <w:r w:rsidRPr="0078531E">
        <w:rPr>
          <w:sz w:val="24"/>
        </w:rPr>
        <w:t>kialakuló</w:t>
      </w:r>
      <w:r w:rsidRPr="0078531E">
        <w:rPr>
          <w:spacing w:val="-5"/>
          <w:sz w:val="24"/>
        </w:rPr>
        <w:t xml:space="preserve"> </w:t>
      </w:r>
      <w:r w:rsidRPr="0078531E">
        <w:rPr>
          <w:sz w:val="24"/>
        </w:rPr>
        <w:t>együttműködésre,</w:t>
      </w:r>
      <w:r w:rsidRPr="0078531E">
        <w:rPr>
          <w:spacing w:val="-5"/>
          <w:sz w:val="24"/>
        </w:rPr>
        <w:t xml:space="preserve"> </w:t>
      </w:r>
      <w:r w:rsidRPr="0078531E">
        <w:rPr>
          <w:sz w:val="24"/>
        </w:rPr>
        <w:t>a</w:t>
      </w:r>
      <w:r w:rsidRPr="0078531E">
        <w:rPr>
          <w:spacing w:val="-5"/>
          <w:sz w:val="24"/>
        </w:rPr>
        <w:t xml:space="preserve"> </w:t>
      </w:r>
      <w:r w:rsidRPr="0078531E">
        <w:rPr>
          <w:sz w:val="24"/>
        </w:rPr>
        <w:t>kapcsolatteremtésre</w:t>
      </w:r>
      <w:r w:rsidRPr="0078531E">
        <w:rPr>
          <w:spacing w:val="-5"/>
          <w:sz w:val="24"/>
        </w:rPr>
        <w:t xml:space="preserve"> </w:t>
      </w:r>
      <w:r w:rsidRPr="0078531E">
        <w:rPr>
          <w:sz w:val="24"/>
        </w:rPr>
        <w:t>felnőttel és gyermektársaival.</w:t>
      </w:r>
    </w:p>
    <w:p w14:paraId="2DB16A6C" w14:textId="0BD5A6B8" w:rsidR="00AE0CFD" w:rsidRPr="0078531E" w:rsidRDefault="00C3522D" w:rsidP="009A0355">
      <w:pPr>
        <w:pStyle w:val="Cmsor4"/>
        <w:numPr>
          <w:ilvl w:val="0"/>
          <w:numId w:val="2"/>
        </w:numPr>
        <w:tabs>
          <w:tab w:val="left" w:pos="376"/>
        </w:tabs>
        <w:spacing w:before="5" w:line="357" w:lineRule="auto"/>
        <w:ind w:left="136" w:right="1515" w:firstLine="0"/>
        <w:jc w:val="both"/>
        <w:rPr>
          <w:sz w:val="16"/>
        </w:rPr>
      </w:pPr>
      <w:r w:rsidRPr="0078531E">
        <w:t>Az</w:t>
      </w:r>
      <w:r w:rsidRPr="0078531E">
        <w:rPr>
          <w:spacing w:val="-7"/>
        </w:rPr>
        <w:t xml:space="preserve"> </w:t>
      </w:r>
      <w:r w:rsidRPr="0078531E">
        <w:t>iskolai</w:t>
      </w:r>
      <w:r w:rsidRPr="0078531E">
        <w:rPr>
          <w:spacing w:val="-5"/>
        </w:rPr>
        <w:t xml:space="preserve"> </w:t>
      </w:r>
      <w:r w:rsidRPr="0078531E">
        <w:t>élet</w:t>
      </w:r>
      <w:r w:rsidRPr="0078531E">
        <w:rPr>
          <w:spacing w:val="-5"/>
        </w:rPr>
        <w:t xml:space="preserve"> </w:t>
      </w:r>
      <w:r w:rsidRPr="0078531E">
        <w:t>megkezdéséhez</w:t>
      </w:r>
      <w:r w:rsidRPr="0078531E">
        <w:rPr>
          <w:spacing w:val="-6"/>
        </w:rPr>
        <w:t xml:space="preserve"> </w:t>
      </w:r>
      <w:r w:rsidRPr="0078531E">
        <w:t>szükséges</w:t>
      </w:r>
      <w:r w:rsidRPr="0078531E">
        <w:rPr>
          <w:spacing w:val="-6"/>
        </w:rPr>
        <w:t xml:space="preserve"> </w:t>
      </w:r>
      <w:r w:rsidRPr="0078531E">
        <w:t>fejlettséget</w:t>
      </w:r>
      <w:r w:rsidRPr="0078531E">
        <w:rPr>
          <w:spacing w:val="-5"/>
        </w:rPr>
        <w:t xml:space="preserve"> </w:t>
      </w:r>
      <w:r w:rsidRPr="0078531E">
        <w:t>elérő</w:t>
      </w:r>
      <w:r w:rsidRPr="0078531E">
        <w:rPr>
          <w:spacing w:val="-5"/>
        </w:rPr>
        <w:t xml:space="preserve"> </w:t>
      </w:r>
      <w:r w:rsidRPr="0078531E">
        <w:t>gyermek</w:t>
      </w:r>
      <w:r w:rsidRPr="0078531E">
        <w:rPr>
          <w:spacing w:val="-5"/>
        </w:rPr>
        <w:t xml:space="preserve"> </w:t>
      </w:r>
      <w:r w:rsidRPr="0078531E">
        <w:t xml:space="preserve">általános </w:t>
      </w:r>
      <w:r w:rsidRPr="0078531E">
        <w:rPr>
          <w:spacing w:val="-2"/>
        </w:rPr>
        <w:t>jellemzői</w:t>
      </w:r>
      <w:r w:rsidR="009A0355" w:rsidRPr="0078531E">
        <w:rPr>
          <w:b w:val="0"/>
          <w:bCs w:val="0"/>
          <w:spacing w:val="-2"/>
          <w:position w:val="8"/>
          <w:sz w:val="16"/>
        </w:rPr>
        <w:t>9</w:t>
      </w:r>
    </w:p>
    <w:p w14:paraId="0A4C6AC8" w14:textId="77777777" w:rsidR="00AE0CFD" w:rsidRPr="0078531E" w:rsidRDefault="00C3522D" w:rsidP="009A0355">
      <w:pPr>
        <w:pStyle w:val="Listaszerbekezds"/>
        <w:numPr>
          <w:ilvl w:val="1"/>
          <w:numId w:val="2"/>
        </w:numPr>
        <w:tabs>
          <w:tab w:val="left" w:pos="901"/>
        </w:tabs>
        <w:spacing w:line="290" w:lineRule="exact"/>
        <w:ind w:left="901" w:hanging="359"/>
        <w:jc w:val="both"/>
        <w:rPr>
          <w:sz w:val="24"/>
        </w:rPr>
      </w:pPr>
      <w:r w:rsidRPr="0078531E">
        <w:rPr>
          <w:sz w:val="24"/>
        </w:rPr>
        <w:t>Érdeklődő,</w:t>
      </w:r>
      <w:r w:rsidRPr="0078531E">
        <w:rPr>
          <w:spacing w:val="-2"/>
          <w:sz w:val="24"/>
        </w:rPr>
        <w:t xml:space="preserve"> </w:t>
      </w:r>
      <w:r w:rsidRPr="0078531E">
        <w:rPr>
          <w:sz w:val="24"/>
        </w:rPr>
        <w:t>kíváncsi,</w:t>
      </w:r>
      <w:r w:rsidRPr="0078531E">
        <w:rPr>
          <w:spacing w:val="-2"/>
          <w:sz w:val="24"/>
        </w:rPr>
        <w:t xml:space="preserve"> nyitott.</w:t>
      </w:r>
    </w:p>
    <w:p w14:paraId="30A94151" w14:textId="77777777" w:rsidR="00AE0CFD" w:rsidRPr="0078531E" w:rsidRDefault="00C3522D" w:rsidP="009A0355">
      <w:pPr>
        <w:pStyle w:val="Listaszerbekezds"/>
        <w:numPr>
          <w:ilvl w:val="1"/>
          <w:numId w:val="2"/>
        </w:numPr>
        <w:tabs>
          <w:tab w:val="left" w:pos="901"/>
        </w:tabs>
        <w:spacing w:before="138"/>
        <w:ind w:left="901" w:hanging="359"/>
        <w:jc w:val="both"/>
        <w:rPr>
          <w:sz w:val="24"/>
        </w:rPr>
      </w:pPr>
      <w:r w:rsidRPr="0078531E">
        <w:rPr>
          <w:sz w:val="24"/>
        </w:rPr>
        <w:t>Önkiszolgálásban</w:t>
      </w:r>
      <w:r w:rsidRPr="0078531E">
        <w:rPr>
          <w:spacing w:val="-2"/>
          <w:sz w:val="24"/>
        </w:rPr>
        <w:t xml:space="preserve"> </w:t>
      </w:r>
      <w:r w:rsidRPr="0078531E">
        <w:rPr>
          <w:sz w:val="24"/>
        </w:rPr>
        <w:t>önálló</w:t>
      </w:r>
      <w:r w:rsidRPr="0078531E">
        <w:rPr>
          <w:spacing w:val="1"/>
          <w:sz w:val="24"/>
        </w:rPr>
        <w:t xml:space="preserve"> </w:t>
      </w:r>
      <w:r w:rsidRPr="0078531E">
        <w:rPr>
          <w:sz w:val="24"/>
        </w:rPr>
        <w:t>(öltözik,</w:t>
      </w:r>
      <w:r w:rsidRPr="0078531E">
        <w:rPr>
          <w:spacing w:val="-1"/>
          <w:sz w:val="24"/>
        </w:rPr>
        <w:t xml:space="preserve"> </w:t>
      </w:r>
      <w:r w:rsidRPr="0078531E">
        <w:rPr>
          <w:sz w:val="24"/>
        </w:rPr>
        <w:t>vetkőzik,</w:t>
      </w:r>
      <w:r w:rsidRPr="0078531E">
        <w:rPr>
          <w:spacing w:val="-1"/>
          <w:sz w:val="24"/>
        </w:rPr>
        <w:t xml:space="preserve"> </w:t>
      </w:r>
      <w:r w:rsidRPr="0078531E">
        <w:rPr>
          <w:spacing w:val="-2"/>
          <w:sz w:val="24"/>
        </w:rPr>
        <w:t>tisztálkodik).</w:t>
      </w:r>
    </w:p>
    <w:p w14:paraId="683B7EEA" w14:textId="77777777" w:rsidR="00AE0CFD" w:rsidRPr="0078531E" w:rsidRDefault="00C3522D" w:rsidP="009A0355">
      <w:pPr>
        <w:pStyle w:val="Listaszerbekezds"/>
        <w:numPr>
          <w:ilvl w:val="1"/>
          <w:numId w:val="2"/>
        </w:numPr>
        <w:tabs>
          <w:tab w:val="left" w:pos="901"/>
        </w:tabs>
        <w:spacing w:before="138"/>
        <w:ind w:left="901" w:hanging="359"/>
        <w:jc w:val="both"/>
        <w:rPr>
          <w:sz w:val="24"/>
        </w:rPr>
      </w:pPr>
      <w:r w:rsidRPr="0078531E">
        <w:rPr>
          <w:sz w:val="24"/>
        </w:rPr>
        <w:t>Testileg</w:t>
      </w:r>
      <w:r w:rsidRPr="0078531E">
        <w:rPr>
          <w:spacing w:val="-4"/>
          <w:sz w:val="24"/>
        </w:rPr>
        <w:t xml:space="preserve"> </w:t>
      </w:r>
      <w:r w:rsidRPr="0078531E">
        <w:rPr>
          <w:sz w:val="24"/>
        </w:rPr>
        <w:t>fejlett,</w:t>
      </w:r>
      <w:r w:rsidRPr="0078531E">
        <w:rPr>
          <w:spacing w:val="-1"/>
          <w:sz w:val="24"/>
        </w:rPr>
        <w:t xml:space="preserve"> </w:t>
      </w:r>
      <w:r w:rsidRPr="0078531E">
        <w:rPr>
          <w:spacing w:val="-2"/>
          <w:sz w:val="24"/>
        </w:rPr>
        <w:t>teherbíró.</w:t>
      </w:r>
    </w:p>
    <w:p w14:paraId="4D80C394" w14:textId="77777777" w:rsidR="00AE0CFD" w:rsidRPr="0078531E" w:rsidRDefault="00C3522D" w:rsidP="009A0355">
      <w:pPr>
        <w:pStyle w:val="Listaszerbekezds"/>
        <w:numPr>
          <w:ilvl w:val="1"/>
          <w:numId w:val="2"/>
        </w:numPr>
        <w:tabs>
          <w:tab w:val="left" w:pos="901"/>
        </w:tabs>
        <w:spacing w:before="135"/>
        <w:ind w:left="901" w:hanging="359"/>
        <w:jc w:val="both"/>
        <w:rPr>
          <w:sz w:val="24"/>
        </w:rPr>
      </w:pPr>
      <w:r w:rsidRPr="0078531E">
        <w:rPr>
          <w:sz w:val="24"/>
        </w:rPr>
        <w:t>Mozgása</w:t>
      </w:r>
      <w:r w:rsidRPr="0078531E">
        <w:rPr>
          <w:spacing w:val="-4"/>
          <w:sz w:val="24"/>
        </w:rPr>
        <w:t xml:space="preserve"> </w:t>
      </w:r>
      <w:r w:rsidRPr="0078531E">
        <w:rPr>
          <w:sz w:val="24"/>
        </w:rPr>
        <w:t>összerendezettebb,</w:t>
      </w:r>
      <w:r w:rsidRPr="0078531E">
        <w:rPr>
          <w:spacing w:val="-1"/>
          <w:sz w:val="24"/>
        </w:rPr>
        <w:t xml:space="preserve"> </w:t>
      </w:r>
      <w:r w:rsidRPr="0078531E">
        <w:rPr>
          <w:spacing w:val="-2"/>
          <w:sz w:val="24"/>
        </w:rPr>
        <w:t>harmonikusabb.</w:t>
      </w:r>
    </w:p>
    <w:p w14:paraId="5FDBE62C" w14:textId="6B7BFC8B" w:rsidR="00AE0CFD" w:rsidRPr="0078531E" w:rsidRDefault="00975DBB" w:rsidP="009A0355">
      <w:pPr>
        <w:pStyle w:val="Szvegtrzs"/>
        <w:spacing w:before="164"/>
        <w:jc w:val="both"/>
        <w:rPr>
          <w:sz w:val="20"/>
        </w:rPr>
      </w:pPr>
      <w:r w:rsidRPr="0078531E">
        <w:rPr>
          <w:noProof/>
        </w:rPr>
        <mc:AlternateContent>
          <mc:Choice Requires="wps">
            <w:drawing>
              <wp:anchor distT="0" distB="0" distL="0" distR="0" simplePos="0" relativeHeight="251659776" behindDoc="1" locked="0" layoutInCell="1" allowOverlap="1" wp14:anchorId="538367CA" wp14:editId="3A806A54">
                <wp:simplePos x="0" y="0"/>
                <wp:positionH relativeFrom="page">
                  <wp:posOffset>899160</wp:posOffset>
                </wp:positionH>
                <wp:positionV relativeFrom="paragraph">
                  <wp:posOffset>265430</wp:posOffset>
                </wp:positionV>
                <wp:extent cx="1829435" cy="9525"/>
                <wp:effectExtent l="3810" t="0" r="0" b="3175"/>
                <wp:wrapTopAndBottom/>
                <wp:docPr id="1029198896"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9525"/>
                        </a:xfrm>
                        <a:custGeom>
                          <a:avLst/>
                          <a:gdLst>
                            <a:gd name="T0" fmla="*/ 1829053 w 1829435"/>
                            <a:gd name="T1" fmla="*/ 0 h 9525"/>
                            <a:gd name="T2" fmla="*/ 0 w 1829435"/>
                            <a:gd name="T3" fmla="*/ 0 h 9525"/>
                            <a:gd name="T4" fmla="*/ 0 w 1829435"/>
                            <a:gd name="T5" fmla="*/ 9143 h 9525"/>
                            <a:gd name="T6" fmla="*/ 1829053 w 1829435"/>
                            <a:gd name="T7" fmla="*/ 9143 h 9525"/>
                            <a:gd name="T8" fmla="*/ 1829053 w 1829435"/>
                            <a:gd name="T9" fmla="*/ 0 h 9525"/>
                          </a:gdLst>
                          <a:ahLst/>
                          <a:cxnLst>
                            <a:cxn ang="0">
                              <a:pos x="T0" y="T1"/>
                            </a:cxn>
                            <a:cxn ang="0">
                              <a:pos x="T2" y="T3"/>
                            </a:cxn>
                            <a:cxn ang="0">
                              <a:pos x="T4" y="T5"/>
                            </a:cxn>
                            <a:cxn ang="0">
                              <a:pos x="T6" y="T7"/>
                            </a:cxn>
                            <a:cxn ang="0">
                              <a:pos x="T8" y="T9"/>
                            </a:cxn>
                          </a:cxnLst>
                          <a:rect l="0" t="0" r="r" b="b"/>
                          <a:pathLst>
                            <a:path w="1829435" h="9525">
                              <a:moveTo>
                                <a:pt x="1829053" y="0"/>
                              </a:moveTo>
                              <a:lnTo>
                                <a:pt x="0" y="0"/>
                              </a:lnTo>
                              <a:lnTo>
                                <a:pt x="0" y="9143"/>
                              </a:lnTo>
                              <a:lnTo>
                                <a:pt x="1829053" y="9143"/>
                              </a:lnTo>
                              <a:lnTo>
                                <a:pt x="18290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B03B2" id="Graphic 45" o:spid="_x0000_s1026" style="position:absolute;margin-left:70.8pt;margin-top:20.9pt;width:144.05pt;height:.7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" path="m1829053,l,,,9143r1829053,l1829053,xe" fillcolor="black" stroked="f">
                <v:path arrowok="t" o:connecttype="custom" o:connectlocs="1829053,0;0,0;0,9143;1829053,9143;1829053,0" o:connectangles="0,0,0,0,0"/>
                <w10:wrap type="topAndBottom" anchorx="page"/>
              </v:shape>
            </w:pict>
          </mc:Fallback>
        </mc:AlternateContent>
      </w:r>
    </w:p>
    <w:p w14:paraId="44AF1B7E" w14:textId="470E7AF9" w:rsidR="00FD4608" w:rsidRPr="0078531E" w:rsidRDefault="009A0355" w:rsidP="009A0355">
      <w:pPr>
        <w:spacing w:before="121"/>
        <w:ind w:left="136"/>
        <w:jc w:val="both"/>
        <w:rPr>
          <w:spacing w:val="-2"/>
          <w:sz w:val="18"/>
        </w:rPr>
      </w:pPr>
      <w:r w:rsidRPr="0078531E">
        <w:rPr>
          <w:sz w:val="18"/>
          <w:vertAlign w:val="superscript"/>
        </w:rPr>
        <w:t>9</w:t>
      </w:r>
      <w:r w:rsidR="00C3522D" w:rsidRPr="0078531E">
        <w:rPr>
          <w:spacing w:val="2"/>
          <w:sz w:val="18"/>
        </w:rPr>
        <w:t xml:space="preserve"> </w:t>
      </w:r>
      <w:r w:rsidR="00C3522D" w:rsidRPr="0078531E">
        <w:rPr>
          <w:sz w:val="18"/>
        </w:rPr>
        <w:t>Forrás:</w:t>
      </w:r>
      <w:r w:rsidR="00C3522D" w:rsidRPr="0078531E">
        <w:rPr>
          <w:spacing w:val="-2"/>
          <w:sz w:val="18"/>
        </w:rPr>
        <w:t xml:space="preserve"> </w:t>
      </w:r>
      <w:r w:rsidR="00C3522D" w:rsidRPr="0078531E">
        <w:rPr>
          <w:sz w:val="18"/>
        </w:rPr>
        <w:t>Dorogi</w:t>
      </w:r>
      <w:r w:rsidR="00C3522D" w:rsidRPr="0078531E">
        <w:rPr>
          <w:spacing w:val="-1"/>
          <w:sz w:val="18"/>
        </w:rPr>
        <w:t xml:space="preserve"> </w:t>
      </w:r>
      <w:r w:rsidR="00C3522D" w:rsidRPr="0078531E">
        <w:rPr>
          <w:sz w:val="18"/>
        </w:rPr>
        <w:t>Zrínyi</w:t>
      </w:r>
      <w:r w:rsidR="00C3522D" w:rsidRPr="0078531E">
        <w:rPr>
          <w:spacing w:val="-3"/>
          <w:sz w:val="18"/>
        </w:rPr>
        <w:t xml:space="preserve"> </w:t>
      </w:r>
      <w:r w:rsidR="00C3522D" w:rsidRPr="0078531E">
        <w:rPr>
          <w:sz w:val="18"/>
        </w:rPr>
        <w:t>Ilona</w:t>
      </w:r>
      <w:r w:rsidR="00C3522D" w:rsidRPr="0078531E">
        <w:rPr>
          <w:spacing w:val="-2"/>
          <w:sz w:val="18"/>
        </w:rPr>
        <w:t xml:space="preserve"> </w:t>
      </w:r>
      <w:r w:rsidR="00C3522D" w:rsidRPr="0078531E">
        <w:rPr>
          <w:sz w:val="18"/>
        </w:rPr>
        <w:t>Óvoda helyi</w:t>
      </w:r>
      <w:r w:rsidR="00C3522D" w:rsidRPr="0078531E">
        <w:rPr>
          <w:spacing w:val="-2"/>
          <w:sz w:val="18"/>
        </w:rPr>
        <w:t xml:space="preserve"> </w:t>
      </w:r>
      <w:r w:rsidR="00C3522D" w:rsidRPr="0078531E">
        <w:rPr>
          <w:sz w:val="18"/>
        </w:rPr>
        <w:t>pedagógiai</w:t>
      </w:r>
      <w:r w:rsidR="00C3522D" w:rsidRPr="0078531E">
        <w:rPr>
          <w:spacing w:val="-3"/>
          <w:sz w:val="18"/>
        </w:rPr>
        <w:t xml:space="preserve"> </w:t>
      </w:r>
      <w:r w:rsidR="00C3522D" w:rsidRPr="0078531E">
        <w:rPr>
          <w:spacing w:val="-2"/>
          <w:sz w:val="18"/>
        </w:rPr>
        <w:t>programj</w:t>
      </w:r>
      <w:r w:rsidR="00FD4608" w:rsidRPr="0078531E">
        <w:rPr>
          <w:spacing w:val="-2"/>
          <w:sz w:val="18"/>
        </w:rPr>
        <w:t>a.</w:t>
      </w:r>
    </w:p>
    <w:p w14:paraId="497CC26A" w14:textId="77777777" w:rsidR="009A0355" w:rsidRPr="0078531E" w:rsidRDefault="009A0355" w:rsidP="009A0355">
      <w:pPr>
        <w:spacing w:before="121"/>
        <w:ind w:left="136"/>
        <w:jc w:val="both"/>
        <w:rPr>
          <w:spacing w:val="-2"/>
          <w:sz w:val="18"/>
        </w:rPr>
      </w:pPr>
    </w:p>
    <w:p w14:paraId="1FBA6083" w14:textId="6C3B9424" w:rsidR="00AE0CFD" w:rsidRPr="0078531E" w:rsidRDefault="00C3522D" w:rsidP="009A0355">
      <w:pPr>
        <w:pStyle w:val="Listaszerbekezds"/>
        <w:numPr>
          <w:ilvl w:val="0"/>
          <w:numId w:val="40"/>
        </w:numPr>
        <w:spacing w:before="121"/>
        <w:jc w:val="both"/>
        <w:rPr>
          <w:sz w:val="24"/>
        </w:rPr>
      </w:pPr>
      <w:r w:rsidRPr="0078531E">
        <w:rPr>
          <w:sz w:val="24"/>
        </w:rPr>
        <w:lastRenderedPageBreak/>
        <w:t>Erőteljesen</w:t>
      </w:r>
      <w:r w:rsidRPr="0078531E">
        <w:rPr>
          <w:spacing w:val="-5"/>
          <w:sz w:val="24"/>
        </w:rPr>
        <w:t xml:space="preserve"> </w:t>
      </w:r>
      <w:r w:rsidRPr="0078531E">
        <w:rPr>
          <w:sz w:val="24"/>
        </w:rPr>
        <w:t>fejlődik</w:t>
      </w:r>
      <w:r w:rsidRPr="0078531E">
        <w:rPr>
          <w:spacing w:val="-5"/>
          <w:sz w:val="24"/>
        </w:rPr>
        <w:t xml:space="preserve"> </w:t>
      </w:r>
      <w:r w:rsidRPr="0078531E">
        <w:rPr>
          <w:sz w:val="24"/>
        </w:rPr>
        <w:t>a</w:t>
      </w:r>
      <w:r w:rsidRPr="0078531E">
        <w:rPr>
          <w:spacing w:val="-5"/>
          <w:sz w:val="24"/>
        </w:rPr>
        <w:t xml:space="preserve"> </w:t>
      </w:r>
      <w:r w:rsidRPr="0078531E">
        <w:rPr>
          <w:sz w:val="24"/>
        </w:rPr>
        <w:t>mozgáskoordinációja</w:t>
      </w:r>
      <w:r w:rsidRPr="0078531E">
        <w:rPr>
          <w:spacing w:val="-6"/>
          <w:sz w:val="24"/>
        </w:rPr>
        <w:t xml:space="preserve"> </w:t>
      </w:r>
      <w:r w:rsidRPr="0078531E">
        <w:rPr>
          <w:sz w:val="24"/>
        </w:rPr>
        <w:t>és</w:t>
      </w:r>
      <w:r w:rsidRPr="0078531E">
        <w:rPr>
          <w:spacing w:val="-6"/>
          <w:sz w:val="24"/>
        </w:rPr>
        <w:t xml:space="preserve"> </w:t>
      </w:r>
      <w:r w:rsidRPr="0078531E">
        <w:rPr>
          <w:sz w:val="24"/>
        </w:rPr>
        <w:t>a</w:t>
      </w:r>
      <w:r w:rsidRPr="0078531E">
        <w:rPr>
          <w:spacing w:val="-4"/>
          <w:sz w:val="24"/>
        </w:rPr>
        <w:t xml:space="preserve"> </w:t>
      </w:r>
      <w:r w:rsidRPr="0078531E">
        <w:rPr>
          <w:sz w:val="24"/>
        </w:rPr>
        <w:t>finommozgása,</w:t>
      </w:r>
      <w:r w:rsidRPr="0078531E">
        <w:rPr>
          <w:spacing w:val="-5"/>
          <w:sz w:val="24"/>
        </w:rPr>
        <w:t xml:space="preserve"> </w:t>
      </w:r>
      <w:r w:rsidRPr="0078531E">
        <w:rPr>
          <w:sz w:val="24"/>
        </w:rPr>
        <w:t>dominancia</w:t>
      </w:r>
      <w:r w:rsidRPr="0078531E">
        <w:rPr>
          <w:spacing w:val="-6"/>
          <w:sz w:val="24"/>
        </w:rPr>
        <w:t xml:space="preserve"> </w:t>
      </w:r>
      <w:r w:rsidRPr="0078531E">
        <w:rPr>
          <w:sz w:val="24"/>
        </w:rPr>
        <w:t xml:space="preserve">kialakul </w:t>
      </w:r>
      <w:r w:rsidRPr="0078531E">
        <w:rPr>
          <w:spacing w:val="-2"/>
          <w:sz w:val="24"/>
        </w:rPr>
        <w:t>(jobb</w:t>
      </w:r>
      <w:r w:rsidR="001D52B3" w:rsidRPr="0078531E">
        <w:rPr>
          <w:spacing w:val="-2"/>
          <w:sz w:val="24"/>
        </w:rPr>
        <w:t xml:space="preserve"> </w:t>
      </w:r>
      <w:r w:rsidRPr="0078531E">
        <w:t>vagy</w:t>
      </w:r>
      <w:r w:rsidRPr="0078531E">
        <w:rPr>
          <w:spacing w:val="-5"/>
        </w:rPr>
        <w:t xml:space="preserve"> </w:t>
      </w:r>
      <w:r w:rsidRPr="0078531E">
        <w:t>bal</w:t>
      </w:r>
      <w:r w:rsidRPr="0078531E">
        <w:rPr>
          <w:spacing w:val="2"/>
        </w:rPr>
        <w:t xml:space="preserve"> </w:t>
      </w:r>
      <w:r w:rsidRPr="0078531E">
        <w:rPr>
          <w:spacing w:val="-2"/>
        </w:rPr>
        <w:t>kezes).</w:t>
      </w:r>
    </w:p>
    <w:p w14:paraId="4C15440D" w14:textId="77777777" w:rsidR="00AE0CFD" w:rsidRPr="0078531E" w:rsidRDefault="00C3522D" w:rsidP="009A0355">
      <w:pPr>
        <w:pStyle w:val="Listaszerbekezds"/>
        <w:numPr>
          <w:ilvl w:val="1"/>
          <w:numId w:val="2"/>
        </w:numPr>
        <w:tabs>
          <w:tab w:val="left" w:pos="901"/>
        </w:tabs>
        <w:spacing w:before="137"/>
        <w:ind w:left="901" w:hanging="359"/>
        <w:jc w:val="both"/>
        <w:rPr>
          <w:sz w:val="24"/>
        </w:rPr>
      </w:pPr>
      <w:r w:rsidRPr="0078531E">
        <w:rPr>
          <w:sz w:val="24"/>
        </w:rPr>
        <w:t>Mozgását,</w:t>
      </w:r>
      <w:r w:rsidRPr="0078531E">
        <w:rPr>
          <w:spacing w:val="-5"/>
          <w:sz w:val="24"/>
        </w:rPr>
        <w:t xml:space="preserve"> </w:t>
      </w:r>
      <w:r w:rsidRPr="0078531E">
        <w:rPr>
          <w:sz w:val="24"/>
        </w:rPr>
        <w:t>viselkedését,</w:t>
      </w:r>
      <w:r w:rsidRPr="0078531E">
        <w:rPr>
          <w:spacing w:val="-3"/>
          <w:sz w:val="24"/>
        </w:rPr>
        <w:t xml:space="preserve"> </w:t>
      </w:r>
      <w:r w:rsidRPr="0078531E">
        <w:rPr>
          <w:sz w:val="24"/>
        </w:rPr>
        <w:t>testi</w:t>
      </w:r>
      <w:r w:rsidRPr="0078531E">
        <w:rPr>
          <w:spacing w:val="-2"/>
          <w:sz w:val="24"/>
        </w:rPr>
        <w:t xml:space="preserve"> </w:t>
      </w:r>
      <w:r w:rsidRPr="0078531E">
        <w:rPr>
          <w:sz w:val="24"/>
        </w:rPr>
        <w:t>szükségletei</w:t>
      </w:r>
      <w:r w:rsidRPr="0078531E">
        <w:rPr>
          <w:spacing w:val="-2"/>
          <w:sz w:val="24"/>
        </w:rPr>
        <w:t xml:space="preserve"> </w:t>
      </w:r>
      <w:r w:rsidRPr="0078531E">
        <w:rPr>
          <w:sz w:val="24"/>
        </w:rPr>
        <w:t>kielégítését</w:t>
      </w:r>
      <w:r w:rsidRPr="0078531E">
        <w:rPr>
          <w:spacing w:val="-3"/>
          <w:sz w:val="24"/>
        </w:rPr>
        <w:t xml:space="preserve"> </w:t>
      </w:r>
      <w:r w:rsidRPr="0078531E">
        <w:rPr>
          <w:sz w:val="24"/>
        </w:rPr>
        <w:t>képes</w:t>
      </w:r>
      <w:r w:rsidRPr="0078531E">
        <w:rPr>
          <w:spacing w:val="-3"/>
          <w:sz w:val="24"/>
        </w:rPr>
        <w:t xml:space="preserve"> </w:t>
      </w:r>
      <w:r w:rsidRPr="0078531E">
        <w:rPr>
          <w:spacing w:val="-2"/>
          <w:sz w:val="24"/>
        </w:rPr>
        <w:t>irányítani</w:t>
      </w:r>
    </w:p>
    <w:p w14:paraId="4E5A7E5B" w14:textId="00A4F824" w:rsidR="00AE0CFD" w:rsidRPr="0078531E" w:rsidRDefault="00C3522D" w:rsidP="009A0355">
      <w:pPr>
        <w:pStyle w:val="Listaszerbekezds"/>
        <w:numPr>
          <w:ilvl w:val="1"/>
          <w:numId w:val="2"/>
        </w:numPr>
        <w:tabs>
          <w:tab w:val="left" w:pos="901"/>
        </w:tabs>
        <w:spacing w:before="138" w:line="350" w:lineRule="auto"/>
        <w:ind w:left="901" w:right="1004"/>
        <w:jc w:val="both"/>
        <w:rPr>
          <w:sz w:val="24"/>
        </w:rPr>
      </w:pPr>
      <w:r w:rsidRPr="0078531E">
        <w:rPr>
          <w:sz w:val="24"/>
        </w:rPr>
        <w:t>Érzékelés,</w:t>
      </w:r>
      <w:r w:rsidRPr="0078531E">
        <w:rPr>
          <w:spacing w:val="-5"/>
          <w:sz w:val="24"/>
        </w:rPr>
        <w:t xml:space="preserve"> </w:t>
      </w:r>
      <w:r w:rsidRPr="0078531E">
        <w:rPr>
          <w:sz w:val="24"/>
        </w:rPr>
        <w:t>észlelése</w:t>
      </w:r>
      <w:r w:rsidRPr="0078531E">
        <w:rPr>
          <w:spacing w:val="-6"/>
          <w:sz w:val="24"/>
        </w:rPr>
        <w:t xml:space="preserve"> </w:t>
      </w:r>
      <w:r w:rsidRPr="0078531E">
        <w:rPr>
          <w:sz w:val="24"/>
        </w:rPr>
        <w:t>tovább</w:t>
      </w:r>
      <w:r w:rsidRPr="0078531E">
        <w:rPr>
          <w:spacing w:val="-5"/>
          <w:sz w:val="24"/>
        </w:rPr>
        <w:t xml:space="preserve"> </w:t>
      </w:r>
      <w:r w:rsidRPr="0078531E">
        <w:rPr>
          <w:sz w:val="24"/>
        </w:rPr>
        <w:t>differenciálódik</w:t>
      </w:r>
      <w:r w:rsidRPr="0078531E">
        <w:rPr>
          <w:spacing w:val="-5"/>
          <w:sz w:val="24"/>
        </w:rPr>
        <w:t xml:space="preserve"> </w:t>
      </w:r>
      <w:r w:rsidRPr="0078531E">
        <w:rPr>
          <w:sz w:val="24"/>
        </w:rPr>
        <w:t>(testséma,</w:t>
      </w:r>
      <w:r w:rsidRPr="0078531E">
        <w:rPr>
          <w:spacing w:val="-5"/>
          <w:sz w:val="24"/>
        </w:rPr>
        <w:t xml:space="preserve"> </w:t>
      </w:r>
      <w:r w:rsidRPr="0078531E">
        <w:rPr>
          <w:sz w:val="24"/>
        </w:rPr>
        <w:t>téri</w:t>
      </w:r>
      <w:r w:rsidRPr="0078531E">
        <w:rPr>
          <w:spacing w:val="-5"/>
          <w:sz w:val="24"/>
        </w:rPr>
        <w:t xml:space="preserve"> </w:t>
      </w:r>
      <w:r w:rsidRPr="0078531E">
        <w:rPr>
          <w:sz w:val="24"/>
        </w:rPr>
        <w:t>tájékozódás,</w:t>
      </w:r>
      <w:r w:rsidRPr="0078531E">
        <w:rPr>
          <w:spacing w:val="-5"/>
          <w:sz w:val="24"/>
        </w:rPr>
        <w:t xml:space="preserve"> </w:t>
      </w:r>
      <w:r w:rsidRPr="0078531E">
        <w:rPr>
          <w:sz w:val="24"/>
        </w:rPr>
        <w:t xml:space="preserve">vizuális, </w:t>
      </w:r>
      <w:r w:rsidRPr="0078531E">
        <w:rPr>
          <w:spacing w:val="-2"/>
          <w:sz w:val="24"/>
        </w:rPr>
        <w:t>akusztikus</w:t>
      </w:r>
      <w:r w:rsidR="001D52B3" w:rsidRPr="0078531E">
        <w:rPr>
          <w:spacing w:val="-2"/>
          <w:sz w:val="24"/>
        </w:rPr>
        <w:t xml:space="preserve"> </w:t>
      </w:r>
      <w:r w:rsidRPr="0078531E">
        <w:rPr>
          <w:spacing w:val="-2"/>
          <w:sz w:val="24"/>
        </w:rPr>
        <w:t>differenciálódás).</w:t>
      </w:r>
    </w:p>
    <w:p w14:paraId="00AE357D"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Anyanyelvét</w:t>
      </w:r>
      <w:r w:rsidRPr="0078531E">
        <w:rPr>
          <w:spacing w:val="-4"/>
          <w:sz w:val="24"/>
        </w:rPr>
        <w:t xml:space="preserve"> </w:t>
      </w:r>
      <w:r w:rsidRPr="0078531E">
        <w:rPr>
          <w:sz w:val="24"/>
        </w:rPr>
        <w:t>érthetően</w:t>
      </w:r>
      <w:r w:rsidRPr="0078531E">
        <w:rPr>
          <w:spacing w:val="-2"/>
          <w:sz w:val="24"/>
        </w:rPr>
        <w:t xml:space="preserve"> </w:t>
      </w:r>
      <w:r w:rsidRPr="0078531E">
        <w:rPr>
          <w:sz w:val="24"/>
        </w:rPr>
        <w:t>beszéli,</w:t>
      </w:r>
      <w:r w:rsidRPr="0078531E">
        <w:rPr>
          <w:spacing w:val="-2"/>
          <w:sz w:val="24"/>
        </w:rPr>
        <w:t xml:space="preserve"> kommunikál.</w:t>
      </w:r>
    </w:p>
    <w:p w14:paraId="3646BA60" w14:textId="77777777" w:rsidR="00AE0CFD" w:rsidRPr="0078531E" w:rsidRDefault="00C3522D" w:rsidP="009A0355">
      <w:pPr>
        <w:pStyle w:val="Listaszerbekezds"/>
        <w:numPr>
          <w:ilvl w:val="1"/>
          <w:numId w:val="2"/>
        </w:numPr>
        <w:tabs>
          <w:tab w:val="left" w:pos="856"/>
          <w:tab w:val="left" w:pos="916"/>
        </w:tabs>
        <w:spacing w:before="136" w:line="360" w:lineRule="auto"/>
        <w:ind w:left="856" w:right="1389"/>
        <w:jc w:val="both"/>
      </w:pPr>
      <w:r w:rsidRPr="0078531E">
        <w:tab/>
      </w:r>
      <w:r w:rsidRPr="0078531E">
        <w:rPr>
          <w:sz w:val="24"/>
        </w:rPr>
        <w:t>Gondolatait</w:t>
      </w:r>
      <w:r w:rsidRPr="0078531E">
        <w:rPr>
          <w:spacing w:val="-4"/>
          <w:sz w:val="24"/>
        </w:rPr>
        <w:t xml:space="preserve"> </w:t>
      </w:r>
      <w:r w:rsidRPr="0078531E">
        <w:rPr>
          <w:sz w:val="24"/>
        </w:rPr>
        <w:t>mások</w:t>
      </w:r>
      <w:r w:rsidRPr="0078531E">
        <w:rPr>
          <w:spacing w:val="-4"/>
          <w:sz w:val="24"/>
        </w:rPr>
        <w:t xml:space="preserve"> </w:t>
      </w:r>
      <w:r w:rsidRPr="0078531E">
        <w:rPr>
          <w:sz w:val="24"/>
        </w:rPr>
        <w:t>számára</w:t>
      </w:r>
      <w:r w:rsidRPr="0078531E">
        <w:rPr>
          <w:spacing w:val="-5"/>
          <w:sz w:val="24"/>
        </w:rPr>
        <w:t xml:space="preserve"> </w:t>
      </w:r>
      <w:r w:rsidRPr="0078531E">
        <w:rPr>
          <w:sz w:val="24"/>
        </w:rPr>
        <w:t>is</w:t>
      </w:r>
      <w:r w:rsidRPr="0078531E">
        <w:rPr>
          <w:spacing w:val="-5"/>
          <w:sz w:val="24"/>
        </w:rPr>
        <w:t xml:space="preserve"> </w:t>
      </w:r>
      <w:r w:rsidRPr="0078531E">
        <w:rPr>
          <w:sz w:val="24"/>
        </w:rPr>
        <w:t>érthető</w:t>
      </w:r>
      <w:r w:rsidRPr="0078531E">
        <w:rPr>
          <w:spacing w:val="-4"/>
          <w:sz w:val="24"/>
        </w:rPr>
        <w:t xml:space="preserve"> </w:t>
      </w:r>
      <w:r w:rsidRPr="0078531E">
        <w:rPr>
          <w:sz w:val="24"/>
        </w:rPr>
        <w:t>módon</w:t>
      </w:r>
      <w:r w:rsidRPr="0078531E">
        <w:rPr>
          <w:spacing w:val="-4"/>
          <w:sz w:val="24"/>
        </w:rPr>
        <w:t xml:space="preserve"> </w:t>
      </w:r>
      <w:r w:rsidRPr="0078531E">
        <w:rPr>
          <w:sz w:val="24"/>
        </w:rPr>
        <w:t>egymást</w:t>
      </w:r>
      <w:r w:rsidRPr="0078531E">
        <w:rPr>
          <w:spacing w:val="-4"/>
          <w:sz w:val="24"/>
        </w:rPr>
        <w:t xml:space="preserve"> </w:t>
      </w:r>
      <w:r w:rsidRPr="0078531E">
        <w:rPr>
          <w:sz w:val="24"/>
        </w:rPr>
        <w:t>követő</w:t>
      </w:r>
      <w:r w:rsidRPr="0078531E">
        <w:rPr>
          <w:spacing w:val="-4"/>
          <w:sz w:val="24"/>
        </w:rPr>
        <w:t xml:space="preserve"> </w:t>
      </w:r>
      <w:r w:rsidRPr="0078531E">
        <w:rPr>
          <w:sz w:val="24"/>
        </w:rPr>
        <w:t>mondatokban, életkorának megfelelő tempóban, hangsúllyal, tudja kifejezni.</w:t>
      </w:r>
    </w:p>
    <w:p w14:paraId="5268D708" w14:textId="77777777" w:rsidR="00AE0CFD" w:rsidRPr="0078531E" w:rsidRDefault="00C3522D" w:rsidP="009A0355">
      <w:pPr>
        <w:pStyle w:val="Listaszerbekezds"/>
        <w:numPr>
          <w:ilvl w:val="1"/>
          <w:numId w:val="2"/>
        </w:numPr>
        <w:tabs>
          <w:tab w:val="left" w:pos="856"/>
        </w:tabs>
        <w:spacing w:before="1"/>
        <w:ind w:left="856"/>
        <w:jc w:val="both"/>
        <w:rPr>
          <w:sz w:val="24"/>
        </w:rPr>
      </w:pPr>
      <w:r w:rsidRPr="0078531E">
        <w:rPr>
          <w:sz w:val="24"/>
        </w:rPr>
        <w:t>A</w:t>
      </w:r>
      <w:r w:rsidRPr="0078531E">
        <w:rPr>
          <w:spacing w:val="-3"/>
          <w:sz w:val="24"/>
        </w:rPr>
        <w:t xml:space="preserve"> </w:t>
      </w:r>
      <w:r w:rsidRPr="0078531E">
        <w:rPr>
          <w:sz w:val="24"/>
        </w:rPr>
        <w:t>közléseket</w:t>
      </w:r>
      <w:r w:rsidRPr="0078531E">
        <w:rPr>
          <w:spacing w:val="-1"/>
          <w:sz w:val="24"/>
        </w:rPr>
        <w:t xml:space="preserve"> </w:t>
      </w:r>
      <w:r w:rsidRPr="0078531E">
        <w:rPr>
          <w:spacing w:val="-2"/>
          <w:sz w:val="24"/>
        </w:rPr>
        <w:t>megérti.</w:t>
      </w:r>
    </w:p>
    <w:p w14:paraId="1B0E3144"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Használja</w:t>
      </w:r>
      <w:r w:rsidRPr="0078531E">
        <w:rPr>
          <w:spacing w:val="-2"/>
          <w:sz w:val="24"/>
        </w:rPr>
        <w:t xml:space="preserve"> </w:t>
      </w:r>
      <w:r w:rsidRPr="0078531E">
        <w:rPr>
          <w:sz w:val="24"/>
        </w:rPr>
        <w:t>a</w:t>
      </w:r>
      <w:r w:rsidRPr="0078531E">
        <w:rPr>
          <w:spacing w:val="-2"/>
          <w:sz w:val="24"/>
        </w:rPr>
        <w:t xml:space="preserve"> </w:t>
      </w:r>
      <w:r w:rsidRPr="0078531E">
        <w:rPr>
          <w:sz w:val="24"/>
        </w:rPr>
        <w:t>szófajokat,</w:t>
      </w:r>
      <w:r w:rsidRPr="0078531E">
        <w:rPr>
          <w:spacing w:val="1"/>
          <w:sz w:val="24"/>
        </w:rPr>
        <w:t xml:space="preserve"> </w:t>
      </w:r>
      <w:r w:rsidRPr="0078531E">
        <w:rPr>
          <w:spacing w:val="-2"/>
          <w:sz w:val="24"/>
        </w:rPr>
        <w:t>mondatszerkezeteket.</w:t>
      </w:r>
    </w:p>
    <w:p w14:paraId="0A84ABA3" w14:textId="77777777" w:rsidR="00AE0CFD" w:rsidRPr="0078531E" w:rsidRDefault="00C3522D" w:rsidP="009A0355">
      <w:pPr>
        <w:pStyle w:val="Listaszerbekezds"/>
        <w:numPr>
          <w:ilvl w:val="1"/>
          <w:numId w:val="2"/>
        </w:numPr>
        <w:tabs>
          <w:tab w:val="left" w:pos="916"/>
        </w:tabs>
        <w:spacing w:before="136"/>
        <w:ind w:left="916" w:hanging="420"/>
        <w:jc w:val="both"/>
      </w:pPr>
      <w:r w:rsidRPr="0078531E">
        <w:rPr>
          <w:sz w:val="24"/>
        </w:rPr>
        <w:t>Képes</w:t>
      </w:r>
      <w:r w:rsidRPr="0078531E">
        <w:rPr>
          <w:spacing w:val="-3"/>
          <w:sz w:val="24"/>
        </w:rPr>
        <w:t xml:space="preserve"> </w:t>
      </w:r>
      <w:r w:rsidRPr="0078531E">
        <w:rPr>
          <w:sz w:val="24"/>
        </w:rPr>
        <w:t>önálló</w:t>
      </w:r>
      <w:r w:rsidRPr="0078531E">
        <w:rPr>
          <w:spacing w:val="-2"/>
          <w:sz w:val="24"/>
        </w:rPr>
        <w:t xml:space="preserve"> véleménynyilvánításra.</w:t>
      </w:r>
    </w:p>
    <w:p w14:paraId="1EB94CF5"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Mások</w:t>
      </w:r>
      <w:r w:rsidRPr="0078531E">
        <w:rPr>
          <w:spacing w:val="-4"/>
          <w:sz w:val="24"/>
        </w:rPr>
        <w:t xml:space="preserve"> </w:t>
      </w:r>
      <w:r w:rsidRPr="0078531E">
        <w:rPr>
          <w:sz w:val="24"/>
        </w:rPr>
        <w:t>beszédét</w:t>
      </w:r>
      <w:r w:rsidRPr="0078531E">
        <w:rPr>
          <w:spacing w:val="-2"/>
          <w:sz w:val="24"/>
        </w:rPr>
        <w:t xml:space="preserve"> </w:t>
      </w:r>
      <w:r w:rsidRPr="0078531E">
        <w:rPr>
          <w:sz w:val="24"/>
        </w:rPr>
        <w:t>is</w:t>
      </w:r>
      <w:r w:rsidRPr="0078531E">
        <w:rPr>
          <w:spacing w:val="-2"/>
          <w:sz w:val="24"/>
        </w:rPr>
        <w:t xml:space="preserve"> </w:t>
      </w:r>
      <w:r w:rsidRPr="0078531E">
        <w:rPr>
          <w:sz w:val="24"/>
        </w:rPr>
        <w:t>igyekszik</w:t>
      </w:r>
      <w:r w:rsidRPr="0078531E">
        <w:rPr>
          <w:spacing w:val="-2"/>
          <w:sz w:val="24"/>
        </w:rPr>
        <w:t xml:space="preserve"> </w:t>
      </w:r>
      <w:r w:rsidRPr="0078531E">
        <w:rPr>
          <w:sz w:val="24"/>
        </w:rPr>
        <w:t>végig</w:t>
      </w:r>
      <w:r w:rsidRPr="0078531E">
        <w:rPr>
          <w:spacing w:val="-3"/>
          <w:sz w:val="24"/>
        </w:rPr>
        <w:t xml:space="preserve"> </w:t>
      </w:r>
      <w:r w:rsidRPr="0078531E">
        <w:rPr>
          <w:spacing w:val="-2"/>
          <w:sz w:val="24"/>
        </w:rPr>
        <w:t>hallgatni.</w:t>
      </w:r>
    </w:p>
    <w:p w14:paraId="45CA0415"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Szociálisan</w:t>
      </w:r>
      <w:r w:rsidRPr="0078531E">
        <w:rPr>
          <w:spacing w:val="-4"/>
          <w:sz w:val="24"/>
        </w:rPr>
        <w:t xml:space="preserve"> </w:t>
      </w:r>
      <w:r w:rsidRPr="0078531E">
        <w:rPr>
          <w:sz w:val="24"/>
        </w:rPr>
        <w:t>érett</w:t>
      </w:r>
      <w:r w:rsidRPr="0078531E">
        <w:rPr>
          <w:spacing w:val="-1"/>
          <w:sz w:val="24"/>
        </w:rPr>
        <w:t xml:space="preserve"> </w:t>
      </w:r>
      <w:r w:rsidRPr="0078531E">
        <w:rPr>
          <w:sz w:val="24"/>
        </w:rPr>
        <w:t>az</w:t>
      </w:r>
      <w:r w:rsidRPr="0078531E">
        <w:rPr>
          <w:spacing w:val="-1"/>
          <w:sz w:val="24"/>
        </w:rPr>
        <w:t xml:space="preserve"> </w:t>
      </w:r>
      <w:r w:rsidRPr="0078531E">
        <w:rPr>
          <w:sz w:val="24"/>
        </w:rPr>
        <w:t>iskolai</w:t>
      </w:r>
      <w:r w:rsidRPr="0078531E">
        <w:rPr>
          <w:spacing w:val="-1"/>
          <w:sz w:val="24"/>
        </w:rPr>
        <w:t xml:space="preserve"> </w:t>
      </w:r>
      <w:r w:rsidRPr="0078531E">
        <w:rPr>
          <w:sz w:val="24"/>
        </w:rPr>
        <w:t>élet</w:t>
      </w:r>
      <w:r w:rsidRPr="0078531E">
        <w:rPr>
          <w:spacing w:val="-2"/>
          <w:sz w:val="24"/>
        </w:rPr>
        <w:t xml:space="preserve"> </w:t>
      </w:r>
      <w:r w:rsidRPr="0078531E">
        <w:rPr>
          <w:sz w:val="24"/>
        </w:rPr>
        <w:t>a</w:t>
      </w:r>
      <w:r w:rsidRPr="0078531E">
        <w:rPr>
          <w:spacing w:val="-1"/>
          <w:sz w:val="24"/>
        </w:rPr>
        <w:t xml:space="preserve"> </w:t>
      </w:r>
      <w:r w:rsidRPr="0078531E">
        <w:rPr>
          <w:sz w:val="24"/>
        </w:rPr>
        <w:t>tanító</w:t>
      </w:r>
      <w:r w:rsidRPr="0078531E">
        <w:rPr>
          <w:spacing w:val="-2"/>
          <w:sz w:val="24"/>
        </w:rPr>
        <w:t xml:space="preserve"> </w:t>
      </w:r>
      <w:r w:rsidRPr="0078531E">
        <w:rPr>
          <w:sz w:val="24"/>
        </w:rPr>
        <w:t>irányításának</w:t>
      </w:r>
      <w:r w:rsidRPr="0078531E">
        <w:rPr>
          <w:spacing w:val="-1"/>
          <w:sz w:val="24"/>
        </w:rPr>
        <w:t xml:space="preserve"> </w:t>
      </w:r>
      <w:r w:rsidRPr="0078531E">
        <w:rPr>
          <w:sz w:val="24"/>
        </w:rPr>
        <w:t>és</w:t>
      </w:r>
      <w:r w:rsidRPr="0078531E">
        <w:rPr>
          <w:spacing w:val="-3"/>
          <w:sz w:val="24"/>
        </w:rPr>
        <w:t xml:space="preserve"> </w:t>
      </w:r>
      <w:r w:rsidRPr="0078531E">
        <w:rPr>
          <w:sz w:val="24"/>
        </w:rPr>
        <w:t>a</w:t>
      </w:r>
      <w:r w:rsidRPr="0078531E">
        <w:rPr>
          <w:spacing w:val="-2"/>
          <w:sz w:val="24"/>
        </w:rPr>
        <w:t xml:space="preserve"> </w:t>
      </w:r>
      <w:r w:rsidRPr="0078531E">
        <w:rPr>
          <w:sz w:val="24"/>
        </w:rPr>
        <w:t>társai</w:t>
      </w:r>
      <w:r w:rsidRPr="0078531E">
        <w:rPr>
          <w:spacing w:val="-1"/>
          <w:sz w:val="24"/>
        </w:rPr>
        <w:t xml:space="preserve"> </w:t>
      </w:r>
      <w:r w:rsidRPr="0078531E">
        <w:rPr>
          <w:spacing w:val="-2"/>
          <w:sz w:val="24"/>
        </w:rPr>
        <w:t>elfogadására.</w:t>
      </w:r>
    </w:p>
    <w:p w14:paraId="720B727E" w14:textId="77777777" w:rsidR="00AE0CFD" w:rsidRPr="0078531E" w:rsidRDefault="00C3522D" w:rsidP="009A0355">
      <w:pPr>
        <w:pStyle w:val="Listaszerbekezds"/>
        <w:numPr>
          <w:ilvl w:val="1"/>
          <w:numId w:val="2"/>
        </w:numPr>
        <w:tabs>
          <w:tab w:val="left" w:pos="916"/>
        </w:tabs>
        <w:spacing w:before="136"/>
        <w:ind w:left="916" w:hanging="420"/>
        <w:jc w:val="both"/>
      </w:pPr>
      <w:r w:rsidRPr="0078531E">
        <w:rPr>
          <w:sz w:val="24"/>
        </w:rPr>
        <w:t>Képes</w:t>
      </w:r>
      <w:r w:rsidRPr="0078531E">
        <w:rPr>
          <w:spacing w:val="-4"/>
          <w:sz w:val="24"/>
        </w:rPr>
        <w:t xml:space="preserve"> </w:t>
      </w:r>
      <w:r w:rsidRPr="0078531E">
        <w:rPr>
          <w:spacing w:val="-2"/>
          <w:sz w:val="24"/>
        </w:rPr>
        <w:t>együttműködni.</w:t>
      </w:r>
    </w:p>
    <w:p w14:paraId="3C3435F3" w14:textId="77777777" w:rsidR="00AE0CFD" w:rsidRPr="0078531E" w:rsidRDefault="00C3522D" w:rsidP="009A0355">
      <w:pPr>
        <w:pStyle w:val="Listaszerbekezds"/>
        <w:numPr>
          <w:ilvl w:val="1"/>
          <w:numId w:val="2"/>
        </w:numPr>
        <w:tabs>
          <w:tab w:val="left" w:pos="915"/>
        </w:tabs>
        <w:spacing w:before="140"/>
        <w:ind w:left="915" w:hanging="419"/>
        <w:jc w:val="both"/>
      </w:pPr>
      <w:r w:rsidRPr="0078531E">
        <w:rPr>
          <w:sz w:val="24"/>
        </w:rPr>
        <w:t>Egyre</w:t>
      </w:r>
      <w:r w:rsidRPr="0078531E">
        <w:rPr>
          <w:spacing w:val="-3"/>
          <w:sz w:val="24"/>
        </w:rPr>
        <w:t xml:space="preserve"> </w:t>
      </w:r>
      <w:r w:rsidRPr="0078531E">
        <w:rPr>
          <w:sz w:val="24"/>
        </w:rPr>
        <w:t>több</w:t>
      </w:r>
      <w:r w:rsidRPr="0078531E">
        <w:rPr>
          <w:spacing w:val="-1"/>
          <w:sz w:val="24"/>
        </w:rPr>
        <w:t xml:space="preserve"> </w:t>
      </w:r>
      <w:r w:rsidRPr="0078531E">
        <w:rPr>
          <w:sz w:val="24"/>
        </w:rPr>
        <w:t>szabályhoz tud</w:t>
      </w:r>
      <w:r w:rsidRPr="0078531E">
        <w:rPr>
          <w:spacing w:val="-1"/>
          <w:sz w:val="24"/>
        </w:rPr>
        <w:t xml:space="preserve"> </w:t>
      </w:r>
      <w:r w:rsidRPr="0078531E">
        <w:rPr>
          <w:spacing w:val="-2"/>
          <w:sz w:val="24"/>
        </w:rPr>
        <w:t>alkalmazkodni.</w:t>
      </w:r>
    </w:p>
    <w:p w14:paraId="3A066D97" w14:textId="77777777" w:rsidR="00AE0CFD" w:rsidRPr="0078531E" w:rsidRDefault="00C3522D" w:rsidP="009A0355">
      <w:pPr>
        <w:pStyle w:val="Listaszerbekezds"/>
        <w:numPr>
          <w:ilvl w:val="1"/>
          <w:numId w:val="2"/>
        </w:numPr>
        <w:tabs>
          <w:tab w:val="left" w:pos="915"/>
        </w:tabs>
        <w:spacing w:before="136"/>
        <w:ind w:left="915" w:hanging="419"/>
        <w:jc w:val="both"/>
      </w:pPr>
      <w:r w:rsidRPr="0078531E">
        <w:rPr>
          <w:sz w:val="24"/>
        </w:rPr>
        <w:t>Elemi</w:t>
      </w:r>
      <w:r w:rsidRPr="0078531E">
        <w:rPr>
          <w:spacing w:val="-2"/>
          <w:sz w:val="24"/>
        </w:rPr>
        <w:t xml:space="preserve"> </w:t>
      </w:r>
      <w:r w:rsidRPr="0078531E">
        <w:rPr>
          <w:sz w:val="24"/>
        </w:rPr>
        <w:t>ismeretei</w:t>
      </w:r>
      <w:r w:rsidRPr="0078531E">
        <w:rPr>
          <w:spacing w:val="-2"/>
          <w:sz w:val="24"/>
        </w:rPr>
        <w:t xml:space="preserve"> </w:t>
      </w:r>
      <w:r w:rsidRPr="0078531E">
        <w:rPr>
          <w:sz w:val="24"/>
        </w:rPr>
        <w:t>rögződnek</w:t>
      </w:r>
      <w:r w:rsidRPr="0078531E">
        <w:rPr>
          <w:spacing w:val="-2"/>
          <w:sz w:val="24"/>
        </w:rPr>
        <w:t xml:space="preserve"> </w:t>
      </w:r>
      <w:r w:rsidRPr="0078531E">
        <w:rPr>
          <w:sz w:val="24"/>
        </w:rPr>
        <w:t>(név,</w:t>
      </w:r>
      <w:r w:rsidRPr="0078531E">
        <w:rPr>
          <w:spacing w:val="-1"/>
          <w:sz w:val="24"/>
        </w:rPr>
        <w:t xml:space="preserve"> </w:t>
      </w:r>
      <w:r w:rsidRPr="0078531E">
        <w:rPr>
          <w:spacing w:val="-2"/>
          <w:sz w:val="24"/>
        </w:rPr>
        <w:t>lakcím).</w:t>
      </w:r>
    </w:p>
    <w:p w14:paraId="23A70A2E" w14:textId="77777777" w:rsidR="00AE0CFD" w:rsidRPr="0078531E" w:rsidRDefault="00C3522D" w:rsidP="009A0355">
      <w:pPr>
        <w:pStyle w:val="Listaszerbekezds"/>
        <w:numPr>
          <w:ilvl w:val="1"/>
          <w:numId w:val="2"/>
        </w:numPr>
        <w:tabs>
          <w:tab w:val="left" w:pos="856"/>
          <w:tab w:val="left" w:pos="917"/>
        </w:tabs>
        <w:spacing w:before="140" w:line="360" w:lineRule="auto"/>
        <w:ind w:left="856" w:right="749"/>
        <w:jc w:val="both"/>
      </w:pPr>
      <w:r w:rsidRPr="0078531E">
        <w:rPr>
          <w:sz w:val="24"/>
        </w:rPr>
        <w:tab/>
        <w:t>Ismeri</w:t>
      </w:r>
      <w:r w:rsidRPr="0078531E">
        <w:rPr>
          <w:spacing w:val="-4"/>
          <w:sz w:val="24"/>
        </w:rPr>
        <w:t xml:space="preserve"> </w:t>
      </w:r>
      <w:r w:rsidRPr="0078531E">
        <w:rPr>
          <w:sz w:val="24"/>
        </w:rPr>
        <w:t>a</w:t>
      </w:r>
      <w:r w:rsidRPr="0078531E">
        <w:rPr>
          <w:spacing w:val="-6"/>
          <w:sz w:val="24"/>
        </w:rPr>
        <w:t xml:space="preserve"> </w:t>
      </w:r>
      <w:r w:rsidRPr="0078531E">
        <w:rPr>
          <w:sz w:val="24"/>
        </w:rPr>
        <w:t>viselkedés</w:t>
      </w:r>
      <w:r w:rsidRPr="0078531E">
        <w:rPr>
          <w:spacing w:val="-5"/>
          <w:sz w:val="24"/>
        </w:rPr>
        <w:t xml:space="preserve"> </w:t>
      </w:r>
      <w:r w:rsidRPr="0078531E">
        <w:rPr>
          <w:sz w:val="24"/>
        </w:rPr>
        <w:t>alapvető</w:t>
      </w:r>
      <w:r w:rsidRPr="0078531E">
        <w:rPr>
          <w:spacing w:val="-4"/>
          <w:sz w:val="24"/>
        </w:rPr>
        <w:t xml:space="preserve"> </w:t>
      </w:r>
      <w:r w:rsidRPr="0078531E">
        <w:rPr>
          <w:sz w:val="24"/>
        </w:rPr>
        <w:t>szabályait</w:t>
      </w:r>
      <w:r w:rsidRPr="0078531E">
        <w:rPr>
          <w:spacing w:val="-4"/>
          <w:sz w:val="24"/>
        </w:rPr>
        <w:t xml:space="preserve"> </w:t>
      </w:r>
      <w:r w:rsidRPr="0078531E">
        <w:rPr>
          <w:sz w:val="24"/>
        </w:rPr>
        <w:t>(higiéniai</w:t>
      </w:r>
      <w:r w:rsidRPr="0078531E">
        <w:rPr>
          <w:spacing w:val="-2"/>
          <w:sz w:val="24"/>
        </w:rPr>
        <w:t xml:space="preserve"> </w:t>
      </w:r>
      <w:r w:rsidRPr="0078531E">
        <w:rPr>
          <w:sz w:val="24"/>
        </w:rPr>
        <w:t>szabályok-</w:t>
      </w:r>
      <w:r w:rsidRPr="0078531E">
        <w:rPr>
          <w:spacing w:val="-5"/>
          <w:sz w:val="24"/>
        </w:rPr>
        <w:t xml:space="preserve"> </w:t>
      </w:r>
      <w:r w:rsidRPr="0078531E">
        <w:rPr>
          <w:sz w:val="24"/>
        </w:rPr>
        <w:t>zsebkendő</w:t>
      </w:r>
      <w:r w:rsidRPr="0078531E">
        <w:rPr>
          <w:spacing w:val="-2"/>
          <w:sz w:val="24"/>
        </w:rPr>
        <w:t xml:space="preserve"> </w:t>
      </w:r>
      <w:r w:rsidRPr="0078531E">
        <w:rPr>
          <w:sz w:val="24"/>
        </w:rPr>
        <w:t>és</w:t>
      </w:r>
      <w:r w:rsidRPr="0078531E">
        <w:rPr>
          <w:spacing w:val="-3"/>
          <w:sz w:val="24"/>
        </w:rPr>
        <w:t xml:space="preserve"> </w:t>
      </w:r>
      <w:r w:rsidRPr="0078531E">
        <w:rPr>
          <w:sz w:val="24"/>
        </w:rPr>
        <w:t>szalvéta használat,</w:t>
      </w:r>
      <w:r w:rsidRPr="0078531E">
        <w:rPr>
          <w:spacing w:val="-1"/>
          <w:sz w:val="24"/>
        </w:rPr>
        <w:t xml:space="preserve"> </w:t>
      </w:r>
      <w:r w:rsidRPr="0078531E">
        <w:rPr>
          <w:sz w:val="24"/>
        </w:rPr>
        <w:t>szemétgyűjtő</w:t>
      </w:r>
      <w:r w:rsidRPr="0078531E">
        <w:rPr>
          <w:spacing w:val="-1"/>
          <w:sz w:val="24"/>
        </w:rPr>
        <w:t xml:space="preserve"> </w:t>
      </w:r>
      <w:r w:rsidRPr="0078531E">
        <w:rPr>
          <w:sz w:val="24"/>
        </w:rPr>
        <w:t>használat;</w:t>
      </w:r>
      <w:r w:rsidRPr="0078531E">
        <w:rPr>
          <w:spacing w:val="-1"/>
          <w:sz w:val="24"/>
        </w:rPr>
        <w:t xml:space="preserve"> </w:t>
      </w:r>
      <w:r w:rsidRPr="0078531E">
        <w:rPr>
          <w:sz w:val="24"/>
        </w:rPr>
        <w:t>kommunikációs</w:t>
      </w:r>
      <w:r w:rsidRPr="0078531E">
        <w:rPr>
          <w:spacing w:val="-2"/>
          <w:sz w:val="24"/>
        </w:rPr>
        <w:t xml:space="preserve"> </w:t>
      </w:r>
      <w:r w:rsidRPr="0078531E">
        <w:rPr>
          <w:sz w:val="24"/>
        </w:rPr>
        <w:t>szabályok:</w:t>
      </w:r>
      <w:r w:rsidRPr="0078531E">
        <w:rPr>
          <w:spacing w:val="-1"/>
          <w:sz w:val="24"/>
        </w:rPr>
        <w:t xml:space="preserve"> </w:t>
      </w:r>
      <w:r w:rsidRPr="0078531E">
        <w:rPr>
          <w:sz w:val="24"/>
        </w:rPr>
        <w:t>megfelelő</w:t>
      </w:r>
      <w:r w:rsidRPr="0078531E">
        <w:rPr>
          <w:spacing w:val="-1"/>
          <w:sz w:val="24"/>
        </w:rPr>
        <w:t xml:space="preserve"> </w:t>
      </w:r>
      <w:r w:rsidRPr="0078531E">
        <w:rPr>
          <w:sz w:val="24"/>
        </w:rPr>
        <w:t xml:space="preserve">köszönés, </w:t>
      </w:r>
      <w:r w:rsidRPr="0078531E">
        <w:rPr>
          <w:spacing w:val="-2"/>
          <w:sz w:val="24"/>
        </w:rPr>
        <w:t>kérés).</w:t>
      </w:r>
    </w:p>
    <w:p w14:paraId="5A3E55C2" w14:textId="77777777" w:rsidR="00AE0CFD" w:rsidRPr="0078531E" w:rsidRDefault="00C3522D" w:rsidP="009A0355">
      <w:pPr>
        <w:pStyle w:val="Listaszerbekezds"/>
        <w:numPr>
          <w:ilvl w:val="1"/>
          <w:numId w:val="2"/>
        </w:numPr>
        <w:tabs>
          <w:tab w:val="left" w:pos="856"/>
          <w:tab w:val="left" w:pos="916"/>
        </w:tabs>
        <w:spacing w:line="360" w:lineRule="auto"/>
        <w:ind w:left="856" w:right="1680"/>
        <w:jc w:val="both"/>
      </w:pPr>
      <w:r w:rsidRPr="0078531E">
        <w:tab/>
      </w:r>
      <w:r w:rsidRPr="0078531E">
        <w:rPr>
          <w:sz w:val="24"/>
        </w:rPr>
        <w:t>Feladattudata</w:t>
      </w:r>
      <w:r w:rsidRPr="0078531E">
        <w:rPr>
          <w:spacing w:val="-6"/>
          <w:sz w:val="24"/>
        </w:rPr>
        <w:t xml:space="preserve"> </w:t>
      </w:r>
      <w:r w:rsidRPr="0078531E">
        <w:rPr>
          <w:sz w:val="24"/>
        </w:rPr>
        <w:t>kialakulóban</w:t>
      </w:r>
      <w:r w:rsidRPr="0078531E">
        <w:rPr>
          <w:spacing w:val="-5"/>
          <w:sz w:val="24"/>
        </w:rPr>
        <w:t xml:space="preserve"> </w:t>
      </w:r>
      <w:r w:rsidRPr="0078531E">
        <w:rPr>
          <w:sz w:val="24"/>
        </w:rPr>
        <w:t>van,</w:t>
      </w:r>
      <w:r w:rsidRPr="0078531E">
        <w:rPr>
          <w:spacing w:val="-6"/>
          <w:sz w:val="24"/>
        </w:rPr>
        <w:t xml:space="preserve"> </w:t>
      </w:r>
      <w:r w:rsidRPr="0078531E">
        <w:rPr>
          <w:sz w:val="24"/>
        </w:rPr>
        <w:t>ez</w:t>
      </w:r>
      <w:r w:rsidRPr="0078531E">
        <w:rPr>
          <w:spacing w:val="-5"/>
          <w:sz w:val="24"/>
        </w:rPr>
        <w:t xml:space="preserve"> </w:t>
      </w:r>
      <w:r w:rsidRPr="0078531E">
        <w:rPr>
          <w:sz w:val="24"/>
        </w:rPr>
        <w:t>segíti</w:t>
      </w:r>
      <w:r w:rsidRPr="0078531E">
        <w:rPr>
          <w:spacing w:val="-6"/>
          <w:sz w:val="24"/>
        </w:rPr>
        <w:t xml:space="preserve"> </w:t>
      </w:r>
      <w:r w:rsidRPr="0078531E">
        <w:rPr>
          <w:sz w:val="24"/>
        </w:rPr>
        <w:t>a</w:t>
      </w:r>
      <w:r w:rsidRPr="0078531E">
        <w:rPr>
          <w:spacing w:val="-6"/>
          <w:sz w:val="24"/>
        </w:rPr>
        <w:t xml:space="preserve"> </w:t>
      </w:r>
      <w:r w:rsidRPr="0078531E">
        <w:rPr>
          <w:sz w:val="24"/>
        </w:rPr>
        <w:t>megértésben,</w:t>
      </w:r>
      <w:r w:rsidRPr="0078531E">
        <w:rPr>
          <w:spacing w:val="-6"/>
          <w:sz w:val="24"/>
        </w:rPr>
        <w:t xml:space="preserve"> </w:t>
      </w:r>
      <w:r w:rsidRPr="0078531E">
        <w:rPr>
          <w:sz w:val="24"/>
        </w:rPr>
        <w:t>feladattartásban, eredményes levégzésében.</w:t>
      </w:r>
    </w:p>
    <w:p w14:paraId="246CE585" w14:textId="77777777" w:rsidR="00AE0CFD" w:rsidRPr="0078531E" w:rsidRDefault="00C3522D" w:rsidP="009A0355">
      <w:pPr>
        <w:pStyle w:val="Listaszerbekezds"/>
        <w:numPr>
          <w:ilvl w:val="1"/>
          <w:numId w:val="2"/>
        </w:numPr>
        <w:tabs>
          <w:tab w:val="left" w:pos="916"/>
        </w:tabs>
        <w:ind w:left="916" w:hanging="420"/>
        <w:jc w:val="both"/>
      </w:pPr>
      <w:r w:rsidRPr="0078531E">
        <w:rPr>
          <w:sz w:val="24"/>
        </w:rPr>
        <w:t>Kitartása,</w:t>
      </w:r>
      <w:r w:rsidRPr="0078531E">
        <w:rPr>
          <w:spacing w:val="-2"/>
          <w:sz w:val="24"/>
        </w:rPr>
        <w:t xml:space="preserve"> </w:t>
      </w:r>
      <w:r w:rsidRPr="0078531E">
        <w:rPr>
          <w:sz w:val="24"/>
        </w:rPr>
        <w:t>munkatempója,</w:t>
      </w:r>
      <w:r w:rsidRPr="0078531E">
        <w:rPr>
          <w:spacing w:val="-2"/>
          <w:sz w:val="24"/>
        </w:rPr>
        <w:t xml:space="preserve"> </w:t>
      </w:r>
      <w:r w:rsidRPr="0078531E">
        <w:rPr>
          <w:sz w:val="24"/>
        </w:rPr>
        <w:t>önfegyelme</w:t>
      </w:r>
      <w:r w:rsidRPr="0078531E">
        <w:rPr>
          <w:spacing w:val="-1"/>
          <w:sz w:val="24"/>
        </w:rPr>
        <w:t xml:space="preserve"> </w:t>
      </w:r>
      <w:r w:rsidRPr="0078531E">
        <w:rPr>
          <w:sz w:val="24"/>
        </w:rPr>
        <w:t>folyamatosan</w:t>
      </w:r>
      <w:r w:rsidRPr="0078531E">
        <w:rPr>
          <w:spacing w:val="-2"/>
          <w:sz w:val="24"/>
        </w:rPr>
        <w:t xml:space="preserve"> fejlődik.</w:t>
      </w:r>
    </w:p>
    <w:p w14:paraId="00ADE454"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Akarati</w:t>
      </w:r>
      <w:r w:rsidRPr="0078531E">
        <w:rPr>
          <w:spacing w:val="-4"/>
          <w:sz w:val="24"/>
        </w:rPr>
        <w:t xml:space="preserve"> </w:t>
      </w:r>
      <w:r w:rsidRPr="0078531E">
        <w:rPr>
          <w:sz w:val="24"/>
        </w:rPr>
        <w:t>tulajdonságai alkalmassá</w:t>
      </w:r>
      <w:r w:rsidRPr="0078531E">
        <w:rPr>
          <w:spacing w:val="-3"/>
          <w:sz w:val="24"/>
        </w:rPr>
        <w:t xml:space="preserve"> </w:t>
      </w:r>
      <w:r w:rsidRPr="0078531E">
        <w:rPr>
          <w:sz w:val="24"/>
        </w:rPr>
        <w:t>teszik</w:t>
      </w:r>
      <w:r w:rsidRPr="0078531E">
        <w:rPr>
          <w:spacing w:val="-2"/>
          <w:sz w:val="24"/>
        </w:rPr>
        <w:t xml:space="preserve"> </w:t>
      </w:r>
      <w:r w:rsidRPr="0078531E">
        <w:rPr>
          <w:sz w:val="24"/>
        </w:rPr>
        <w:t>az</w:t>
      </w:r>
      <w:r w:rsidRPr="0078531E">
        <w:rPr>
          <w:spacing w:val="-2"/>
          <w:sz w:val="24"/>
        </w:rPr>
        <w:t xml:space="preserve"> </w:t>
      </w:r>
      <w:r w:rsidRPr="0078531E">
        <w:rPr>
          <w:sz w:val="24"/>
        </w:rPr>
        <w:t>iskolai</w:t>
      </w:r>
      <w:r w:rsidRPr="0078531E">
        <w:rPr>
          <w:spacing w:val="-4"/>
          <w:sz w:val="24"/>
        </w:rPr>
        <w:t xml:space="preserve"> </w:t>
      </w:r>
      <w:r w:rsidRPr="0078531E">
        <w:rPr>
          <w:sz w:val="24"/>
        </w:rPr>
        <w:t>élet</w:t>
      </w:r>
      <w:r w:rsidRPr="0078531E">
        <w:rPr>
          <w:spacing w:val="-1"/>
          <w:sz w:val="24"/>
        </w:rPr>
        <w:t xml:space="preserve"> </w:t>
      </w:r>
      <w:r w:rsidRPr="0078531E">
        <w:rPr>
          <w:spacing w:val="-2"/>
          <w:sz w:val="24"/>
        </w:rPr>
        <w:t>megkezdésére</w:t>
      </w:r>
    </w:p>
    <w:p w14:paraId="2A1D2928" w14:textId="77777777" w:rsidR="00AE0CFD" w:rsidRPr="0078531E" w:rsidRDefault="00C3522D" w:rsidP="009A0355">
      <w:pPr>
        <w:pStyle w:val="Listaszerbekezds"/>
        <w:numPr>
          <w:ilvl w:val="1"/>
          <w:numId w:val="2"/>
        </w:numPr>
        <w:tabs>
          <w:tab w:val="left" w:pos="916"/>
        </w:tabs>
        <w:spacing w:before="136"/>
        <w:ind w:left="916" w:hanging="420"/>
        <w:jc w:val="both"/>
      </w:pPr>
      <w:r w:rsidRPr="0078531E">
        <w:rPr>
          <w:sz w:val="24"/>
        </w:rPr>
        <w:t>Feladattudata</w:t>
      </w:r>
      <w:r w:rsidRPr="0078531E">
        <w:rPr>
          <w:spacing w:val="-2"/>
          <w:sz w:val="24"/>
        </w:rPr>
        <w:t xml:space="preserve"> </w:t>
      </w:r>
      <w:r w:rsidRPr="0078531E">
        <w:rPr>
          <w:sz w:val="24"/>
        </w:rPr>
        <w:t>kialakulóban</w:t>
      </w:r>
      <w:r w:rsidRPr="0078531E">
        <w:rPr>
          <w:spacing w:val="-2"/>
          <w:sz w:val="24"/>
        </w:rPr>
        <w:t xml:space="preserve"> </w:t>
      </w:r>
      <w:r w:rsidRPr="0078531E">
        <w:rPr>
          <w:spacing w:val="-4"/>
          <w:sz w:val="24"/>
        </w:rPr>
        <w:t>van.</w:t>
      </w:r>
    </w:p>
    <w:p w14:paraId="3BC0B7AD" w14:textId="77777777" w:rsidR="00AE0CFD" w:rsidRPr="0078531E" w:rsidRDefault="00C3522D" w:rsidP="009A0355">
      <w:pPr>
        <w:pStyle w:val="Listaszerbekezds"/>
        <w:numPr>
          <w:ilvl w:val="1"/>
          <w:numId w:val="2"/>
        </w:numPr>
        <w:tabs>
          <w:tab w:val="left" w:pos="856"/>
        </w:tabs>
        <w:spacing w:before="139"/>
        <w:ind w:left="856"/>
        <w:jc w:val="both"/>
        <w:rPr>
          <w:sz w:val="24"/>
        </w:rPr>
      </w:pPr>
      <w:r w:rsidRPr="0078531E">
        <w:rPr>
          <w:sz w:val="24"/>
        </w:rPr>
        <w:t>A</w:t>
      </w:r>
      <w:r w:rsidRPr="0078531E">
        <w:rPr>
          <w:spacing w:val="-2"/>
          <w:sz w:val="24"/>
        </w:rPr>
        <w:t xml:space="preserve"> </w:t>
      </w:r>
      <w:r w:rsidRPr="0078531E">
        <w:rPr>
          <w:sz w:val="24"/>
        </w:rPr>
        <w:t>feladatok</w:t>
      </w:r>
      <w:r w:rsidRPr="0078531E">
        <w:rPr>
          <w:spacing w:val="1"/>
          <w:sz w:val="24"/>
        </w:rPr>
        <w:t xml:space="preserve"> </w:t>
      </w:r>
      <w:r w:rsidRPr="0078531E">
        <w:rPr>
          <w:sz w:val="24"/>
        </w:rPr>
        <w:t>elvégzésében</w:t>
      </w:r>
      <w:r w:rsidRPr="0078531E">
        <w:rPr>
          <w:spacing w:val="-2"/>
          <w:sz w:val="24"/>
        </w:rPr>
        <w:t xml:space="preserve"> </w:t>
      </w:r>
      <w:r w:rsidRPr="0078531E">
        <w:rPr>
          <w:sz w:val="24"/>
        </w:rPr>
        <w:t>egyre</w:t>
      </w:r>
      <w:r w:rsidRPr="0078531E">
        <w:rPr>
          <w:spacing w:val="-3"/>
          <w:sz w:val="24"/>
        </w:rPr>
        <w:t xml:space="preserve"> </w:t>
      </w:r>
      <w:r w:rsidRPr="0078531E">
        <w:rPr>
          <w:sz w:val="24"/>
        </w:rPr>
        <w:t>eredményesebb, szükség</w:t>
      </w:r>
      <w:r w:rsidRPr="0078531E">
        <w:rPr>
          <w:spacing w:val="-5"/>
          <w:sz w:val="24"/>
        </w:rPr>
        <w:t xml:space="preserve"> </w:t>
      </w:r>
      <w:r w:rsidRPr="0078531E">
        <w:rPr>
          <w:sz w:val="24"/>
        </w:rPr>
        <w:t>szerint</w:t>
      </w:r>
      <w:r w:rsidRPr="0078531E">
        <w:rPr>
          <w:spacing w:val="-1"/>
          <w:sz w:val="24"/>
        </w:rPr>
        <w:t xml:space="preserve"> </w:t>
      </w:r>
      <w:r w:rsidRPr="0078531E">
        <w:rPr>
          <w:spacing w:val="-2"/>
          <w:sz w:val="24"/>
        </w:rPr>
        <w:t>kreatív.</w:t>
      </w:r>
    </w:p>
    <w:p w14:paraId="6B534C83" w14:textId="77777777" w:rsidR="00AE0CFD" w:rsidRPr="0078531E" w:rsidRDefault="00C3522D" w:rsidP="009A0355">
      <w:pPr>
        <w:pStyle w:val="Listaszerbekezds"/>
        <w:numPr>
          <w:ilvl w:val="1"/>
          <w:numId w:val="2"/>
        </w:numPr>
        <w:tabs>
          <w:tab w:val="left" w:pos="916"/>
        </w:tabs>
        <w:spacing w:before="136"/>
        <w:ind w:left="916" w:hanging="420"/>
        <w:jc w:val="both"/>
      </w:pPr>
      <w:r w:rsidRPr="0078531E">
        <w:rPr>
          <w:sz w:val="24"/>
        </w:rPr>
        <w:t>Kitartása,</w:t>
      </w:r>
      <w:r w:rsidRPr="0078531E">
        <w:rPr>
          <w:spacing w:val="-5"/>
          <w:sz w:val="24"/>
        </w:rPr>
        <w:t xml:space="preserve"> </w:t>
      </w:r>
      <w:r w:rsidRPr="0078531E">
        <w:rPr>
          <w:sz w:val="24"/>
        </w:rPr>
        <w:t>önállósága,</w:t>
      </w:r>
      <w:r w:rsidRPr="0078531E">
        <w:rPr>
          <w:spacing w:val="-2"/>
          <w:sz w:val="24"/>
        </w:rPr>
        <w:t xml:space="preserve"> </w:t>
      </w:r>
      <w:r w:rsidRPr="0078531E">
        <w:rPr>
          <w:sz w:val="24"/>
        </w:rPr>
        <w:t>munkatempója,</w:t>
      </w:r>
      <w:r w:rsidRPr="0078531E">
        <w:rPr>
          <w:spacing w:val="-2"/>
          <w:sz w:val="24"/>
        </w:rPr>
        <w:t xml:space="preserve"> </w:t>
      </w:r>
      <w:r w:rsidRPr="0078531E">
        <w:rPr>
          <w:sz w:val="24"/>
        </w:rPr>
        <w:t>önfegyelme</w:t>
      </w:r>
      <w:r w:rsidRPr="0078531E">
        <w:rPr>
          <w:spacing w:val="-3"/>
          <w:sz w:val="24"/>
        </w:rPr>
        <w:t xml:space="preserve"> </w:t>
      </w:r>
      <w:r w:rsidRPr="0078531E">
        <w:rPr>
          <w:sz w:val="24"/>
        </w:rPr>
        <w:t>erőteljesen</w:t>
      </w:r>
      <w:r w:rsidRPr="0078531E">
        <w:rPr>
          <w:spacing w:val="-2"/>
          <w:sz w:val="24"/>
        </w:rPr>
        <w:t xml:space="preserve"> fejlődik.</w:t>
      </w:r>
    </w:p>
    <w:p w14:paraId="75AB2BE2" w14:textId="77777777" w:rsidR="00AE0CFD" w:rsidRPr="0078531E" w:rsidRDefault="00C3522D" w:rsidP="009A0355">
      <w:pPr>
        <w:pStyle w:val="Listaszerbekezds"/>
        <w:numPr>
          <w:ilvl w:val="1"/>
          <w:numId w:val="2"/>
        </w:numPr>
        <w:tabs>
          <w:tab w:val="left" w:pos="856"/>
        </w:tabs>
        <w:spacing w:before="139"/>
        <w:ind w:left="856"/>
        <w:jc w:val="both"/>
        <w:rPr>
          <w:sz w:val="24"/>
        </w:rPr>
      </w:pPr>
      <w:r w:rsidRPr="0078531E">
        <w:rPr>
          <w:sz w:val="24"/>
        </w:rPr>
        <w:t>Értelmileg</w:t>
      </w:r>
      <w:r w:rsidRPr="0078531E">
        <w:rPr>
          <w:spacing w:val="-4"/>
          <w:sz w:val="24"/>
        </w:rPr>
        <w:t xml:space="preserve"> </w:t>
      </w:r>
      <w:r w:rsidRPr="0078531E">
        <w:rPr>
          <w:sz w:val="24"/>
        </w:rPr>
        <w:t xml:space="preserve">folyamatosan </w:t>
      </w:r>
      <w:r w:rsidRPr="0078531E">
        <w:rPr>
          <w:spacing w:val="-2"/>
          <w:sz w:val="24"/>
        </w:rPr>
        <w:t>fejlődik.</w:t>
      </w:r>
    </w:p>
    <w:p w14:paraId="42BF6554" w14:textId="77777777" w:rsidR="00AE0CFD" w:rsidRPr="0078531E" w:rsidRDefault="00C3522D" w:rsidP="009A0355">
      <w:pPr>
        <w:pStyle w:val="Listaszerbekezds"/>
        <w:numPr>
          <w:ilvl w:val="1"/>
          <w:numId w:val="2"/>
        </w:numPr>
        <w:tabs>
          <w:tab w:val="left" w:pos="916"/>
        </w:tabs>
        <w:spacing w:before="138"/>
        <w:ind w:left="916" w:hanging="420"/>
        <w:jc w:val="both"/>
      </w:pPr>
      <w:r w:rsidRPr="0078531E">
        <w:rPr>
          <w:sz w:val="24"/>
        </w:rPr>
        <w:t>Egyszerű</w:t>
      </w:r>
      <w:r w:rsidRPr="0078531E">
        <w:rPr>
          <w:spacing w:val="-3"/>
          <w:sz w:val="24"/>
        </w:rPr>
        <w:t xml:space="preserve"> </w:t>
      </w:r>
      <w:r w:rsidRPr="0078531E">
        <w:rPr>
          <w:sz w:val="24"/>
        </w:rPr>
        <w:t>összefüggéseket</w:t>
      </w:r>
      <w:r w:rsidRPr="0078531E">
        <w:rPr>
          <w:spacing w:val="-2"/>
          <w:sz w:val="24"/>
        </w:rPr>
        <w:t xml:space="preserve"> megért.</w:t>
      </w:r>
    </w:p>
    <w:p w14:paraId="439F1478" w14:textId="77777777" w:rsidR="00AE0CFD" w:rsidRPr="0078531E" w:rsidRDefault="00C3522D" w:rsidP="009A0355">
      <w:pPr>
        <w:pStyle w:val="Listaszerbekezds"/>
        <w:numPr>
          <w:ilvl w:val="1"/>
          <w:numId w:val="2"/>
        </w:numPr>
        <w:tabs>
          <w:tab w:val="left" w:pos="916"/>
        </w:tabs>
        <w:spacing w:before="137"/>
        <w:ind w:left="916" w:hanging="420"/>
        <w:jc w:val="both"/>
      </w:pPr>
      <w:r w:rsidRPr="0078531E">
        <w:rPr>
          <w:sz w:val="24"/>
        </w:rPr>
        <w:t>A</w:t>
      </w:r>
      <w:r w:rsidRPr="0078531E">
        <w:rPr>
          <w:spacing w:val="-5"/>
          <w:sz w:val="24"/>
        </w:rPr>
        <w:t xml:space="preserve"> </w:t>
      </w:r>
      <w:r w:rsidRPr="0078531E">
        <w:rPr>
          <w:sz w:val="24"/>
        </w:rPr>
        <w:t>cselekvő,</w:t>
      </w:r>
      <w:r w:rsidRPr="0078531E">
        <w:rPr>
          <w:spacing w:val="-2"/>
          <w:sz w:val="24"/>
        </w:rPr>
        <w:t xml:space="preserve"> </w:t>
      </w:r>
      <w:r w:rsidRPr="0078531E">
        <w:rPr>
          <w:sz w:val="24"/>
        </w:rPr>
        <w:t>képszerű</w:t>
      </w:r>
      <w:r w:rsidRPr="0078531E">
        <w:rPr>
          <w:spacing w:val="-1"/>
          <w:sz w:val="24"/>
        </w:rPr>
        <w:t xml:space="preserve"> </w:t>
      </w:r>
      <w:r w:rsidRPr="0078531E">
        <w:rPr>
          <w:sz w:val="24"/>
        </w:rPr>
        <w:t>gondolkodás</w:t>
      </w:r>
      <w:r w:rsidRPr="0078531E">
        <w:rPr>
          <w:spacing w:val="-3"/>
          <w:sz w:val="24"/>
        </w:rPr>
        <w:t xml:space="preserve"> </w:t>
      </w:r>
      <w:r w:rsidRPr="0078531E">
        <w:rPr>
          <w:sz w:val="24"/>
        </w:rPr>
        <w:t>mellett</w:t>
      </w:r>
      <w:r w:rsidRPr="0078531E">
        <w:rPr>
          <w:spacing w:val="-1"/>
          <w:sz w:val="24"/>
        </w:rPr>
        <w:t xml:space="preserve"> </w:t>
      </w:r>
      <w:r w:rsidRPr="0078531E">
        <w:rPr>
          <w:sz w:val="24"/>
        </w:rPr>
        <w:t>megjelenik</w:t>
      </w:r>
      <w:r w:rsidRPr="0078531E">
        <w:rPr>
          <w:spacing w:val="-2"/>
          <w:sz w:val="24"/>
        </w:rPr>
        <w:t xml:space="preserve"> </w:t>
      </w:r>
      <w:r w:rsidRPr="0078531E">
        <w:rPr>
          <w:sz w:val="24"/>
        </w:rPr>
        <w:t>az</w:t>
      </w:r>
      <w:r w:rsidRPr="0078531E">
        <w:rPr>
          <w:spacing w:val="-2"/>
          <w:sz w:val="24"/>
        </w:rPr>
        <w:t xml:space="preserve"> </w:t>
      </w:r>
      <w:r w:rsidRPr="0078531E">
        <w:rPr>
          <w:sz w:val="24"/>
        </w:rPr>
        <w:t>elemi</w:t>
      </w:r>
      <w:r w:rsidRPr="0078531E">
        <w:rPr>
          <w:spacing w:val="-2"/>
          <w:sz w:val="24"/>
        </w:rPr>
        <w:t xml:space="preserve"> </w:t>
      </w:r>
      <w:r w:rsidRPr="0078531E">
        <w:rPr>
          <w:sz w:val="24"/>
        </w:rPr>
        <w:t>fogalmi</w:t>
      </w:r>
      <w:r w:rsidRPr="0078531E">
        <w:rPr>
          <w:spacing w:val="-1"/>
          <w:sz w:val="24"/>
        </w:rPr>
        <w:t xml:space="preserve"> </w:t>
      </w:r>
      <w:r w:rsidRPr="0078531E">
        <w:rPr>
          <w:spacing w:val="-2"/>
          <w:sz w:val="24"/>
        </w:rPr>
        <w:t>gondolkodás.</w:t>
      </w:r>
    </w:p>
    <w:p w14:paraId="48E107F9" w14:textId="77777777" w:rsidR="00AE0CFD" w:rsidRPr="0078531E" w:rsidRDefault="00C3522D" w:rsidP="009A0355">
      <w:pPr>
        <w:pStyle w:val="Listaszerbekezds"/>
        <w:numPr>
          <w:ilvl w:val="1"/>
          <w:numId w:val="2"/>
        </w:numPr>
        <w:tabs>
          <w:tab w:val="left" w:pos="856"/>
          <w:tab w:val="left" w:pos="916"/>
        </w:tabs>
        <w:spacing w:before="139" w:line="360" w:lineRule="auto"/>
        <w:ind w:left="856" w:right="1424"/>
        <w:jc w:val="both"/>
      </w:pPr>
      <w:r w:rsidRPr="0078531E">
        <w:tab/>
      </w:r>
      <w:r w:rsidRPr="0078531E">
        <w:rPr>
          <w:sz w:val="24"/>
        </w:rPr>
        <w:t>Az</w:t>
      </w:r>
      <w:r w:rsidRPr="0078531E">
        <w:rPr>
          <w:spacing w:val="-4"/>
          <w:sz w:val="24"/>
        </w:rPr>
        <w:t xml:space="preserve"> </w:t>
      </w:r>
      <w:r w:rsidRPr="0078531E">
        <w:rPr>
          <w:sz w:val="24"/>
        </w:rPr>
        <w:t>önkéntelen</w:t>
      </w:r>
      <w:r w:rsidRPr="0078531E">
        <w:rPr>
          <w:spacing w:val="-4"/>
          <w:sz w:val="24"/>
        </w:rPr>
        <w:t xml:space="preserve"> </w:t>
      </w:r>
      <w:r w:rsidRPr="0078531E">
        <w:rPr>
          <w:sz w:val="24"/>
        </w:rPr>
        <w:t>bevésés</w:t>
      </w:r>
      <w:r w:rsidRPr="0078531E">
        <w:rPr>
          <w:spacing w:val="-2"/>
          <w:sz w:val="24"/>
        </w:rPr>
        <w:t xml:space="preserve"> </w:t>
      </w:r>
      <w:r w:rsidRPr="0078531E">
        <w:rPr>
          <w:sz w:val="24"/>
        </w:rPr>
        <w:t>és</w:t>
      </w:r>
      <w:r w:rsidRPr="0078531E">
        <w:rPr>
          <w:spacing w:val="-5"/>
          <w:sz w:val="24"/>
        </w:rPr>
        <w:t xml:space="preserve"> </w:t>
      </w:r>
      <w:r w:rsidRPr="0078531E">
        <w:rPr>
          <w:sz w:val="24"/>
        </w:rPr>
        <w:t>felidézés</w:t>
      </w:r>
      <w:r w:rsidRPr="0078531E">
        <w:rPr>
          <w:spacing w:val="-5"/>
          <w:sz w:val="24"/>
        </w:rPr>
        <w:t xml:space="preserve"> </w:t>
      </w:r>
      <w:r w:rsidRPr="0078531E">
        <w:rPr>
          <w:sz w:val="24"/>
        </w:rPr>
        <w:t>mellett</w:t>
      </w:r>
      <w:r w:rsidRPr="0078531E">
        <w:rPr>
          <w:spacing w:val="-4"/>
          <w:sz w:val="24"/>
        </w:rPr>
        <w:t xml:space="preserve"> </w:t>
      </w:r>
      <w:r w:rsidRPr="0078531E">
        <w:rPr>
          <w:sz w:val="24"/>
        </w:rPr>
        <w:t>megjelenik</w:t>
      </w:r>
      <w:r w:rsidRPr="0078531E">
        <w:rPr>
          <w:spacing w:val="-4"/>
          <w:sz w:val="24"/>
        </w:rPr>
        <w:t xml:space="preserve"> </w:t>
      </w:r>
      <w:r w:rsidRPr="0078531E">
        <w:rPr>
          <w:sz w:val="24"/>
        </w:rPr>
        <w:t>a</w:t>
      </w:r>
      <w:r w:rsidRPr="0078531E">
        <w:rPr>
          <w:spacing w:val="-4"/>
          <w:sz w:val="24"/>
        </w:rPr>
        <w:t xml:space="preserve"> </w:t>
      </w:r>
      <w:r w:rsidRPr="0078531E">
        <w:rPr>
          <w:sz w:val="24"/>
        </w:rPr>
        <w:t>szándékos</w:t>
      </w:r>
      <w:r w:rsidRPr="0078531E">
        <w:rPr>
          <w:spacing w:val="-5"/>
          <w:sz w:val="24"/>
        </w:rPr>
        <w:t xml:space="preserve"> </w:t>
      </w:r>
      <w:r w:rsidRPr="0078531E">
        <w:rPr>
          <w:sz w:val="24"/>
        </w:rPr>
        <w:t>bevésés, felidézés is.</w:t>
      </w:r>
    </w:p>
    <w:p w14:paraId="7BFBC720" w14:textId="77777777" w:rsidR="00AE0CFD" w:rsidRPr="0078531E" w:rsidRDefault="00AE0CFD" w:rsidP="009A0355">
      <w:pPr>
        <w:spacing w:line="360" w:lineRule="auto"/>
        <w:jc w:val="both"/>
        <w:sectPr w:rsidR="00AE0CFD" w:rsidRPr="0078531E" w:rsidSect="00A42104">
          <w:pgSz w:w="11910" w:h="16840"/>
          <w:pgMar w:top="1320" w:right="980" w:bottom="1200" w:left="1280" w:header="0" w:footer="1003" w:gutter="0"/>
          <w:cols w:space="708"/>
        </w:sectPr>
      </w:pPr>
    </w:p>
    <w:p w14:paraId="05131781" w14:textId="77777777" w:rsidR="00AE0CFD" w:rsidRPr="0078531E" w:rsidRDefault="00C3522D" w:rsidP="009A0355">
      <w:pPr>
        <w:pStyle w:val="Listaszerbekezds"/>
        <w:numPr>
          <w:ilvl w:val="1"/>
          <w:numId w:val="2"/>
        </w:numPr>
        <w:tabs>
          <w:tab w:val="left" w:pos="856"/>
        </w:tabs>
        <w:spacing w:before="71" w:line="352" w:lineRule="auto"/>
        <w:ind w:left="856" w:right="1272"/>
        <w:jc w:val="both"/>
        <w:rPr>
          <w:sz w:val="24"/>
        </w:rPr>
      </w:pPr>
      <w:r w:rsidRPr="0078531E">
        <w:rPr>
          <w:sz w:val="24"/>
        </w:rPr>
        <w:lastRenderedPageBreak/>
        <w:t>Megjelenik</w:t>
      </w:r>
      <w:r w:rsidRPr="0078531E">
        <w:rPr>
          <w:spacing w:val="-5"/>
          <w:sz w:val="24"/>
        </w:rPr>
        <w:t xml:space="preserve"> </w:t>
      </w:r>
      <w:r w:rsidRPr="0078531E">
        <w:rPr>
          <w:sz w:val="24"/>
        </w:rPr>
        <w:t>a</w:t>
      </w:r>
      <w:r w:rsidRPr="0078531E">
        <w:rPr>
          <w:spacing w:val="-5"/>
          <w:sz w:val="24"/>
        </w:rPr>
        <w:t xml:space="preserve"> </w:t>
      </w:r>
      <w:r w:rsidRPr="0078531E">
        <w:rPr>
          <w:sz w:val="24"/>
        </w:rPr>
        <w:t>szándékos</w:t>
      </w:r>
      <w:r w:rsidRPr="0078531E">
        <w:rPr>
          <w:spacing w:val="-6"/>
          <w:sz w:val="24"/>
        </w:rPr>
        <w:t xml:space="preserve"> </w:t>
      </w:r>
      <w:r w:rsidRPr="0078531E">
        <w:rPr>
          <w:sz w:val="24"/>
        </w:rPr>
        <w:t>figyelem,</w:t>
      </w:r>
      <w:r w:rsidRPr="0078531E">
        <w:rPr>
          <w:spacing w:val="-5"/>
          <w:sz w:val="24"/>
        </w:rPr>
        <w:t xml:space="preserve"> </w:t>
      </w:r>
      <w:r w:rsidRPr="0078531E">
        <w:rPr>
          <w:sz w:val="24"/>
        </w:rPr>
        <w:t>terjedelme,</w:t>
      </w:r>
      <w:r w:rsidRPr="0078531E">
        <w:rPr>
          <w:spacing w:val="-5"/>
          <w:sz w:val="24"/>
        </w:rPr>
        <w:t xml:space="preserve"> </w:t>
      </w:r>
      <w:r w:rsidRPr="0078531E">
        <w:rPr>
          <w:sz w:val="24"/>
        </w:rPr>
        <w:t>tartalma</w:t>
      </w:r>
      <w:r w:rsidRPr="0078531E">
        <w:rPr>
          <w:spacing w:val="-6"/>
          <w:sz w:val="24"/>
        </w:rPr>
        <w:t xml:space="preserve"> </w:t>
      </w:r>
      <w:r w:rsidRPr="0078531E">
        <w:rPr>
          <w:sz w:val="24"/>
        </w:rPr>
        <w:t>növekszik,</w:t>
      </w:r>
      <w:r w:rsidRPr="0078531E">
        <w:rPr>
          <w:spacing w:val="-5"/>
          <w:sz w:val="24"/>
        </w:rPr>
        <w:t xml:space="preserve"> </w:t>
      </w:r>
      <w:r w:rsidRPr="0078531E">
        <w:rPr>
          <w:sz w:val="24"/>
        </w:rPr>
        <w:t>megosztása könnyebb számára.</w:t>
      </w:r>
    </w:p>
    <w:p w14:paraId="48797386" w14:textId="77777777" w:rsidR="00AE0CFD" w:rsidRPr="0078531E" w:rsidRDefault="00C3522D" w:rsidP="009A0355">
      <w:pPr>
        <w:pStyle w:val="Listaszerbekezds"/>
        <w:numPr>
          <w:ilvl w:val="1"/>
          <w:numId w:val="2"/>
        </w:numPr>
        <w:tabs>
          <w:tab w:val="left" w:pos="916"/>
        </w:tabs>
        <w:spacing w:before="10"/>
        <w:ind w:left="916" w:hanging="420"/>
        <w:jc w:val="both"/>
      </w:pPr>
      <w:r w:rsidRPr="0078531E">
        <w:rPr>
          <w:sz w:val="24"/>
        </w:rPr>
        <w:t>Megfigyelőképessége</w:t>
      </w:r>
      <w:r w:rsidRPr="0078531E">
        <w:rPr>
          <w:spacing w:val="-6"/>
          <w:sz w:val="24"/>
        </w:rPr>
        <w:t xml:space="preserve"> </w:t>
      </w:r>
      <w:r w:rsidRPr="0078531E">
        <w:rPr>
          <w:sz w:val="24"/>
        </w:rPr>
        <w:t>pontosabb,</w:t>
      </w:r>
      <w:r w:rsidRPr="0078531E">
        <w:rPr>
          <w:spacing w:val="-2"/>
          <w:sz w:val="24"/>
        </w:rPr>
        <w:t xml:space="preserve"> részletesebb.</w:t>
      </w:r>
    </w:p>
    <w:p w14:paraId="7651B657" w14:textId="77777777" w:rsidR="00AE0CFD" w:rsidRPr="0078531E" w:rsidRDefault="00C3522D" w:rsidP="009A0355">
      <w:pPr>
        <w:pStyle w:val="Listaszerbekezds"/>
        <w:numPr>
          <w:ilvl w:val="1"/>
          <w:numId w:val="2"/>
        </w:numPr>
        <w:tabs>
          <w:tab w:val="left" w:pos="856"/>
          <w:tab w:val="left" w:pos="916"/>
        </w:tabs>
        <w:spacing w:before="137" w:line="360" w:lineRule="auto"/>
        <w:ind w:left="856" w:right="1187"/>
        <w:jc w:val="both"/>
      </w:pPr>
      <w:r w:rsidRPr="0078531E">
        <w:tab/>
      </w:r>
      <w:r w:rsidRPr="0078531E">
        <w:rPr>
          <w:sz w:val="24"/>
        </w:rPr>
        <w:t>Közvetlen,</w:t>
      </w:r>
      <w:r w:rsidRPr="0078531E">
        <w:rPr>
          <w:spacing w:val="-6"/>
          <w:sz w:val="24"/>
        </w:rPr>
        <w:t xml:space="preserve"> </w:t>
      </w:r>
      <w:r w:rsidRPr="0078531E">
        <w:rPr>
          <w:sz w:val="24"/>
        </w:rPr>
        <w:t>természeti</w:t>
      </w:r>
      <w:r w:rsidRPr="0078531E">
        <w:rPr>
          <w:spacing w:val="-6"/>
          <w:sz w:val="24"/>
        </w:rPr>
        <w:t xml:space="preserve"> </w:t>
      </w:r>
      <w:r w:rsidRPr="0078531E">
        <w:rPr>
          <w:sz w:val="24"/>
        </w:rPr>
        <w:t>és</w:t>
      </w:r>
      <w:r w:rsidRPr="0078531E">
        <w:rPr>
          <w:spacing w:val="-7"/>
          <w:sz w:val="24"/>
        </w:rPr>
        <w:t xml:space="preserve"> </w:t>
      </w:r>
      <w:r w:rsidRPr="0078531E">
        <w:rPr>
          <w:sz w:val="24"/>
        </w:rPr>
        <w:t>társadalmi</w:t>
      </w:r>
      <w:r w:rsidRPr="0078531E">
        <w:rPr>
          <w:spacing w:val="-6"/>
          <w:sz w:val="24"/>
        </w:rPr>
        <w:t xml:space="preserve"> </w:t>
      </w:r>
      <w:r w:rsidRPr="0078531E">
        <w:rPr>
          <w:sz w:val="24"/>
        </w:rPr>
        <w:t>környezetéről</w:t>
      </w:r>
      <w:r w:rsidRPr="0078531E">
        <w:rPr>
          <w:spacing w:val="-6"/>
          <w:sz w:val="24"/>
        </w:rPr>
        <w:t xml:space="preserve"> </w:t>
      </w:r>
      <w:r w:rsidRPr="0078531E">
        <w:rPr>
          <w:sz w:val="24"/>
        </w:rPr>
        <w:t>az</w:t>
      </w:r>
      <w:r w:rsidRPr="0078531E">
        <w:rPr>
          <w:spacing w:val="-5"/>
          <w:sz w:val="24"/>
        </w:rPr>
        <w:t xml:space="preserve"> </w:t>
      </w:r>
      <w:r w:rsidRPr="0078531E">
        <w:rPr>
          <w:sz w:val="24"/>
        </w:rPr>
        <w:t>alapvető</w:t>
      </w:r>
      <w:r w:rsidRPr="0078531E">
        <w:rPr>
          <w:spacing w:val="-6"/>
          <w:sz w:val="24"/>
        </w:rPr>
        <w:t xml:space="preserve"> </w:t>
      </w:r>
      <w:r w:rsidRPr="0078531E">
        <w:rPr>
          <w:sz w:val="24"/>
        </w:rPr>
        <w:t xml:space="preserve">tapasztalatokkal </w:t>
      </w:r>
      <w:r w:rsidRPr="0078531E">
        <w:rPr>
          <w:spacing w:val="-2"/>
          <w:sz w:val="24"/>
        </w:rPr>
        <w:t>rendelkezik.</w:t>
      </w:r>
    </w:p>
    <w:p w14:paraId="37CD1F91" w14:textId="77777777" w:rsidR="00AE0CFD" w:rsidRPr="0078531E" w:rsidRDefault="00C3522D" w:rsidP="009A0355">
      <w:pPr>
        <w:pStyle w:val="Listaszerbekezds"/>
        <w:tabs>
          <w:tab w:val="left" w:pos="856"/>
        </w:tabs>
        <w:spacing w:line="294" w:lineRule="exact"/>
        <w:ind w:firstLine="0"/>
        <w:jc w:val="both"/>
        <w:rPr>
          <w:i/>
          <w:iCs/>
          <w:sz w:val="24"/>
        </w:rPr>
      </w:pPr>
      <w:r w:rsidRPr="0078531E">
        <w:rPr>
          <w:i/>
          <w:iCs/>
          <w:sz w:val="24"/>
        </w:rPr>
        <w:t>A</w:t>
      </w:r>
      <w:r w:rsidRPr="0078531E">
        <w:rPr>
          <w:i/>
          <w:iCs/>
          <w:spacing w:val="-4"/>
          <w:sz w:val="24"/>
        </w:rPr>
        <w:t xml:space="preserve"> </w:t>
      </w:r>
      <w:r w:rsidRPr="0078531E">
        <w:rPr>
          <w:i/>
          <w:iCs/>
          <w:sz w:val="24"/>
        </w:rPr>
        <w:t>sajátos</w:t>
      </w:r>
      <w:r w:rsidRPr="0078531E">
        <w:rPr>
          <w:i/>
          <w:iCs/>
          <w:spacing w:val="-4"/>
          <w:sz w:val="24"/>
        </w:rPr>
        <w:t xml:space="preserve"> </w:t>
      </w:r>
      <w:r w:rsidRPr="0078531E">
        <w:rPr>
          <w:i/>
          <w:iCs/>
          <w:sz w:val="24"/>
        </w:rPr>
        <w:t>nevelési</w:t>
      </w:r>
      <w:r w:rsidRPr="0078531E">
        <w:rPr>
          <w:i/>
          <w:iCs/>
          <w:spacing w:val="-3"/>
          <w:sz w:val="24"/>
        </w:rPr>
        <w:t xml:space="preserve"> </w:t>
      </w:r>
      <w:r w:rsidRPr="0078531E">
        <w:rPr>
          <w:i/>
          <w:iCs/>
          <w:sz w:val="24"/>
        </w:rPr>
        <w:t>igényű</w:t>
      </w:r>
      <w:r w:rsidRPr="0078531E">
        <w:rPr>
          <w:i/>
          <w:iCs/>
          <w:spacing w:val="-1"/>
          <w:sz w:val="24"/>
        </w:rPr>
        <w:t xml:space="preserve"> </w:t>
      </w:r>
      <w:r w:rsidRPr="0078531E">
        <w:rPr>
          <w:i/>
          <w:iCs/>
          <w:sz w:val="24"/>
        </w:rPr>
        <w:t>gyermek</w:t>
      </w:r>
      <w:r w:rsidRPr="0078531E">
        <w:rPr>
          <w:i/>
          <w:iCs/>
          <w:spacing w:val="-3"/>
          <w:sz w:val="24"/>
        </w:rPr>
        <w:t xml:space="preserve"> </w:t>
      </w:r>
      <w:r w:rsidRPr="0078531E">
        <w:rPr>
          <w:i/>
          <w:iCs/>
          <w:spacing w:val="-2"/>
          <w:sz w:val="24"/>
        </w:rPr>
        <w:t>esetében</w:t>
      </w:r>
    </w:p>
    <w:p w14:paraId="5340D02C" w14:textId="77777777" w:rsidR="00AE0CFD" w:rsidRPr="0078531E" w:rsidRDefault="00C3522D" w:rsidP="009A0355">
      <w:pPr>
        <w:pStyle w:val="Listaszerbekezds"/>
        <w:numPr>
          <w:ilvl w:val="1"/>
          <w:numId w:val="2"/>
        </w:numPr>
        <w:tabs>
          <w:tab w:val="left" w:pos="856"/>
          <w:tab w:val="left" w:pos="916"/>
        </w:tabs>
        <w:spacing w:before="139" w:line="360" w:lineRule="auto"/>
        <w:ind w:left="856" w:right="817"/>
        <w:jc w:val="both"/>
      </w:pPr>
      <w:r w:rsidRPr="0078531E">
        <w:tab/>
      </w:r>
      <w:r w:rsidRPr="0078531E">
        <w:rPr>
          <w:sz w:val="24"/>
        </w:rPr>
        <w:t>Folyamatos,</w:t>
      </w:r>
      <w:r w:rsidRPr="0078531E">
        <w:rPr>
          <w:spacing w:val="-6"/>
          <w:sz w:val="24"/>
        </w:rPr>
        <w:t xml:space="preserve"> </w:t>
      </w:r>
      <w:r w:rsidRPr="0078531E">
        <w:rPr>
          <w:sz w:val="24"/>
        </w:rPr>
        <w:t>speciális</w:t>
      </w:r>
      <w:r w:rsidRPr="0078531E">
        <w:rPr>
          <w:spacing w:val="-7"/>
          <w:sz w:val="24"/>
        </w:rPr>
        <w:t xml:space="preserve"> </w:t>
      </w:r>
      <w:r w:rsidRPr="0078531E">
        <w:rPr>
          <w:sz w:val="24"/>
        </w:rPr>
        <w:t>szakemberek</w:t>
      </w:r>
      <w:r w:rsidRPr="0078531E">
        <w:rPr>
          <w:spacing w:val="-6"/>
          <w:sz w:val="24"/>
        </w:rPr>
        <w:t xml:space="preserve"> </w:t>
      </w:r>
      <w:r w:rsidRPr="0078531E">
        <w:rPr>
          <w:sz w:val="24"/>
        </w:rPr>
        <w:t>segítségével</w:t>
      </w:r>
      <w:r w:rsidRPr="0078531E">
        <w:rPr>
          <w:spacing w:val="-6"/>
          <w:sz w:val="24"/>
        </w:rPr>
        <w:t xml:space="preserve"> </w:t>
      </w:r>
      <w:r w:rsidRPr="0078531E">
        <w:rPr>
          <w:sz w:val="24"/>
        </w:rPr>
        <w:t>végzett</w:t>
      </w:r>
      <w:r w:rsidRPr="0078531E">
        <w:rPr>
          <w:spacing w:val="-6"/>
          <w:sz w:val="24"/>
        </w:rPr>
        <w:t xml:space="preserve"> </w:t>
      </w:r>
      <w:r w:rsidRPr="0078531E">
        <w:rPr>
          <w:sz w:val="24"/>
        </w:rPr>
        <w:t>pedagógiai</w:t>
      </w:r>
      <w:r w:rsidRPr="0078531E">
        <w:rPr>
          <w:spacing w:val="-6"/>
          <w:sz w:val="24"/>
        </w:rPr>
        <w:t xml:space="preserve"> </w:t>
      </w:r>
      <w:r w:rsidRPr="0078531E">
        <w:rPr>
          <w:sz w:val="24"/>
        </w:rPr>
        <w:t>munka</w:t>
      </w:r>
      <w:r w:rsidRPr="0078531E">
        <w:rPr>
          <w:spacing w:val="-6"/>
          <w:sz w:val="24"/>
        </w:rPr>
        <w:t xml:space="preserve"> </w:t>
      </w:r>
      <w:r w:rsidRPr="0078531E">
        <w:rPr>
          <w:sz w:val="24"/>
        </w:rPr>
        <w:t>mellett érhető csak el az iskolakezdéshez szükséges fejlettségi szint.</w:t>
      </w:r>
    </w:p>
    <w:p w14:paraId="787F014C" w14:textId="77777777" w:rsidR="00AE0CFD" w:rsidRPr="0078531E" w:rsidRDefault="00C3522D" w:rsidP="009A0355">
      <w:pPr>
        <w:pStyle w:val="Listaszerbekezds"/>
        <w:numPr>
          <w:ilvl w:val="1"/>
          <w:numId w:val="2"/>
        </w:numPr>
        <w:tabs>
          <w:tab w:val="left" w:pos="856"/>
        </w:tabs>
        <w:spacing w:line="294" w:lineRule="exact"/>
        <w:ind w:left="856"/>
        <w:jc w:val="both"/>
        <w:rPr>
          <w:sz w:val="24"/>
        </w:rPr>
      </w:pPr>
      <w:r w:rsidRPr="0078531E">
        <w:rPr>
          <w:sz w:val="24"/>
        </w:rPr>
        <w:t>A</w:t>
      </w:r>
      <w:r w:rsidRPr="0078531E">
        <w:rPr>
          <w:spacing w:val="-3"/>
          <w:sz w:val="24"/>
        </w:rPr>
        <w:t xml:space="preserve"> </w:t>
      </w:r>
      <w:r w:rsidRPr="0078531E">
        <w:rPr>
          <w:sz w:val="24"/>
        </w:rPr>
        <w:t>kiemelt</w:t>
      </w:r>
      <w:r w:rsidRPr="0078531E">
        <w:rPr>
          <w:spacing w:val="-2"/>
          <w:sz w:val="24"/>
        </w:rPr>
        <w:t xml:space="preserve"> </w:t>
      </w:r>
      <w:r w:rsidRPr="0078531E">
        <w:rPr>
          <w:sz w:val="24"/>
        </w:rPr>
        <w:t>figyelmet</w:t>
      </w:r>
      <w:r w:rsidRPr="0078531E">
        <w:rPr>
          <w:spacing w:val="-1"/>
          <w:sz w:val="24"/>
        </w:rPr>
        <w:t xml:space="preserve"> </w:t>
      </w:r>
      <w:r w:rsidRPr="0078531E">
        <w:rPr>
          <w:sz w:val="24"/>
        </w:rPr>
        <w:t>igénylő gyermek</w:t>
      </w:r>
      <w:r w:rsidRPr="0078531E">
        <w:rPr>
          <w:spacing w:val="-2"/>
          <w:sz w:val="24"/>
        </w:rPr>
        <w:t xml:space="preserve"> </w:t>
      </w:r>
      <w:r w:rsidRPr="0078531E">
        <w:rPr>
          <w:sz w:val="24"/>
        </w:rPr>
        <w:t>nevelése</w:t>
      </w:r>
      <w:r w:rsidRPr="0078531E">
        <w:rPr>
          <w:spacing w:val="-2"/>
          <w:sz w:val="24"/>
        </w:rPr>
        <w:t xml:space="preserve"> esetén</w:t>
      </w:r>
    </w:p>
    <w:p w14:paraId="3B61AE3B" w14:textId="77777777" w:rsidR="00AE0CFD" w:rsidRPr="0078531E" w:rsidRDefault="00C3522D" w:rsidP="009A0355">
      <w:pPr>
        <w:pStyle w:val="Listaszerbekezds"/>
        <w:numPr>
          <w:ilvl w:val="1"/>
          <w:numId w:val="2"/>
        </w:numPr>
        <w:tabs>
          <w:tab w:val="left" w:pos="856"/>
          <w:tab w:val="left" w:pos="916"/>
        </w:tabs>
        <w:spacing w:before="136" w:line="362" w:lineRule="auto"/>
        <w:ind w:left="856" w:right="1059"/>
        <w:jc w:val="both"/>
      </w:pPr>
      <w:r w:rsidRPr="0078531E">
        <w:tab/>
      </w:r>
      <w:r w:rsidRPr="0078531E">
        <w:rPr>
          <w:sz w:val="24"/>
        </w:rPr>
        <w:t>Az</w:t>
      </w:r>
      <w:r w:rsidRPr="0078531E">
        <w:rPr>
          <w:spacing w:val="-4"/>
          <w:sz w:val="24"/>
        </w:rPr>
        <w:t xml:space="preserve"> </w:t>
      </w:r>
      <w:r w:rsidRPr="0078531E">
        <w:rPr>
          <w:sz w:val="24"/>
        </w:rPr>
        <w:t>iskolaérettségi</w:t>
      </w:r>
      <w:r w:rsidRPr="0078531E">
        <w:rPr>
          <w:spacing w:val="-4"/>
          <w:sz w:val="24"/>
        </w:rPr>
        <w:t xml:space="preserve"> </w:t>
      </w:r>
      <w:r w:rsidRPr="0078531E">
        <w:rPr>
          <w:sz w:val="24"/>
        </w:rPr>
        <w:t>kritériumai</w:t>
      </w:r>
      <w:r w:rsidRPr="0078531E">
        <w:rPr>
          <w:spacing w:val="-4"/>
          <w:sz w:val="24"/>
        </w:rPr>
        <w:t xml:space="preserve"> </w:t>
      </w:r>
      <w:r w:rsidRPr="0078531E">
        <w:rPr>
          <w:sz w:val="24"/>
        </w:rPr>
        <w:t>tükröznie</w:t>
      </w:r>
      <w:r w:rsidRPr="0078531E">
        <w:rPr>
          <w:spacing w:val="-4"/>
          <w:sz w:val="24"/>
        </w:rPr>
        <w:t xml:space="preserve"> </w:t>
      </w:r>
      <w:r w:rsidRPr="0078531E">
        <w:rPr>
          <w:sz w:val="24"/>
        </w:rPr>
        <w:t>kell</w:t>
      </w:r>
      <w:r w:rsidRPr="0078531E">
        <w:rPr>
          <w:spacing w:val="-4"/>
          <w:sz w:val="24"/>
        </w:rPr>
        <w:t xml:space="preserve"> </w:t>
      </w:r>
      <w:r w:rsidRPr="0078531E">
        <w:rPr>
          <w:sz w:val="24"/>
        </w:rPr>
        <w:t>a</w:t>
      </w:r>
      <w:r w:rsidRPr="0078531E">
        <w:rPr>
          <w:spacing w:val="-5"/>
          <w:sz w:val="24"/>
        </w:rPr>
        <w:t xml:space="preserve"> </w:t>
      </w:r>
      <w:r w:rsidRPr="0078531E">
        <w:rPr>
          <w:sz w:val="24"/>
        </w:rPr>
        <w:t>befogadó</w:t>
      </w:r>
      <w:r w:rsidRPr="0078531E">
        <w:rPr>
          <w:spacing w:val="-4"/>
          <w:sz w:val="24"/>
        </w:rPr>
        <w:t xml:space="preserve"> </w:t>
      </w:r>
      <w:r w:rsidRPr="0078531E">
        <w:rPr>
          <w:sz w:val="24"/>
        </w:rPr>
        <w:t>intézmény</w:t>
      </w:r>
      <w:r w:rsidRPr="0078531E">
        <w:rPr>
          <w:spacing w:val="-9"/>
          <w:sz w:val="24"/>
        </w:rPr>
        <w:t xml:space="preserve"> </w:t>
      </w:r>
      <w:r w:rsidRPr="0078531E">
        <w:rPr>
          <w:sz w:val="24"/>
        </w:rPr>
        <w:t>elvárásait</w:t>
      </w:r>
      <w:r w:rsidRPr="0078531E">
        <w:rPr>
          <w:spacing w:val="-4"/>
          <w:sz w:val="24"/>
        </w:rPr>
        <w:t xml:space="preserve"> </w:t>
      </w:r>
      <w:r w:rsidRPr="0078531E">
        <w:rPr>
          <w:sz w:val="24"/>
        </w:rPr>
        <w:t>az iskolába kerülő gyermekkel szemben.</w:t>
      </w:r>
    </w:p>
    <w:p w14:paraId="2D65DD62" w14:textId="77777777" w:rsidR="00AE0CFD" w:rsidRPr="0078531E" w:rsidRDefault="00C3522D" w:rsidP="009A0355">
      <w:pPr>
        <w:pStyle w:val="Cmsor4"/>
        <w:tabs>
          <w:tab w:val="left" w:pos="856"/>
        </w:tabs>
        <w:spacing w:line="294" w:lineRule="exact"/>
        <w:ind w:left="856"/>
        <w:jc w:val="both"/>
        <w:rPr>
          <w:b w:val="0"/>
        </w:rPr>
      </w:pPr>
      <w:r w:rsidRPr="0078531E">
        <w:t>3.</w:t>
      </w:r>
      <w:r w:rsidRPr="0078531E">
        <w:rPr>
          <w:spacing w:val="-5"/>
        </w:rPr>
        <w:t xml:space="preserve"> </w:t>
      </w:r>
      <w:r w:rsidRPr="0078531E">
        <w:t>Kimeneti</w:t>
      </w:r>
      <w:r w:rsidRPr="0078531E">
        <w:rPr>
          <w:spacing w:val="-3"/>
        </w:rPr>
        <w:t xml:space="preserve"> </w:t>
      </w:r>
      <w:r w:rsidRPr="0078531E">
        <w:t>fejlődési</w:t>
      </w:r>
      <w:r w:rsidRPr="0078531E">
        <w:rPr>
          <w:spacing w:val="-3"/>
        </w:rPr>
        <w:t xml:space="preserve"> </w:t>
      </w:r>
      <w:r w:rsidRPr="0078531E">
        <w:t>jellemzők</w:t>
      </w:r>
      <w:r w:rsidRPr="0078531E">
        <w:rPr>
          <w:spacing w:val="-3"/>
        </w:rPr>
        <w:t xml:space="preserve"> </w:t>
      </w:r>
      <w:r w:rsidRPr="0078531E">
        <w:t>(készségek,</w:t>
      </w:r>
      <w:r w:rsidRPr="0078531E">
        <w:rPr>
          <w:spacing w:val="-3"/>
        </w:rPr>
        <w:t xml:space="preserve"> </w:t>
      </w:r>
      <w:r w:rsidRPr="0078531E">
        <w:t>képességek</w:t>
      </w:r>
      <w:r w:rsidRPr="0078531E">
        <w:rPr>
          <w:spacing w:val="-3"/>
        </w:rPr>
        <w:t xml:space="preserve"> </w:t>
      </w:r>
      <w:r w:rsidRPr="0078531E">
        <w:t>optimum</w:t>
      </w:r>
      <w:r w:rsidRPr="0078531E">
        <w:rPr>
          <w:spacing w:val="-1"/>
        </w:rPr>
        <w:t xml:space="preserve"> </w:t>
      </w:r>
      <w:r w:rsidRPr="0078531E">
        <w:rPr>
          <w:spacing w:val="-2"/>
        </w:rPr>
        <w:t>szintje)</w:t>
      </w:r>
    </w:p>
    <w:p w14:paraId="37EACB2C" w14:textId="77777777" w:rsidR="00AE0CFD" w:rsidRPr="0078531E" w:rsidRDefault="00C3522D" w:rsidP="009A0355">
      <w:pPr>
        <w:pStyle w:val="Cmsor5"/>
        <w:numPr>
          <w:ilvl w:val="2"/>
          <w:numId w:val="2"/>
        </w:numPr>
        <w:tabs>
          <w:tab w:val="left" w:pos="1575"/>
        </w:tabs>
        <w:spacing w:before="138"/>
        <w:ind w:left="1575" w:hanging="359"/>
        <w:jc w:val="both"/>
      </w:pPr>
      <w:r w:rsidRPr="0078531E">
        <w:t xml:space="preserve">Személyi </w:t>
      </w:r>
      <w:r w:rsidRPr="0078531E">
        <w:rPr>
          <w:spacing w:val="-2"/>
        </w:rPr>
        <w:t>higiéné</w:t>
      </w:r>
    </w:p>
    <w:p w14:paraId="45813744" w14:textId="77777777" w:rsidR="00AE0CFD" w:rsidRPr="0078531E" w:rsidRDefault="00C3522D" w:rsidP="009A0355">
      <w:pPr>
        <w:pStyle w:val="Listaszerbekezds"/>
        <w:tabs>
          <w:tab w:val="left" w:pos="856"/>
        </w:tabs>
        <w:spacing w:before="111"/>
        <w:ind w:firstLine="0"/>
        <w:jc w:val="both"/>
        <w:rPr>
          <w:sz w:val="24"/>
        </w:rPr>
      </w:pPr>
      <w:r w:rsidRPr="0078531E">
        <w:rPr>
          <w:i/>
          <w:spacing w:val="-2"/>
          <w:sz w:val="24"/>
        </w:rPr>
        <w:t>Öltözködés</w:t>
      </w:r>
    </w:p>
    <w:p w14:paraId="09321535"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Önállóan</w:t>
      </w:r>
      <w:r w:rsidRPr="0078531E">
        <w:rPr>
          <w:spacing w:val="-1"/>
          <w:sz w:val="24"/>
        </w:rPr>
        <w:t xml:space="preserve"> </w:t>
      </w:r>
      <w:r w:rsidRPr="0078531E">
        <w:rPr>
          <w:sz w:val="24"/>
        </w:rPr>
        <w:t>öltözik,</w:t>
      </w:r>
      <w:r w:rsidRPr="0078531E">
        <w:rPr>
          <w:spacing w:val="-1"/>
          <w:sz w:val="24"/>
        </w:rPr>
        <w:t xml:space="preserve"> </w:t>
      </w:r>
      <w:r w:rsidRPr="0078531E">
        <w:rPr>
          <w:spacing w:val="-2"/>
          <w:sz w:val="24"/>
        </w:rPr>
        <w:t>vetkőzik.</w:t>
      </w:r>
    </w:p>
    <w:p w14:paraId="61643C23"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 xml:space="preserve">Tud </w:t>
      </w:r>
      <w:r w:rsidRPr="0078531E">
        <w:rPr>
          <w:spacing w:val="-2"/>
          <w:sz w:val="24"/>
        </w:rPr>
        <w:t>kötni.</w:t>
      </w:r>
    </w:p>
    <w:p w14:paraId="5D63F928"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 xml:space="preserve">Tud </w:t>
      </w:r>
      <w:r w:rsidRPr="0078531E">
        <w:rPr>
          <w:spacing w:val="-2"/>
          <w:sz w:val="24"/>
        </w:rPr>
        <w:t>gombolni.</w:t>
      </w:r>
    </w:p>
    <w:p w14:paraId="5F5A69B1"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Tud</w:t>
      </w:r>
      <w:r w:rsidRPr="0078531E">
        <w:rPr>
          <w:spacing w:val="-2"/>
          <w:sz w:val="24"/>
        </w:rPr>
        <w:t xml:space="preserve"> fűzni.</w:t>
      </w:r>
    </w:p>
    <w:p w14:paraId="2A95964D"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Ruháit</w:t>
      </w:r>
      <w:r w:rsidRPr="0078531E">
        <w:rPr>
          <w:spacing w:val="-2"/>
          <w:sz w:val="24"/>
        </w:rPr>
        <w:t xml:space="preserve"> </w:t>
      </w:r>
      <w:r w:rsidRPr="0078531E">
        <w:rPr>
          <w:sz w:val="24"/>
        </w:rPr>
        <w:t>össze</w:t>
      </w:r>
      <w:r w:rsidRPr="0078531E">
        <w:rPr>
          <w:spacing w:val="-2"/>
          <w:sz w:val="24"/>
        </w:rPr>
        <w:t xml:space="preserve"> </w:t>
      </w:r>
      <w:r w:rsidRPr="0078531E">
        <w:rPr>
          <w:sz w:val="24"/>
        </w:rPr>
        <w:t>tudja</w:t>
      </w:r>
      <w:r w:rsidRPr="0078531E">
        <w:rPr>
          <w:spacing w:val="-2"/>
          <w:sz w:val="24"/>
        </w:rPr>
        <w:t xml:space="preserve"> </w:t>
      </w:r>
      <w:r w:rsidRPr="0078531E">
        <w:rPr>
          <w:sz w:val="24"/>
        </w:rPr>
        <w:t>hajtogatni,</w:t>
      </w:r>
      <w:r w:rsidRPr="0078531E">
        <w:rPr>
          <w:spacing w:val="-1"/>
          <w:sz w:val="24"/>
        </w:rPr>
        <w:t xml:space="preserve"> </w:t>
      </w:r>
      <w:r w:rsidRPr="0078531E">
        <w:rPr>
          <w:sz w:val="24"/>
        </w:rPr>
        <w:t>és</w:t>
      </w:r>
      <w:r w:rsidRPr="0078531E">
        <w:rPr>
          <w:spacing w:val="-2"/>
          <w:sz w:val="24"/>
        </w:rPr>
        <w:t xml:space="preserve"> </w:t>
      </w:r>
      <w:r w:rsidRPr="0078531E">
        <w:rPr>
          <w:sz w:val="24"/>
        </w:rPr>
        <w:t>a</w:t>
      </w:r>
      <w:r w:rsidRPr="0078531E">
        <w:rPr>
          <w:spacing w:val="-2"/>
          <w:sz w:val="24"/>
        </w:rPr>
        <w:t xml:space="preserve"> </w:t>
      </w:r>
      <w:r w:rsidRPr="0078531E">
        <w:rPr>
          <w:sz w:val="24"/>
        </w:rPr>
        <w:t>kijelölt</w:t>
      </w:r>
      <w:r w:rsidRPr="0078531E">
        <w:rPr>
          <w:spacing w:val="-1"/>
          <w:sz w:val="24"/>
        </w:rPr>
        <w:t xml:space="preserve"> </w:t>
      </w:r>
      <w:r w:rsidRPr="0078531E">
        <w:rPr>
          <w:sz w:val="24"/>
        </w:rPr>
        <w:t>helyre</w:t>
      </w:r>
      <w:r w:rsidRPr="0078531E">
        <w:rPr>
          <w:spacing w:val="-2"/>
          <w:sz w:val="24"/>
        </w:rPr>
        <w:t xml:space="preserve"> tenni.</w:t>
      </w:r>
    </w:p>
    <w:p w14:paraId="47B3CA22"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Ügyel</w:t>
      </w:r>
      <w:r w:rsidRPr="0078531E">
        <w:rPr>
          <w:spacing w:val="-2"/>
          <w:sz w:val="24"/>
        </w:rPr>
        <w:t xml:space="preserve"> </w:t>
      </w:r>
      <w:r w:rsidRPr="0078531E">
        <w:rPr>
          <w:sz w:val="24"/>
        </w:rPr>
        <w:t>ruhája</w:t>
      </w:r>
      <w:r w:rsidRPr="0078531E">
        <w:rPr>
          <w:spacing w:val="-2"/>
          <w:sz w:val="24"/>
        </w:rPr>
        <w:t xml:space="preserve"> rendezettségére.</w:t>
      </w:r>
    </w:p>
    <w:p w14:paraId="575E631A" w14:textId="77777777" w:rsidR="00AE0CFD" w:rsidRPr="0078531E" w:rsidRDefault="00C3522D" w:rsidP="009A0355">
      <w:pPr>
        <w:pStyle w:val="Listaszerbekezds"/>
        <w:tabs>
          <w:tab w:val="left" w:pos="856"/>
        </w:tabs>
        <w:spacing w:before="138"/>
        <w:ind w:firstLine="0"/>
        <w:jc w:val="both"/>
        <w:rPr>
          <w:sz w:val="24"/>
        </w:rPr>
      </w:pPr>
      <w:r w:rsidRPr="0078531E">
        <w:rPr>
          <w:i/>
          <w:spacing w:val="-2"/>
          <w:sz w:val="24"/>
        </w:rPr>
        <w:t>Testápolás</w:t>
      </w:r>
    </w:p>
    <w:p w14:paraId="5B0CB3BC"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Kezet,</w:t>
      </w:r>
      <w:r w:rsidRPr="0078531E">
        <w:rPr>
          <w:spacing w:val="-2"/>
          <w:sz w:val="24"/>
        </w:rPr>
        <w:t xml:space="preserve"> </w:t>
      </w:r>
      <w:r w:rsidRPr="0078531E">
        <w:rPr>
          <w:sz w:val="24"/>
        </w:rPr>
        <w:t>arcot</w:t>
      </w:r>
      <w:r w:rsidRPr="0078531E">
        <w:rPr>
          <w:spacing w:val="-2"/>
          <w:sz w:val="24"/>
        </w:rPr>
        <w:t xml:space="preserve"> </w:t>
      </w:r>
      <w:r w:rsidRPr="0078531E">
        <w:rPr>
          <w:sz w:val="24"/>
        </w:rPr>
        <w:t>tud</w:t>
      </w:r>
      <w:r w:rsidRPr="0078531E">
        <w:rPr>
          <w:spacing w:val="-2"/>
          <w:sz w:val="24"/>
        </w:rPr>
        <w:t xml:space="preserve"> </w:t>
      </w:r>
      <w:r w:rsidRPr="0078531E">
        <w:rPr>
          <w:sz w:val="24"/>
        </w:rPr>
        <w:t>mosni,</w:t>
      </w:r>
      <w:r w:rsidRPr="0078531E">
        <w:rPr>
          <w:spacing w:val="-1"/>
          <w:sz w:val="24"/>
        </w:rPr>
        <w:t xml:space="preserve"> </w:t>
      </w:r>
      <w:r w:rsidRPr="0078531E">
        <w:rPr>
          <w:spacing w:val="-2"/>
          <w:sz w:val="24"/>
        </w:rPr>
        <w:t>törölközik.</w:t>
      </w:r>
    </w:p>
    <w:p w14:paraId="11582497" w14:textId="77777777" w:rsidR="00AE0CFD" w:rsidRPr="0078531E" w:rsidRDefault="00C3522D" w:rsidP="009A0355">
      <w:pPr>
        <w:pStyle w:val="Listaszerbekezds"/>
        <w:numPr>
          <w:ilvl w:val="1"/>
          <w:numId w:val="2"/>
        </w:numPr>
        <w:tabs>
          <w:tab w:val="left" w:pos="856"/>
        </w:tabs>
        <w:spacing w:before="135"/>
        <w:ind w:left="856"/>
        <w:jc w:val="both"/>
        <w:rPr>
          <w:sz w:val="24"/>
        </w:rPr>
      </w:pPr>
      <w:r w:rsidRPr="0078531E">
        <w:rPr>
          <w:sz w:val="24"/>
        </w:rPr>
        <w:t>Helyesen</w:t>
      </w:r>
      <w:r w:rsidRPr="0078531E">
        <w:rPr>
          <w:spacing w:val="-2"/>
          <w:sz w:val="24"/>
        </w:rPr>
        <w:t xml:space="preserve"> </w:t>
      </w:r>
      <w:r w:rsidRPr="0078531E">
        <w:rPr>
          <w:sz w:val="24"/>
        </w:rPr>
        <w:t>tud</w:t>
      </w:r>
      <w:r w:rsidRPr="0078531E">
        <w:rPr>
          <w:spacing w:val="-2"/>
          <w:sz w:val="24"/>
        </w:rPr>
        <w:t xml:space="preserve"> </w:t>
      </w:r>
      <w:r w:rsidRPr="0078531E">
        <w:rPr>
          <w:sz w:val="24"/>
        </w:rPr>
        <w:t xml:space="preserve">fogat </w:t>
      </w:r>
      <w:r w:rsidRPr="0078531E">
        <w:rPr>
          <w:spacing w:val="-2"/>
          <w:sz w:val="24"/>
        </w:rPr>
        <w:t>mosni.</w:t>
      </w:r>
    </w:p>
    <w:p w14:paraId="7D8080E7"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Fogmosás</w:t>
      </w:r>
      <w:r w:rsidRPr="0078531E">
        <w:rPr>
          <w:spacing w:val="-5"/>
          <w:sz w:val="24"/>
        </w:rPr>
        <w:t xml:space="preserve"> </w:t>
      </w:r>
      <w:r w:rsidRPr="0078531E">
        <w:rPr>
          <w:sz w:val="24"/>
        </w:rPr>
        <w:t>eszközeit</w:t>
      </w:r>
      <w:r w:rsidRPr="0078531E">
        <w:rPr>
          <w:spacing w:val="-4"/>
          <w:sz w:val="24"/>
        </w:rPr>
        <w:t xml:space="preserve"> </w:t>
      </w:r>
      <w:r w:rsidRPr="0078531E">
        <w:rPr>
          <w:sz w:val="24"/>
        </w:rPr>
        <w:t>tisztán</w:t>
      </w:r>
      <w:r w:rsidRPr="0078531E">
        <w:rPr>
          <w:spacing w:val="-3"/>
          <w:sz w:val="24"/>
        </w:rPr>
        <w:t xml:space="preserve"> </w:t>
      </w:r>
      <w:r w:rsidRPr="0078531E">
        <w:rPr>
          <w:spacing w:val="-2"/>
          <w:sz w:val="24"/>
        </w:rPr>
        <w:t>tartja</w:t>
      </w:r>
    </w:p>
    <w:p w14:paraId="45DE2C22" w14:textId="77777777" w:rsidR="00AE0CFD" w:rsidRPr="0078531E" w:rsidRDefault="00C3522D" w:rsidP="009A0355">
      <w:pPr>
        <w:pStyle w:val="Listaszerbekezds"/>
        <w:numPr>
          <w:ilvl w:val="1"/>
          <w:numId w:val="2"/>
        </w:numPr>
        <w:tabs>
          <w:tab w:val="left" w:pos="856"/>
        </w:tabs>
        <w:spacing w:before="138" w:line="350" w:lineRule="auto"/>
        <w:ind w:left="856" w:right="969"/>
        <w:jc w:val="both"/>
        <w:rPr>
          <w:sz w:val="24"/>
        </w:rPr>
      </w:pPr>
      <w:r w:rsidRPr="0078531E">
        <w:rPr>
          <w:sz w:val="24"/>
        </w:rPr>
        <w:t>Önállóan</w:t>
      </w:r>
      <w:r w:rsidRPr="0078531E">
        <w:rPr>
          <w:spacing w:val="-3"/>
          <w:sz w:val="24"/>
        </w:rPr>
        <w:t xml:space="preserve"> </w:t>
      </w:r>
      <w:r w:rsidRPr="0078531E">
        <w:rPr>
          <w:sz w:val="24"/>
        </w:rPr>
        <w:t>használja</w:t>
      </w:r>
      <w:r w:rsidRPr="0078531E">
        <w:rPr>
          <w:spacing w:val="-4"/>
          <w:sz w:val="24"/>
        </w:rPr>
        <w:t xml:space="preserve"> </w:t>
      </w:r>
      <w:r w:rsidRPr="0078531E">
        <w:rPr>
          <w:sz w:val="24"/>
        </w:rPr>
        <w:t>a</w:t>
      </w:r>
      <w:r w:rsidRPr="0078531E">
        <w:rPr>
          <w:spacing w:val="-4"/>
          <w:sz w:val="24"/>
        </w:rPr>
        <w:t xml:space="preserve"> </w:t>
      </w:r>
      <w:r w:rsidRPr="0078531E">
        <w:rPr>
          <w:sz w:val="24"/>
        </w:rPr>
        <w:t>WC-t</w:t>
      </w:r>
      <w:r w:rsidRPr="0078531E">
        <w:rPr>
          <w:spacing w:val="-3"/>
          <w:sz w:val="24"/>
        </w:rPr>
        <w:t xml:space="preserve"> </w:t>
      </w:r>
      <w:r w:rsidRPr="0078531E">
        <w:rPr>
          <w:sz w:val="24"/>
        </w:rPr>
        <w:t>(helyesen</w:t>
      </w:r>
      <w:r w:rsidRPr="0078531E">
        <w:rPr>
          <w:spacing w:val="-3"/>
          <w:sz w:val="24"/>
        </w:rPr>
        <w:t xml:space="preserve"> </w:t>
      </w:r>
      <w:r w:rsidRPr="0078531E">
        <w:rPr>
          <w:sz w:val="24"/>
        </w:rPr>
        <w:t>tudja</w:t>
      </w:r>
      <w:r w:rsidRPr="0078531E">
        <w:rPr>
          <w:spacing w:val="-4"/>
          <w:sz w:val="24"/>
        </w:rPr>
        <w:t xml:space="preserve"> </w:t>
      </w:r>
      <w:r w:rsidRPr="0078531E">
        <w:rPr>
          <w:sz w:val="24"/>
        </w:rPr>
        <w:t>használni</w:t>
      </w:r>
      <w:r w:rsidRPr="0078531E">
        <w:rPr>
          <w:spacing w:val="-3"/>
          <w:sz w:val="24"/>
        </w:rPr>
        <w:t xml:space="preserve"> </w:t>
      </w:r>
      <w:r w:rsidRPr="0078531E">
        <w:rPr>
          <w:sz w:val="24"/>
        </w:rPr>
        <w:t>a</w:t>
      </w:r>
      <w:r w:rsidRPr="0078531E">
        <w:rPr>
          <w:spacing w:val="-4"/>
          <w:sz w:val="24"/>
        </w:rPr>
        <w:t xml:space="preserve"> </w:t>
      </w:r>
      <w:r w:rsidRPr="0078531E">
        <w:rPr>
          <w:sz w:val="24"/>
        </w:rPr>
        <w:t>WC-papírt,</w:t>
      </w:r>
      <w:r w:rsidRPr="0078531E">
        <w:rPr>
          <w:spacing w:val="-3"/>
          <w:sz w:val="24"/>
        </w:rPr>
        <w:t xml:space="preserve"> </w:t>
      </w:r>
      <w:r w:rsidRPr="0078531E">
        <w:rPr>
          <w:sz w:val="24"/>
        </w:rPr>
        <w:t>használat</w:t>
      </w:r>
      <w:r w:rsidRPr="0078531E">
        <w:rPr>
          <w:spacing w:val="-3"/>
          <w:sz w:val="24"/>
        </w:rPr>
        <w:t xml:space="preserve"> </w:t>
      </w:r>
      <w:r w:rsidRPr="0078531E">
        <w:rPr>
          <w:sz w:val="24"/>
        </w:rPr>
        <w:t>után lehúzza a</w:t>
      </w:r>
    </w:p>
    <w:p w14:paraId="774FE4E5" w14:textId="77777777" w:rsidR="00AE0CFD" w:rsidRPr="0078531E" w:rsidRDefault="00C3522D" w:rsidP="009A0355">
      <w:pPr>
        <w:pStyle w:val="Listaszerbekezds"/>
        <w:numPr>
          <w:ilvl w:val="1"/>
          <w:numId w:val="2"/>
        </w:numPr>
        <w:tabs>
          <w:tab w:val="left" w:pos="856"/>
        </w:tabs>
        <w:spacing w:before="13"/>
        <w:ind w:left="856"/>
        <w:jc w:val="both"/>
        <w:rPr>
          <w:sz w:val="24"/>
        </w:rPr>
      </w:pPr>
      <w:r w:rsidRPr="0078531E">
        <w:rPr>
          <w:sz w:val="24"/>
        </w:rPr>
        <w:t>WC-</w:t>
      </w:r>
      <w:r w:rsidRPr="0078531E">
        <w:rPr>
          <w:spacing w:val="-5"/>
          <w:sz w:val="24"/>
        </w:rPr>
        <w:t>t).</w:t>
      </w:r>
    </w:p>
    <w:p w14:paraId="4F0D2F82" w14:textId="77777777" w:rsidR="00AE0CFD" w:rsidRPr="0078531E" w:rsidRDefault="00C3522D" w:rsidP="009A0355">
      <w:pPr>
        <w:pStyle w:val="Listaszerbekezds"/>
        <w:numPr>
          <w:ilvl w:val="1"/>
          <w:numId w:val="2"/>
        </w:numPr>
        <w:tabs>
          <w:tab w:val="left" w:pos="856"/>
        </w:tabs>
        <w:spacing w:before="139"/>
        <w:ind w:left="856"/>
        <w:jc w:val="both"/>
        <w:rPr>
          <w:sz w:val="24"/>
        </w:rPr>
      </w:pPr>
      <w:r w:rsidRPr="0078531E">
        <w:rPr>
          <w:sz w:val="24"/>
        </w:rPr>
        <w:t>Önállóan</w:t>
      </w:r>
      <w:r w:rsidRPr="0078531E">
        <w:rPr>
          <w:spacing w:val="-3"/>
          <w:sz w:val="24"/>
        </w:rPr>
        <w:t xml:space="preserve"> </w:t>
      </w:r>
      <w:r w:rsidRPr="0078531E">
        <w:rPr>
          <w:spacing w:val="-2"/>
          <w:sz w:val="24"/>
        </w:rPr>
        <w:t>fésülködik.</w:t>
      </w:r>
    </w:p>
    <w:p w14:paraId="22451128" w14:textId="77C5EEA5" w:rsidR="00AE0CFD" w:rsidRPr="0078531E" w:rsidRDefault="00C3522D" w:rsidP="009A0355">
      <w:pPr>
        <w:pStyle w:val="Listaszerbekezds"/>
        <w:numPr>
          <w:ilvl w:val="1"/>
          <w:numId w:val="2"/>
        </w:numPr>
        <w:tabs>
          <w:tab w:val="left" w:pos="856"/>
        </w:tabs>
        <w:spacing w:before="135" w:line="352" w:lineRule="auto"/>
        <w:ind w:left="856" w:right="1665"/>
        <w:jc w:val="both"/>
        <w:rPr>
          <w:sz w:val="24"/>
        </w:rPr>
      </w:pPr>
      <w:r w:rsidRPr="0078531E">
        <w:rPr>
          <w:sz w:val="24"/>
        </w:rPr>
        <w:t>Szükség</w:t>
      </w:r>
      <w:r w:rsidRPr="0078531E">
        <w:rPr>
          <w:spacing w:val="-6"/>
          <w:sz w:val="24"/>
        </w:rPr>
        <w:t xml:space="preserve"> </w:t>
      </w:r>
      <w:r w:rsidRPr="0078531E">
        <w:rPr>
          <w:sz w:val="24"/>
        </w:rPr>
        <w:t>szerint</w:t>
      </w:r>
      <w:r w:rsidRPr="0078531E">
        <w:rPr>
          <w:spacing w:val="-3"/>
          <w:sz w:val="24"/>
        </w:rPr>
        <w:t xml:space="preserve"> </w:t>
      </w:r>
      <w:r w:rsidRPr="0078531E">
        <w:rPr>
          <w:sz w:val="24"/>
        </w:rPr>
        <w:t>és</w:t>
      </w:r>
      <w:r w:rsidRPr="0078531E">
        <w:rPr>
          <w:spacing w:val="-4"/>
          <w:sz w:val="24"/>
        </w:rPr>
        <w:t xml:space="preserve"> </w:t>
      </w:r>
      <w:r w:rsidRPr="0078531E">
        <w:rPr>
          <w:sz w:val="24"/>
        </w:rPr>
        <w:t>helyesen</w:t>
      </w:r>
      <w:r w:rsidRPr="0078531E">
        <w:rPr>
          <w:spacing w:val="-3"/>
          <w:sz w:val="24"/>
        </w:rPr>
        <w:t xml:space="preserve"> </w:t>
      </w:r>
      <w:r w:rsidRPr="0078531E">
        <w:rPr>
          <w:sz w:val="24"/>
        </w:rPr>
        <w:t>használja</w:t>
      </w:r>
      <w:r w:rsidRPr="0078531E">
        <w:rPr>
          <w:spacing w:val="-4"/>
          <w:sz w:val="24"/>
        </w:rPr>
        <w:t xml:space="preserve"> </w:t>
      </w:r>
      <w:r w:rsidRPr="0078531E">
        <w:rPr>
          <w:sz w:val="24"/>
        </w:rPr>
        <w:t>a</w:t>
      </w:r>
      <w:r w:rsidRPr="0078531E">
        <w:rPr>
          <w:spacing w:val="-4"/>
          <w:sz w:val="24"/>
        </w:rPr>
        <w:t xml:space="preserve"> </w:t>
      </w:r>
      <w:r w:rsidRPr="0078531E">
        <w:rPr>
          <w:sz w:val="24"/>
        </w:rPr>
        <w:t>papír</w:t>
      </w:r>
      <w:r w:rsidRPr="0078531E">
        <w:rPr>
          <w:spacing w:val="-3"/>
          <w:sz w:val="24"/>
        </w:rPr>
        <w:t xml:space="preserve"> </w:t>
      </w:r>
      <w:r w:rsidRPr="0078531E">
        <w:rPr>
          <w:sz w:val="24"/>
        </w:rPr>
        <w:t>zsebkendőt,</w:t>
      </w:r>
      <w:r w:rsidRPr="0078531E">
        <w:rPr>
          <w:spacing w:val="-3"/>
          <w:sz w:val="24"/>
        </w:rPr>
        <w:t xml:space="preserve"> </w:t>
      </w:r>
      <w:r w:rsidRPr="0078531E">
        <w:rPr>
          <w:sz w:val="24"/>
        </w:rPr>
        <w:t>használat</w:t>
      </w:r>
      <w:r w:rsidRPr="0078531E">
        <w:rPr>
          <w:spacing w:val="-3"/>
          <w:sz w:val="24"/>
        </w:rPr>
        <w:t xml:space="preserve"> </w:t>
      </w:r>
      <w:r w:rsidRPr="0078531E">
        <w:rPr>
          <w:sz w:val="24"/>
        </w:rPr>
        <w:t>után</w:t>
      </w:r>
      <w:r w:rsidRPr="0078531E">
        <w:rPr>
          <w:spacing w:val="-3"/>
          <w:sz w:val="24"/>
        </w:rPr>
        <w:t xml:space="preserve"> </w:t>
      </w:r>
      <w:r w:rsidRPr="0078531E">
        <w:rPr>
          <w:sz w:val="24"/>
        </w:rPr>
        <w:t xml:space="preserve">a </w:t>
      </w:r>
      <w:r w:rsidRPr="0078531E">
        <w:rPr>
          <w:spacing w:val="-2"/>
          <w:sz w:val="24"/>
        </w:rPr>
        <w:t>szemétgyűjtőbe</w:t>
      </w:r>
      <w:r w:rsidR="00EF0FB6" w:rsidRPr="0078531E">
        <w:rPr>
          <w:spacing w:val="-2"/>
          <w:sz w:val="24"/>
        </w:rPr>
        <w:t xml:space="preserve"> </w:t>
      </w:r>
      <w:r w:rsidRPr="0078531E">
        <w:rPr>
          <w:spacing w:val="-2"/>
          <w:sz w:val="24"/>
        </w:rPr>
        <w:t>helyezi.</w:t>
      </w:r>
    </w:p>
    <w:p w14:paraId="4EAFFDBA" w14:textId="77777777" w:rsidR="00AE0CFD" w:rsidRPr="0078531E" w:rsidRDefault="00C3522D" w:rsidP="009A0355">
      <w:pPr>
        <w:pStyle w:val="Listaszerbekezds"/>
        <w:tabs>
          <w:tab w:val="left" w:pos="856"/>
        </w:tabs>
        <w:spacing w:before="138"/>
        <w:ind w:firstLine="0"/>
        <w:jc w:val="both"/>
        <w:rPr>
          <w:sz w:val="24"/>
        </w:rPr>
      </w:pPr>
      <w:r w:rsidRPr="0078531E">
        <w:rPr>
          <w:i/>
          <w:spacing w:val="-2"/>
          <w:sz w:val="24"/>
        </w:rPr>
        <w:t>Étkezés</w:t>
      </w:r>
    </w:p>
    <w:p w14:paraId="50A5AC60"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Önállóan</w:t>
      </w:r>
      <w:r w:rsidRPr="0078531E">
        <w:rPr>
          <w:spacing w:val="-3"/>
          <w:sz w:val="24"/>
        </w:rPr>
        <w:t xml:space="preserve"> </w:t>
      </w:r>
      <w:r w:rsidRPr="0078531E">
        <w:rPr>
          <w:spacing w:val="-2"/>
          <w:sz w:val="24"/>
        </w:rPr>
        <w:t>eszik.</w:t>
      </w:r>
    </w:p>
    <w:p w14:paraId="7ED2B69D" w14:textId="77777777" w:rsidR="00AE0CFD" w:rsidRPr="0078531E" w:rsidRDefault="00AE0CFD" w:rsidP="009A0355">
      <w:pPr>
        <w:jc w:val="both"/>
        <w:rPr>
          <w:sz w:val="24"/>
        </w:rPr>
        <w:sectPr w:rsidR="00AE0CFD" w:rsidRPr="0078531E" w:rsidSect="00A42104">
          <w:pgSz w:w="11910" w:h="16840"/>
          <w:pgMar w:top="1320" w:right="980" w:bottom="1200" w:left="1280" w:header="0" w:footer="1003" w:gutter="0"/>
          <w:cols w:space="708"/>
        </w:sectPr>
      </w:pPr>
    </w:p>
    <w:p w14:paraId="74B499C5" w14:textId="77777777" w:rsidR="00AE0CFD" w:rsidRPr="0078531E" w:rsidRDefault="00C3522D" w:rsidP="009A0355">
      <w:pPr>
        <w:pStyle w:val="Listaszerbekezds"/>
        <w:numPr>
          <w:ilvl w:val="1"/>
          <w:numId w:val="2"/>
        </w:numPr>
        <w:tabs>
          <w:tab w:val="left" w:pos="856"/>
        </w:tabs>
        <w:spacing w:before="71"/>
        <w:ind w:left="856"/>
        <w:jc w:val="both"/>
        <w:rPr>
          <w:sz w:val="24"/>
        </w:rPr>
      </w:pPr>
      <w:r w:rsidRPr="0078531E">
        <w:rPr>
          <w:sz w:val="24"/>
        </w:rPr>
        <w:lastRenderedPageBreak/>
        <w:t>Tudja</w:t>
      </w:r>
      <w:r w:rsidRPr="0078531E">
        <w:rPr>
          <w:spacing w:val="-2"/>
          <w:sz w:val="24"/>
        </w:rPr>
        <w:t xml:space="preserve"> </w:t>
      </w:r>
      <w:r w:rsidRPr="0078531E">
        <w:rPr>
          <w:sz w:val="24"/>
        </w:rPr>
        <w:t>használni a</w:t>
      </w:r>
      <w:r w:rsidRPr="0078531E">
        <w:rPr>
          <w:spacing w:val="-1"/>
          <w:sz w:val="24"/>
        </w:rPr>
        <w:t xml:space="preserve"> </w:t>
      </w:r>
      <w:r w:rsidRPr="0078531E">
        <w:rPr>
          <w:sz w:val="24"/>
        </w:rPr>
        <w:t xml:space="preserve">kanalat, </w:t>
      </w:r>
      <w:r w:rsidRPr="0078531E">
        <w:rPr>
          <w:spacing w:val="-2"/>
          <w:sz w:val="24"/>
        </w:rPr>
        <w:t>villát.</w:t>
      </w:r>
    </w:p>
    <w:p w14:paraId="4F7C1AC5" w14:textId="77777777" w:rsidR="00AE0CFD" w:rsidRPr="0078531E" w:rsidRDefault="00C3522D" w:rsidP="009A0355">
      <w:pPr>
        <w:pStyle w:val="Listaszerbekezds"/>
        <w:numPr>
          <w:ilvl w:val="1"/>
          <w:numId w:val="2"/>
        </w:numPr>
        <w:tabs>
          <w:tab w:val="left" w:pos="856"/>
        </w:tabs>
        <w:spacing w:before="139"/>
        <w:ind w:left="856"/>
        <w:jc w:val="both"/>
        <w:rPr>
          <w:sz w:val="24"/>
        </w:rPr>
      </w:pPr>
      <w:r w:rsidRPr="0078531E">
        <w:rPr>
          <w:sz w:val="24"/>
        </w:rPr>
        <w:t>Vannak</w:t>
      </w:r>
      <w:r w:rsidRPr="0078531E">
        <w:rPr>
          <w:spacing w:val="-1"/>
          <w:sz w:val="24"/>
        </w:rPr>
        <w:t xml:space="preserve"> </w:t>
      </w:r>
      <w:r w:rsidRPr="0078531E">
        <w:rPr>
          <w:sz w:val="24"/>
        </w:rPr>
        <w:t>tapasztalatai a</w:t>
      </w:r>
      <w:r w:rsidRPr="0078531E">
        <w:rPr>
          <w:spacing w:val="-2"/>
          <w:sz w:val="24"/>
        </w:rPr>
        <w:t xml:space="preserve"> </w:t>
      </w:r>
      <w:r w:rsidRPr="0078531E">
        <w:rPr>
          <w:sz w:val="24"/>
        </w:rPr>
        <w:t>kés</w:t>
      </w:r>
      <w:r w:rsidRPr="0078531E">
        <w:rPr>
          <w:spacing w:val="1"/>
          <w:sz w:val="24"/>
        </w:rPr>
        <w:t xml:space="preserve"> </w:t>
      </w:r>
      <w:r w:rsidRPr="0078531E">
        <w:rPr>
          <w:sz w:val="24"/>
        </w:rPr>
        <w:t xml:space="preserve">–villa </w:t>
      </w:r>
      <w:r w:rsidRPr="0078531E">
        <w:rPr>
          <w:spacing w:val="-2"/>
          <w:sz w:val="24"/>
        </w:rPr>
        <w:t>használatáról.</w:t>
      </w:r>
    </w:p>
    <w:p w14:paraId="671BC950"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Használja</w:t>
      </w:r>
      <w:r w:rsidRPr="0078531E">
        <w:rPr>
          <w:spacing w:val="-4"/>
          <w:sz w:val="24"/>
        </w:rPr>
        <w:t xml:space="preserve"> </w:t>
      </w:r>
      <w:r w:rsidRPr="0078531E">
        <w:rPr>
          <w:sz w:val="24"/>
        </w:rPr>
        <w:t>a</w:t>
      </w:r>
      <w:r w:rsidRPr="0078531E">
        <w:rPr>
          <w:spacing w:val="-2"/>
          <w:sz w:val="24"/>
        </w:rPr>
        <w:t xml:space="preserve"> </w:t>
      </w:r>
      <w:r w:rsidRPr="0078531E">
        <w:rPr>
          <w:sz w:val="24"/>
        </w:rPr>
        <w:t>szalvétát, használat</w:t>
      </w:r>
      <w:r w:rsidRPr="0078531E">
        <w:rPr>
          <w:spacing w:val="-1"/>
          <w:sz w:val="24"/>
        </w:rPr>
        <w:t xml:space="preserve"> </w:t>
      </w:r>
      <w:r w:rsidRPr="0078531E">
        <w:rPr>
          <w:sz w:val="24"/>
        </w:rPr>
        <w:t>után a</w:t>
      </w:r>
      <w:r w:rsidRPr="0078531E">
        <w:rPr>
          <w:spacing w:val="-3"/>
          <w:sz w:val="24"/>
        </w:rPr>
        <w:t xml:space="preserve"> </w:t>
      </w:r>
      <w:r w:rsidRPr="0078531E">
        <w:rPr>
          <w:sz w:val="24"/>
        </w:rPr>
        <w:t>szemétgyűjtőbe</w:t>
      </w:r>
      <w:r w:rsidRPr="0078531E">
        <w:rPr>
          <w:spacing w:val="-1"/>
          <w:sz w:val="24"/>
        </w:rPr>
        <w:t xml:space="preserve"> </w:t>
      </w:r>
      <w:r w:rsidRPr="0078531E">
        <w:rPr>
          <w:spacing w:val="-2"/>
          <w:sz w:val="24"/>
        </w:rPr>
        <w:t>helyezi.</w:t>
      </w:r>
    </w:p>
    <w:p w14:paraId="3006E26C" w14:textId="77777777" w:rsidR="00AE0CFD" w:rsidRPr="0078531E" w:rsidRDefault="00C3522D" w:rsidP="009A0355">
      <w:pPr>
        <w:pStyle w:val="Listaszerbekezds"/>
        <w:numPr>
          <w:ilvl w:val="1"/>
          <w:numId w:val="2"/>
        </w:numPr>
        <w:tabs>
          <w:tab w:val="left" w:pos="856"/>
        </w:tabs>
        <w:spacing w:before="135"/>
        <w:ind w:left="856"/>
        <w:jc w:val="both"/>
        <w:rPr>
          <w:sz w:val="24"/>
        </w:rPr>
      </w:pPr>
      <w:r w:rsidRPr="0078531E">
        <w:rPr>
          <w:sz w:val="24"/>
        </w:rPr>
        <w:t>Alaposan</w:t>
      </w:r>
      <w:r w:rsidRPr="0078531E">
        <w:rPr>
          <w:spacing w:val="-3"/>
          <w:sz w:val="24"/>
        </w:rPr>
        <w:t xml:space="preserve"> </w:t>
      </w:r>
      <w:r w:rsidRPr="0078531E">
        <w:rPr>
          <w:sz w:val="24"/>
        </w:rPr>
        <w:t>megrágja</w:t>
      </w:r>
      <w:r w:rsidRPr="0078531E">
        <w:rPr>
          <w:spacing w:val="-2"/>
          <w:sz w:val="24"/>
        </w:rPr>
        <w:t xml:space="preserve"> </w:t>
      </w:r>
      <w:r w:rsidRPr="0078531E">
        <w:rPr>
          <w:sz w:val="24"/>
        </w:rPr>
        <w:t>az</w:t>
      </w:r>
      <w:r w:rsidRPr="0078531E">
        <w:rPr>
          <w:spacing w:val="-1"/>
          <w:sz w:val="24"/>
        </w:rPr>
        <w:t xml:space="preserve"> </w:t>
      </w:r>
      <w:r w:rsidRPr="0078531E">
        <w:rPr>
          <w:spacing w:val="-2"/>
          <w:sz w:val="24"/>
        </w:rPr>
        <w:t>ételt.</w:t>
      </w:r>
    </w:p>
    <w:p w14:paraId="13291357"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Elfogadja</w:t>
      </w:r>
      <w:r w:rsidRPr="0078531E">
        <w:rPr>
          <w:spacing w:val="-2"/>
          <w:sz w:val="24"/>
        </w:rPr>
        <w:t xml:space="preserve"> </w:t>
      </w:r>
      <w:r w:rsidRPr="0078531E">
        <w:rPr>
          <w:sz w:val="24"/>
        </w:rPr>
        <w:t>a</w:t>
      </w:r>
      <w:r w:rsidRPr="0078531E">
        <w:rPr>
          <w:spacing w:val="-2"/>
          <w:sz w:val="24"/>
        </w:rPr>
        <w:t xml:space="preserve"> </w:t>
      </w:r>
      <w:r w:rsidRPr="0078531E">
        <w:rPr>
          <w:sz w:val="24"/>
        </w:rPr>
        <w:t>gyümölcsöt</w:t>
      </w:r>
      <w:r w:rsidRPr="0078531E">
        <w:rPr>
          <w:spacing w:val="-2"/>
          <w:sz w:val="24"/>
        </w:rPr>
        <w:t xml:space="preserve"> </w:t>
      </w:r>
      <w:r w:rsidRPr="0078531E">
        <w:rPr>
          <w:sz w:val="24"/>
        </w:rPr>
        <w:t>és</w:t>
      </w:r>
      <w:r w:rsidRPr="0078531E">
        <w:rPr>
          <w:spacing w:val="-3"/>
          <w:sz w:val="24"/>
        </w:rPr>
        <w:t xml:space="preserve"> </w:t>
      </w:r>
      <w:r w:rsidRPr="0078531E">
        <w:rPr>
          <w:sz w:val="24"/>
        </w:rPr>
        <w:t>zöldségfélét</w:t>
      </w:r>
      <w:r w:rsidRPr="0078531E">
        <w:rPr>
          <w:spacing w:val="-1"/>
          <w:sz w:val="24"/>
        </w:rPr>
        <w:t xml:space="preserve"> </w:t>
      </w:r>
      <w:r w:rsidRPr="0078531E">
        <w:rPr>
          <w:spacing w:val="-2"/>
          <w:sz w:val="24"/>
        </w:rPr>
        <w:t>nyersen.</w:t>
      </w:r>
    </w:p>
    <w:p w14:paraId="29D7BCBC"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Szokásává</w:t>
      </w:r>
      <w:r w:rsidRPr="0078531E">
        <w:rPr>
          <w:spacing w:val="-3"/>
          <w:sz w:val="24"/>
        </w:rPr>
        <w:t xml:space="preserve"> </w:t>
      </w:r>
      <w:r w:rsidRPr="0078531E">
        <w:rPr>
          <w:sz w:val="24"/>
        </w:rPr>
        <w:t>válik</w:t>
      </w:r>
      <w:r w:rsidRPr="0078531E">
        <w:rPr>
          <w:spacing w:val="-2"/>
          <w:sz w:val="24"/>
        </w:rPr>
        <w:t xml:space="preserve"> </w:t>
      </w:r>
      <w:r w:rsidRPr="0078531E">
        <w:rPr>
          <w:sz w:val="24"/>
        </w:rPr>
        <w:t>a</w:t>
      </w:r>
      <w:r w:rsidRPr="0078531E">
        <w:rPr>
          <w:spacing w:val="-2"/>
          <w:sz w:val="24"/>
        </w:rPr>
        <w:t xml:space="preserve"> </w:t>
      </w:r>
      <w:r w:rsidRPr="0078531E">
        <w:rPr>
          <w:sz w:val="24"/>
        </w:rPr>
        <w:t>rendszeres</w:t>
      </w:r>
      <w:r w:rsidRPr="0078531E">
        <w:rPr>
          <w:spacing w:val="-2"/>
          <w:sz w:val="24"/>
        </w:rPr>
        <w:t xml:space="preserve"> folyadékfogyasztás</w:t>
      </w:r>
    </w:p>
    <w:p w14:paraId="547040C0" w14:textId="09A307D7" w:rsidR="00AE0CFD" w:rsidRPr="0078531E" w:rsidRDefault="00C3522D" w:rsidP="009A0355">
      <w:pPr>
        <w:pStyle w:val="Listaszerbekezds"/>
        <w:numPr>
          <w:ilvl w:val="1"/>
          <w:numId w:val="2"/>
        </w:numPr>
        <w:tabs>
          <w:tab w:val="left" w:pos="856"/>
        </w:tabs>
        <w:spacing w:before="136" w:line="357" w:lineRule="auto"/>
        <w:ind w:left="856" w:right="862"/>
        <w:jc w:val="both"/>
        <w:rPr>
          <w:sz w:val="24"/>
        </w:rPr>
      </w:pPr>
      <w:r w:rsidRPr="0078531E">
        <w:rPr>
          <w:sz w:val="24"/>
        </w:rPr>
        <w:t>Ismeri és betartja a kulturált étkezés szabályait (tele szájjal nem beszél, kéri és megköszöni</w:t>
      </w:r>
      <w:r w:rsidRPr="0078531E">
        <w:rPr>
          <w:spacing w:val="-4"/>
          <w:sz w:val="24"/>
        </w:rPr>
        <w:t xml:space="preserve"> </w:t>
      </w:r>
      <w:r w:rsidRPr="0078531E">
        <w:rPr>
          <w:sz w:val="24"/>
        </w:rPr>
        <w:t>az</w:t>
      </w:r>
      <w:r w:rsidRPr="0078531E">
        <w:rPr>
          <w:spacing w:val="-4"/>
          <w:sz w:val="24"/>
        </w:rPr>
        <w:t xml:space="preserve"> </w:t>
      </w:r>
      <w:r w:rsidRPr="0078531E">
        <w:rPr>
          <w:sz w:val="24"/>
        </w:rPr>
        <w:t>ételt,</w:t>
      </w:r>
      <w:r w:rsidRPr="0078531E">
        <w:rPr>
          <w:spacing w:val="-4"/>
          <w:sz w:val="24"/>
        </w:rPr>
        <w:t xml:space="preserve"> </w:t>
      </w:r>
      <w:r w:rsidRPr="0078531E">
        <w:rPr>
          <w:sz w:val="24"/>
        </w:rPr>
        <w:t>más</w:t>
      </w:r>
      <w:r w:rsidRPr="0078531E">
        <w:rPr>
          <w:spacing w:val="-5"/>
          <w:sz w:val="24"/>
        </w:rPr>
        <w:t xml:space="preserve"> </w:t>
      </w:r>
      <w:r w:rsidRPr="0078531E">
        <w:rPr>
          <w:sz w:val="24"/>
        </w:rPr>
        <w:t>ételéhez</w:t>
      </w:r>
      <w:r w:rsidRPr="0078531E">
        <w:rPr>
          <w:spacing w:val="-3"/>
          <w:sz w:val="24"/>
        </w:rPr>
        <w:t xml:space="preserve"> </w:t>
      </w:r>
      <w:r w:rsidRPr="0078531E">
        <w:rPr>
          <w:sz w:val="24"/>
        </w:rPr>
        <w:t>nem</w:t>
      </w:r>
      <w:r w:rsidRPr="0078531E">
        <w:rPr>
          <w:spacing w:val="-4"/>
          <w:sz w:val="24"/>
        </w:rPr>
        <w:t xml:space="preserve"> </w:t>
      </w:r>
      <w:r w:rsidRPr="0078531E">
        <w:rPr>
          <w:sz w:val="24"/>
        </w:rPr>
        <w:t>nyúl,</w:t>
      </w:r>
      <w:r w:rsidRPr="0078531E">
        <w:rPr>
          <w:spacing w:val="-4"/>
          <w:sz w:val="24"/>
        </w:rPr>
        <w:t xml:space="preserve"> </w:t>
      </w:r>
      <w:r w:rsidRPr="0078531E">
        <w:rPr>
          <w:sz w:val="24"/>
        </w:rPr>
        <w:t>tányér</w:t>
      </w:r>
      <w:r w:rsidRPr="0078531E">
        <w:rPr>
          <w:spacing w:val="-4"/>
          <w:sz w:val="24"/>
        </w:rPr>
        <w:t xml:space="preserve"> </w:t>
      </w:r>
      <w:r w:rsidRPr="0078531E">
        <w:rPr>
          <w:sz w:val="24"/>
        </w:rPr>
        <w:t>fölé</w:t>
      </w:r>
      <w:r w:rsidRPr="0078531E">
        <w:rPr>
          <w:spacing w:val="-4"/>
          <w:sz w:val="24"/>
        </w:rPr>
        <w:t xml:space="preserve"> </w:t>
      </w:r>
      <w:r w:rsidRPr="0078531E">
        <w:rPr>
          <w:sz w:val="24"/>
        </w:rPr>
        <w:t>hajolva</w:t>
      </w:r>
      <w:r w:rsidRPr="0078531E">
        <w:rPr>
          <w:spacing w:val="-3"/>
          <w:sz w:val="24"/>
        </w:rPr>
        <w:t xml:space="preserve"> </w:t>
      </w:r>
      <w:r w:rsidRPr="0078531E">
        <w:rPr>
          <w:sz w:val="24"/>
        </w:rPr>
        <w:t>étkezik,</w:t>
      </w:r>
      <w:r w:rsidRPr="0078531E">
        <w:rPr>
          <w:spacing w:val="-4"/>
          <w:sz w:val="24"/>
        </w:rPr>
        <w:t xml:space="preserve"> </w:t>
      </w:r>
      <w:r w:rsidRPr="0078531E">
        <w:rPr>
          <w:sz w:val="24"/>
        </w:rPr>
        <w:t>igyekszik csendesen beszélni</w:t>
      </w:r>
      <w:r w:rsidR="00EF0FB6" w:rsidRPr="0078531E">
        <w:rPr>
          <w:sz w:val="24"/>
        </w:rPr>
        <w:t xml:space="preserve">, </w:t>
      </w:r>
      <w:r w:rsidRPr="0078531E">
        <w:rPr>
          <w:sz w:val="24"/>
        </w:rPr>
        <w:t>ügyel az asztal rendjére).</w:t>
      </w:r>
    </w:p>
    <w:p w14:paraId="7170F863" w14:textId="77777777" w:rsidR="00AE0CFD" w:rsidRPr="0078531E" w:rsidRDefault="00C3522D" w:rsidP="009A0355">
      <w:pPr>
        <w:pStyle w:val="Cmsor5"/>
        <w:numPr>
          <w:ilvl w:val="2"/>
          <w:numId w:val="2"/>
        </w:numPr>
        <w:tabs>
          <w:tab w:val="left" w:pos="1575"/>
        </w:tabs>
        <w:spacing w:before="4"/>
        <w:ind w:left="1575" w:hanging="359"/>
        <w:jc w:val="both"/>
      </w:pPr>
      <w:r w:rsidRPr="0078531E">
        <w:t>Környezet</w:t>
      </w:r>
      <w:r w:rsidRPr="0078531E">
        <w:rPr>
          <w:spacing w:val="-5"/>
        </w:rPr>
        <w:t xml:space="preserve"> </w:t>
      </w:r>
      <w:r w:rsidRPr="0078531E">
        <w:rPr>
          <w:spacing w:val="-2"/>
        </w:rPr>
        <w:t>higiéné</w:t>
      </w:r>
    </w:p>
    <w:p w14:paraId="15F5EAB9" w14:textId="77777777" w:rsidR="00AE0CFD" w:rsidRPr="0078531E" w:rsidRDefault="00C3522D" w:rsidP="009A0355">
      <w:pPr>
        <w:pStyle w:val="Listaszerbekezds"/>
        <w:numPr>
          <w:ilvl w:val="1"/>
          <w:numId w:val="2"/>
        </w:numPr>
        <w:tabs>
          <w:tab w:val="left" w:pos="856"/>
        </w:tabs>
        <w:spacing w:before="115" w:line="350" w:lineRule="auto"/>
        <w:ind w:left="856" w:right="533"/>
        <w:jc w:val="both"/>
        <w:rPr>
          <w:sz w:val="24"/>
        </w:rPr>
      </w:pPr>
      <w:r w:rsidRPr="0078531E">
        <w:rPr>
          <w:sz w:val="24"/>
        </w:rPr>
        <w:t>A</w:t>
      </w:r>
      <w:r w:rsidRPr="0078531E">
        <w:rPr>
          <w:spacing w:val="-5"/>
          <w:sz w:val="24"/>
        </w:rPr>
        <w:t xml:space="preserve"> </w:t>
      </w:r>
      <w:r w:rsidRPr="0078531E">
        <w:rPr>
          <w:sz w:val="24"/>
        </w:rPr>
        <w:t>tevékenységek</w:t>
      </w:r>
      <w:r w:rsidRPr="0078531E">
        <w:rPr>
          <w:spacing w:val="-4"/>
          <w:sz w:val="24"/>
        </w:rPr>
        <w:t xml:space="preserve"> </w:t>
      </w:r>
      <w:r w:rsidRPr="0078531E">
        <w:rPr>
          <w:sz w:val="24"/>
        </w:rPr>
        <w:t>során</w:t>
      </w:r>
      <w:r w:rsidRPr="0078531E">
        <w:rPr>
          <w:spacing w:val="-4"/>
          <w:sz w:val="24"/>
        </w:rPr>
        <w:t xml:space="preserve"> </w:t>
      </w:r>
      <w:r w:rsidRPr="0078531E">
        <w:rPr>
          <w:sz w:val="24"/>
        </w:rPr>
        <w:t>keletkezett</w:t>
      </w:r>
      <w:r w:rsidRPr="0078531E">
        <w:rPr>
          <w:spacing w:val="-4"/>
          <w:sz w:val="24"/>
        </w:rPr>
        <w:t xml:space="preserve"> </w:t>
      </w:r>
      <w:r w:rsidRPr="0078531E">
        <w:rPr>
          <w:sz w:val="24"/>
        </w:rPr>
        <w:t>hulladékot</w:t>
      </w:r>
      <w:r w:rsidRPr="0078531E">
        <w:rPr>
          <w:spacing w:val="-4"/>
          <w:sz w:val="24"/>
        </w:rPr>
        <w:t xml:space="preserve"> </w:t>
      </w:r>
      <w:r w:rsidRPr="0078531E">
        <w:rPr>
          <w:sz w:val="24"/>
        </w:rPr>
        <w:t>kizárólag</w:t>
      </w:r>
      <w:r w:rsidRPr="0078531E">
        <w:rPr>
          <w:spacing w:val="-5"/>
          <w:sz w:val="24"/>
        </w:rPr>
        <w:t xml:space="preserve"> </w:t>
      </w:r>
      <w:r w:rsidRPr="0078531E">
        <w:rPr>
          <w:sz w:val="24"/>
        </w:rPr>
        <w:t>a</w:t>
      </w:r>
      <w:r w:rsidRPr="0078531E">
        <w:rPr>
          <w:spacing w:val="-5"/>
          <w:sz w:val="24"/>
        </w:rPr>
        <w:t xml:space="preserve"> </w:t>
      </w:r>
      <w:r w:rsidRPr="0078531E">
        <w:rPr>
          <w:sz w:val="24"/>
        </w:rPr>
        <w:t>kijelölt</w:t>
      </w:r>
      <w:r w:rsidRPr="0078531E">
        <w:rPr>
          <w:spacing w:val="-4"/>
          <w:sz w:val="24"/>
        </w:rPr>
        <w:t xml:space="preserve"> </w:t>
      </w:r>
      <w:r w:rsidRPr="0078531E">
        <w:rPr>
          <w:sz w:val="24"/>
        </w:rPr>
        <w:t>szemétgyűjtő</w:t>
      </w:r>
      <w:r w:rsidRPr="0078531E">
        <w:rPr>
          <w:spacing w:val="-4"/>
          <w:sz w:val="24"/>
        </w:rPr>
        <w:t xml:space="preserve"> </w:t>
      </w:r>
      <w:r w:rsidRPr="0078531E">
        <w:rPr>
          <w:sz w:val="24"/>
        </w:rPr>
        <w:t xml:space="preserve">helyre </w:t>
      </w:r>
      <w:r w:rsidRPr="0078531E">
        <w:rPr>
          <w:spacing w:val="-2"/>
          <w:sz w:val="24"/>
        </w:rPr>
        <w:t>teszi.</w:t>
      </w:r>
    </w:p>
    <w:p w14:paraId="163A7F52" w14:textId="77777777" w:rsidR="00AE0CFD" w:rsidRPr="0078531E" w:rsidRDefault="00C3522D" w:rsidP="009A0355">
      <w:pPr>
        <w:pStyle w:val="Listaszerbekezds"/>
        <w:numPr>
          <w:ilvl w:val="1"/>
          <w:numId w:val="2"/>
        </w:numPr>
        <w:tabs>
          <w:tab w:val="left" w:pos="856"/>
        </w:tabs>
        <w:spacing w:before="12"/>
        <w:ind w:left="856"/>
        <w:jc w:val="both"/>
        <w:rPr>
          <w:sz w:val="24"/>
        </w:rPr>
      </w:pPr>
      <w:r w:rsidRPr="0078531E">
        <w:rPr>
          <w:sz w:val="24"/>
        </w:rPr>
        <w:t>Vigyáz</w:t>
      </w:r>
      <w:r w:rsidRPr="0078531E">
        <w:rPr>
          <w:spacing w:val="-1"/>
          <w:sz w:val="24"/>
        </w:rPr>
        <w:t xml:space="preserve"> </w:t>
      </w:r>
      <w:r w:rsidRPr="0078531E">
        <w:rPr>
          <w:sz w:val="24"/>
        </w:rPr>
        <w:t>az eszközök</w:t>
      </w:r>
      <w:r w:rsidRPr="0078531E">
        <w:rPr>
          <w:spacing w:val="-1"/>
          <w:sz w:val="24"/>
        </w:rPr>
        <w:t xml:space="preserve"> </w:t>
      </w:r>
      <w:r w:rsidRPr="0078531E">
        <w:rPr>
          <w:spacing w:val="-2"/>
          <w:sz w:val="24"/>
        </w:rPr>
        <w:t>állapotára.</w:t>
      </w:r>
    </w:p>
    <w:p w14:paraId="5D332489"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Az</w:t>
      </w:r>
      <w:r w:rsidRPr="0078531E">
        <w:rPr>
          <w:spacing w:val="-3"/>
          <w:sz w:val="24"/>
        </w:rPr>
        <w:t xml:space="preserve"> </w:t>
      </w:r>
      <w:r w:rsidRPr="0078531E">
        <w:rPr>
          <w:sz w:val="24"/>
        </w:rPr>
        <w:t>eszközöket használat</w:t>
      </w:r>
      <w:r w:rsidRPr="0078531E">
        <w:rPr>
          <w:spacing w:val="-3"/>
          <w:sz w:val="24"/>
        </w:rPr>
        <w:t xml:space="preserve"> </w:t>
      </w:r>
      <w:r w:rsidRPr="0078531E">
        <w:rPr>
          <w:sz w:val="24"/>
        </w:rPr>
        <w:t>után a</w:t>
      </w:r>
      <w:r w:rsidRPr="0078531E">
        <w:rPr>
          <w:spacing w:val="-2"/>
          <w:sz w:val="24"/>
        </w:rPr>
        <w:t xml:space="preserve"> </w:t>
      </w:r>
      <w:r w:rsidRPr="0078531E">
        <w:rPr>
          <w:sz w:val="24"/>
        </w:rPr>
        <w:t>helyére</w:t>
      </w:r>
      <w:r w:rsidRPr="0078531E">
        <w:rPr>
          <w:spacing w:val="-1"/>
          <w:sz w:val="24"/>
        </w:rPr>
        <w:t xml:space="preserve"> </w:t>
      </w:r>
      <w:r w:rsidRPr="0078531E">
        <w:rPr>
          <w:spacing w:val="-2"/>
          <w:sz w:val="24"/>
        </w:rPr>
        <w:t>teszi.</w:t>
      </w:r>
    </w:p>
    <w:p w14:paraId="0E0D7B02"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Felfedezi</w:t>
      </w:r>
      <w:r w:rsidRPr="0078531E">
        <w:rPr>
          <w:spacing w:val="-5"/>
          <w:sz w:val="24"/>
        </w:rPr>
        <w:t xml:space="preserve"> </w:t>
      </w:r>
      <w:r w:rsidRPr="0078531E">
        <w:rPr>
          <w:sz w:val="24"/>
        </w:rPr>
        <w:t>az</w:t>
      </w:r>
      <w:r w:rsidRPr="0078531E">
        <w:rPr>
          <w:spacing w:val="-2"/>
          <w:sz w:val="24"/>
        </w:rPr>
        <w:t xml:space="preserve"> </w:t>
      </w:r>
      <w:r w:rsidRPr="0078531E">
        <w:rPr>
          <w:sz w:val="24"/>
        </w:rPr>
        <w:t>esztétikumot</w:t>
      </w:r>
      <w:r w:rsidRPr="0078531E">
        <w:rPr>
          <w:spacing w:val="-4"/>
          <w:sz w:val="24"/>
        </w:rPr>
        <w:t xml:space="preserve"> </w:t>
      </w:r>
      <w:r w:rsidRPr="0078531E">
        <w:rPr>
          <w:sz w:val="24"/>
        </w:rPr>
        <w:t>a</w:t>
      </w:r>
      <w:r w:rsidRPr="0078531E">
        <w:rPr>
          <w:spacing w:val="-3"/>
          <w:sz w:val="24"/>
        </w:rPr>
        <w:t xml:space="preserve"> </w:t>
      </w:r>
      <w:r w:rsidRPr="0078531E">
        <w:rPr>
          <w:sz w:val="24"/>
        </w:rPr>
        <w:t>környezetében (rendezett,</w:t>
      </w:r>
      <w:r w:rsidRPr="0078531E">
        <w:rPr>
          <w:spacing w:val="-2"/>
          <w:sz w:val="24"/>
        </w:rPr>
        <w:t xml:space="preserve"> </w:t>
      </w:r>
      <w:r w:rsidRPr="0078531E">
        <w:rPr>
          <w:sz w:val="24"/>
        </w:rPr>
        <w:t>tiszta,</w:t>
      </w:r>
      <w:r w:rsidRPr="0078531E">
        <w:rPr>
          <w:spacing w:val="1"/>
          <w:sz w:val="24"/>
        </w:rPr>
        <w:t xml:space="preserve"> </w:t>
      </w:r>
      <w:r w:rsidRPr="0078531E">
        <w:rPr>
          <w:sz w:val="24"/>
        </w:rPr>
        <w:t>esztétikus</w:t>
      </w:r>
      <w:r w:rsidRPr="0078531E">
        <w:rPr>
          <w:spacing w:val="-2"/>
          <w:sz w:val="24"/>
        </w:rPr>
        <w:t xml:space="preserve"> környezet).</w:t>
      </w:r>
    </w:p>
    <w:p w14:paraId="3634AA08"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Észreveszi</w:t>
      </w:r>
      <w:r w:rsidRPr="0078531E">
        <w:rPr>
          <w:spacing w:val="-4"/>
          <w:sz w:val="24"/>
        </w:rPr>
        <w:t xml:space="preserve"> </w:t>
      </w:r>
      <w:r w:rsidRPr="0078531E">
        <w:rPr>
          <w:sz w:val="24"/>
        </w:rPr>
        <w:t>és</w:t>
      </w:r>
      <w:r w:rsidRPr="0078531E">
        <w:rPr>
          <w:spacing w:val="-3"/>
          <w:sz w:val="24"/>
        </w:rPr>
        <w:t xml:space="preserve"> </w:t>
      </w:r>
      <w:r w:rsidRPr="0078531E">
        <w:rPr>
          <w:sz w:val="24"/>
        </w:rPr>
        <w:t>helyteleníti a</w:t>
      </w:r>
      <w:r w:rsidRPr="0078531E">
        <w:rPr>
          <w:spacing w:val="-2"/>
          <w:sz w:val="24"/>
        </w:rPr>
        <w:t xml:space="preserve"> </w:t>
      </w:r>
      <w:r w:rsidRPr="0078531E">
        <w:rPr>
          <w:sz w:val="24"/>
        </w:rPr>
        <w:t>szemetes,</w:t>
      </w:r>
      <w:r w:rsidRPr="0078531E">
        <w:rPr>
          <w:spacing w:val="-2"/>
          <w:sz w:val="24"/>
        </w:rPr>
        <w:t xml:space="preserve"> </w:t>
      </w:r>
      <w:r w:rsidRPr="0078531E">
        <w:rPr>
          <w:sz w:val="24"/>
        </w:rPr>
        <w:t>piszkos,</w:t>
      </w:r>
      <w:r w:rsidRPr="0078531E">
        <w:rPr>
          <w:spacing w:val="-2"/>
          <w:sz w:val="24"/>
        </w:rPr>
        <w:t xml:space="preserve"> </w:t>
      </w:r>
      <w:r w:rsidRPr="0078531E">
        <w:rPr>
          <w:sz w:val="24"/>
        </w:rPr>
        <w:t>rendezetlen</w:t>
      </w:r>
      <w:r w:rsidRPr="0078531E">
        <w:rPr>
          <w:spacing w:val="-1"/>
          <w:sz w:val="24"/>
        </w:rPr>
        <w:t xml:space="preserve"> </w:t>
      </w:r>
      <w:r w:rsidRPr="0078531E">
        <w:rPr>
          <w:spacing w:val="-2"/>
          <w:sz w:val="24"/>
        </w:rPr>
        <w:t>környezetet.</w:t>
      </w:r>
    </w:p>
    <w:p w14:paraId="1D6BD87D"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Szívesen</w:t>
      </w:r>
      <w:r w:rsidRPr="0078531E">
        <w:rPr>
          <w:spacing w:val="-4"/>
          <w:sz w:val="24"/>
        </w:rPr>
        <w:t xml:space="preserve"> </w:t>
      </w:r>
      <w:r w:rsidRPr="0078531E">
        <w:rPr>
          <w:sz w:val="24"/>
        </w:rPr>
        <w:t>részt</w:t>
      </w:r>
      <w:r w:rsidRPr="0078531E">
        <w:rPr>
          <w:spacing w:val="-2"/>
          <w:sz w:val="24"/>
        </w:rPr>
        <w:t xml:space="preserve"> </w:t>
      </w:r>
      <w:r w:rsidRPr="0078531E">
        <w:rPr>
          <w:sz w:val="24"/>
        </w:rPr>
        <w:t>vesz</w:t>
      </w:r>
      <w:r w:rsidRPr="0078531E">
        <w:rPr>
          <w:spacing w:val="-1"/>
          <w:sz w:val="24"/>
        </w:rPr>
        <w:t xml:space="preserve"> </w:t>
      </w:r>
      <w:r w:rsidRPr="0078531E">
        <w:rPr>
          <w:sz w:val="24"/>
        </w:rPr>
        <w:t>a</w:t>
      </w:r>
      <w:r w:rsidRPr="0078531E">
        <w:rPr>
          <w:spacing w:val="-2"/>
          <w:sz w:val="24"/>
        </w:rPr>
        <w:t xml:space="preserve"> </w:t>
      </w:r>
      <w:r w:rsidRPr="0078531E">
        <w:rPr>
          <w:sz w:val="24"/>
        </w:rPr>
        <w:t>környezet</w:t>
      </w:r>
      <w:r w:rsidRPr="0078531E">
        <w:rPr>
          <w:spacing w:val="-2"/>
          <w:sz w:val="24"/>
        </w:rPr>
        <w:t xml:space="preserve"> </w:t>
      </w:r>
      <w:r w:rsidRPr="0078531E">
        <w:rPr>
          <w:sz w:val="24"/>
        </w:rPr>
        <w:t>szépítésében,</w:t>
      </w:r>
      <w:r w:rsidRPr="0078531E">
        <w:rPr>
          <w:spacing w:val="-1"/>
          <w:sz w:val="24"/>
        </w:rPr>
        <w:t xml:space="preserve"> </w:t>
      </w:r>
      <w:r w:rsidRPr="0078531E">
        <w:rPr>
          <w:spacing w:val="-2"/>
          <w:sz w:val="24"/>
        </w:rPr>
        <w:t>díszítésben.</w:t>
      </w:r>
    </w:p>
    <w:p w14:paraId="4D5CF63F" w14:textId="77777777" w:rsidR="00AE0CFD" w:rsidRPr="0078531E" w:rsidRDefault="00C3522D" w:rsidP="009A0355">
      <w:pPr>
        <w:pStyle w:val="Listaszerbekezds"/>
        <w:numPr>
          <w:ilvl w:val="1"/>
          <w:numId w:val="2"/>
        </w:numPr>
        <w:tabs>
          <w:tab w:val="left" w:pos="856"/>
        </w:tabs>
        <w:spacing w:before="138" w:line="352" w:lineRule="auto"/>
        <w:ind w:left="856" w:right="1760"/>
        <w:jc w:val="both"/>
        <w:rPr>
          <w:sz w:val="24"/>
        </w:rPr>
      </w:pPr>
      <w:r w:rsidRPr="0078531E">
        <w:rPr>
          <w:sz w:val="24"/>
        </w:rPr>
        <w:t>Szívesen</w:t>
      </w:r>
      <w:r w:rsidRPr="0078531E">
        <w:rPr>
          <w:spacing w:val="-5"/>
          <w:sz w:val="24"/>
        </w:rPr>
        <w:t xml:space="preserve"> </w:t>
      </w:r>
      <w:r w:rsidRPr="0078531E">
        <w:rPr>
          <w:sz w:val="24"/>
        </w:rPr>
        <w:t>részt</w:t>
      </w:r>
      <w:r w:rsidRPr="0078531E">
        <w:rPr>
          <w:spacing w:val="-5"/>
          <w:sz w:val="24"/>
        </w:rPr>
        <w:t xml:space="preserve"> </w:t>
      </w:r>
      <w:r w:rsidRPr="0078531E">
        <w:rPr>
          <w:sz w:val="24"/>
        </w:rPr>
        <w:t>vesz</w:t>
      </w:r>
      <w:r w:rsidRPr="0078531E">
        <w:rPr>
          <w:spacing w:val="-4"/>
          <w:sz w:val="24"/>
        </w:rPr>
        <w:t xml:space="preserve"> </w:t>
      </w:r>
      <w:r w:rsidRPr="0078531E">
        <w:rPr>
          <w:sz w:val="24"/>
        </w:rPr>
        <w:t>a</w:t>
      </w:r>
      <w:r w:rsidRPr="0078531E">
        <w:rPr>
          <w:spacing w:val="-6"/>
          <w:sz w:val="24"/>
        </w:rPr>
        <w:t xml:space="preserve"> </w:t>
      </w:r>
      <w:r w:rsidRPr="0078531E">
        <w:rPr>
          <w:sz w:val="24"/>
        </w:rPr>
        <w:t>csoportszoba</w:t>
      </w:r>
      <w:r w:rsidRPr="0078531E">
        <w:rPr>
          <w:spacing w:val="-6"/>
          <w:sz w:val="24"/>
        </w:rPr>
        <w:t xml:space="preserve"> </w:t>
      </w:r>
      <w:r w:rsidRPr="0078531E">
        <w:rPr>
          <w:sz w:val="24"/>
        </w:rPr>
        <w:t>gyermekek</w:t>
      </w:r>
      <w:r w:rsidRPr="0078531E">
        <w:rPr>
          <w:spacing w:val="-5"/>
          <w:sz w:val="24"/>
        </w:rPr>
        <w:t xml:space="preserve"> </w:t>
      </w:r>
      <w:r w:rsidRPr="0078531E">
        <w:rPr>
          <w:sz w:val="24"/>
        </w:rPr>
        <w:t>általi</w:t>
      </w:r>
      <w:r w:rsidRPr="0078531E">
        <w:rPr>
          <w:spacing w:val="-5"/>
          <w:sz w:val="24"/>
        </w:rPr>
        <w:t xml:space="preserve"> </w:t>
      </w:r>
      <w:r w:rsidRPr="0078531E">
        <w:rPr>
          <w:sz w:val="24"/>
        </w:rPr>
        <w:t>közös</w:t>
      </w:r>
      <w:r w:rsidRPr="0078531E">
        <w:rPr>
          <w:spacing w:val="-6"/>
          <w:sz w:val="24"/>
        </w:rPr>
        <w:t xml:space="preserve"> </w:t>
      </w:r>
      <w:r w:rsidRPr="0078531E">
        <w:rPr>
          <w:sz w:val="24"/>
        </w:rPr>
        <w:t xml:space="preserve">rendezésében, </w:t>
      </w:r>
      <w:r w:rsidRPr="0078531E">
        <w:rPr>
          <w:spacing w:val="-2"/>
          <w:sz w:val="24"/>
        </w:rPr>
        <w:t>takarításában.</w:t>
      </w:r>
    </w:p>
    <w:p w14:paraId="025FA9A1" w14:textId="77777777" w:rsidR="00AE0CFD" w:rsidRPr="0078531E" w:rsidRDefault="00C3522D" w:rsidP="009A0355">
      <w:pPr>
        <w:pStyle w:val="Cmsor5"/>
        <w:numPr>
          <w:ilvl w:val="2"/>
          <w:numId w:val="2"/>
        </w:numPr>
        <w:tabs>
          <w:tab w:val="left" w:pos="1575"/>
        </w:tabs>
        <w:spacing w:before="12"/>
        <w:ind w:left="1575" w:hanging="359"/>
        <w:jc w:val="both"/>
      </w:pPr>
      <w:r w:rsidRPr="0078531E">
        <w:rPr>
          <w:spacing w:val="-2"/>
        </w:rPr>
        <w:t>Szocializáció</w:t>
      </w:r>
    </w:p>
    <w:p w14:paraId="2AFB37B1" w14:textId="77777777" w:rsidR="00AE0CFD" w:rsidRPr="0078531E" w:rsidRDefault="00C3522D" w:rsidP="009A0355">
      <w:pPr>
        <w:pStyle w:val="Listaszerbekezds"/>
        <w:numPr>
          <w:ilvl w:val="1"/>
          <w:numId w:val="2"/>
        </w:numPr>
        <w:tabs>
          <w:tab w:val="left" w:pos="856"/>
        </w:tabs>
        <w:spacing w:before="114"/>
        <w:ind w:left="856"/>
        <w:jc w:val="both"/>
        <w:rPr>
          <w:sz w:val="24"/>
        </w:rPr>
      </w:pPr>
      <w:r w:rsidRPr="0078531E">
        <w:rPr>
          <w:sz w:val="24"/>
        </w:rPr>
        <w:t>Elfogadja</w:t>
      </w:r>
      <w:r w:rsidRPr="0078531E">
        <w:rPr>
          <w:spacing w:val="-2"/>
          <w:sz w:val="24"/>
        </w:rPr>
        <w:t xml:space="preserve"> </w:t>
      </w:r>
      <w:r w:rsidRPr="0078531E">
        <w:rPr>
          <w:sz w:val="24"/>
        </w:rPr>
        <w:t>a</w:t>
      </w:r>
      <w:r w:rsidRPr="0078531E">
        <w:rPr>
          <w:spacing w:val="-3"/>
          <w:sz w:val="24"/>
        </w:rPr>
        <w:t xml:space="preserve"> </w:t>
      </w:r>
      <w:r w:rsidRPr="0078531E">
        <w:rPr>
          <w:sz w:val="24"/>
        </w:rPr>
        <w:t>felnőtt</w:t>
      </w:r>
      <w:r w:rsidRPr="0078531E">
        <w:rPr>
          <w:spacing w:val="-1"/>
          <w:sz w:val="24"/>
        </w:rPr>
        <w:t xml:space="preserve"> </w:t>
      </w:r>
      <w:r w:rsidRPr="0078531E">
        <w:rPr>
          <w:sz w:val="24"/>
        </w:rPr>
        <w:t>közeledését,</w:t>
      </w:r>
      <w:r w:rsidRPr="0078531E">
        <w:rPr>
          <w:spacing w:val="-1"/>
          <w:sz w:val="24"/>
        </w:rPr>
        <w:t xml:space="preserve"> </w:t>
      </w:r>
      <w:r w:rsidRPr="0078531E">
        <w:rPr>
          <w:spacing w:val="-2"/>
          <w:sz w:val="24"/>
        </w:rPr>
        <w:t>irányítását.</w:t>
      </w:r>
    </w:p>
    <w:p w14:paraId="02944F9B" w14:textId="77777777" w:rsidR="00AE0CFD" w:rsidRPr="0078531E" w:rsidRDefault="00C3522D" w:rsidP="009A0355">
      <w:pPr>
        <w:pStyle w:val="Listaszerbekezds"/>
        <w:numPr>
          <w:ilvl w:val="1"/>
          <w:numId w:val="2"/>
        </w:numPr>
        <w:tabs>
          <w:tab w:val="left" w:pos="856"/>
        </w:tabs>
        <w:spacing w:before="135"/>
        <w:ind w:left="856"/>
        <w:jc w:val="both"/>
        <w:rPr>
          <w:sz w:val="24"/>
        </w:rPr>
      </w:pPr>
      <w:r w:rsidRPr="0078531E">
        <w:rPr>
          <w:sz w:val="24"/>
        </w:rPr>
        <w:t>Elfogadja</w:t>
      </w:r>
      <w:r w:rsidRPr="0078531E">
        <w:rPr>
          <w:spacing w:val="-3"/>
          <w:sz w:val="24"/>
        </w:rPr>
        <w:t xml:space="preserve"> </w:t>
      </w:r>
      <w:r w:rsidRPr="0078531E">
        <w:rPr>
          <w:sz w:val="24"/>
        </w:rPr>
        <w:t>társait,</w:t>
      </w:r>
      <w:r w:rsidRPr="0078531E">
        <w:rPr>
          <w:spacing w:val="-2"/>
          <w:sz w:val="24"/>
        </w:rPr>
        <w:t xml:space="preserve"> </w:t>
      </w:r>
      <w:r w:rsidRPr="0078531E">
        <w:rPr>
          <w:sz w:val="24"/>
        </w:rPr>
        <w:t>társai</w:t>
      </w:r>
      <w:r w:rsidRPr="0078531E">
        <w:rPr>
          <w:spacing w:val="-2"/>
          <w:sz w:val="24"/>
        </w:rPr>
        <w:t xml:space="preserve"> közeledését.</w:t>
      </w:r>
    </w:p>
    <w:p w14:paraId="448C7547" w14:textId="6E2BB755" w:rsidR="00AE0CFD" w:rsidRPr="0078531E" w:rsidRDefault="00C3522D" w:rsidP="009A0355">
      <w:pPr>
        <w:pStyle w:val="Listaszerbekezds"/>
        <w:numPr>
          <w:ilvl w:val="1"/>
          <w:numId w:val="2"/>
        </w:numPr>
        <w:tabs>
          <w:tab w:val="left" w:pos="856"/>
        </w:tabs>
        <w:spacing w:before="138" w:line="352" w:lineRule="auto"/>
        <w:ind w:left="856" w:right="576"/>
        <w:jc w:val="both"/>
        <w:rPr>
          <w:sz w:val="24"/>
        </w:rPr>
      </w:pPr>
      <w:r w:rsidRPr="0078531E">
        <w:rPr>
          <w:sz w:val="24"/>
        </w:rPr>
        <w:t>Személyiségének</w:t>
      </w:r>
      <w:r w:rsidRPr="0078531E">
        <w:rPr>
          <w:spacing w:val="-6"/>
          <w:sz w:val="24"/>
        </w:rPr>
        <w:t xml:space="preserve"> </w:t>
      </w:r>
      <w:r w:rsidRPr="0078531E">
        <w:rPr>
          <w:sz w:val="24"/>
        </w:rPr>
        <w:t>megfelelő</w:t>
      </w:r>
      <w:r w:rsidRPr="0078531E">
        <w:rPr>
          <w:spacing w:val="-6"/>
          <w:sz w:val="24"/>
        </w:rPr>
        <w:t xml:space="preserve"> </w:t>
      </w:r>
      <w:r w:rsidRPr="0078531E">
        <w:rPr>
          <w:sz w:val="24"/>
        </w:rPr>
        <w:t>helyen</w:t>
      </w:r>
      <w:r w:rsidRPr="0078531E">
        <w:rPr>
          <w:spacing w:val="-6"/>
          <w:sz w:val="24"/>
        </w:rPr>
        <w:t xml:space="preserve"> </w:t>
      </w:r>
      <w:r w:rsidRPr="0078531E">
        <w:rPr>
          <w:sz w:val="24"/>
        </w:rPr>
        <w:t>beilleszkedik</w:t>
      </w:r>
      <w:r w:rsidRPr="0078531E">
        <w:rPr>
          <w:spacing w:val="-6"/>
          <w:sz w:val="24"/>
        </w:rPr>
        <w:t xml:space="preserve"> </w:t>
      </w:r>
      <w:r w:rsidRPr="0078531E">
        <w:rPr>
          <w:sz w:val="24"/>
        </w:rPr>
        <w:t>a</w:t>
      </w:r>
      <w:r w:rsidRPr="0078531E">
        <w:rPr>
          <w:spacing w:val="-6"/>
          <w:sz w:val="24"/>
        </w:rPr>
        <w:t xml:space="preserve"> </w:t>
      </w:r>
      <w:r w:rsidRPr="0078531E">
        <w:rPr>
          <w:sz w:val="24"/>
        </w:rPr>
        <w:t>közösségbe</w:t>
      </w:r>
      <w:r w:rsidRPr="0078531E">
        <w:rPr>
          <w:spacing w:val="-5"/>
          <w:sz w:val="24"/>
        </w:rPr>
        <w:t xml:space="preserve"> </w:t>
      </w:r>
      <w:r w:rsidRPr="0078531E">
        <w:rPr>
          <w:sz w:val="24"/>
        </w:rPr>
        <w:t>(közös</w:t>
      </w:r>
      <w:r w:rsidRPr="0078531E">
        <w:rPr>
          <w:spacing w:val="-7"/>
          <w:sz w:val="24"/>
        </w:rPr>
        <w:t xml:space="preserve"> </w:t>
      </w:r>
      <w:r w:rsidRPr="0078531E">
        <w:rPr>
          <w:sz w:val="24"/>
        </w:rPr>
        <w:t xml:space="preserve">tevékenységek </w:t>
      </w:r>
      <w:r w:rsidRPr="0078531E">
        <w:rPr>
          <w:spacing w:val="-2"/>
          <w:sz w:val="24"/>
        </w:rPr>
        <w:t>során</w:t>
      </w:r>
      <w:r w:rsidR="00634DBD" w:rsidRPr="0078531E">
        <w:rPr>
          <w:spacing w:val="-2"/>
          <w:sz w:val="24"/>
        </w:rPr>
        <w:t xml:space="preserve"> </w:t>
      </w:r>
      <w:r w:rsidRPr="0078531E">
        <w:rPr>
          <w:sz w:val="24"/>
        </w:rPr>
        <w:t>vagy/és</w:t>
      </w:r>
      <w:r w:rsidRPr="0078531E">
        <w:rPr>
          <w:spacing w:val="-4"/>
          <w:sz w:val="24"/>
        </w:rPr>
        <w:t xml:space="preserve"> </w:t>
      </w:r>
      <w:r w:rsidRPr="0078531E">
        <w:rPr>
          <w:sz w:val="24"/>
        </w:rPr>
        <w:t>bekapcsolódik,</w:t>
      </w:r>
      <w:r w:rsidRPr="0078531E">
        <w:rPr>
          <w:spacing w:val="-2"/>
          <w:sz w:val="24"/>
        </w:rPr>
        <w:t xml:space="preserve"> </w:t>
      </w:r>
      <w:r w:rsidRPr="0078531E">
        <w:rPr>
          <w:sz w:val="24"/>
        </w:rPr>
        <w:t>alkalmazkodik,</w:t>
      </w:r>
      <w:r w:rsidRPr="0078531E">
        <w:rPr>
          <w:spacing w:val="-3"/>
          <w:sz w:val="24"/>
        </w:rPr>
        <w:t xml:space="preserve"> </w:t>
      </w:r>
      <w:r w:rsidRPr="0078531E">
        <w:rPr>
          <w:sz w:val="24"/>
        </w:rPr>
        <w:t>együttműködik,</w:t>
      </w:r>
      <w:r w:rsidRPr="0078531E">
        <w:rPr>
          <w:spacing w:val="-2"/>
          <w:sz w:val="24"/>
        </w:rPr>
        <w:t xml:space="preserve"> </w:t>
      </w:r>
      <w:r w:rsidRPr="0078531E">
        <w:rPr>
          <w:sz w:val="24"/>
        </w:rPr>
        <w:t>kezdeményez,</w:t>
      </w:r>
      <w:r w:rsidRPr="0078531E">
        <w:rPr>
          <w:spacing w:val="-2"/>
          <w:sz w:val="24"/>
        </w:rPr>
        <w:t xml:space="preserve"> irányít).</w:t>
      </w:r>
    </w:p>
    <w:p w14:paraId="5B7BF783"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Kapcsolatteremtésben</w:t>
      </w:r>
      <w:r w:rsidRPr="0078531E">
        <w:rPr>
          <w:spacing w:val="-3"/>
          <w:sz w:val="24"/>
        </w:rPr>
        <w:t xml:space="preserve"> </w:t>
      </w:r>
      <w:r w:rsidRPr="0078531E">
        <w:rPr>
          <w:sz w:val="24"/>
        </w:rPr>
        <w:t>kezdeményező</w:t>
      </w:r>
      <w:r w:rsidRPr="0078531E">
        <w:rPr>
          <w:spacing w:val="-2"/>
          <w:sz w:val="24"/>
        </w:rPr>
        <w:t xml:space="preserve"> </w:t>
      </w:r>
      <w:r w:rsidRPr="0078531E">
        <w:rPr>
          <w:sz w:val="24"/>
        </w:rPr>
        <w:t>vagy</w:t>
      </w:r>
      <w:r w:rsidRPr="0078531E">
        <w:rPr>
          <w:spacing w:val="-5"/>
          <w:sz w:val="24"/>
        </w:rPr>
        <w:t xml:space="preserve"> </w:t>
      </w:r>
      <w:r w:rsidRPr="0078531E">
        <w:rPr>
          <w:spacing w:val="-2"/>
          <w:sz w:val="24"/>
        </w:rPr>
        <w:t>elfogadó.</w:t>
      </w:r>
    </w:p>
    <w:p w14:paraId="3DD34ACF"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Szükség</w:t>
      </w:r>
      <w:r w:rsidRPr="0078531E">
        <w:rPr>
          <w:spacing w:val="-5"/>
          <w:sz w:val="24"/>
        </w:rPr>
        <w:t xml:space="preserve"> </w:t>
      </w:r>
      <w:r w:rsidRPr="0078531E">
        <w:rPr>
          <w:sz w:val="24"/>
        </w:rPr>
        <w:t>esetén</w:t>
      </w:r>
      <w:r w:rsidRPr="0078531E">
        <w:rPr>
          <w:spacing w:val="-2"/>
          <w:sz w:val="24"/>
        </w:rPr>
        <w:t xml:space="preserve"> </w:t>
      </w:r>
      <w:r w:rsidRPr="0078531E">
        <w:rPr>
          <w:sz w:val="24"/>
        </w:rPr>
        <w:t>szívesen</w:t>
      </w:r>
      <w:r w:rsidRPr="0078531E">
        <w:rPr>
          <w:spacing w:val="1"/>
          <w:sz w:val="24"/>
        </w:rPr>
        <w:t xml:space="preserve"> </w:t>
      </w:r>
      <w:r w:rsidRPr="0078531E">
        <w:rPr>
          <w:sz w:val="24"/>
        </w:rPr>
        <w:t>segíti</w:t>
      </w:r>
      <w:r w:rsidRPr="0078531E">
        <w:rPr>
          <w:spacing w:val="-2"/>
          <w:sz w:val="24"/>
        </w:rPr>
        <w:t xml:space="preserve"> </w:t>
      </w:r>
      <w:r w:rsidRPr="0078531E">
        <w:rPr>
          <w:sz w:val="24"/>
        </w:rPr>
        <w:t>társait,</w:t>
      </w:r>
      <w:r w:rsidRPr="0078531E">
        <w:rPr>
          <w:spacing w:val="-2"/>
          <w:sz w:val="24"/>
        </w:rPr>
        <w:t xml:space="preserve"> </w:t>
      </w:r>
      <w:r w:rsidRPr="0078531E">
        <w:rPr>
          <w:sz w:val="24"/>
        </w:rPr>
        <w:t xml:space="preserve">a </w:t>
      </w:r>
      <w:r w:rsidRPr="0078531E">
        <w:rPr>
          <w:spacing w:val="-2"/>
          <w:sz w:val="24"/>
        </w:rPr>
        <w:t>felnőtteket.</w:t>
      </w:r>
    </w:p>
    <w:p w14:paraId="6DE9C874"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Erkölcsi</w:t>
      </w:r>
      <w:r w:rsidRPr="0078531E">
        <w:rPr>
          <w:spacing w:val="-4"/>
          <w:sz w:val="24"/>
        </w:rPr>
        <w:t xml:space="preserve"> </w:t>
      </w:r>
      <w:r w:rsidRPr="0078531E">
        <w:rPr>
          <w:sz w:val="24"/>
        </w:rPr>
        <w:t>értékeket</w:t>
      </w:r>
      <w:r w:rsidRPr="0078531E">
        <w:rPr>
          <w:spacing w:val="-2"/>
          <w:sz w:val="24"/>
        </w:rPr>
        <w:t xml:space="preserve"> </w:t>
      </w:r>
      <w:r w:rsidRPr="0078531E">
        <w:rPr>
          <w:sz w:val="24"/>
        </w:rPr>
        <w:t>felismer</w:t>
      </w:r>
      <w:r w:rsidRPr="0078531E">
        <w:rPr>
          <w:spacing w:val="-2"/>
          <w:sz w:val="24"/>
        </w:rPr>
        <w:t xml:space="preserve"> </w:t>
      </w:r>
      <w:r w:rsidRPr="0078531E">
        <w:rPr>
          <w:sz w:val="24"/>
        </w:rPr>
        <w:t>(igazság-</w:t>
      </w:r>
      <w:r w:rsidRPr="0078531E">
        <w:rPr>
          <w:spacing w:val="-3"/>
          <w:sz w:val="24"/>
        </w:rPr>
        <w:t xml:space="preserve"> </w:t>
      </w:r>
      <w:r w:rsidRPr="0078531E">
        <w:rPr>
          <w:sz w:val="24"/>
        </w:rPr>
        <w:t>hazugság,</w:t>
      </w:r>
      <w:r w:rsidRPr="0078531E">
        <w:rPr>
          <w:spacing w:val="-1"/>
          <w:sz w:val="24"/>
        </w:rPr>
        <w:t xml:space="preserve"> </w:t>
      </w:r>
      <w:r w:rsidRPr="0078531E">
        <w:rPr>
          <w:sz w:val="24"/>
        </w:rPr>
        <w:t>jó-</w:t>
      </w:r>
      <w:r w:rsidRPr="0078531E">
        <w:rPr>
          <w:spacing w:val="-2"/>
          <w:sz w:val="24"/>
        </w:rPr>
        <w:t>rossz).</w:t>
      </w:r>
    </w:p>
    <w:p w14:paraId="3CBC0180"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Képes</w:t>
      </w:r>
      <w:r w:rsidRPr="0078531E">
        <w:rPr>
          <w:spacing w:val="-3"/>
          <w:sz w:val="24"/>
        </w:rPr>
        <w:t xml:space="preserve"> </w:t>
      </w:r>
      <w:r w:rsidRPr="0078531E">
        <w:rPr>
          <w:sz w:val="24"/>
        </w:rPr>
        <w:t>az</w:t>
      </w:r>
      <w:r w:rsidRPr="0078531E">
        <w:rPr>
          <w:spacing w:val="-1"/>
          <w:sz w:val="24"/>
        </w:rPr>
        <w:t xml:space="preserve"> </w:t>
      </w:r>
      <w:r w:rsidRPr="0078531E">
        <w:rPr>
          <w:spacing w:val="-2"/>
          <w:sz w:val="24"/>
        </w:rPr>
        <w:t>együttérzésre.</w:t>
      </w:r>
    </w:p>
    <w:p w14:paraId="139272FB" w14:textId="77777777" w:rsidR="00AE0CFD" w:rsidRPr="0078531E" w:rsidRDefault="00C3522D" w:rsidP="009A0355">
      <w:pPr>
        <w:pStyle w:val="Cmsor5"/>
        <w:numPr>
          <w:ilvl w:val="2"/>
          <w:numId w:val="2"/>
        </w:numPr>
        <w:tabs>
          <w:tab w:val="left" w:pos="1575"/>
        </w:tabs>
        <w:spacing w:before="141"/>
        <w:ind w:left="1575" w:hanging="359"/>
        <w:jc w:val="both"/>
      </w:pPr>
      <w:r w:rsidRPr="0078531E">
        <w:t xml:space="preserve">Akarati </w:t>
      </w:r>
      <w:r w:rsidRPr="0078531E">
        <w:rPr>
          <w:spacing w:val="-2"/>
        </w:rPr>
        <w:t>tulajdonságok</w:t>
      </w:r>
    </w:p>
    <w:p w14:paraId="7451B4BD" w14:textId="77777777" w:rsidR="00AE0CFD" w:rsidRPr="0078531E" w:rsidRDefault="00C3522D" w:rsidP="009A0355">
      <w:pPr>
        <w:pStyle w:val="Listaszerbekezds"/>
        <w:numPr>
          <w:ilvl w:val="1"/>
          <w:numId w:val="2"/>
        </w:numPr>
        <w:tabs>
          <w:tab w:val="left" w:pos="856"/>
        </w:tabs>
        <w:spacing w:before="114"/>
        <w:ind w:left="856"/>
        <w:jc w:val="both"/>
        <w:rPr>
          <w:sz w:val="24"/>
        </w:rPr>
      </w:pPr>
      <w:r w:rsidRPr="0078531E">
        <w:rPr>
          <w:sz w:val="24"/>
        </w:rPr>
        <w:t>Feladatvégzésben</w:t>
      </w:r>
      <w:r w:rsidRPr="0078531E">
        <w:rPr>
          <w:spacing w:val="-6"/>
          <w:sz w:val="24"/>
        </w:rPr>
        <w:t xml:space="preserve"> </w:t>
      </w:r>
      <w:r w:rsidRPr="0078531E">
        <w:rPr>
          <w:spacing w:val="-2"/>
          <w:sz w:val="24"/>
        </w:rPr>
        <w:t>motivált.</w:t>
      </w:r>
    </w:p>
    <w:p w14:paraId="7D8FA148"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Befejezi,</w:t>
      </w:r>
      <w:r w:rsidRPr="0078531E">
        <w:rPr>
          <w:spacing w:val="-2"/>
          <w:sz w:val="24"/>
        </w:rPr>
        <w:t xml:space="preserve"> </w:t>
      </w:r>
      <w:r w:rsidRPr="0078531E">
        <w:rPr>
          <w:sz w:val="24"/>
        </w:rPr>
        <w:t>amit</w:t>
      </w:r>
      <w:r w:rsidRPr="0078531E">
        <w:rPr>
          <w:spacing w:val="-2"/>
          <w:sz w:val="24"/>
        </w:rPr>
        <w:t xml:space="preserve"> </w:t>
      </w:r>
      <w:r w:rsidRPr="0078531E">
        <w:rPr>
          <w:sz w:val="24"/>
        </w:rPr>
        <w:t>elkezdett,</w:t>
      </w:r>
      <w:r w:rsidRPr="0078531E">
        <w:rPr>
          <w:spacing w:val="-1"/>
          <w:sz w:val="24"/>
        </w:rPr>
        <w:t xml:space="preserve"> </w:t>
      </w:r>
      <w:r w:rsidRPr="0078531E">
        <w:rPr>
          <w:spacing w:val="-2"/>
          <w:sz w:val="24"/>
        </w:rPr>
        <w:t>kitartó.</w:t>
      </w:r>
    </w:p>
    <w:p w14:paraId="0A2B3348"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Tevékenységének</w:t>
      </w:r>
      <w:r w:rsidRPr="0078531E">
        <w:rPr>
          <w:spacing w:val="-1"/>
          <w:sz w:val="24"/>
        </w:rPr>
        <w:t xml:space="preserve"> </w:t>
      </w:r>
      <w:r w:rsidRPr="0078531E">
        <w:rPr>
          <w:sz w:val="24"/>
        </w:rPr>
        <w:t>akadályoztatása</w:t>
      </w:r>
      <w:r w:rsidRPr="0078531E">
        <w:rPr>
          <w:spacing w:val="-5"/>
          <w:sz w:val="24"/>
        </w:rPr>
        <w:t xml:space="preserve"> </w:t>
      </w:r>
      <w:r w:rsidRPr="0078531E">
        <w:rPr>
          <w:sz w:val="24"/>
        </w:rPr>
        <w:t>esetén</w:t>
      </w:r>
      <w:r w:rsidRPr="0078531E">
        <w:rPr>
          <w:spacing w:val="-3"/>
          <w:sz w:val="24"/>
        </w:rPr>
        <w:t xml:space="preserve"> </w:t>
      </w:r>
      <w:r w:rsidRPr="0078531E">
        <w:rPr>
          <w:sz w:val="24"/>
        </w:rPr>
        <w:t>kivárásra</w:t>
      </w:r>
      <w:r w:rsidRPr="0078531E">
        <w:rPr>
          <w:spacing w:val="-3"/>
          <w:sz w:val="24"/>
        </w:rPr>
        <w:t xml:space="preserve"> </w:t>
      </w:r>
      <w:r w:rsidRPr="0078531E">
        <w:rPr>
          <w:spacing w:val="-2"/>
          <w:sz w:val="24"/>
        </w:rPr>
        <w:t>képes.</w:t>
      </w:r>
    </w:p>
    <w:p w14:paraId="365B08D4" w14:textId="77777777" w:rsidR="00AE0CFD" w:rsidRPr="0078531E" w:rsidRDefault="00AE0CFD" w:rsidP="009A0355">
      <w:pPr>
        <w:jc w:val="both"/>
        <w:rPr>
          <w:sz w:val="24"/>
        </w:rPr>
        <w:sectPr w:rsidR="00AE0CFD" w:rsidRPr="0078531E" w:rsidSect="00A42104">
          <w:pgSz w:w="11910" w:h="16840"/>
          <w:pgMar w:top="1320" w:right="980" w:bottom="1200" w:left="1280" w:header="0" w:footer="1003" w:gutter="0"/>
          <w:cols w:space="708"/>
        </w:sectPr>
      </w:pPr>
    </w:p>
    <w:p w14:paraId="5D6E8548" w14:textId="77777777" w:rsidR="00AE0CFD" w:rsidRPr="0078531E" w:rsidRDefault="00C3522D" w:rsidP="00087700">
      <w:pPr>
        <w:pStyle w:val="Listaszerbekezds"/>
        <w:numPr>
          <w:ilvl w:val="1"/>
          <w:numId w:val="2"/>
        </w:numPr>
        <w:tabs>
          <w:tab w:val="left" w:pos="359"/>
        </w:tabs>
        <w:spacing w:before="71"/>
        <w:ind w:right="6041"/>
        <w:jc w:val="both"/>
        <w:rPr>
          <w:sz w:val="24"/>
        </w:rPr>
      </w:pPr>
      <w:r w:rsidRPr="0078531E">
        <w:rPr>
          <w:sz w:val="24"/>
        </w:rPr>
        <w:lastRenderedPageBreak/>
        <w:t>Feladattudata</w:t>
      </w:r>
      <w:r w:rsidRPr="0078531E">
        <w:rPr>
          <w:spacing w:val="-4"/>
          <w:sz w:val="24"/>
        </w:rPr>
        <w:t xml:space="preserve"> </w:t>
      </w:r>
      <w:r w:rsidRPr="0078531E">
        <w:rPr>
          <w:spacing w:val="-2"/>
          <w:sz w:val="24"/>
        </w:rPr>
        <w:t>kialakult.</w:t>
      </w:r>
    </w:p>
    <w:p w14:paraId="73FBF3F2" w14:textId="77777777" w:rsidR="00AE0CFD" w:rsidRPr="0078531E" w:rsidRDefault="00C3522D" w:rsidP="00087700">
      <w:pPr>
        <w:pStyle w:val="Cmsor5"/>
        <w:numPr>
          <w:ilvl w:val="2"/>
          <w:numId w:val="2"/>
        </w:numPr>
        <w:tabs>
          <w:tab w:val="left" w:pos="359"/>
        </w:tabs>
        <w:spacing w:before="144"/>
        <w:ind w:right="6091"/>
        <w:jc w:val="both"/>
      </w:pPr>
      <w:r w:rsidRPr="0078531E">
        <w:rPr>
          <w:spacing w:val="-2"/>
        </w:rPr>
        <w:t>Mozgás</w:t>
      </w:r>
    </w:p>
    <w:p w14:paraId="23CA6E1F" w14:textId="77777777" w:rsidR="00AE0CFD" w:rsidRPr="0078531E" w:rsidRDefault="00C3522D" w:rsidP="009A0355">
      <w:pPr>
        <w:pStyle w:val="Listaszerbekezds"/>
        <w:numPr>
          <w:ilvl w:val="1"/>
          <w:numId w:val="2"/>
        </w:numPr>
        <w:tabs>
          <w:tab w:val="left" w:pos="856"/>
        </w:tabs>
        <w:spacing w:before="114"/>
        <w:ind w:left="856"/>
        <w:jc w:val="both"/>
        <w:rPr>
          <w:sz w:val="24"/>
        </w:rPr>
      </w:pPr>
      <w:r w:rsidRPr="0078531E">
        <w:rPr>
          <w:sz w:val="24"/>
        </w:rPr>
        <w:t>Szívesen,</w:t>
      </w:r>
      <w:r w:rsidRPr="0078531E">
        <w:rPr>
          <w:spacing w:val="-3"/>
          <w:sz w:val="24"/>
        </w:rPr>
        <w:t xml:space="preserve"> </w:t>
      </w:r>
      <w:r w:rsidRPr="0078531E">
        <w:rPr>
          <w:sz w:val="24"/>
        </w:rPr>
        <w:t>felszabadultan</w:t>
      </w:r>
      <w:r w:rsidRPr="0078531E">
        <w:rPr>
          <w:spacing w:val="-2"/>
          <w:sz w:val="24"/>
        </w:rPr>
        <w:t xml:space="preserve"> mozog.</w:t>
      </w:r>
    </w:p>
    <w:p w14:paraId="27EF619F" w14:textId="77777777" w:rsidR="00AE0CFD" w:rsidRPr="0078531E" w:rsidRDefault="00C3522D" w:rsidP="009A0355">
      <w:pPr>
        <w:pStyle w:val="Listaszerbekezds"/>
        <w:numPr>
          <w:ilvl w:val="1"/>
          <w:numId w:val="2"/>
        </w:numPr>
        <w:tabs>
          <w:tab w:val="left" w:pos="856"/>
        </w:tabs>
        <w:spacing w:before="135"/>
        <w:ind w:left="856"/>
        <w:jc w:val="both"/>
        <w:rPr>
          <w:sz w:val="24"/>
        </w:rPr>
      </w:pPr>
      <w:r w:rsidRPr="0078531E">
        <w:rPr>
          <w:sz w:val="24"/>
        </w:rPr>
        <w:t>Nagymozgásokat</w:t>
      </w:r>
      <w:r w:rsidRPr="0078531E">
        <w:rPr>
          <w:spacing w:val="-5"/>
          <w:sz w:val="24"/>
        </w:rPr>
        <w:t xml:space="preserve"> </w:t>
      </w:r>
      <w:r w:rsidRPr="0078531E">
        <w:rPr>
          <w:sz w:val="24"/>
        </w:rPr>
        <w:t>helyesen,</w:t>
      </w:r>
      <w:r w:rsidRPr="0078531E">
        <w:rPr>
          <w:spacing w:val="-2"/>
          <w:sz w:val="24"/>
        </w:rPr>
        <w:t xml:space="preserve"> </w:t>
      </w:r>
      <w:r w:rsidRPr="0078531E">
        <w:rPr>
          <w:sz w:val="24"/>
        </w:rPr>
        <w:t>stabilan,</w:t>
      </w:r>
      <w:r w:rsidRPr="0078531E">
        <w:rPr>
          <w:spacing w:val="-3"/>
          <w:sz w:val="24"/>
        </w:rPr>
        <w:t xml:space="preserve"> </w:t>
      </w:r>
      <w:r w:rsidRPr="0078531E">
        <w:rPr>
          <w:sz w:val="24"/>
        </w:rPr>
        <w:t>túlmozgások</w:t>
      </w:r>
      <w:r w:rsidRPr="0078531E">
        <w:rPr>
          <w:spacing w:val="-2"/>
          <w:sz w:val="24"/>
        </w:rPr>
        <w:t xml:space="preserve"> </w:t>
      </w:r>
      <w:r w:rsidRPr="0078531E">
        <w:rPr>
          <w:sz w:val="24"/>
        </w:rPr>
        <w:t>nélkül</w:t>
      </w:r>
      <w:r w:rsidRPr="0078531E">
        <w:rPr>
          <w:spacing w:val="-2"/>
          <w:sz w:val="24"/>
        </w:rPr>
        <w:t xml:space="preserve"> végzi.</w:t>
      </w:r>
    </w:p>
    <w:p w14:paraId="2580D9BE"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Mozgása</w:t>
      </w:r>
      <w:r w:rsidRPr="0078531E">
        <w:rPr>
          <w:spacing w:val="-3"/>
          <w:sz w:val="24"/>
        </w:rPr>
        <w:t xml:space="preserve"> </w:t>
      </w:r>
      <w:r w:rsidRPr="0078531E">
        <w:rPr>
          <w:sz w:val="24"/>
        </w:rPr>
        <w:t>jól</w:t>
      </w:r>
      <w:r w:rsidRPr="0078531E">
        <w:rPr>
          <w:spacing w:val="-1"/>
          <w:sz w:val="24"/>
        </w:rPr>
        <w:t xml:space="preserve"> </w:t>
      </w:r>
      <w:r w:rsidRPr="0078531E">
        <w:rPr>
          <w:sz w:val="24"/>
        </w:rPr>
        <w:t>koordinált,</w:t>
      </w:r>
      <w:r w:rsidRPr="0078531E">
        <w:rPr>
          <w:spacing w:val="1"/>
          <w:sz w:val="24"/>
        </w:rPr>
        <w:t xml:space="preserve"> </w:t>
      </w:r>
      <w:r w:rsidRPr="0078531E">
        <w:rPr>
          <w:spacing w:val="-2"/>
          <w:sz w:val="24"/>
        </w:rPr>
        <w:t>harmonikus.</w:t>
      </w:r>
    </w:p>
    <w:p w14:paraId="5B2E24B7"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Helyesen</w:t>
      </w:r>
      <w:r w:rsidRPr="0078531E">
        <w:rPr>
          <w:spacing w:val="-2"/>
          <w:sz w:val="24"/>
        </w:rPr>
        <w:t xml:space="preserve"> </w:t>
      </w:r>
      <w:r w:rsidRPr="0078531E">
        <w:rPr>
          <w:sz w:val="24"/>
        </w:rPr>
        <w:t>fogja</w:t>
      </w:r>
      <w:r w:rsidRPr="0078531E">
        <w:rPr>
          <w:spacing w:val="-2"/>
          <w:sz w:val="24"/>
        </w:rPr>
        <w:t xml:space="preserve"> </w:t>
      </w:r>
      <w:r w:rsidRPr="0078531E">
        <w:rPr>
          <w:sz w:val="24"/>
        </w:rPr>
        <w:t>és</w:t>
      </w:r>
      <w:r w:rsidRPr="0078531E">
        <w:rPr>
          <w:spacing w:val="-2"/>
          <w:sz w:val="24"/>
        </w:rPr>
        <w:t xml:space="preserve"> </w:t>
      </w:r>
      <w:r w:rsidRPr="0078531E">
        <w:rPr>
          <w:sz w:val="24"/>
        </w:rPr>
        <w:t>használja</w:t>
      </w:r>
      <w:r w:rsidRPr="0078531E">
        <w:rPr>
          <w:spacing w:val="-2"/>
          <w:sz w:val="24"/>
        </w:rPr>
        <w:t xml:space="preserve"> </w:t>
      </w:r>
      <w:r w:rsidRPr="0078531E">
        <w:rPr>
          <w:sz w:val="24"/>
        </w:rPr>
        <w:t xml:space="preserve">az </w:t>
      </w:r>
      <w:r w:rsidRPr="0078531E">
        <w:rPr>
          <w:spacing w:val="-2"/>
          <w:sz w:val="24"/>
        </w:rPr>
        <w:t>eszközöket.</w:t>
      </w:r>
    </w:p>
    <w:p w14:paraId="14436064"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Ügyesen,</w:t>
      </w:r>
      <w:r w:rsidRPr="0078531E">
        <w:rPr>
          <w:spacing w:val="-5"/>
          <w:sz w:val="24"/>
        </w:rPr>
        <w:t xml:space="preserve"> </w:t>
      </w:r>
      <w:r w:rsidRPr="0078531E">
        <w:rPr>
          <w:sz w:val="24"/>
        </w:rPr>
        <w:t>könnyedén</w:t>
      </w:r>
      <w:r w:rsidRPr="0078531E">
        <w:rPr>
          <w:spacing w:val="-2"/>
          <w:sz w:val="24"/>
        </w:rPr>
        <w:t xml:space="preserve"> </w:t>
      </w:r>
      <w:r w:rsidRPr="0078531E">
        <w:rPr>
          <w:sz w:val="24"/>
        </w:rPr>
        <w:t>mozgatja</w:t>
      </w:r>
      <w:r w:rsidRPr="0078531E">
        <w:rPr>
          <w:spacing w:val="-2"/>
          <w:sz w:val="24"/>
        </w:rPr>
        <w:t xml:space="preserve"> ujjait.</w:t>
      </w:r>
    </w:p>
    <w:p w14:paraId="77D5A2FC" w14:textId="77777777" w:rsidR="00AE0CFD" w:rsidRPr="0078531E" w:rsidRDefault="00C3522D" w:rsidP="009A0355">
      <w:pPr>
        <w:pStyle w:val="Cmsor5"/>
        <w:numPr>
          <w:ilvl w:val="2"/>
          <w:numId w:val="2"/>
        </w:numPr>
        <w:tabs>
          <w:tab w:val="left" w:pos="1576"/>
        </w:tabs>
        <w:spacing w:line="333" w:lineRule="auto"/>
        <w:ind w:right="1623"/>
        <w:jc w:val="both"/>
      </w:pPr>
      <w:r w:rsidRPr="0078531E">
        <w:t>Testséma</w:t>
      </w:r>
      <w:r w:rsidRPr="0078531E">
        <w:rPr>
          <w:spacing w:val="-5"/>
        </w:rPr>
        <w:t xml:space="preserve"> </w:t>
      </w:r>
      <w:r w:rsidRPr="0078531E">
        <w:t>(testrészek</w:t>
      </w:r>
      <w:r w:rsidRPr="0078531E">
        <w:rPr>
          <w:spacing w:val="-5"/>
        </w:rPr>
        <w:t xml:space="preserve"> </w:t>
      </w:r>
      <w:r w:rsidRPr="0078531E">
        <w:t>ismerete,</w:t>
      </w:r>
      <w:r w:rsidRPr="0078531E">
        <w:rPr>
          <w:spacing w:val="-5"/>
        </w:rPr>
        <w:t xml:space="preserve"> </w:t>
      </w:r>
      <w:r w:rsidRPr="0078531E">
        <w:t>a</w:t>
      </w:r>
      <w:r w:rsidRPr="0078531E">
        <w:rPr>
          <w:spacing w:val="-5"/>
        </w:rPr>
        <w:t xml:space="preserve"> </w:t>
      </w:r>
      <w:r w:rsidRPr="0078531E">
        <w:t>test</w:t>
      </w:r>
      <w:r w:rsidRPr="0078531E">
        <w:rPr>
          <w:spacing w:val="-5"/>
        </w:rPr>
        <w:t xml:space="preserve"> </w:t>
      </w:r>
      <w:r w:rsidRPr="0078531E">
        <w:t>személyi</w:t>
      </w:r>
      <w:r w:rsidRPr="0078531E">
        <w:rPr>
          <w:spacing w:val="-5"/>
        </w:rPr>
        <w:t xml:space="preserve"> </w:t>
      </w:r>
      <w:r w:rsidRPr="0078531E">
        <w:t>zónájának</w:t>
      </w:r>
      <w:r w:rsidRPr="0078531E">
        <w:rPr>
          <w:spacing w:val="-5"/>
        </w:rPr>
        <w:t xml:space="preserve"> </w:t>
      </w:r>
      <w:r w:rsidRPr="0078531E">
        <w:t xml:space="preserve">ismerete, </w:t>
      </w:r>
      <w:r w:rsidRPr="0078531E">
        <w:rPr>
          <w:spacing w:val="-2"/>
        </w:rPr>
        <w:t>testfogalom)</w:t>
      </w:r>
    </w:p>
    <w:p w14:paraId="59DA8266" w14:textId="77777777" w:rsidR="00AE0CFD" w:rsidRPr="0078531E" w:rsidRDefault="00C3522D" w:rsidP="009A0355">
      <w:pPr>
        <w:pStyle w:val="Listaszerbekezds"/>
        <w:numPr>
          <w:ilvl w:val="1"/>
          <w:numId w:val="2"/>
        </w:numPr>
        <w:tabs>
          <w:tab w:val="left" w:pos="856"/>
        </w:tabs>
        <w:spacing w:before="35"/>
        <w:ind w:left="856"/>
        <w:jc w:val="both"/>
        <w:rPr>
          <w:sz w:val="24"/>
        </w:rPr>
      </w:pPr>
      <w:r w:rsidRPr="0078531E">
        <w:rPr>
          <w:sz w:val="24"/>
        </w:rPr>
        <w:t>Felismeri,</w:t>
      </w:r>
      <w:r w:rsidRPr="0078531E">
        <w:rPr>
          <w:spacing w:val="-3"/>
          <w:sz w:val="24"/>
        </w:rPr>
        <w:t xml:space="preserve"> </w:t>
      </w:r>
      <w:r w:rsidRPr="0078531E">
        <w:rPr>
          <w:sz w:val="24"/>
        </w:rPr>
        <w:t>azonosítja</w:t>
      </w:r>
      <w:r w:rsidRPr="0078531E">
        <w:rPr>
          <w:spacing w:val="-2"/>
          <w:sz w:val="24"/>
        </w:rPr>
        <w:t xml:space="preserve"> önmagát.</w:t>
      </w:r>
    </w:p>
    <w:p w14:paraId="2EC96FC7" w14:textId="77777777" w:rsidR="00AE0CFD" w:rsidRPr="0078531E" w:rsidRDefault="00C3522D" w:rsidP="009A0355">
      <w:pPr>
        <w:pStyle w:val="Listaszerbekezds"/>
        <w:numPr>
          <w:ilvl w:val="1"/>
          <w:numId w:val="2"/>
        </w:numPr>
        <w:tabs>
          <w:tab w:val="left" w:pos="856"/>
        </w:tabs>
        <w:spacing w:before="139"/>
        <w:ind w:left="856"/>
        <w:jc w:val="both"/>
        <w:rPr>
          <w:sz w:val="24"/>
        </w:rPr>
      </w:pPr>
      <w:r w:rsidRPr="0078531E">
        <w:rPr>
          <w:sz w:val="24"/>
        </w:rPr>
        <w:t>Megmutatja</w:t>
      </w:r>
      <w:r w:rsidRPr="0078531E">
        <w:rPr>
          <w:spacing w:val="-5"/>
          <w:sz w:val="24"/>
        </w:rPr>
        <w:t xml:space="preserve"> </w:t>
      </w:r>
      <w:r w:rsidRPr="0078531E">
        <w:rPr>
          <w:sz w:val="24"/>
        </w:rPr>
        <w:t>önmagán</w:t>
      </w:r>
      <w:r w:rsidRPr="0078531E">
        <w:rPr>
          <w:spacing w:val="-1"/>
          <w:sz w:val="24"/>
        </w:rPr>
        <w:t xml:space="preserve"> </w:t>
      </w:r>
      <w:r w:rsidRPr="0078531E">
        <w:rPr>
          <w:sz w:val="24"/>
        </w:rPr>
        <w:t>(majd</w:t>
      </w:r>
      <w:r w:rsidRPr="0078531E">
        <w:rPr>
          <w:spacing w:val="-2"/>
          <w:sz w:val="24"/>
        </w:rPr>
        <w:t xml:space="preserve"> </w:t>
      </w:r>
      <w:r w:rsidRPr="0078531E">
        <w:rPr>
          <w:sz w:val="24"/>
        </w:rPr>
        <w:t>társán) és</w:t>
      </w:r>
      <w:r w:rsidRPr="0078531E">
        <w:rPr>
          <w:spacing w:val="-3"/>
          <w:sz w:val="24"/>
        </w:rPr>
        <w:t xml:space="preserve"> </w:t>
      </w:r>
      <w:r w:rsidRPr="0078531E">
        <w:rPr>
          <w:sz w:val="24"/>
        </w:rPr>
        <w:t>megnevezi</w:t>
      </w:r>
      <w:r w:rsidRPr="0078531E">
        <w:rPr>
          <w:spacing w:val="-1"/>
          <w:sz w:val="24"/>
        </w:rPr>
        <w:t xml:space="preserve"> </w:t>
      </w:r>
      <w:r w:rsidRPr="0078531E">
        <w:rPr>
          <w:sz w:val="24"/>
        </w:rPr>
        <w:t>fő</w:t>
      </w:r>
      <w:r w:rsidRPr="0078531E">
        <w:rPr>
          <w:spacing w:val="-1"/>
          <w:sz w:val="24"/>
        </w:rPr>
        <w:t xml:space="preserve"> </w:t>
      </w:r>
      <w:r w:rsidRPr="0078531E">
        <w:rPr>
          <w:spacing w:val="-2"/>
          <w:sz w:val="24"/>
        </w:rPr>
        <w:t>testrészeit.</w:t>
      </w:r>
    </w:p>
    <w:p w14:paraId="00D1EE47"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Megmutatja</w:t>
      </w:r>
      <w:r w:rsidRPr="0078531E">
        <w:rPr>
          <w:spacing w:val="-4"/>
          <w:sz w:val="24"/>
        </w:rPr>
        <w:t xml:space="preserve"> </w:t>
      </w:r>
      <w:r w:rsidRPr="0078531E">
        <w:rPr>
          <w:sz w:val="24"/>
        </w:rPr>
        <w:t>és</w:t>
      </w:r>
      <w:r w:rsidRPr="0078531E">
        <w:rPr>
          <w:spacing w:val="-3"/>
          <w:sz w:val="24"/>
        </w:rPr>
        <w:t xml:space="preserve"> </w:t>
      </w:r>
      <w:r w:rsidRPr="0078531E">
        <w:rPr>
          <w:sz w:val="24"/>
        </w:rPr>
        <w:t>megnevezi</w:t>
      </w:r>
      <w:r w:rsidRPr="0078531E">
        <w:rPr>
          <w:spacing w:val="-2"/>
          <w:sz w:val="24"/>
        </w:rPr>
        <w:t xml:space="preserve"> </w:t>
      </w:r>
      <w:r w:rsidRPr="0078531E">
        <w:rPr>
          <w:sz w:val="24"/>
        </w:rPr>
        <w:t>önmagán</w:t>
      </w:r>
      <w:r w:rsidRPr="0078531E">
        <w:rPr>
          <w:spacing w:val="1"/>
          <w:sz w:val="24"/>
        </w:rPr>
        <w:t xml:space="preserve"> </w:t>
      </w:r>
      <w:r w:rsidRPr="0078531E">
        <w:rPr>
          <w:sz w:val="24"/>
        </w:rPr>
        <w:t>(majd</w:t>
      </w:r>
      <w:r w:rsidRPr="0078531E">
        <w:rPr>
          <w:spacing w:val="-2"/>
          <w:sz w:val="24"/>
        </w:rPr>
        <w:t xml:space="preserve"> </w:t>
      </w:r>
      <w:r w:rsidRPr="0078531E">
        <w:rPr>
          <w:sz w:val="24"/>
        </w:rPr>
        <w:t>társán)</w:t>
      </w:r>
      <w:r w:rsidRPr="0078531E">
        <w:rPr>
          <w:spacing w:val="-1"/>
          <w:sz w:val="24"/>
        </w:rPr>
        <w:t xml:space="preserve"> </w:t>
      </w:r>
      <w:r w:rsidRPr="0078531E">
        <w:rPr>
          <w:sz w:val="24"/>
        </w:rPr>
        <w:t>apróbb</w:t>
      </w:r>
      <w:r w:rsidRPr="0078531E">
        <w:rPr>
          <w:spacing w:val="-3"/>
          <w:sz w:val="24"/>
        </w:rPr>
        <w:t xml:space="preserve"> </w:t>
      </w:r>
      <w:r w:rsidRPr="0078531E">
        <w:rPr>
          <w:spacing w:val="-2"/>
          <w:sz w:val="24"/>
        </w:rPr>
        <w:t>testrészeit.</w:t>
      </w:r>
    </w:p>
    <w:p w14:paraId="10AECA20" w14:textId="77777777" w:rsidR="00AE0CFD" w:rsidRPr="0078531E" w:rsidRDefault="00C3522D" w:rsidP="009A0355">
      <w:pPr>
        <w:pStyle w:val="Listaszerbekezds"/>
        <w:numPr>
          <w:ilvl w:val="1"/>
          <w:numId w:val="2"/>
        </w:numPr>
        <w:tabs>
          <w:tab w:val="left" w:pos="856"/>
        </w:tabs>
        <w:spacing w:before="137"/>
        <w:ind w:left="856"/>
        <w:jc w:val="both"/>
        <w:rPr>
          <w:sz w:val="24"/>
        </w:rPr>
      </w:pPr>
      <w:r w:rsidRPr="0078531E">
        <w:rPr>
          <w:sz w:val="24"/>
        </w:rPr>
        <w:t>Tudja</w:t>
      </w:r>
      <w:r w:rsidRPr="0078531E">
        <w:rPr>
          <w:spacing w:val="-2"/>
          <w:sz w:val="24"/>
        </w:rPr>
        <w:t xml:space="preserve"> </w:t>
      </w:r>
      <w:r w:rsidRPr="0078531E">
        <w:rPr>
          <w:sz w:val="24"/>
        </w:rPr>
        <w:t>testrészeinek</w:t>
      </w:r>
      <w:r w:rsidRPr="0078531E">
        <w:rPr>
          <w:spacing w:val="-1"/>
          <w:sz w:val="24"/>
        </w:rPr>
        <w:t xml:space="preserve"> </w:t>
      </w:r>
      <w:r w:rsidRPr="0078531E">
        <w:rPr>
          <w:sz w:val="24"/>
        </w:rPr>
        <w:t>a</w:t>
      </w:r>
      <w:r w:rsidRPr="0078531E">
        <w:rPr>
          <w:spacing w:val="-2"/>
          <w:sz w:val="24"/>
        </w:rPr>
        <w:t xml:space="preserve"> funkcióját.</w:t>
      </w:r>
    </w:p>
    <w:p w14:paraId="1C8CE72C" w14:textId="77777777" w:rsidR="00AE0CFD" w:rsidRPr="0078531E" w:rsidRDefault="00C3522D" w:rsidP="009A0355">
      <w:pPr>
        <w:pStyle w:val="Listaszerbekezds"/>
        <w:numPr>
          <w:ilvl w:val="1"/>
          <w:numId w:val="2"/>
        </w:numPr>
        <w:tabs>
          <w:tab w:val="left" w:pos="856"/>
        </w:tabs>
        <w:spacing w:before="138" w:line="350" w:lineRule="auto"/>
        <w:ind w:left="856" w:right="827"/>
        <w:jc w:val="both"/>
        <w:rPr>
          <w:sz w:val="24"/>
        </w:rPr>
      </w:pPr>
      <w:r w:rsidRPr="0078531E">
        <w:rPr>
          <w:sz w:val="24"/>
        </w:rPr>
        <w:t>Érzékeli</w:t>
      </w:r>
      <w:r w:rsidRPr="0078531E">
        <w:rPr>
          <w:spacing w:val="-3"/>
          <w:sz w:val="24"/>
        </w:rPr>
        <w:t xml:space="preserve"> </w:t>
      </w:r>
      <w:r w:rsidRPr="0078531E">
        <w:rPr>
          <w:sz w:val="24"/>
        </w:rPr>
        <w:t>és</w:t>
      </w:r>
      <w:r w:rsidRPr="0078531E">
        <w:rPr>
          <w:spacing w:val="-4"/>
          <w:sz w:val="24"/>
        </w:rPr>
        <w:t xml:space="preserve"> </w:t>
      </w:r>
      <w:r w:rsidRPr="0078531E">
        <w:rPr>
          <w:sz w:val="24"/>
        </w:rPr>
        <w:t>megnevezi</w:t>
      </w:r>
      <w:r w:rsidRPr="0078531E">
        <w:rPr>
          <w:spacing w:val="-3"/>
          <w:sz w:val="24"/>
        </w:rPr>
        <w:t xml:space="preserve"> </w:t>
      </w:r>
      <w:r w:rsidRPr="0078531E">
        <w:rPr>
          <w:sz w:val="24"/>
        </w:rPr>
        <w:t>a</w:t>
      </w:r>
      <w:r w:rsidRPr="0078531E">
        <w:rPr>
          <w:spacing w:val="-3"/>
          <w:sz w:val="24"/>
        </w:rPr>
        <w:t xml:space="preserve"> </w:t>
      </w:r>
      <w:r w:rsidRPr="0078531E">
        <w:rPr>
          <w:sz w:val="24"/>
        </w:rPr>
        <w:t>test</w:t>
      </w:r>
      <w:r w:rsidRPr="0078531E">
        <w:rPr>
          <w:spacing w:val="-3"/>
          <w:sz w:val="24"/>
        </w:rPr>
        <w:t xml:space="preserve"> </w:t>
      </w:r>
      <w:r w:rsidRPr="0078531E">
        <w:rPr>
          <w:sz w:val="24"/>
        </w:rPr>
        <w:t>jobb</w:t>
      </w:r>
      <w:r w:rsidRPr="0078531E">
        <w:rPr>
          <w:spacing w:val="-3"/>
          <w:sz w:val="24"/>
        </w:rPr>
        <w:t xml:space="preserve"> </w:t>
      </w:r>
      <w:r w:rsidRPr="0078531E">
        <w:rPr>
          <w:sz w:val="24"/>
        </w:rPr>
        <w:t>és</w:t>
      </w:r>
      <w:r w:rsidRPr="0078531E">
        <w:rPr>
          <w:spacing w:val="-4"/>
          <w:sz w:val="24"/>
        </w:rPr>
        <w:t xml:space="preserve"> </w:t>
      </w:r>
      <w:r w:rsidRPr="0078531E">
        <w:rPr>
          <w:sz w:val="24"/>
        </w:rPr>
        <w:t>bal</w:t>
      </w:r>
      <w:r w:rsidRPr="0078531E">
        <w:rPr>
          <w:spacing w:val="-3"/>
          <w:sz w:val="24"/>
        </w:rPr>
        <w:t xml:space="preserve"> </w:t>
      </w:r>
      <w:r w:rsidRPr="0078531E">
        <w:rPr>
          <w:sz w:val="24"/>
        </w:rPr>
        <w:t>odalát,</w:t>
      </w:r>
      <w:r w:rsidRPr="0078531E">
        <w:rPr>
          <w:spacing w:val="-3"/>
          <w:sz w:val="24"/>
        </w:rPr>
        <w:t xml:space="preserve"> </w:t>
      </w:r>
      <w:r w:rsidRPr="0078531E">
        <w:rPr>
          <w:sz w:val="24"/>
        </w:rPr>
        <w:t>elülső</w:t>
      </w:r>
      <w:r w:rsidRPr="0078531E">
        <w:rPr>
          <w:spacing w:val="-3"/>
          <w:sz w:val="24"/>
        </w:rPr>
        <w:t xml:space="preserve"> </w:t>
      </w:r>
      <w:r w:rsidRPr="0078531E">
        <w:rPr>
          <w:sz w:val="24"/>
        </w:rPr>
        <w:t>és</w:t>
      </w:r>
      <w:r w:rsidRPr="0078531E">
        <w:rPr>
          <w:spacing w:val="-4"/>
          <w:sz w:val="24"/>
        </w:rPr>
        <w:t xml:space="preserve"> </w:t>
      </w:r>
      <w:r w:rsidRPr="0078531E">
        <w:rPr>
          <w:sz w:val="24"/>
        </w:rPr>
        <w:t>hátulsó</w:t>
      </w:r>
      <w:r w:rsidRPr="0078531E">
        <w:rPr>
          <w:spacing w:val="-3"/>
          <w:sz w:val="24"/>
        </w:rPr>
        <w:t xml:space="preserve"> </w:t>
      </w:r>
      <w:r w:rsidRPr="0078531E">
        <w:rPr>
          <w:sz w:val="24"/>
        </w:rPr>
        <w:t>részét,</w:t>
      </w:r>
      <w:r w:rsidRPr="0078531E">
        <w:rPr>
          <w:spacing w:val="-3"/>
          <w:sz w:val="24"/>
        </w:rPr>
        <w:t xml:space="preserve"> </w:t>
      </w:r>
      <w:r w:rsidRPr="0078531E">
        <w:rPr>
          <w:sz w:val="24"/>
        </w:rPr>
        <w:t xml:space="preserve">függőleges </w:t>
      </w:r>
      <w:r w:rsidRPr="0078531E">
        <w:rPr>
          <w:spacing w:val="-2"/>
          <w:sz w:val="24"/>
        </w:rPr>
        <w:t>zónáját.</w:t>
      </w:r>
    </w:p>
    <w:p w14:paraId="648D5524" w14:textId="77777777" w:rsidR="00AE0CFD" w:rsidRPr="0078531E" w:rsidRDefault="00C3522D" w:rsidP="009A0355">
      <w:pPr>
        <w:pStyle w:val="Cmsor5"/>
        <w:numPr>
          <w:ilvl w:val="2"/>
          <w:numId w:val="2"/>
        </w:numPr>
        <w:tabs>
          <w:tab w:val="left" w:pos="1575"/>
        </w:tabs>
        <w:spacing w:before="18"/>
        <w:ind w:left="1575" w:hanging="359"/>
        <w:jc w:val="both"/>
      </w:pPr>
      <w:r w:rsidRPr="0078531E">
        <w:rPr>
          <w:spacing w:val="-2"/>
        </w:rPr>
        <w:t>Dominancia</w:t>
      </w:r>
    </w:p>
    <w:p w14:paraId="1D083995" w14:textId="77777777" w:rsidR="00AE0CFD" w:rsidRPr="0078531E" w:rsidRDefault="00C3522D" w:rsidP="009A0355">
      <w:pPr>
        <w:pStyle w:val="Listaszerbekezds"/>
        <w:numPr>
          <w:ilvl w:val="1"/>
          <w:numId w:val="2"/>
        </w:numPr>
        <w:tabs>
          <w:tab w:val="left" w:pos="856"/>
        </w:tabs>
        <w:spacing w:before="112"/>
        <w:ind w:left="856"/>
        <w:jc w:val="both"/>
        <w:rPr>
          <w:sz w:val="24"/>
        </w:rPr>
      </w:pPr>
      <w:r w:rsidRPr="0078531E">
        <w:rPr>
          <w:sz w:val="24"/>
        </w:rPr>
        <w:t>Domináns</w:t>
      </w:r>
      <w:r w:rsidRPr="0078531E">
        <w:rPr>
          <w:spacing w:val="-3"/>
          <w:sz w:val="24"/>
        </w:rPr>
        <w:t xml:space="preserve"> </w:t>
      </w:r>
      <w:r w:rsidRPr="0078531E">
        <w:rPr>
          <w:sz w:val="24"/>
        </w:rPr>
        <w:t>oldal</w:t>
      </w:r>
      <w:r w:rsidRPr="0078531E">
        <w:rPr>
          <w:spacing w:val="-2"/>
          <w:sz w:val="24"/>
        </w:rPr>
        <w:t xml:space="preserve"> </w:t>
      </w:r>
      <w:r w:rsidRPr="0078531E">
        <w:rPr>
          <w:sz w:val="24"/>
        </w:rPr>
        <w:t>kialakul</w:t>
      </w:r>
      <w:r w:rsidRPr="0078531E">
        <w:rPr>
          <w:spacing w:val="-1"/>
          <w:sz w:val="24"/>
        </w:rPr>
        <w:t xml:space="preserve"> </w:t>
      </w:r>
      <w:r w:rsidRPr="0078531E">
        <w:rPr>
          <w:sz w:val="24"/>
        </w:rPr>
        <w:t>(jobb</w:t>
      </w:r>
      <w:r w:rsidRPr="0078531E">
        <w:rPr>
          <w:spacing w:val="-2"/>
          <w:sz w:val="24"/>
        </w:rPr>
        <w:t xml:space="preserve"> </w:t>
      </w:r>
      <w:r w:rsidRPr="0078531E">
        <w:rPr>
          <w:sz w:val="24"/>
        </w:rPr>
        <w:t>vagy</w:t>
      </w:r>
      <w:r w:rsidRPr="0078531E">
        <w:rPr>
          <w:spacing w:val="-4"/>
          <w:sz w:val="24"/>
        </w:rPr>
        <w:t xml:space="preserve"> </w:t>
      </w:r>
      <w:r w:rsidRPr="0078531E">
        <w:rPr>
          <w:spacing w:val="-2"/>
          <w:sz w:val="24"/>
        </w:rPr>
        <w:t>bal).</w:t>
      </w:r>
    </w:p>
    <w:p w14:paraId="5F95CFB6" w14:textId="77777777" w:rsidR="00AE0CFD" w:rsidRPr="0078531E" w:rsidRDefault="00C3522D" w:rsidP="009A0355">
      <w:pPr>
        <w:pStyle w:val="Cmsor5"/>
        <w:numPr>
          <w:ilvl w:val="2"/>
          <w:numId w:val="2"/>
        </w:numPr>
        <w:tabs>
          <w:tab w:val="left" w:pos="1575"/>
        </w:tabs>
        <w:ind w:left="1575" w:hanging="359"/>
        <w:jc w:val="both"/>
      </w:pPr>
      <w:r w:rsidRPr="0078531E">
        <w:t>Testi</w:t>
      </w:r>
      <w:r w:rsidRPr="0078531E">
        <w:rPr>
          <w:spacing w:val="-1"/>
        </w:rPr>
        <w:t xml:space="preserve"> </w:t>
      </w:r>
      <w:r w:rsidRPr="0078531E">
        <w:rPr>
          <w:spacing w:val="-2"/>
        </w:rPr>
        <w:t>képességek</w:t>
      </w:r>
    </w:p>
    <w:p w14:paraId="114E5701" w14:textId="77777777" w:rsidR="00AE0CFD" w:rsidRPr="0078531E" w:rsidRDefault="00C3522D" w:rsidP="009A0355">
      <w:pPr>
        <w:pStyle w:val="Listaszerbekezds"/>
        <w:numPr>
          <w:ilvl w:val="1"/>
          <w:numId w:val="2"/>
        </w:numPr>
        <w:tabs>
          <w:tab w:val="left" w:pos="856"/>
        </w:tabs>
        <w:spacing w:before="111"/>
        <w:ind w:left="856"/>
        <w:jc w:val="both"/>
        <w:rPr>
          <w:sz w:val="24"/>
        </w:rPr>
      </w:pPr>
      <w:r w:rsidRPr="0078531E">
        <w:rPr>
          <w:sz w:val="24"/>
        </w:rPr>
        <w:t>Állóképessége</w:t>
      </w:r>
      <w:r w:rsidRPr="0078531E">
        <w:rPr>
          <w:spacing w:val="-4"/>
          <w:sz w:val="24"/>
        </w:rPr>
        <w:t xml:space="preserve"> </w:t>
      </w:r>
      <w:r w:rsidRPr="0078531E">
        <w:rPr>
          <w:sz w:val="24"/>
        </w:rPr>
        <w:t xml:space="preserve">korának </w:t>
      </w:r>
      <w:r w:rsidRPr="0078531E">
        <w:rPr>
          <w:spacing w:val="-2"/>
          <w:sz w:val="24"/>
        </w:rPr>
        <w:t>megfelelő.</w:t>
      </w:r>
    </w:p>
    <w:p w14:paraId="056C8BB2" w14:textId="77777777" w:rsidR="00AE0CFD" w:rsidRPr="0078531E" w:rsidRDefault="00C3522D" w:rsidP="009A0355">
      <w:pPr>
        <w:pStyle w:val="Listaszerbekezds"/>
        <w:numPr>
          <w:ilvl w:val="1"/>
          <w:numId w:val="2"/>
        </w:numPr>
        <w:tabs>
          <w:tab w:val="left" w:pos="856"/>
        </w:tabs>
        <w:spacing w:before="139"/>
        <w:ind w:left="856"/>
        <w:jc w:val="both"/>
        <w:rPr>
          <w:sz w:val="24"/>
        </w:rPr>
      </w:pPr>
      <w:r w:rsidRPr="0078531E">
        <w:rPr>
          <w:sz w:val="24"/>
        </w:rPr>
        <w:t>Képességeihez</w:t>
      </w:r>
      <w:r w:rsidRPr="0078531E">
        <w:rPr>
          <w:spacing w:val="-3"/>
          <w:sz w:val="24"/>
        </w:rPr>
        <w:t xml:space="preserve"> </w:t>
      </w:r>
      <w:r w:rsidRPr="0078531E">
        <w:rPr>
          <w:sz w:val="24"/>
        </w:rPr>
        <w:t>mérten</w:t>
      </w:r>
      <w:r w:rsidRPr="0078531E">
        <w:rPr>
          <w:spacing w:val="-2"/>
          <w:sz w:val="24"/>
        </w:rPr>
        <w:t xml:space="preserve"> ügyes.</w:t>
      </w:r>
    </w:p>
    <w:p w14:paraId="3037E656"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Képességeinek,</w:t>
      </w:r>
      <w:r w:rsidRPr="0078531E">
        <w:rPr>
          <w:spacing w:val="-6"/>
          <w:sz w:val="24"/>
        </w:rPr>
        <w:t xml:space="preserve"> </w:t>
      </w:r>
      <w:r w:rsidRPr="0078531E">
        <w:rPr>
          <w:sz w:val="24"/>
        </w:rPr>
        <w:t>egyéniségének</w:t>
      </w:r>
      <w:r w:rsidRPr="0078531E">
        <w:rPr>
          <w:spacing w:val="-3"/>
          <w:sz w:val="24"/>
        </w:rPr>
        <w:t xml:space="preserve"> </w:t>
      </w:r>
      <w:r w:rsidRPr="0078531E">
        <w:rPr>
          <w:sz w:val="24"/>
        </w:rPr>
        <w:t>megfelelően</w:t>
      </w:r>
      <w:r w:rsidRPr="0078531E">
        <w:rPr>
          <w:spacing w:val="-1"/>
          <w:sz w:val="24"/>
        </w:rPr>
        <w:t xml:space="preserve"> </w:t>
      </w:r>
      <w:r w:rsidRPr="0078531E">
        <w:rPr>
          <w:spacing w:val="-2"/>
          <w:sz w:val="24"/>
        </w:rPr>
        <w:t>gyors</w:t>
      </w:r>
    </w:p>
    <w:p w14:paraId="6B8C2D55" w14:textId="77777777" w:rsidR="00AE0CFD" w:rsidRPr="0078531E" w:rsidRDefault="00C3522D" w:rsidP="009A0355">
      <w:pPr>
        <w:pStyle w:val="Listaszerbekezds"/>
        <w:numPr>
          <w:ilvl w:val="1"/>
          <w:numId w:val="2"/>
        </w:numPr>
        <w:tabs>
          <w:tab w:val="left" w:pos="856"/>
        </w:tabs>
        <w:spacing w:before="135"/>
        <w:ind w:left="856"/>
        <w:jc w:val="both"/>
        <w:rPr>
          <w:sz w:val="24"/>
        </w:rPr>
      </w:pPr>
      <w:r w:rsidRPr="0078531E">
        <w:rPr>
          <w:sz w:val="24"/>
        </w:rPr>
        <w:t>Fizikai</w:t>
      </w:r>
      <w:r w:rsidRPr="0078531E">
        <w:rPr>
          <w:spacing w:val="-3"/>
          <w:sz w:val="24"/>
        </w:rPr>
        <w:t xml:space="preserve"> </w:t>
      </w:r>
      <w:r w:rsidRPr="0078531E">
        <w:rPr>
          <w:sz w:val="24"/>
        </w:rPr>
        <w:t>felépítésének</w:t>
      </w:r>
      <w:r w:rsidRPr="0078531E">
        <w:rPr>
          <w:spacing w:val="-3"/>
          <w:sz w:val="24"/>
        </w:rPr>
        <w:t xml:space="preserve"> </w:t>
      </w:r>
      <w:r w:rsidRPr="0078531E">
        <w:rPr>
          <w:sz w:val="24"/>
        </w:rPr>
        <w:t>megfelelően</w:t>
      </w:r>
      <w:r w:rsidRPr="0078531E">
        <w:rPr>
          <w:spacing w:val="-3"/>
          <w:sz w:val="24"/>
        </w:rPr>
        <w:t xml:space="preserve"> </w:t>
      </w:r>
      <w:r w:rsidRPr="0078531E">
        <w:rPr>
          <w:spacing w:val="-4"/>
          <w:sz w:val="24"/>
        </w:rPr>
        <w:t>erős</w:t>
      </w:r>
    </w:p>
    <w:p w14:paraId="7BB409A4" w14:textId="77777777" w:rsidR="00AE0CFD" w:rsidRPr="0078531E" w:rsidRDefault="00C3522D" w:rsidP="009A0355">
      <w:pPr>
        <w:pStyle w:val="Cmsor5"/>
        <w:numPr>
          <w:ilvl w:val="2"/>
          <w:numId w:val="2"/>
        </w:numPr>
        <w:tabs>
          <w:tab w:val="left" w:pos="1575"/>
        </w:tabs>
        <w:spacing w:before="144"/>
        <w:ind w:left="1575" w:hanging="359"/>
        <w:jc w:val="both"/>
      </w:pPr>
      <w:r w:rsidRPr="0078531E">
        <w:t>Érzékelés,</w:t>
      </w:r>
      <w:r w:rsidRPr="0078531E">
        <w:rPr>
          <w:spacing w:val="-2"/>
        </w:rPr>
        <w:t xml:space="preserve"> észlelés</w:t>
      </w:r>
    </w:p>
    <w:p w14:paraId="44E2CAD8" w14:textId="77777777" w:rsidR="00AE0CFD" w:rsidRPr="0078531E" w:rsidRDefault="00C3522D" w:rsidP="009A0355">
      <w:pPr>
        <w:pStyle w:val="Listaszerbekezds"/>
        <w:tabs>
          <w:tab w:val="left" w:pos="856"/>
        </w:tabs>
        <w:spacing w:before="111"/>
        <w:ind w:firstLine="0"/>
        <w:jc w:val="both"/>
        <w:rPr>
          <w:sz w:val="24"/>
        </w:rPr>
      </w:pPr>
      <w:r w:rsidRPr="0078531E">
        <w:rPr>
          <w:i/>
          <w:sz w:val="24"/>
        </w:rPr>
        <w:t>Téri</w:t>
      </w:r>
      <w:r w:rsidRPr="0078531E">
        <w:rPr>
          <w:i/>
          <w:spacing w:val="-1"/>
          <w:sz w:val="24"/>
        </w:rPr>
        <w:t xml:space="preserve"> </w:t>
      </w:r>
      <w:r w:rsidRPr="0078531E">
        <w:rPr>
          <w:i/>
          <w:spacing w:val="-2"/>
          <w:sz w:val="24"/>
        </w:rPr>
        <w:t>tájékozódás</w:t>
      </w:r>
    </w:p>
    <w:p w14:paraId="4B8C9A75"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Utasítás</w:t>
      </w:r>
      <w:r w:rsidRPr="0078531E">
        <w:rPr>
          <w:spacing w:val="-3"/>
          <w:sz w:val="24"/>
        </w:rPr>
        <w:t xml:space="preserve"> </w:t>
      </w:r>
      <w:r w:rsidRPr="0078531E">
        <w:rPr>
          <w:sz w:val="24"/>
        </w:rPr>
        <w:t>szerint</w:t>
      </w:r>
      <w:r w:rsidRPr="0078531E">
        <w:rPr>
          <w:spacing w:val="-1"/>
          <w:sz w:val="24"/>
        </w:rPr>
        <w:t xml:space="preserve"> </w:t>
      </w:r>
      <w:r w:rsidRPr="0078531E">
        <w:rPr>
          <w:sz w:val="24"/>
        </w:rPr>
        <w:t>tud</w:t>
      </w:r>
      <w:r w:rsidRPr="0078531E">
        <w:rPr>
          <w:spacing w:val="-1"/>
          <w:sz w:val="24"/>
        </w:rPr>
        <w:t xml:space="preserve"> </w:t>
      </w:r>
      <w:r w:rsidRPr="0078531E">
        <w:rPr>
          <w:sz w:val="24"/>
        </w:rPr>
        <w:t>mozogni</w:t>
      </w:r>
      <w:r w:rsidRPr="0078531E">
        <w:rPr>
          <w:spacing w:val="-1"/>
          <w:sz w:val="24"/>
        </w:rPr>
        <w:t xml:space="preserve"> </w:t>
      </w:r>
      <w:r w:rsidRPr="0078531E">
        <w:rPr>
          <w:sz w:val="24"/>
        </w:rPr>
        <w:t>a</w:t>
      </w:r>
      <w:r w:rsidRPr="0078531E">
        <w:rPr>
          <w:spacing w:val="-1"/>
          <w:sz w:val="24"/>
        </w:rPr>
        <w:t xml:space="preserve"> </w:t>
      </w:r>
      <w:r w:rsidRPr="0078531E">
        <w:rPr>
          <w:spacing w:val="-2"/>
          <w:sz w:val="24"/>
        </w:rPr>
        <w:t>térben.</w:t>
      </w:r>
    </w:p>
    <w:p w14:paraId="6C0E5A1C"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Tárgyakat</w:t>
      </w:r>
      <w:r w:rsidRPr="0078531E">
        <w:rPr>
          <w:spacing w:val="-2"/>
          <w:sz w:val="24"/>
        </w:rPr>
        <w:t xml:space="preserve"> </w:t>
      </w:r>
      <w:r w:rsidRPr="0078531E">
        <w:rPr>
          <w:sz w:val="24"/>
        </w:rPr>
        <w:t>az</w:t>
      </w:r>
      <w:r w:rsidRPr="0078531E">
        <w:rPr>
          <w:spacing w:val="-2"/>
          <w:sz w:val="24"/>
        </w:rPr>
        <w:t xml:space="preserve"> </w:t>
      </w:r>
      <w:r w:rsidRPr="0078531E">
        <w:rPr>
          <w:sz w:val="24"/>
        </w:rPr>
        <w:t>utasítás</w:t>
      </w:r>
      <w:r w:rsidRPr="0078531E">
        <w:rPr>
          <w:spacing w:val="-2"/>
          <w:sz w:val="24"/>
        </w:rPr>
        <w:t xml:space="preserve"> </w:t>
      </w:r>
      <w:r w:rsidRPr="0078531E">
        <w:rPr>
          <w:sz w:val="24"/>
        </w:rPr>
        <w:t>szerint</w:t>
      </w:r>
      <w:r w:rsidRPr="0078531E">
        <w:rPr>
          <w:spacing w:val="-2"/>
          <w:sz w:val="24"/>
        </w:rPr>
        <w:t xml:space="preserve"> </w:t>
      </w:r>
      <w:r w:rsidRPr="0078531E">
        <w:rPr>
          <w:sz w:val="24"/>
        </w:rPr>
        <w:t>elhelyez</w:t>
      </w:r>
      <w:r w:rsidRPr="0078531E">
        <w:rPr>
          <w:spacing w:val="-1"/>
          <w:sz w:val="24"/>
        </w:rPr>
        <w:t xml:space="preserve"> </w:t>
      </w:r>
      <w:r w:rsidRPr="0078531E">
        <w:rPr>
          <w:sz w:val="24"/>
        </w:rPr>
        <w:t>a</w:t>
      </w:r>
      <w:r w:rsidRPr="0078531E">
        <w:rPr>
          <w:spacing w:val="-2"/>
          <w:sz w:val="24"/>
        </w:rPr>
        <w:t xml:space="preserve"> térben.</w:t>
      </w:r>
    </w:p>
    <w:p w14:paraId="7DA3DBAE" w14:textId="77777777" w:rsidR="00AE0CFD" w:rsidRPr="0078531E" w:rsidRDefault="00C3522D" w:rsidP="009A0355">
      <w:pPr>
        <w:pStyle w:val="Listaszerbekezds"/>
        <w:numPr>
          <w:ilvl w:val="1"/>
          <w:numId w:val="2"/>
        </w:numPr>
        <w:tabs>
          <w:tab w:val="left" w:pos="856"/>
        </w:tabs>
        <w:spacing w:before="135"/>
        <w:ind w:left="856"/>
        <w:jc w:val="both"/>
        <w:rPr>
          <w:sz w:val="24"/>
        </w:rPr>
      </w:pPr>
      <w:r w:rsidRPr="0078531E">
        <w:rPr>
          <w:sz w:val="24"/>
        </w:rPr>
        <w:t>Adott</w:t>
      </w:r>
      <w:r w:rsidRPr="0078531E">
        <w:rPr>
          <w:spacing w:val="-3"/>
          <w:sz w:val="24"/>
        </w:rPr>
        <w:t xml:space="preserve"> </w:t>
      </w:r>
      <w:r w:rsidRPr="0078531E">
        <w:rPr>
          <w:sz w:val="24"/>
        </w:rPr>
        <w:t>tárgyak</w:t>
      </w:r>
      <w:r w:rsidRPr="0078531E">
        <w:rPr>
          <w:spacing w:val="-2"/>
          <w:sz w:val="24"/>
        </w:rPr>
        <w:t xml:space="preserve"> </w:t>
      </w:r>
      <w:r w:rsidRPr="0078531E">
        <w:rPr>
          <w:sz w:val="24"/>
        </w:rPr>
        <w:t>térbeli</w:t>
      </w:r>
      <w:r w:rsidRPr="0078531E">
        <w:rPr>
          <w:spacing w:val="-2"/>
          <w:sz w:val="24"/>
        </w:rPr>
        <w:t xml:space="preserve"> </w:t>
      </w:r>
      <w:r w:rsidRPr="0078531E">
        <w:rPr>
          <w:sz w:val="24"/>
        </w:rPr>
        <w:t>helyzetét</w:t>
      </w:r>
      <w:r w:rsidRPr="0078531E">
        <w:rPr>
          <w:spacing w:val="-2"/>
          <w:sz w:val="24"/>
        </w:rPr>
        <w:t xml:space="preserve"> felismeri.</w:t>
      </w:r>
    </w:p>
    <w:p w14:paraId="46D8A0E1" w14:textId="2CA6C6F7" w:rsidR="00AE0CFD" w:rsidRPr="0078531E" w:rsidRDefault="00C3522D" w:rsidP="009A0355">
      <w:pPr>
        <w:pStyle w:val="Listaszerbekezds"/>
        <w:numPr>
          <w:ilvl w:val="1"/>
          <w:numId w:val="2"/>
        </w:numPr>
        <w:tabs>
          <w:tab w:val="left" w:pos="856"/>
        </w:tabs>
        <w:spacing w:before="139" w:line="352" w:lineRule="auto"/>
        <w:ind w:left="856" w:right="974"/>
        <w:jc w:val="both"/>
        <w:rPr>
          <w:sz w:val="24"/>
        </w:rPr>
      </w:pPr>
      <w:r w:rsidRPr="0078531E">
        <w:rPr>
          <w:sz w:val="24"/>
        </w:rPr>
        <w:t>Többnyire</w:t>
      </w:r>
      <w:r w:rsidRPr="0078531E">
        <w:rPr>
          <w:spacing w:val="-5"/>
          <w:sz w:val="24"/>
        </w:rPr>
        <w:t xml:space="preserve"> </w:t>
      </w:r>
      <w:r w:rsidRPr="0078531E">
        <w:rPr>
          <w:sz w:val="24"/>
        </w:rPr>
        <w:t>helyesen</w:t>
      </w:r>
      <w:r w:rsidRPr="0078531E">
        <w:rPr>
          <w:spacing w:val="-2"/>
          <w:sz w:val="24"/>
        </w:rPr>
        <w:t xml:space="preserve"> </w:t>
      </w:r>
      <w:r w:rsidRPr="0078531E">
        <w:rPr>
          <w:sz w:val="24"/>
        </w:rPr>
        <w:t>alkalmazza</w:t>
      </w:r>
      <w:r w:rsidRPr="0078531E">
        <w:rPr>
          <w:spacing w:val="-5"/>
          <w:sz w:val="24"/>
        </w:rPr>
        <w:t xml:space="preserve"> </w:t>
      </w:r>
      <w:r w:rsidRPr="0078531E">
        <w:rPr>
          <w:sz w:val="24"/>
        </w:rPr>
        <w:t>a</w:t>
      </w:r>
      <w:r w:rsidRPr="0078531E">
        <w:rPr>
          <w:spacing w:val="-5"/>
          <w:sz w:val="24"/>
        </w:rPr>
        <w:t xml:space="preserve"> </w:t>
      </w:r>
      <w:r w:rsidRPr="0078531E">
        <w:rPr>
          <w:sz w:val="24"/>
        </w:rPr>
        <w:t>téri</w:t>
      </w:r>
      <w:r w:rsidRPr="0078531E">
        <w:rPr>
          <w:spacing w:val="-4"/>
          <w:sz w:val="24"/>
        </w:rPr>
        <w:t xml:space="preserve"> </w:t>
      </w:r>
      <w:r w:rsidRPr="0078531E">
        <w:rPr>
          <w:sz w:val="24"/>
        </w:rPr>
        <w:t>relációk</w:t>
      </w:r>
      <w:r w:rsidRPr="0078531E">
        <w:rPr>
          <w:spacing w:val="-4"/>
          <w:sz w:val="24"/>
        </w:rPr>
        <w:t xml:space="preserve"> </w:t>
      </w:r>
      <w:r w:rsidRPr="0078531E">
        <w:rPr>
          <w:sz w:val="24"/>
        </w:rPr>
        <w:t>verbális</w:t>
      </w:r>
      <w:r w:rsidRPr="0078531E">
        <w:rPr>
          <w:spacing w:val="-5"/>
          <w:sz w:val="24"/>
        </w:rPr>
        <w:t xml:space="preserve"> </w:t>
      </w:r>
      <w:r w:rsidRPr="0078531E">
        <w:rPr>
          <w:sz w:val="24"/>
        </w:rPr>
        <w:t>kifejezésit</w:t>
      </w:r>
      <w:r w:rsidRPr="0078531E">
        <w:rPr>
          <w:spacing w:val="-3"/>
          <w:sz w:val="24"/>
        </w:rPr>
        <w:t xml:space="preserve"> </w:t>
      </w:r>
      <w:r w:rsidRPr="0078531E">
        <w:rPr>
          <w:sz w:val="24"/>
        </w:rPr>
        <w:t>(alul,</w:t>
      </w:r>
      <w:r w:rsidRPr="0078531E">
        <w:rPr>
          <w:spacing w:val="-4"/>
          <w:sz w:val="24"/>
        </w:rPr>
        <w:t xml:space="preserve"> </w:t>
      </w:r>
      <w:r w:rsidRPr="0078531E">
        <w:rPr>
          <w:sz w:val="24"/>
        </w:rPr>
        <w:t>fölül,</w:t>
      </w:r>
      <w:r w:rsidRPr="0078531E">
        <w:rPr>
          <w:spacing w:val="-4"/>
          <w:sz w:val="24"/>
        </w:rPr>
        <w:t xml:space="preserve"> </w:t>
      </w:r>
      <w:r w:rsidRPr="0078531E">
        <w:rPr>
          <w:sz w:val="24"/>
        </w:rPr>
        <w:t>elé, mögé, alá,</w:t>
      </w:r>
      <w:r w:rsidR="001D52B3" w:rsidRPr="0078531E">
        <w:rPr>
          <w:sz w:val="24"/>
        </w:rPr>
        <w:t xml:space="preserve"> </w:t>
      </w:r>
      <w:r w:rsidRPr="0078531E">
        <w:rPr>
          <w:sz w:val="24"/>
        </w:rPr>
        <w:t>fölé,</w:t>
      </w:r>
      <w:r w:rsidRPr="0078531E">
        <w:rPr>
          <w:spacing w:val="-1"/>
          <w:sz w:val="24"/>
        </w:rPr>
        <w:t xml:space="preserve"> </w:t>
      </w:r>
      <w:r w:rsidRPr="0078531E">
        <w:rPr>
          <w:sz w:val="24"/>
        </w:rPr>
        <w:t>alatt, fölött, között,</w:t>
      </w:r>
      <w:r w:rsidRPr="0078531E">
        <w:rPr>
          <w:spacing w:val="-4"/>
          <w:sz w:val="24"/>
        </w:rPr>
        <w:t xml:space="preserve"> </w:t>
      </w:r>
      <w:r w:rsidRPr="0078531E">
        <w:rPr>
          <w:sz w:val="24"/>
        </w:rPr>
        <w:t xml:space="preserve">mellett, előtt, </w:t>
      </w:r>
      <w:r w:rsidRPr="0078531E">
        <w:rPr>
          <w:spacing w:val="-2"/>
          <w:sz w:val="24"/>
        </w:rPr>
        <w:t>mögött).</w:t>
      </w:r>
    </w:p>
    <w:p w14:paraId="7FA0A3B6" w14:textId="77777777" w:rsidR="00AE0CFD" w:rsidRPr="0078531E" w:rsidRDefault="00C3522D" w:rsidP="009A0355">
      <w:pPr>
        <w:pStyle w:val="Listaszerbekezds"/>
        <w:tabs>
          <w:tab w:val="left" w:pos="856"/>
        </w:tabs>
        <w:spacing w:before="138"/>
        <w:ind w:firstLine="0"/>
        <w:jc w:val="both"/>
        <w:rPr>
          <w:sz w:val="24"/>
        </w:rPr>
      </w:pPr>
      <w:r w:rsidRPr="0078531E">
        <w:rPr>
          <w:i/>
          <w:sz w:val="24"/>
        </w:rPr>
        <w:t>Vizuális</w:t>
      </w:r>
      <w:r w:rsidRPr="0078531E">
        <w:rPr>
          <w:i/>
          <w:spacing w:val="-2"/>
          <w:sz w:val="24"/>
        </w:rPr>
        <w:t xml:space="preserve"> észlelés</w:t>
      </w:r>
    </w:p>
    <w:p w14:paraId="50B5845D"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Képes</w:t>
      </w:r>
      <w:r w:rsidRPr="0078531E">
        <w:rPr>
          <w:spacing w:val="-4"/>
          <w:sz w:val="24"/>
        </w:rPr>
        <w:t xml:space="preserve"> </w:t>
      </w:r>
      <w:r w:rsidRPr="0078531E">
        <w:rPr>
          <w:sz w:val="24"/>
        </w:rPr>
        <w:t>a</w:t>
      </w:r>
      <w:r w:rsidRPr="0078531E">
        <w:rPr>
          <w:spacing w:val="-2"/>
          <w:sz w:val="24"/>
        </w:rPr>
        <w:t xml:space="preserve"> </w:t>
      </w:r>
      <w:r w:rsidRPr="0078531E">
        <w:rPr>
          <w:sz w:val="24"/>
        </w:rPr>
        <w:t>differenciált</w:t>
      </w:r>
      <w:r w:rsidRPr="0078531E">
        <w:rPr>
          <w:spacing w:val="-1"/>
          <w:sz w:val="24"/>
        </w:rPr>
        <w:t xml:space="preserve"> </w:t>
      </w:r>
      <w:r w:rsidRPr="0078531E">
        <w:rPr>
          <w:sz w:val="24"/>
        </w:rPr>
        <w:t>észlelésre</w:t>
      </w:r>
      <w:r w:rsidRPr="0078531E">
        <w:rPr>
          <w:spacing w:val="-3"/>
          <w:sz w:val="24"/>
        </w:rPr>
        <w:t xml:space="preserve"> </w:t>
      </w:r>
      <w:r w:rsidRPr="0078531E">
        <w:rPr>
          <w:sz w:val="24"/>
        </w:rPr>
        <w:t>(megkülönböztet</w:t>
      </w:r>
      <w:r w:rsidRPr="0078531E">
        <w:rPr>
          <w:spacing w:val="-1"/>
          <w:sz w:val="24"/>
        </w:rPr>
        <w:t xml:space="preserve"> </w:t>
      </w:r>
      <w:r w:rsidRPr="0078531E">
        <w:rPr>
          <w:sz w:val="24"/>
        </w:rPr>
        <w:t>alak,</w:t>
      </w:r>
      <w:r w:rsidRPr="0078531E">
        <w:rPr>
          <w:spacing w:val="-1"/>
          <w:sz w:val="24"/>
        </w:rPr>
        <w:t xml:space="preserve"> </w:t>
      </w:r>
      <w:r w:rsidRPr="0078531E">
        <w:rPr>
          <w:sz w:val="24"/>
        </w:rPr>
        <w:t>méret,</w:t>
      </w:r>
      <w:r w:rsidRPr="0078531E">
        <w:rPr>
          <w:spacing w:val="-1"/>
          <w:sz w:val="24"/>
        </w:rPr>
        <w:t xml:space="preserve"> </w:t>
      </w:r>
      <w:r w:rsidRPr="0078531E">
        <w:rPr>
          <w:sz w:val="24"/>
        </w:rPr>
        <w:t>szín,</w:t>
      </w:r>
      <w:r w:rsidRPr="0078531E">
        <w:rPr>
          <w:spacing w:val="-1"/>
          <w:sz w:val="24"/>
        </w:rPr>
        <w:t xml:space="preserve"> </w:t>
      </w:r>
      <w:r w:rsidRPr="0078531E">
        <w:rPr>
          <w:sz w:val="24"/>
        </w:rPr>
        <w:t xml:space="preserve">forma </w:t>
      </w:r>
      <w:r w:rsidRPr="0078531E">
        <w:rPr>
          <w:spacing w:val="-2"/>
          <w:sz w:val="24"/>
        </w:rPr>
        <w:t>szerint).</w:t>
      </w:r>
    </w:p>
    <w:p w14:paraId="5EA3B861" w14:textId="77777777" w:rsidR="00AE0CFD" w:rsidRPr="0078531E" w:rsidRDefault="00C3522D" w:rsidP="009A0355">
      <w:pPr>
        <w:pStyle w:val="Listaszerbekezds"/>
        <w:numPr>
          <w:ilvl w:val="1"/>
          <w:numId w:val="2"/>
        </w:numPr>
        <w:tabs>
          <w:tab w:val="left" w:pos="856"/>
        </w:tabs>
        <w:spacing w:before="135"/>
        <w:ind w:left="856"/>
        <w:jc w:val="both"/>
        <w:rPr>
          <w:sz w:val="24"/>
        </w:rPr>
      </w:pPr>
      <w:r w:rsidRPr="0078531E">
        <w:rPr>
          <w:sz w:val="24"/>
        </w:rPr>
        <w:t>Vizuális</w:t>
      </w:r>
      <w:r w:rsidRPr="0078531E">
        <w:rPr>
          <w:spacing w:val="-2"/>
          <w:sz w:val="24"/>
        </w:rPr>
        <w:t xml:space="preserve"> </w:t>
      </w:r>
      <w:r w:rsidRPr="0078531E">
        <w:rPr>
          <w:sz w:val="24"/>
        </w:rPr>
        <w:t>ritmust</w:t>
      </w:r>
      <w:r w:rsidRPr="0078531E">
        <w:rPr>
          <w:spacing w:val="-1"/>
          <w:sz w:val="24"/>
        </w:rPr>
        <w:t xml:space="preserve"> </w:t>
      </w:r>
      <w:r w:rsidRPr="0078531E">
        <w:rPr>
          <w:sz w:val="24"/>
        </w:rPr>
        <w:t>érzékel,</w:t>
      </w:r>
      <w:r w:rsidRPr="0078531E">
        <w:rPr>
          <w:spacing w:val="-3"/>
          <w:sz w:val="24"/>
        </w:rPr>
        <w:t xml:space="preserve"> </w:t>
      </w:r>
      <w:r w:rsidRPr="0078531E">
        <w:rPr>
          <w:sz w:val="24"/>
        </w:rPr>
        <w:t xml:space="preserve">létrehoz, </w:t>
      </w:r>
      <w:r w:rsidRPr="0078531E">
        <w:rPr>
          <w:spacing w:val="-2"/>
          <w:sz w:val="24"/>
        </w:rPr>
        <w:t>folytat.</w:t>
      </w:r>
    </w:p>
    <w:p w14:paraId="49E53DD9" w14:textId="77777777" w:rsidR="00AE0CFD" w:rsidRPr="0078531E" w:rsidRDefault="00AE0CFD" w:rsidP="009A0355">
      <w:pPr>
        <w:jc w:val="both"/>
        <w:rPr>
          <w:sz w:val="24"/>
        </w:rPr>
        <w:sectPr w:rsidR="00AE0CFD" w:rsidRPr="0078531E" w:rsidSect="00A42104">
          <w:pgSz w:w="11910" w:h="16840"/>
          <w:pgMar w:top="1320" w:right="980" w:bottom="1200" w:left="1280" w:header="0" w:footer="1003" w:gutter="0"/>
          <w:cols w:space="708"/>
        </w:sectPr>
      </w:pPr>
    </w:p>
    <w:p w14:paraId="7F870187" w14:textId="01A9F229" w:rsidR="00AE0CFD" w:rsidRPr="0078531E" w:rsidRDefault="00C3522D" w:rsidP="009A0355">
      <w:pPr>
        <w:pStyle w:val="Listaszerbekezds"/>
        <w:numPr>
          <w:ilvl w:val="1"/>
          <w:numId w:val="2"/>
        </w:numPr>
        <w:tabs>
          <w:tab w:val="left" w:pos="856"/>
        </w:tabs>
        <w:spacing w:before="71" w:line="352" w:lineRule="auto"/>
        <w:ind w:left="856" w:right="722"/>
        <w:jc w:val="both"/>
        <w:rPr>
          <w:sz w:val="24"/>
        </w:rPr>
      </w:pPr>
      <w:r w:rsidRPr="0078531E">
        <w:rPr>
          <w:sz w:val="24"/>
        </w:rPr>
        <w:lastRenderedPageBreak/>
        <w:t>Vizuális</w:t>
      </w:r>
      <w:r w:rsidRPr="0078531E">
        <w:rPr>
          <w:spacing w:val="-5"/>
          <w:sz w:val="24"/>
        </w:rPr>
        <w:t xml:space="preserve"> </w:t>
      </w:r>
      <w:r w:rsidRPr="0078531E">
        <w:rPr>
          <w:sz w:val="24"/>
        </w:rPr>
        <w:t>helyzeteket</w:t>
      </w:r>
      <w:r w:rsidRPr="0078531E">
        <w:rPr>
          <w:spacing w:val="-4"/>
          <w:sz w:val="24"/>
        </w:rPr>
        <w:t xml:space="preserve"> </w:t>
      </w:r>
      <w:r w:rsidRPr="0078531E">
        <w:rPr>
          <w:sz w:val="24"/>
        </w:rPr>
        <w:t>felismer</w:t>
      </w:r>
      <w:r w:rsidRPr="0078531E">
        <w:rPr>
          <w:spacing w:val="-6"/>
          <w:sz w:val="24"/>
        </w:rPr>
        <w:t xml:space="preserve"> </w:t>
      </w:r>
      <w:r w:rsidRPr="0078531E">
        <w:rPr>
          <w:sz w:val="24"/>
        </w:rPr>
        <w:t>(szimmetria,</w:t>
      </w:r>
      <w:r w:rsidRPr="0078531E">
        <w:rPr>
          <w:spacing w:val="-4"/>
          <w:sz w:val="24"/>
        </w:rPr>
        <w:t xml:space="preserve"> </w:t>
      </w:r>
      <w:r w:rsidRPr="0078531E">
        <w:rPr>
          <w:sz w:val="24"/>
        </w:rPr>
        <w:t>a</w:t>
      </w:r>
      <w:r w:rsidRPr="0078531E">
        <w:rPr>
          <w:spacing w:val="-6"/>
          <w:sz w:val="24"/>
        </w:rPr>
        <w:t xml:space="preserve"> </w:t>
      </w:r>
      <w:r w:rsidRPr="0078531E">
        <w:rPr>
          <w:sz w:val="24"/>
        </w:rPr>
        <w:t>kirakott</w:t>
      </w:r>
      <w:r w:rsidRPr="0078531E">
        <w:rPr>
          <w:spacing w:val="-4"/>
          <w:sz w:val="24"/>
        </w:rPr>
        <w:t xml:space="preserve"> </w:t>
      </w:r>
      <w:r w:rsidRPr="0078531E">
        <w:rPr>
          <w:sz w:val="24"/>
        </w:rPr>
        <w:t>tárgyat</w:t>
      </w:r>
      <w:r w:rsidRPr="0078531E">
        <w:rPr>
          <w:spacing w:val="-2"/>
          <w:sz w:val="24"/>
        </w:rPr>
        <w:t xml:space="preserve"> </w:t>
      </w:r>
      <w:r w:rsidRPr="0078531E">
        <w:rPr>
          <w:sz w:val="24"/>
        </w:rPr>
        <w:t>a</w:t>
      </w:r>
      <w:r w:rsidRPr="0078531E">
        <w:rPr>
          <w:spacing w:val="-5"/>
          <w:sz w:val="24"/>
        </w:rPr>
        <w:t xml:space="preserve"> </w:t>
      </w:r>
      <w:r w:rsidRPr="0078531E">
        <w:rPr>
          <w:sz w:val="24"/>
        </w:rPr>
        <w:t>saját</w:t>
      </w:r>
      <w:r w:rsidRPr="0078531E">
        <w:rPr>
          <w:spacing w:val="-4"/>
          <w:sz w:val="24"/>
        </w:rPr>
        <w:t xml:space="preserve"> </w:t>
      </w:r>
      <w:r w:rsidRPr="0078531E">
        <w:rPr>
          <w:sz w:val="24"/>
        </w:rPr>
        <w:t>lapján</w:t>
      </w:r>
      <w:r w:rsidRPr="0078531E">
        <w:rPr>
          <w:spacing w:val="-2"/>
          <w:sz w:val="24"/>
        </w:rPr>
        <w:t xml:space="preserve"> </w:t>
      </w:r>
      <w:r w:rsidRPr="0078531E">
        <w:rPr>
          <w:sz w:val="24"/>
        </w:rPr>
        <w:t xml:space="preserve">ugyanoda </w:t>
      </w:r>
      <w:r w:rsidRPr="0078531E">
        <w:rPr>
          <w:spacing w:val="-2"/>
          <w:sz w:val="24"/>
        </w:rPr>
        <w:t>képes</w:t>
      </w:r>
      <w:r w:rsidR="001D52B3" w:rsidRPr="0078531E">
        <w:rPr>
          <w:spacing w:val="-2"/>
          <w:sz w:val="24"/>
        </w:rPr>
        <w:t xml:space="preserve"> </w:t>
      </w:r>
      <w:r w:rsidRPr="0078531E">
        <w:rPr>
          <w:spacing w:val="-2"/>
          <w:sz w:val="24"/>
        </w:rPr>
        <w:t>helyezni).</w:t>
      </w:r>
    </w:p>
    <w:p w14:paraId="79529AA4" w14:textId="77777777" w:rsidR="00AE0CFD" w:rsidRPr="0078531E" w:rsidRDefault="00C3522D" w:rsidP="009A0355">
      <w:pPr>
        <w:pStyle w:val="Listaszerbekezds"/>
        <w:numPr>
          <w:ilvl w:val="1"/>
          <w:numId w:val="2"/>
        </w:numPr>
        <w:tabs>
          <w:tab w:val="left" w:pos="856"/>
        </w:tabs>
        <w:spacing w:before="135"/>
        <w:ind w:left="856"/>
        <w:jc w:val="both"/>
        <w:rPr>
          <w:sz w:val="24"/>
        </w:rPr>
      </w:pPr>
      <w:r w:rsidRPr="0078531E">
        <w:rPr>
          <w:sz w:val="24"/>
        </w:rPr>
        <w:t>Tárgyat,</w:t>
      </w:r>
      <w:r w:rsidRPr="0078531E">
        <w:rPr>
          <w:spacing w:val="-4"/>
          <w:sz w:val="24"/>
        </w:rPr>
        <w:t xml:space="preserve"> </w:t>
      </w:r>
      <w:r w:rsidRPr="0078531E">
        <w:rPr>
          <w:sz w:val="24"/>
        </w:rPr>
        <w:t>mozgó</w:t>
      </w:r>
      <w:r w:rsidRPr="0078531E">
        <w:rPr>
          <w:spacing w:val="-2"/>
          <w:sz w:val="24"/>
        </w:rPr>
        <w:t xml:space="preserve"> </w:t>
      </w:r>
      <w:r w:rsidRPr="0078531E">
        <w:rPr>
          <w:sz w:val="24"/>
        </w:rPr>
        <w:t>tárgyat</w:t>
      </w:r>
      <w:r w:rsidRPr="0078531E">
        <w:rPr>
          <w:spacing w:val="-2"/>
          <w:sz w:val="24"/>
        </w:rPr>
        <w:t xml:space="preserve"> </w:t>
      </w:r>
      <w:r w:rsidRPr="0078531E">
        <w:rPr>
          <w:sz w:val="24"/>
        </w:rPr>
        <w:t>fixál,</w:t>
      </w:r>
      <w:r w:rsidRPr="0078531E">
        <w:rPr>
          <w:spacing w:val="-2"/>
          <w:sz w:val="24"/>
        </w:rPr>
        <w:t xml:space="preserve"> </w:t>
      </w:r>
      <w:r w:rsidRPr="0078531E">
        <w:rPr>
          <w:sz w:val="24"/>
        </w:rPr>
        <w:t>szemmel</w:t>
      </w:r>
      <w:r w:rsidRPr="0078531E">
        <w:rPr>
          <w:spacing w:val="-1"/>
          <w:sz w:val="24"/>
        </w:rPr>
        <w:t xml:space="preserve"> </w:t>
      </w:r>
      <w:r w:rsidRPr="0078531E">
        <w:rPr>
          <w:spacing w:val="-2"/>
          <w:sz w:val="24"/>
        </w:rPr>
        <w:t>követ.</w:t>
      </w:r>
    </w:p>
    <w:p w14:paraId="2CE5B5C9" w14:textId="7B238FD6" w:rsidR="00AE0CFD" w:rsidRPr="0078531E" w:rsidRDefault="00C3522D" w:rsidP="009A0355">
      <w:pPr>
        <w:pStyle w:val="Listaszerbekezds"/>
        <w:numPr>
          <w:ilvl w:val="1"/>
          <w:numId w:val="2"/>
        </w:numPr>
        <w:tabs>
          <w:tab w:val="left" w:pos="856"/>
        </w:tabs>
        <w:spacing w:before="138" w:line="352" w:lineRule="auto"/>
        <w:ind w:left="856" w:right="1148"/>
        <w:jc w:val="both"/>
        <w:rPr>
          <w:sz w:val="24"/>
        </w:rPr>
      </w:pPr>
      <w:r w:rsidRPr="0078531E">
        <w:rPr>
          <w:sz w:val="24"/>
        </w:rPr>
        <w:t>Képes</w:t>
      </w:r>
      <w:r w:rsidRPr="0078531E">
        <w:rPr>
          <w:spacing w:val="-4"/>
          <w:sz w:val="24"/>
        </w:rPr>
        <w:t xml:space="preserve"> </w:t>
      </w:r>
      <w:r w:rsidRPr="0078531E">
        <w:rPr>
          <w:sz w:val="24"/>
        </w:rPr>
        <w:t>a</w:t>
      </w:r>
      <w:r w:rsidRPr="0078531E">
        <w:rPr>
          <w:spacing w:val="-4"/>
          <w:sz w:val="24"/>
        </w:rPr>
        <w:t xml:space="preserve"> </w:t>
      </w:r>
      <w:r w:rsidRPr="0078531E">
        <w:rPr>
          <w:sz w:val="24"/>
        </w:rPr>
        <w:t>vizuális</w:t>
      </w:r>
      <w:r w:rsidRPr="0078531E">
        <w:rPr>
          <w:spacing w:val="-4"/>
          <w:sz w:val="24"/>
        </w:rPr>
        <w:t xml:space="preserve"> </w:t>
      </w:r>
      <w:r w:rsidRPr="0078531E">
        <w:rPr>
          <w:sz w:val="24"/>
        </w:rPr>
        <w:t>időrendiség</w:t>
      </w:r>
      <w:r w:rsidRPr="0078531E">
        <w:rPr>
          <w:spacing w:val="-5"/>
          <w:sz w:val="24"/>
        </w:rPr>
        <w:t xml:space="preserve"> </w:t>
      </w:r>
      <w:r w:rsidRPr="0078531E">
        <w:rPr>
          <w:sz w:val="24"/>
        </w:rPr>
        <w:t>megállapítására</w:t>
      </w:r>
      <w:r w:rsidRPr="0078531E">
        <w:rPr>
          <w:spacing w:val="-4"/>
          <w:sz w:val="24"/>
        </w:rPr>
        <w:t xml:space="preserve"> </w:t>
      </w:r>
      <w:r w:rsidRPr="0078531E">
        <w:rPr>
          <w:sz w:val="24"/>
        </w:rPr>
        <w:t>(képek</w:t>
      </w:r>
      <w:r w:rsidRPr="0078531E">
        <w:rPr>
          <w:spacing w:val="-3"/>
          <w:sz w:val="24"/>
        </w:rPr>
        <w:t xml:space="preserve"> </w:t>
      </w:r>
      <w:r w:rsidRPr="0078531E">
        <w:rPr>
          <w:sz w:val="24"/>
        </w:rPr>
        <w:t>sorba</w:t>
      </w:r>
      <w:r w:rsidRPr="0078531E">
        <w:rPr>
          <w:spacing w:val="-5"/>
          <w:sz w:val="24"/>
        </w:rPr>
        <w:t xml:space="preserve"> </w:t>
      </w:r>
      <w:r w:rsidRPr="0078531E">
        <w:rPr>
          <w:sz w:val="24"/>
        </w:rPr>
        <w:t>rendezése-mi</w:t>
      </w:r>
      <w:r w:rsidRPr="0078531E">
        <w:rPr>
          <w:spacing w:val="-3"/>
          <w:sz w:val="24"/>
        </w:rPr>
        <w:t xml:space="preserve"> </w:t>
      </w:r>
      <w:r w:rsidRPr="0078531E">
        <w:rPr>
          <w:sz w:val="24"/>
        </w:rPr>
        <w:t xml:space="preserve">történt </w:t>
      </w:r>
      <w:r w:rsidRPr="0078531E">
        <w:rPr>
          <w:spacing w:val="-2"/>
          <w:sz w:val="24"/>
        </w:rPr>
        <w:t>először,</w:t>
      </w:r>
      <w:r w:rsidR="001D52B3" w:rsidRPr="0078531E">
        <w:rPr>
          <w:spacing w:val="-2"/>
          <w:sz w:val="24"/>
        </w:rPr>
        <w:t xml:space="preserve"> </w:t>
      </w:r>
      <w:r w:rsidRPr="0078531E">
        <w:rPr>
          <w:spacing w:val="-2"/>
          <w:sz w:val="24"/>
        </w:rPr>
        <w:t>később?).</w:t>
      </w:r>
    </w:p>
    <w:p w14:paraId="037BBD29" w14:textId="77777777" w:rsidR="00AE0CFD" w:rsidRPr="0078531E" w:rsidRDefault="00C3522D" w:rsidP="009A0355">
      <w:pPr>
        <w:pStyle w:val="Listaszerbekezds"/>
        <w:numPr>
          <w:ilvl w:val="1"/>
          <w:numId w:val="2"/>
        </w:numPr>
        <w:tabs>
          <w:tab w:val="left" w:pos="856"/>
        </w:tabs>
        <w:spacing w:before="138" w:line="350" w:lineRule="auto"/>
        <w:ind w:left="856" w:right="1238"/>
        <w:jc w:val="both"/>
        <w:rPr>
          <w:sz w:val="24"/>
        </w:rPr>
      </w:pPr>
      <w:r w:rsidRPr="0078531E">
        <w:rPr>
          <w:sz w:val="24"/>
        </w:rPr>
        <w:t>A</w:t>
      </w:r>
      <w:r w:rsidRPr="0078531E">
        <w:rPr>
          <w:spacing w:val="-5"/>
          <w:sz w:val="24"/>
        </w:rPr>
        <w:t xml:space="preserve"> </w:t>
      </w:r>
      <w:r w:rsidRPr="0078531E">
        <w:rPr>
          <w:sz w:val="24"/>
        </w:rPr>
        <w:t>vizuális</w:t>
      </w:r>
      <w:r w:rsidRPr="0078531E">
        <w:rPr>
          <w:spacing w:val="-5"/>
          <w:sz w:val="24"/>
        </w:rPr>
        <w:t xml:space="preserve"> </w:t>
      </w:r>
      <w:r w:rsidRPr="0078531E">
        <w:rPr>
          <w:sz w:val="24"/>
        </w:rPr>
        <w:t>zártság-egészlegesség</w:t>
      </w:r>
      <w:r w:rsidRPr="0078531E">
        <w:rPr>
          <w:spacing w:val="-7"/>
          <w:sz w:val="24"/>
        </w:rPr>
        <w:t xml:space="preserve"> </w:t>
      </w:r>
      <w:r w:rsidRPr="0078531E">
        <w:rPr>
          <w:sz w:val="24"/>
        </w:rPr>
        <w:t>érzékelésére</w:t>
      </w:r>
      <w:r w:rsidRPr="0078531E">
        <w:rPr>
          <w:spacing w:val="-6"/>
          <w:sz w:val="24"/>
        </w:rPr>
        <w:t xml:space="preserve"> </w:t>
      </w:r>
      <w:r w:rsidRPr="0078531E">
        <w:rPr>
          <w:sz w:val="24"/>
        </w:rPr>
        <w:t>képes</w:t>
      </w:r>
      <w:r w:rsidRPr="0078531E">
        <w:rPr>
          <w:spacing w:val="-5"/>
          <w:sz w:val="24"/>
        </w:rPr>
        <w:t xml:space="preserve"> </w:t>
      </w:r>
      <w:r w:rsidRPr="0078531E">
        <w:rPr>
          <w:sz w:val="24"/>
        </w:rPr>
        <w:t>(hiányos</w:t>
      </w:r>
      <w:r w:rsidRPr="0078531E">
        <w:rPr>
          <w:spacing w:val="-5"/>
          <w:sz w:val="24"/>
        </w:rPr>
        <w:t xml:space="preserve"> </w:t>
      </w:r>
      <w:r w:rsidRPr="0078531E">
        <w:rPr>
          <w:sz w:val="24"/>
        </w:rPr>
        <w:t>képek,</w:t>
      </w:r>
      <w:r w:rsidRPr="0078531E">
        <w:rPr>
          <w:spacing w:val="-4"/>
          <w:sz w:val="24"/>
        </w:rPr>
        <w:t xml:space="preserve"> </w:t>
      </w:r>
      <w:r w:rsidRPr="0078531E">
        <w:rPr>
          <w:sz w:val="24"/>
        </w:rPr>
        <w:t xml:space="preserve">részletek, </w:t>
      </w:r>
      <w:r w:rsidRPr="0078531E">
        <w:rPr>
          <w:spacing w:val="-2"/>
          <w:sz w:val="24"/>
        </w:rPr>
        <w:t>felismerése).</w:t>
      </w:r>
    </w:p>
    <w:p w14:paraId="556F19CC" w14:textId="4BB2E6EB" w:rsidR="00AE0CFD" w:rsidRPr="0078531E" w:rsidRDefault="00C3522D" w:rsidP="009A0355">
      <w:pPr>
        <w:pStyle w:val="Listaszerbekezds"/>
        <w:numPr>
          <w:ilvl w:val="1"/>
          <w:numId w:val="2"/>
        </w:numPr>
        <w:tabs>
          <w:tab w:val="left" w:pos="856"/>
        </w:tabs>
        <w:spacing w:before="13"/>
        <w:ind w:left="856"/>
        <w:jc w:val="both"/>
        <w:rPr>
          <w:sz w:val="24"/>
        </w:rPr>
      </w:pPr>
      <w:r w:rsidRPr="0078531E">
        <w:rPr>
          <w:sz w:val="24"/>
        </w:rPr>
        <w:t>Vizuális</w:t>
      </w:r>
      <w:r w:rsidRPr="0078531E">
        <w:rPr>
          <w:spacing w:val="-3"/>
          <w:sz w:val="24"/>
        </w:rPr>
        <w:t xml:space="preserve"> </w:t>
      </w:r>
      <w:r w:rsidRPr="0078531E">
        <w:rPr>
          <w:sz w:val="24"/>
        </w:rPr>
        <w:t>memória</w:t>
      </w:r>
      <w:r w:rsidRPr="0078531E">
        <w:rPr>
          <w:spacing w:val="-2"/>
          <w:sz w:val="24"/>
        </w:rPr>
        <w:t xml:space="preserve"> </w:t>
      </w:r>
      <w:r w:rsidRPr="0078531E">
        <w:rPr>
          <w:sz w:val="24"/>
        </w:rPr>
        <w:t>–</w:t>
      </w:r>
      <w:r w:rsidRPr="0078531E">
        <w:rPr>
          <w:spacing w:val="-1"/>
          <w:sz w:val="24"/>
        </w:rPr>
        <w:t xml:space="preserve"> </w:t>
      </w:r>
      <w:r w:rsidRPr="0078531E">
        <w:rPr>
          <w:sz w:val="24"/>
        </w:rPr>
        <w:t>emlékezetből</w:t>
      </w:r>
      <w:r w:rsidRPr="0078531E">
        <w:rPr>
          <w:spacing w:val="-1"/>
          <w:sz w:val="24"/>
        </w:rPr>
        <w:t xml:space="preserve"> </w:t>
      </w:r>
      <w:r w:rsidRPr="0078531E">
        <w:rPr>
          <w:sz w:val="24"/>
        </w:rPr>
        <w:t>felsorol,</w:t>
      </w:r>
      <w:r w:rsidRPr="0078531E">
        <w:rPr>
          <w:spacing w:val="-1"/>
          <w:sz w:val="24"/>
        </w:rPr>
        <w:t xml:space="preserve"> </w:t>
      </w:r>
      <w:r w:rsidRPr="0078531E">
        <w:rPr>
          <w:sz w:val="24"/>
        </w:rPr>
        <w:t>kirak,</w:t>
      </w:r>
      <w:r w:rsidRPr="0078531E">
        <w:rPr>
          <w:spacing w:val="1"/>
          <w:sz w:val="24"/>
        </w:rPr>
        <w:t xml:space="preserve"> </w:t>
      </w:r>
      <w:r w:rsidRPr="0078531E">
        <w:rPr>
          <w:sz w:val="24"/>
        </w:rPr>
        <w:t>mozgást</w:t>
      </w:r>
      <w:r w:rsidRPr="0078531E">
        <w:rPr>
          <w:spacing w:val="-1"/>
          <w:sz w:val="24"/>
        </w:rPr>
        <w:t xml:space="preserve"> </w:t>
      </w:r>
      <w:r w:rsidRPr="0078531E">
        <w:rPr>
          <w:sz w:val="24"/>
        </w:rPr>
        <w:t>utánoz,</w:t>
      </w:r>
      <w:r w:rsidRPr="0078531E">
        <w:rPr>
          <w:spacing w:val="-1"/>
          <w:sz w:val="24"/>
        </w:rPr>
        <w:t xml:space="preserve"> </w:t>
      </w:r>
      <w:r w:rsidRPr="0078531E">
        <w:rPr>
          <w:sz w:val="24"/>
        </w:rPr>
        <w:t>változást</w:t>
      </w:r>
      <w:r w:rsidRPr="0078531E">
        <w:rPr>
          <w:spacing w:val="-1"/>
          <w:sz w:val="24"/>
        </w:rPr>
        <w:t xml:space="preserve"> </w:t>
      </w:r>
      <w:r w:rsidRPr="0078531E">
        <w:rPr>
          <w:spacing w:val="-2"/>
          <w:sz w:val="24"/>
        </w:rPr>
        <w:t>észlel,</w:t>
      </w:r>
      <w:r w:rsidR="001D52B3" w:rsidRPr="0078531E">
        <w:rPr>
          <w:spacing w:val="-2"/>
          <w:sz w:val="24"/>
        </w:rPr>
        <w:t xml:space="preserve"> </w:t>
      </w:r>
      <w:r w:rsidRPr="0078531E">
        <w:rPr>
          <w:sz w:val="24"/>
        </w:rPr>
        <w:t>meghatározott</w:t>
      </w:r>
      <w:r w:rsidRPr="0078531E">
        <w:rPr>
          <w:spacing w:val="-5"/>
          <w:sz w:val="24"/>
        </w:rPr>
        <w:t xml:space="preserve"> </w:t>
      </w:r>
      <w:r w:rsidRPr="0078531E">
        <w:rPr>
          <w:sz w:val="24"/>
        </w:rPr>
        <w:t>időtartam</w:t>
      </w:r>
      <w:r w:rsidRPr="0078531E">
        <w:rPr>
          <w:spacing w:val="-3"/>
          <w:sz w:val="24"/>
        </w:rPr>
        <w:t xml:space="preserve"> </w:t>
      </w:r>
      <w:r w:rsidRPr="0078531E">
        <w:rPr>
          <w:spacing w:val="-2"/>
          <w:sz w:val="24"/>
        </w:rPr>
        <w:t>alatt.</w:t>
      </w:r>
    </w:p>
    <w:p w14:paraId="14801590" w14:textId="05BA37B2" w:rsidR="00AE0CFD" w:rsidRPr="0078531E" w:rsidRDefault="00C3522D" w:rsidP="009A0355">
      <w:pPr>
        <w:pStyle w:val="Listaszerbekezds"/>
        <w:numPr>
          <w:ilvl w:val="1"/>
          <w:numId w:val="2"/>
        </w:numPr>
        <w:tabs>
          <w:tab w:val="left" w:pos="856"/>
        </w:tabs>
        <w:spacing w:before="135" w:line="352" w:lineRule="auto"/>
        <w:ind w:left="856" w:right="853"/>
        <w:jc w:val="both"/>
        <w:rPr>
          <w:sz w:val="24"/>
        </w:rPr>
      </w:pPr>
      <w:r w:rsidRPr="0078531E">
        <w:rPr>
          <w:sz w:val="24"/>
        </w:rPr>
        <w:t>Képes</w:t>
      </w:r>
      <w:r w:rsidRPr="0078531E">
        <w:rPr>
          <w:spacing w:val="-5"/>
          <w:sz w:val="24"/>
        </w:rPr>
        <w:t xml:space="preserve"> </w:t>
      </w:r>
      <w:r w:rsidRPr="0078531E">
        <w:rPr>
          <w:sz w:val="24"/>
        </w:rPr>
        <w:t>különböző</w:t>
      </w:r>
      <w:r w:rsidRPr="0078531E">
        <w:rPr>
          <w:spacing w:val="-4"/>
          <w:sz w:val="24"/>
        </w:rPr>
        <w:t xml:space="preserve"> </w:t>
      </w:r>
      <w:r w:rsidRPr="0078531E">
        <w:rPr>
          <w:sz w:val="24"/>
        </w:rPr>
        <w:t>alak,</w:t>
      </w:r>
      <w:r w:rsidRPr="0078531E">
        <w:rPr>
          <w:spacing w:val="-4"/>
          <w:sz w:val="24"/>
        </w:rPr>
        <w:t xml:space="preserve"> </w:t>
      </w:r>
      <w:r w:rsidRPr="0078531E">
        <w:rPr>
          <w:sz w:val="24"/>
        </w:rPr>
        <w:t>forma,</w:t>
      </w:r>
      <w:r w:rsidRPr="0078531E">
        <w:rPr>
          <w:spacing w:val="-4"/>
          <w:sz w:val="24"/>
        </w:rPr>
        <w:t xml:space="preserve"> </w:t>
      </w:r>
      <w:r w:rsidRPr="0078531E">
        <w:rPr>
          <w:sz w:val="24"/>
        </w:rPr>
        <w:t>méret</w:t>
      </w:r>
      <w:r w:rsidRPr="0078531E">
        <w:rPr>
          <w:spacing w:val="-4"/>
          <w:sz w:val="24"/>
        </w:rPr>
        <w:t xml:space="preserve"> </w:t>
      </w:r>
      <w:r w:rsidRPr="0078531E">
        <w:rPr>
          <w:sz w:val="24"/>
        </w:rPr>
        <w:t>motoros</w:t>
      </w:r>
      <w:r w:rsidRPr="0078531E">
        <w:rPr>
          <w:spacing w:val="-5"/>
          <w:sz w:val="24"/>
        </w:rPr>
        <w:t xml:space="preserve"> </w:t>
      </w:r>
      <w:r w:rsidRPr="0078531E">
        <w:rPr>
          <w:sz w:val="24"/>
        </w:rPr>
        <w:t>kialakítására</w:t>
      </w:r>
      <w:r w:rsidRPr="0078531E">
        <w:rPr>
          <w:spacing w:val="-6"/>
          <w:sz w:val="24"/>
        </w:rPr>
        <w:t xml:space="preserve"> </w:t>
      </w:r>
      <w:r w:rsidRPr="0078531E">
        <w:rPr>
          <w:sz w:val="24"/>
        </w:rPr>
        <w:t>(rajzolt</w:t>
      </w:r>
      <w:r w:rsidRPr="0078531E">
        <w:rPr>
          <w:spacing w:val="-4"/>
          <w:sz w:val="24"/>
        </w:rPr>
        <w:t xml:space="preserve"> </w:t>
      </w:r>
      <w:r w:rsidRPr="0078531E">
        <w:rPr>
          <w:sz w:val="24"/>
        </w:rPr>
        <w:t>alakzatok</w:t>
      </w:r>
      <w:r w:rsidRPr="0078531E">
        <w:rPr>
          <w:spacing w:val="-4"/>
          <w:sz w:val="24"/>
        </w:rPr>
        <w:t xml:space="preserve"> </w:t>
      </w:r>
      <w:r w:rsidRPr="0078531E">
        <w:rPr>
          <w:sz w:val="24"/>
        </w:rPr>
        <w:t xml:space="preserve">végig </w:t>
      </w:r>
      <w:r w:rsidRPr="0078531E">
        <w:rPr>
          <w:spacing w:val="-2"/>
          <w:sz w:val="24"/>
        </w:rPr>
        <w:t>mozgása,</w:t>
      </w:r>
      <w:r w:rsidR="001D52B3" w:rsidRPr="0078531E">
        <w:rPr>
          <w:spacing w:val="-2"/>
          <w:sz w:val="24"/>
        </w:rPr>
        <w:t xml:space="preserve"> </w:t>
      </w:r>
      <w:r w:rsidRPr="0078531E">
        <w:rPr>
          <w:sz w:val="24"/>
        </w:rPr>
        <w:t>térbeli</w:t>
      </w:r>
      <w:r w:rsidRPr="0078531E">
        <w:rPr>
          <w:spacing w:val="-4"/>
          <w:sz w:val="24"/>
        </w:rPr>
        <w:t xml:space="preserve"> </w:t>
      </w:r>
      <w:r w:rsidRPr="0078531E">
        <w:rPr>
          <w:sz w:val="24"/>
        </w:rPr>
        <w:t>alakzatok</w:t>
      </w:r>
      <w:r w:rsidRPr="0078531E">
        <w:rPr>
          <w:spacing w:val="-4"/>
          <w:sz w:val="24"/>
        </w:rPr>
        <w:t xml:space="preserve"> </w:t>
      </w:r>
      <w:r w:rsidRPr="0078531E">
        <w:rPr>
          <w:sz w:val="24"/>
        </w:rPr>
        <w:t>létrehozása</w:t>
      </w:r>
      <w:r w:rsidRPr="0078531E">
        <w:rPr>
          <w:spacing w:val="-5"/>
          <w:sz w:val="24"/>
        </w:rPr>
        <w:t xml:space="preserve"> </w:t>
      </w:r>
      <w:r w:rsidRPr="0078531E">
        <w:rPr>
          <w:sz w:val="24"/>
        </w:rPr>
        <w:t>mozgással-</w:t>
      </w:r>
      <w:r w:rsidRPr="0078531E">
        <w:rPr>
          <w:spacing w:val="-5"/>
          <w:sz w:val="24"/>
        </w:rPr>
        <w:t xml:space="preserve"> </w:t>
      </w:r>
      <w:r w:rsidRPr="0078531E">
        <w:rPr>
          <w:sz w:val="24"/>
        </w:rPr>
        <w:t>kör,</w:t>
      </w:r>
      <w:r w:rsidRPr="0078531E">
        <w:rPr>
          <w:spacing w:val="-4"/>
          <w:sz w:val="24"/>
        </w:rPr>
        <w:t xml:space="preserve"> </w:t>
      </w:r>
      <w:r w:rsidRPr="0078531E">
        <w:rPr>
          <w:sz w:val="24"/>
        </w:rPr>
        <w:t>hullámvonal,</w:t>
      </w:r>
      <w:r w:rsidRPr="0078531E">
        <w:rPr>
          <w:spacing w:val="-4"/>
          <w:sz w:val="24"/>
        </w:rPr>
        <w:t xml:space="preserve"> </w:t>
      </w:r>
      <w:r w:rsidRPr="0078531E">
        <w:rPr>
          <w:sz w:val="24"/>
        </w:rPr>
        <w:t>oszlop,</w:t>
      </w:r>
      <w:r w:rsidRPr="0078531E">
        <w:rPr>
          <w:spacing w:val="-4"/>
          <w:sz w:val="24"/>
        </w:rPr>
        <w:t xml:space="preserve"> </w:t>
      </w:r>
      <w:r w:rsidRPr="0078531E">
        <w:rPr>
          <w:sz w:val="24"/>
        </w:rPr>
        <w:t>sor-,</w:t>
      </w:r>
      <w:r w:rsidRPr="0078531E">
        <w:rPr>
          <w:spacing w:val="-4"/>
          <w:sz w:val="24"/>
        </w:rPr>
        <w:t xml:space="preserve"> </w:t>
      </w:r>
      <w:r w:rsidRPr="0078531E">
        <w:rPr>
          <w:sz w:val="24"/>
        </w:rPr>
        <w:t xml:space="preserve">térbeli </w:t>
      </w:r>
      <w:r w:rsidRPr="0078531E">
        <w:rPr>
          <w:spacing w:val="-2"/>
          <w:sz w:val="24"/>
        </w:rPr>
        <w:t>alakzatokat</w:t>
      </w:r>
      <w:r w:rsidR="001D52B3" w:rsidRPr="0078531E">
        <w:rPr>
          <w:spacing w:val="-2"/>
          <w:sz w:val="24"/>
        </w:rPr>
        <w:t xml:space="preserve"> </w:t>
      </w:r>
      <w:r w:rsidRPr="0078531E">
        <w:rPr>
          <w:sz w:val="24"/>
        </w:rPr>
        <w:t>épít,</w:t>
      </w:r>
      <w:r w:rsidRPr="0078531E">
        <w:rPr>
          <w:spacing w:val="-2"/>
          <w:sz w:val="24"/>
        </w:rPr>
        <w:t xml:space="preserve"> </w:t>
      </w:r>
      <w:r w:rsidRPr="0078531E">
        <w:rPr>
          <w:sz w:val="24"/>
        </w:rPr>
        <w:t>kirak,</w:t>
      </w:r>
      <w:r w:rsidRPr="0078531E">
        <w:rPr>
          <w:spacing w:val="-1"/>
          <w:sz w:val="24"/>
        </w:rPr>
        <w:t xml:space="preserve"> </w:t>
      </w:r>
      <w:r w:rsidRPr="0078531E">
        <w:rPr>
          <w:spacing w:val="-2"/>
          <w:sz w:val="24"/>
        </w:rPr>
        <w:t>rajzol).</w:t>
      </w:r>
    </w:p>
    <w:p w14:paraId="10C7F587" w14:textId="77777777" w:rsidR="00AE0CFD" w:rsidRPr="0078531E" w:rsidRDefault="00C3522D" w:rsidP="009A0355">
      <w:pPr>
        <w:pStyle w:val="Listaszerbekezds"/>
        <w:tabs>
          <w:tab w:val="left" w:pos="856"/>
        </w:tabs>
        <w:spacing w:before="138"/>
        <w:ind w:firstLine="0"/>
        <w:jc w:val="both"/>
        <w:rPr>
          <w:sz w:val="24"/>
        </w:rPr>
      </w:pPr>
      <w:r w:rsidRPr="0078531E">
        <w:rPr>
          <w:i/>
          <w:sz w:val="24"/>
        </w:rPr>
        <w:t>Auditív</w:t>
      </w:r>
      <w:r w:rsidRPr="0078531E">
        <w:rPr>
          <w:i/>
          <w:spacing w:val="-3"/>
          <w:sz w:val="24"/>
        </w:rPr>
        <w:t xml:space="preserve"> </w:t>
      </w:r>
      <w:r w:rsidRPr="0078531E">
        <w:rPr>
          <w:i/>
          <w:sz w:val="24"/>
        </w:rPr>
        <w:t>észlelés</w:t>
      </w:r>
      <w:r w:rsidRPr="0078531E">
        <w:rPr>
          <w:i/>
          <w:spacing w:val="-2"/>
          <w:sz w:val="24"/>
        </w:rPr>
        <w:t xml:space="preserve"> </w:t>
      </w:r>
      <w:r w:rsidRPr="0078531E">
        <w:rPr>
          <w:i/>
          <w:sz w:val="24"/>
        </w:rPr>
        <w:t>(beszéd</w:t>
      </w:r>
      <w:r w:rsidRPr="0078531E">
        <w:rPr>
          <w:i/>
          <w:spacing w:val="-1"/>
          <w:sz w:val="24"/>
        </w:rPr>
        <w:t xml:space="preserve"> </w:t>
      </w:r>
      <w:r w:rsidRPr="0078531E">
        <w:rPr>
          <w:i/>
          <w:sz w:val="24"/>
        </w:rPr>
        <w:t>észlelés</w:t>
      </w:r>
      <w:r w:rsidRPr="0078531E">
        <w:rPr>
          <w:i/>
          <w:spacing w:val="-4"/>
          <w:sz w:val="24"/>
        </w:rPr>
        <w:t xml:space="preserve"> </w:t>
      </w:r>
      <w:r w:rsidRPr="0078531E">
        <w:rPr>
          <w:i/>
          <w:sz w:val="24"/>
        </w:rPr>
        <w:t>és</w:t>
      </w:r>
      <w:r w:rsidRPr="0078531E">
        <w:rPr>
          <w:i/>
          <w:spacing w:val="-3"/>
          <w:sz w:val="24"/>
        </w:rPr>
        <w:t xml:space="preserve"> </w:t>
      </w:r>
      <w:r w:rsidRPr="0078531E">
        <w:rPr>
          <w:i/>
          <w:spacing w:val="-2"/>
          <w:sz w:val="24"/>
        </w:rPr>
        <w:t>megértés)</w:t>
      </w:r>
    </w:p>
    <w:p w14:paraId="62230911"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Hangokat</w:t>
      </w:r>
      <w:r w:rsidRPr="0078531E">
        <w:rPr>
          <w:spacing w:val="-2"/>
          <w:sz w:val="24"/>
        </w:rPr>
        <w:t xml:space="preserve"> </w:t>
      </w:r>
      <w:r w:rsidRPr="0078531E">
        <w:rPr>
          <w:sz w:val="24"/>
        </w:rPr>
        <w:t>észlel,</w:t>
      </w:r>
      <w:r w:rsidRPr="0078531E">
        <w:rPr>
          <w:spacing w:val="-2"/>
          <w:sz w:val="24"/>
        </w:rPr>
        <w:t xml:space="preserve"> </w:t>
      </w:r>
      <w:r w:rsidRPr="0078531E">
        <w:rPr>
          <w:sz w:val="24"/>
        </w:rPr>
        <w:t>felismer,</w:t>
      </w:r>
      <w:r w:rsidRPr="0078531E">
        <w:rPr>
          <w:spacing w:val="-1"/>
          <w:sz w:val="24"/>
        </w:rPr>
        <w:t xml:space="preserve"> </w:t>
      </w:r>
      <w:r w:rsidRPr="0078531E">
        <w:rPr>
          <w:sz w:val="24"/>
        </w:rPr>
        <w:t>megkülönböztet,</w:t>
      </w:r>
      <w:r w:rsidRPr="0078531E">
        <w:rPr>
          <w:spacing w:val="-2"/>
          <w:sz w:val="24"/>
        </w:rPr>
        <w:t xml:space="preserve"> </w:t>
      </w:r>
      <w:r w:rsidRPr="0078531E">
        <w:rPr>
          <w:sz w:val="24"/>
        </w:rPr>
        <w:t>ismétel,</w:t>
      </w:r>
      <w:r w:rsidRPr="0078531E">
        <w:rPr>
          <w:spacing w:val="-1"/>
          <w:sz w:val="24"/>
        </w:rPr>
        <w:t xml:space="preserve"> </w:t>
      </w:r>
      <w:r w:rsidRPr="0078531E">
        <w:rPr>
          <w:spacing w:val="-2"/>
          <w:sz w:val="24"/>
        </w:rPr>
        <w:t>kiemel.</w:t>
      </w:r>
    </w:p>
    <w:p w14:paraId="751FC6E3"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Szavakat</w:t>
      </w:r>
      <w:r w:rsidRPr="0078531E">
        <w:rPr>
          <w:spacing w:val="-4"/>
          <w:sz w:val="24"/>
        </w:rPr>
        <w:t xml:space="preserve"> </w:t>
      </w:r>
      <w:r w:rsidRPr="0078531E">
        <w:rPr>
          <w:sz w:val="24"/>
        </w:rPr>
        <w:t>pontosan</w:t>
      </w:r>
      <w:r w:rsidRPr="0078531E">
        <w:rPr>
          <w:spacing w:val="-2"/>
          <w:sz w:val="24"/>
        </w:rPr>
        <w:t xml:space="preserve"> </w:t>
      </w:r>
      <w:r w:rsidRPr="0078531E">
        <w:rPr>
          <w:sz w:val="24"/>
        </w:rPr>
        <w:t>ismétel</w:t>
      </w:r>
      <w:r w:rsidRPr="0078531E">
        <w:rPr>
          <w:spacing w:val="-2"/>
          <w:sz w:val="24"/>
        </w:rPr>
        <w:t xml:space="preserve"> </w:t>
      </w:r>
      <w:r w:rsidRPr="0078531E">
        <w:rPr>
          <w:sz w:val="24"/>
        </w:rPr>
        <w:t>(értelmes</w:t>
      </w:r>
      <w:r w:rsidRPr="0078531E">
        <w:rPr>
          <w:spacing w:val="-1"/>
          <w:sz w:val="24"/>
        </w:rPr>
        <w:t xml:space="preserve"> </w:t>
      </w:r>
      <w:r w:rsidRPr="0078531E">
        <w:rPr>
          <w:sz w:val="24"/>
        </w:rPr>
        <w:t>és</w:t>
      </w:r>
      <w:r w:rsidRPr="0078531E">
        <w:rPr>
          <w:spacing w:val="-2"/>
          <w:sz w:val="24"/>
        </w:rPr>
        <w:t xml:space="preserve"> </w:t>
      </w:r>
      <w:r w:rsidRPr="0078531E">
        <w:rPr>
          <w:sz w:val="24"/>
        </w:rPr>
        <w:t>értelmetlen</w:t>
      </w:r>
      <w:r w:rsidRPr="0078531E">
        <w:rPr>
          <w:spacing w:val="-2"/>
          <w:sz w:val="24"/>
        </w:rPr>
        <w:t xml:space="preserve"> szavak).</w:t>
      </w:r>
    </w:p>
    <w:p w14:paraId="1741A67E" w14:textId="1D64C26D" w:rsidR="00AE0CFD" w:rsidRPr="0078531E" w:rsidRDefault="00C3522D" w:rsidP="009A0355">
      <w:pPr>
        <w:pStyle w:val="Listaszerbekezds"/>
        <w:numPr>
          <w:ilvl w:val="1"/>
          <w:numId w:val="2"/>
        </w:numPr>
        <w:tabs>
          <w:tab w:val="left" w:pos="856"/>
        </w:tabs>
        <w:spacing w:before="138" w:line="352" w:lineRule="auto"/>
        <w:ind w:left="856" w:right="1509"/>
        <w:jc w:val="both"/>
        <w:rPr>
          <w:sz w:val="24"/>
        </w:rPr>
      </w:pPr>
      <w:r w:rsidRPr="0078531E">
        <w:rPr>
          <w:sz w:val="24"/>
        </w:rPr>
        <w:t>Pontosan</w:t>
      </w:r>
      <w:r w:rsidRPr="0078531E">
        <w:rPr>
          <w:spacing w:val="-4"/>
          <w:sz w:val="24"/>
        </w:rPr>
        <w:t xml:space="preserve"> </w:t>
      </w:r>
      <w:r w:rsidRPr="0078531E">
        <w:rPr>
          <w:sz w:val="24"/>
        </w:rPr>
        <w:t>érti</w:t>
      </w:r>
      <w:r w:rsidRPr="0078531E">
        <w:rPr>
          <w:spacing w:val="-4"/>
          <w:sz w:val="24"/>
        </w:rPr>
        <w:t xml:space="preserve"> </w:t>
      </w:r>
      <w:r w:rsidRPr="0078531E">
        <w:rPr>
          <w:sz w:val="24"/>
        </w:rPr>
        <w:t>a</w:t>
      </w:r>
      <w:r w:rsidRPr="0078531E">
        <w:rPr>
          <w:spacing w:val="-5"/>
          <w:sz w:val="24"/>
        </w:rPr>
        <w:t xml:space="preserve"> </w:t>
      </w:r>
      <w:r w:rsidRPr="0078531E">
        <w:rPr>
          <w:sz w:val="24"/>
        </w:rPr>
        <w:t>beszédet</w:t>
      </w:r>
      <w:r w:rsidRPr="0078531E">
        <w:rPr>
          <w:spacing w:val="-4"/>
          <w:sz w:val="24"/>
        </w:rPr>
        <w:t xml:space="preserve"> </w:t>
      </w:r>
      <w:r w:rsidRPr="0078531E">
        <w:rPr>
          <w:sz w:val="24"/>
        </w:rPr>
        <w:t>(a</w:t>
      </w:r>
      <w:r w:rsidRPr="0078531E">
        <w:rPr>
          <w:spacing w:val="-5"/>
          <w:sz w:val="24"/>
        </w:rPr>
        <w:t xml:space="preserve"> </w:t>
      </w:r>
      <w:r w:rsidRPr="0078531E">
        <w:rPr>
          <w:sz w:val="24"/>
        </w:rPr>
        <w:t>hozzá</w:t>
      </w:r>
      <w:r w:rsidRPr="0078531E">
        <w:rPr>
          <w:spacing w:val="-5"/>
          <w:sz w:val="24"/>
        </w:rPr>
        <w:t xml:space="preserve"> </w:t>
      </w:r>
      <w:r w:rsidRPr="0078531E">
        <w:rPr>
          <w:sz w:val="24"/>
        </w:rPr>
        <w:t>intézett</w:t>
      </w:r>
      <w:r w:rsidRPr="0078531E">
        <w:rPr>
          <w:spacing w:val="-4"/>
          <w:sz w:val="24"/>
        </w:rPr>
        <w:t xml:space="preserve"> </w:t>
      </w:r>
      <w:r w:rsidRPr="0078531E">
        <w:rPr>
          <w:sz w:val="24"/>
        </w:rPr>
        <w:t>közléseket</w:t>
      </w:r>
      <w:r w:rsidRPr="0078531E">
        <w:rPr>
          <w:spacing w:val="-4"/>
          <w:sz w:val="24"/>
        </w:rPr>
        <w:t xml:space="preserve"> </w:t>
      </w:r>
      <w:r w:rsidRPr="0078531E">
        <w:rPr>
          <w:sz w:val="24"/>
        </w:rPr>
        <w:t>megérti,</w:t>
      </w:r>
      <w:r w:rsidRPr="0078531E">
        <w:rPr>
          <w:spacing w:val="-4"/>
          <w:sz w:val="24"/>
        </w:rPr>
        <w:t xml:space="preserve"> </w:t>
      </w:r>
      <w:r w:rsidRPr="0078531E">
        <w:rPr>
          <w:sz w:val="24"/>
        </w:rPr>
        <w:t>nem</w:t>
      </w:r>
      <w:r w:rsidRPr="0078531E">
        <w:rPr>
          <w:spacing w:val="-4"/>
          <w:sz w:val="24"/>
        </w:rPr>
        <w:t xml:space="preserve"> </w:t>
      </w:r>
      <w:r w:rsidRPr="0078531E">
        <w:rPr>
          <w:sz w:val="24"/>
        </w:rPr>
        <w:t>érti</w:t>
      </w:r>
      <w:r w:rsidRPr="0078531E">
        <w:rPr>
          <w:spacing w:val="-4"/>
          <w:sz w:val="24"/>
        </w:rPr>
        <w:t xml:space="preserve"> </w:t>
      </w:r>
      <w:r w:rsidRPr="0078531E">
        <w:rPr>
          <w:sz w:val="24"/>
        </w:rPr>
        <w:t xml:space="preserve">félre, </w:t>
      </w:r>
      <w:r w:rsidRPr="0078531E">
        <w:rPr>
          <w:spacing w:val="-2"/>
          <w:sz w:val="24"/>
        </w:rPr>
        <w:t>életkorának</w:t>
      </w:r>
      <w:r w:rsidR="00634DBD" w:rsidRPr="0078531E">
        <w:rPr>
          <w:spacing w:val="-2"/>
          <w:sz w:val="24"/>
        </w:rPr>
        <w:t xml:space="preserve"> </w:t>
      </w:r>
      <w:r w:rsidRPr="0078531E">
        <w:rPr>
          <w:sz w:val="24"/>
        </w:rPr>
        <w:t>megfelelő</w:t>
      </w:r>
      <w:r w:rsidRPr="0078531E">
        <w:rPr>
          <w:spacing w:val="-1"/>
          <w:sz w:val="24"/>
        </w:rPr>
        <w:t xml:space="preserve"> </w:t>
      </w:r>
      <w:r w:rsidRPr="0078531E">
        <w:rPr>
          <w:sz w:val="24"/>
        </w:rPr>
        <w:t>meséket,</w:t>
      </w:r>
      <w:r w:rsidRPr="0078531E">
        <w:rPr>
          <w:spacing w:val="-1"/>
          <w:sz w:val="24"/>
        </w:rPr>
        <w:t xml:space="preserve"> </w:t>
      </w:r>
      <w:r w:rsidRPr="0078531E">
        <w:rPr>
          <w:sz w:val="24"/>
        </w:rPr>
        <w:t>történeteket</w:t>
      </w:r>
      <w:r w:rsidRPr="0078531E">
        <w:rPr>
          <w:spacing w:val="-1"/>
          <w:sz w:val="24"/>
        </w:rPr>
        <w:t xml:space="preserve"> </w:t>
      </w:r>
      <w:r w:rsidRPr="0078531E">
        <w:rPr>
          <w:sz w:val="24"/>
        </w:rPr>
        <w:t>meg</w:t>
      </w:r>
      <w:r w:rsidRPr="0078531E">
        <w:rPr>
          <w:spacing w:val="-4"/>
          <w:sz w:val="24"/>
        </w:rPr>
        <w:t xml:space="preserve"> </w:t>
      </w:r>
      <w:r w:rsidRPr="0078531E">
        <w:rPr>
          <w:sz w:val="24"/>
        </w:rPr>
        <w:t xml:space="preserve">kell </w:t>
      </w:r>
      <w:r w:rsidRPr="0078531E">
        <w:rPr>
          <w:spacing w:val="-2"/>
          <w:sz w:val="24"/>
        </w:rPr>
        <w:t>értenie).</w:t>
      </w:r>
    </w:p>
    <w:p w14:paraId="4C9CFDD9" w14:textId="77777777" w:rsidR="00AE0CFD" w:rsidRPr="0078531E" w:rsidRDefault="00C3522D" w:rsidP="009A0355">
      <w:pPr>
        <w:pStyle w:val="Cmsor5"/>
        <w:numPr>
          <w:ilvl w:val="2"/>
          <w:numId w:val="2"/>
        </w:numPr>
        <w:tabs>
          <w:tab w:val="left" w:pos="1575"/>
        </w:tabs>
        <w:ind w:left="1575" w:hanging="359"/>
        <w:jc w:val="both"/>
      </w:pPr>
      <w:r w:rsidRPr="0078531E">
        <w:t>Anyanyelvi,</w:t>
      </w:r>
      <w:r w:rsidRPr="0078531E">
        <w:rPr>
          <w:spacing w:val="-5"/>
        </w:rPr>
        <w:t xml:space="preserve"> </w:t>
      </w:r>
      <w:r w:rsidRPr="0078531E">
        <w:t>kommunikációs</w:t>
      </w:r>
      <w:r w:rsidRPr="0078531E">
        <w:rPr>
          <w:spacing w:val="-5"/>
        </w:rPr>
        <w:t xml:space="preserve"> </w:t>
      </w:r>
      <w:r w:rsidRPr="0078531E">
        <w:rPr>
          <w:spacing w:val="-2"/>
        </w:rPr>
        <w:t>képességek</w:t>
      </w:r>
    </w:p>
    <w:p w14:paraId="3DC35203" w14:textId="77777777" w:rsidR="00AE0CFD" w:rsidRPr="0078531E" w:rsidRDefault="00C3522D" w:rsidP="009A0355">
      <w:pPr>
        <w:pStyle w:val="Listaszerbekezds"/>
        <w:numPr>
          <w:ilvl w:val="1"/>
          <w:numId w:val="2"/>
        </w:numPr>
        <w:tabs>
          <w:tab w:val="left" w:pos="856"/>
        </w:tabs>
        <w:spacing w:before="111"/>
        <w:ind w:left="856"/>
        <w:jc w:val="both"/>
        <w:rPr>
          <w:sz w:val="24"/>
        </w:rPr>
      </w:pPr>
      <w:r w:rsidRPr="0078531E">
        <w:rPr>
          <w:sz w:val="24"/>
        </w:rPr>
        <w:t>Érthetően</w:t>
      </w:r>
      <w:r w:rsidRPr="0078531E">
        <w:rPr>
          <w:spacing w:val="-2"/>
          <w:sz w:val="24"/>
        </w:rPr>
        <w:t xml:space="preserve"> beszél.</w:t>
      </w:r>
    </w:p>
    <w:p w14:paraId="092E1150"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Szívesen</w:t>
      </w:r>
      <w:r w:rsidRPr="0078531E">
        <w:rPr>
          <w:spacing w:val="-1"/>
          <w:sz w:val="24"/>
        </w:rPr>
        <w:t xml:space="preserve"> </w:t>
      </w:r>
      <w:r w:rsidRPr="0078531E">
        <w:rPr>
          <w:spacing w:val="-2"/>
          <w:sz w:val="24"/>
        </w:rPr>
        <w:t>beszél.</w:t>
      </w:r>
    </w:p>
    <w:p w14:paraId="475AE3D5"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Hanglejtése,</w:t>
      </w:r>
      <w:r w:rsidRPr="0078531E">
        <w:rPr>
          <w:spacing w:val="-2"/>
          <w:sz w:val="24"/>
        </w:rPr>
        <w:t xml:space="preserve"> </w:t>
      </w:r>
      <w:r w:rsidRPr="0078531E">
        <w:rPr>
          <w:sz w:val="24"/>
        </w:rPr>
        <w:t>hangsúlyozása</w:t>
      </w:r>
      <w:r w:rsidRPr="0078531E">
        <w:rPr>
          <w:spacing w:val="-3"/>
          <w:sz w:val="24"/>
        </w:rPr>
        <w:t xml:space="preserve"> </w:t>
      </w:r>
      <w:r w:rsidRPr="0078531E">
        <w:rPr>
          <w:sz w:val="24"/>
        </w:rPr>
        <w:t>a</w:t>
      </w:r>
      <w:r w:rsidRPr="0078531E">
        <w:rPr>
          <w:spacing w:val="-3"/>
          <w:sz w:val="24"/>
        </w:rPr>
        <w:t xml:space="preserve"> </w:t>
      </w:r>
      <w:r w:rsidRPr="0078531E">
        <w:rPr>
          <w:sz w:val="24"/>
        </w:rPr>
        <w:t>magyar</w:t>
      </w:r>
      <w:r w:rsidRPr="0078531E">
        <w:rPr>
          <w:spacing w:val="-2"/>
          <w:sz w:val="24"/>
        </w:rPr>
        <w:t xml:space="preserve"> </w:t>
      </w:r>
      <w:r w:rsidRPr="0078531E">
        <w:rPr>
          <w:sz w:val="24"/>
        </w:rPr>
        <w:t>nyelvnek</w:t>
      </w:r>
      <w:r w:rsidRPr="0078531E">
        <w:rPr>
          <w:spacing w:val="-1"/>
          <w:sz w:val="24"/>
        </w:rPr>
        <w:t xml:space="preserve"> </w:t>
      </w:r>
      <w:r w:rsidRPr="0078531E">
        <w:rPr>
          <w:spacing w:val="-2"/>
          <w:sz w:val="24"/>
        </w:rPr>
        <w:t>megfelelő.</w:t>
      </w:r>
    </w:p>
    <w:p w14:paraId="04E33DF2"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Mondandóját</w:t>
      </w:r>
      <w:r w:rsidRPr="0078531E">
        <w:rPr>
          <w:spacing w:val="-4"/>
          <w:sz w:val="24"/>
        </w:rPr>
        <w:t xml:space="preserve"> </w:t>
      </w:r>
      <w:r w:rsidRPr="0078531E">
        <w:rPr>
          <w:sz w:val="24"/>
        </w:rPr>
        <w:t>folyamatosan,</w:t>
      </w:r>
      <w:r w:rsidRPr="0078531E">
        <w:rPr>
          <w:spacing w:val="-3"/>
          <w:sz w:val="24"/>
        </w:rPr>
        <w:t xml:space="preserve"> </w:t>
      </w:r>
      <w:r w:rsidRPr="0078531E">
        <w:rPr>
          <w:sz w:val="24"/>
        </w:rPr>
        <w:t>egymást</w:t>
      </w:r>
      <w:r w:rsidRPr="0078531E">
        <w:rPr>
          <w:spacing w:val="-2"/>
          <w:sz w:val="24"/>
        </w:rPr>
        <w:t xml:space="preserve"> </w:t>
      </w:r>
      <w:r w:rsidRPr="0078531E">
        <w:rPr>
          <w:sz w:val="24"/>
        </w:rPr>
        <w:t>követő</w:t>
      </w:r>
      <w:r w:rsidRPr="0078531E">
        <w:rPr>
          <w:spacing w:val="-2"/>
          <w:sz w:val="24"/>
        </w:rPr>
        <w:t xml:space="preserve"> </w:t>
      </w:r>
      <w:r w:rsidRPr="0078531E">
        <w:rPr>
          <w:sz w:val="24"/>
        </w:rPr>
        <w:t>mondatokban</w:t>
      </w:r>
      <w:r w:rsidRPr="0078531E">
        <w:rPr>
          <w:spacing w:val="-2"/>
          <w:sz w:val="24"/>
        </w:rPr>
        <w:t xml:space="preserve"> </w:t>
      </w:r>
      <w:r w:rsidRPr="0078531E">
        <w:rPr>
          <w:sz w:val="24"/>
        </w:rPr>
        <w:t>képes</w:t>
      </w:r>
      <w:r w:rsidRPr="0078531E">
        <w:rPr>
          <w:spacing w:val="-2"/>
          <w:sz w:val="24"/>
        </w:rPr>
        <w:t xml:space="preserve"> kifejezni.</w:t>
      </w:r>
    </w:p>
    <w:p w14:paraId="1CCC1F0B" w14:textId="77777777" w:rsidR="00AE0CFD" w:rsidRPr="0078531E" w:rsidRDefault="00C3522D" w:rsidP="009A0355">
      <w:pPr>
        <w:pStyle w:val="Listaszerbekezds"/>
        <w:numPr>
          <w:ilvl w:val="1"/>
          <w:numId w:val="2"/>
        </w:numPr>
        <w:tabs>
          <w:tab w:val="left" w:pos="856"/>
        </w:tabs>
        <w:spacing w:before="138" w:line="352" w:lineRule="auto"/>
        <w:ind w:left="856" w:right="1209"/>
        <w:jc w:val="both"/>
        <w:rPr>
          <w:sz w:val="24"/>
        </w:rPr>
      </w:pPr>
      <w:r w:rsidRPr="0078531E">
        <w:rPr>
          <w:sz w:val="24"/>
        </w:rPr>
        <w:t>Olyan</w:t>
      </w:r>
      <w:r w:rsidRPr="0078531E">
        <w:rPr>
          <w:spacing w:val="-3"/>
          <w:sz w:val="24"/>
        </w:rPr>
        <w:t xml:space="preserve"> </w:t>
      </w:r>
      <w:r w:rsidRPr="0078531E">
        <w:rPr>
          <w:sz w:val="24"/>
        </w:rPr>
        <w:t>aktív</w:t>
      </w:r>
      <w:r w:rsidRPr="0078531E">
        <w:rPr>
          <w:spacing w:val="-5"/>
          <w:sz w:val="24"/>
        </w:rPr>
        <w:t xml:space="preserve"> </w:t>
      </w:r>
      <w:r w:rsidRPr="0078531E">
        <w:rPr>
          <w:sz w:val="24"/>
        </w:rPr>
        <w:t>szókinccsel</w:t>
      </w:r>
      <w:r w:rsidRPr="0078531E">
        <w:rPr>
          <w:spacing w:val="-5"/>
          <w:sz w:val="24"/>
        </w:rPr>
        <w:t xml:space="preserve"> </w:t>
      </w:r>
      <w:r w:rsidRPr="0078531E">
        <w:rPr>
          <w:sz w:val="24"/>
        </w:rPr>
        <w:t>rendelkezik,</w:t>
      </w:r>
      <w:r w:rsidRPr="0078531E">
        <w:rPr>
          <w:spacing w:val="-5"/>
          <w:sz w:val="24"/>
        </w:rPr>
        <w:t xml:space="preserve"> </w:t>
      </w:r>
      <w:r w:rsidRPr="0078531E">
        <w:rPr>
          <w:sz w:val="24"/>
        </w:rPr>
        <w:t>ami</w:t>
      </w:r>
      <w:r w:rsidRPr="0078531E">
        <w:rPr>
          <w:spacing w:val="-5"/>
          <w:sz w:val="24"/>
        </w:rPr>
        <w:t xml:space="preserve"> </w:t>
      </w:r>
      <w:r w:rsidRPr="0078531E">
        <w:rPr>
          <w:sz w:val="24"/>
        </w:rPr>
        <w:t>képessé</w:t>
      </w:r>
      <w:r w:rsidRPr="0078531E">
        <w:rPr>
          <w:spacing w:val="-5"/>
          <w:sz w:val="24"/>
        </w:rPr>
        <w:t xml:space="preserve"> </w:t>
      </w:r>
      <w:r w:rsidRPr="0078531E">
        <w:rPr>
          <w:sz w:val="24"/>
        </w:rPr>
        <w:t>teszi</w:t>
      </w:r>
      <w:r w:rsidRPr="0078531E">
        <w:rPr>
          <w:spacing w:val="-5"/>
          <w:sz w:val="24"/>
        </w:rPr>
        <w:t xml:space="preserve"> </w:t>
      </w:r>
      <w:r w:rsidRPr="0078531E">
        <w:rPr>
          <w:sz w:val="24"/>
        </w:rPr>
        <w:t>mondandójának</w:t>
      </w:r>
      <w:r w:rsidRPr="0078531E">
        <w:rPr>
          <w:spacing w:val="-5"/>
          <w:sz w:val="24"/>
        </w:rPr>
        <w:t xml:space="preserve"> </w:t>
      </w:r>
      <w:r w:rsidRPr="0078531E">
        <w:rPr>
          <w:sz w:val="24"/>
        </w:rPr>
        <w:t xml:space="preserve">érthető </w:t>
      </w:r>
      <w:r w:rsidRPr="0078531E">
        <w:rPr>
          <w:spacing w:val="-2"/>
          <w:sz w:val="24"/>
        </w:rPr>
        <w:t>kifejezésére.</w:t>
      </w:r>
    </w:p>
    <w:p w14:paraId="5DCFB054" w14:textId="77777777" w:rsidR="00AE0CFD" w:rsidRPr="0078531E" w:rsidRDefault="00C3522D" w:rsidP="009A0355">
      <w:pPr>
        <w:pStyle w:val="Listaszerbekezds"/>
        <w:numPr>
          <w:ilvl w:val="1"/>
          <w:numId w:val="2"/>
        </w:numPr>
        <w:tabs>
          <w:tab w:val="left" w:pos="856"/>
        </w:tabs>
        <w:spacing w:before="7"/>
        <w:ind w:left="856"/>
        <w:jc w:val="both"/>
        <w:rPr>
          <w:sz w:val="24"/>
        </w:rPr>
      </w:pPr>
      <w:r w:rsidRPr="0078531E">
        <w:rPr>
          <w:sz w:val="24"/>
        </w:rPr>
        <w:t>Nyelvtanilag</w:t>
      </w:r>
      <w:r w:rsidRPr="0078531E">
        <w:rPr>
          <w:spacing w:val="-7"/>
          <w:sz w:val="24"/>
        </w:rPr>
        <w:t xml:space="preserve"> </w:t>
      </w:r>
      <w:r w:rsidRPr="0078531E">
        <w:rPr>
          <w:sz w:val="24"/>
        </w:rPr>
        <w:t>helyes,</w:t>
      </w:r>
      <w:r w:rsidRPr="0078531E">
        <w:rPr>
          <w:spacing w:val="-1"/>
          <w:sz w:val="24"/>
        </w:rPr>
        <w:t xml:space="preserve"> </w:t>
      </w:r>
      <w:r w:rsidRPr="0078531E">
        <w:rPr>
          <w:sz w:val="24"/>
        </w:rPr>
        <w:t>magyarra</w:t>
      </w:r>
      <w:r w:rsidRPr="0078531E">
        <w:rPr>
          <w:spacing w:val="-4"/>
          <w:sz w:val="24"/>
        </w:rPr>
        <w:t xml:space="preserve"> </w:t>
      </w:r>
      <w:r w:rsidRPr="0078531E">
        <w:rPr>
          <w:sz w:val="24"/>
        </w:rPr>
        <w:t>jellemző</w:t>
      </w:r>
      <w:r w:rsidRPr="0078531E">
        <w:rPr>
          <w:spacing w:val="-1"/>
          <w:sz w:val="24"/>
        </w:rPr>
        <w:t xml:space="preserve"> </w:t>
      </w:r>
      <w:r w:rsidRPr="0078531E">
        <w:rPr>
          <w:sz w:val="24"/>
        </w:rPr>
        <w:t>szórendet</w:t>
      </w:r>
      <w:r w:rsidRPr="0078531E">
        <w:rPr>
          <w:spacing w:val="-1"/>
          <w:sz w:val="24"/>
        </w:rPr>
        <w:t xml:space="preserve"> </w:t>
      </w:r>
      <w:r w:rsidRPr="0078531E">
        <w:rPr>
          <w:spacing w:val="-2"/>
          <w:sz w:val="24"/>
        </w:rPr>
        <w:t>alkalmaz.</w:t>
      </w:r>
    </w:p>
    <w:p w14:paraId="35282DEC" w14:textId="310F5EFF" w:rsidR="008F77F8" w:rsidRPr="0078531E" w:rsidRDefault="00C3522D" w:rsidP="008F77F8">
      <w:pPr>
        <w:pStyle w:val="Listaszerbekezds"/>
        <w:numPr>
          <w:ilvl w:val="1"/>
          <w:numId w:val="2"/>
        </w:numPr>
        <w:tabs>
          <w:tab w:val="left" w:pos="856"/>
        </w:tabs>
        <w:spacing w:before="138"/>
        <w:ind w:left="856"/>
        <w:jc w:val="both"/>
        <w:rPr>
          <w:sz w:val="24"/>
        </w:rPr>
      </w:pPr>
      <w:r w:rsidRPr="0078531E">
        <w:rPr>
          <w:sz w:val="24"/>
        </w:rPr>
        <w:t>Udvariassági</w:t>
      </w:r>
      <w:r w:rsidRPr="0078531E">
        <w:rPr>
          <w:spacing w:val="-4"/>
          <w:sz w:val="24"/>
        </w:rPr>
        <w:t xml:space="preserve"> </w:t>
      </w:r>
      <w:r w:rsidRPr="0078531E">
        <w:rPr>
          <w:sz w:val="24"/>
        </w:rPr>
        <w:t>kifejezéseket</w:t>
      </w:r>
      <w:r w:rsidRPr="0078531E">
        <w:rPr>
          <w:spacing w:val="-3"/>
          <w:sz w:val="24"/>
        </w:rPr>
        <w:t xml:space="preserve"> </w:t>
      </w:r>
      <w:r w:rsidRPr="0078531E">
        <w:rPr>
          <w:spacing w:val="-2"/>
          <w:sz w:val="24"/>
        </w:rPr>
        <w:t>használ.</w:t>
      </w:r>
    </w:p>
    <w:p w14:paraId="3E4112BF" w14:textId="77777777" w:rsidR="008F77F8" w:rsidRPr="0078531E" w:rsidRDefault="008F77F8" w:rsidP="008F77F8">
      <w:pPr>
        <w:pStyle w:val="Listaszerbekezds"/>
        <w:tabs>
          <w:tab w:val="left" w:pos="856"/>
        </w:tabs>
        <w:spacing w:before="138"/>
        <w:ind w:firstLine="0"/>
        <w:jc w:val="both"/>
        <w:rPr>
          <w:sz w:val="24"/>
        </w:rPr>
      </w:pPr>
    </w:p>
    <w:p w14:paraId="089A012B" w14:textId="26BEB9FC" w:rsidR="008F77F8" w:rsidRPr="0078531E" w:rsidRDefault="00C3522D" w:rsidP="008F77F8">
      <w:pPr>
        <w:pStyle w:val="Cmsor5"/>
        <w:numPr>
          <w:ilvl w:val="2"/>
          <w:numId w:val="2"/>
        </w:numPr>
        <w:tabs>
          <w:tab w:val="left" w:pos="1575"/>
        </w:tabs>
        <w:ind w:left="1575" w:hanging="359"/>
        <w:jc w:val="both"/>
      </w:pPr>
      <w:r w:rsidRPr="0078531E">
        <w:t>Értelmi</w:t>
      </w:r>
      <w:r w:rsidRPr="0078531E">
        <w:rPr>
          <w:spacing w:val="-1"/>
        </w:rPr>
        <w:t xml:space="preserve"> </w:t>
      </w:r>
      <w:r w:rsidRPr="0078531E">
        <w:rPr>
          <w:spacing w:val="-2"/>
        </w:rPr>
        <w:t>képességek</w:t>
      </w:r>
    </w:p>
    <w:p w14:paraId="6B33D7B2" w14:textId="77777777" w:rsidR="00AE0CFD" w:rsidRPr="0078531E" w:rsidRDefault="00C3522D" w:rsidP="009A0355">
      <w:pPr>
        <w:pStyle w:val="Listaszerbekezds"/>
        <w:tabs>
          <w:tab w:val="left" w:pos="856"/>
        </w:tabs>
        <w:spacing w:before="112"/>
        <w:ind w:firstLine="0"/>
        <w:jc w:val="both"/>
        <w:rPr>
          <w:sz w:val="24"/>
        </w:rPr>
      </w:pPr>
      <w:r w:rsidRPr="0078531E">
        <w:rPr>
          <w:i/>
          <w:spacing w:val="-2"/>
          <w:sz w:val="24"/>
        </w:rPr>
        <w:t>Megfigyelőképesség</w:t>
      </w:r>
    </w:p>
    <w:p w14:paraId="3EE6AD44" w14:textId="77777777" w:rsidR="00AE0CFD" w:rsidRPr="0078531E" w:rsidRDefault="00AE0CFD" w:rsidP="009A0355">
      <w:pPr>
        <w:jc w:val="both"/>
        <w:rPr>
          <w:sz w:val="24"/>
        </w:rPr>
        <w:sectPr w:rsidR="00AE0CFD" w:rsidRPr="0078531E" w:rsidSect="00A42104">
          <w:pgSz w:w="11910" w:h="16840"/>
          <w:pgMar w:top="1320" w:right="980" w:bottom="1200" w:left="1280" w:header="0" w:footer="1003" w:gutter="0"/>
          <w:cols w:space="708"/>
        </w:sectPr>
      </w:pPr>
    </w:p>
    <w:p w14:paraId="3291EF3B" w14:textId="77777777" w:rsidR="00AE0CFD" w:rsidRPr="0078531E" w:rsidRDefault="00C3522D" w:rsidP="009A0355">
      <w:pPr>
        <w:pStyle w:val="Listaszerbekezds"/>
        <w:numPr>
          <w:ilvl w:val="1"/>
          <w:numId w:val="2"/>
        </w:numPr>
        <w:tabs>
          <w:tab w:val="left" w:pos="856"/>
        </w:tabs>
        <w:spacing w:before="71"/>
        <w:ind w:left="856"/>
        <w:jc w:val="both"/>
        <w:rPr>
          <w:sz w:val="24"/>
        </w:rPr>
      </w:pPr>
      <w:r w:rsidRPr="0078531E">
        <w:rPr>
          <w:sz w:val="24"/>
        </w:rPr>
        <w:lastRenderedPageBreak/>
        <w:t>Többnyire</w:t>
      </w:r>
      <w:r w:rsidRPr="0078531E">
        <w:rPr>
          <w:spacing w:val="-4"/>
          <w:sz w:val="24"/>
        </w:rPr>
        <w:t xml:space="preserve"> </w:t>
      </w:r>
      <w:r w:rsidRPr="0078531E">
        <w:rPr>
          <w:sz w:val="24"/>
        </w:rPr>
        <w:t>részletes,</w:t>
      </w:r>
      <w:r w:rsidRPr="0078531E">
        <w:rPr>
          <w:spacing w:val="-2"/>
          <w:sz w:val="24"/>
        </w:rPr>
        <w:t xml:space="preserve"> pontos.</w:t>
      </w:r>
    </w:p>
    <w:p w14:paraId="239388FF" w14:textId="77777777" w:rsidR="00AE0CFD" w:rsidRPr="0078531E" w:rsidRDefault="00C3522D" w:rsidP="009A0355">
      <w:pPr>
        <w:pStyle w:val="Listaszerbekezds"/>
        <w:tabs>
          <w:tab w:val="left" w:pos="856"/>
        </w:tabs>
        <w:spacing w:before="139"/>
        <w:ind w:firstLine="0"/>
        <w:jc w:val="both"/>
        <w:rPr>
          <w:sz w:val="24"/>
        </w:rPr>
      </w:pPr>
      <w:r w:rsidRPr="0078531E">
        <w:rPr>
          <w:i/>
          <w:spacing w:val="-2"/>
          <w:sz w:val="24"/>
        </w:rPr>
        <w:t>Figyelem</w:t>
      </w:r>
    </w:p>
    <w:p w14:paraId="6DFB5AF4"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Tartós</w:t>
      </w:r>
      <w:r w:rsidRPr="0078531E">
        <w:rPr>
          <w:spacing w:val="-5"/>
          <w:sz w:val="24"/>
        </w:rPr>
        <w:t xml:space="preserve"> </w:t>
      </w:r>
      <w:r w:rsidRPr="0078531E">
        <w:rPr>
          <w:sz w:val="24"/>
        </w:rPr>
        <w:t>(szándékos</w:t>
      </w:r>
      <w:r w:rsidRPr="0078531E">
        <w:rPr>
          <w:spacing w:val="-3"/>
          <w:sz w:val="24"/>
        </w:rPr>
        <w:t xml:space="preserve"> </w:t>
      </w:r>
      <w:r w:rsidRPr="0078531E">
        <w:rPr>
          <w:sz w:val="24"/>
        </w:rPr>
        <w:t>figyelme</w:t>
      </w:r>
      <w:r w:rsidRPr="0078531E">
        <w:rPr>
          <w:spacing w:val="-2"/>
          <w:sz w:val="24"/>
        </w:rPr>
        <w:t xml:space="preserve"> </w:t>
      </w:r>
      <w:r w:rsidRPr="0078531E">
        <w:rPr>
          <w:sz w:val="24"/>
        </w:rPr>
        <w:t>legalább</w:t>
      </w:r>
      <w:r w:rsidRPr="0078531E">
        <w:rPr>
          <w:spacing w:val="-2"/>
          <w:sz w:val="24"/>
        </w:rPr>
        <w:t xml:space="preserve"> </w:t>
      </w:r>
      <w:r w:rsidRPr="0078531E">
        <w:rPr>
          <w:sz w:val="24"/>
        </w:rPr>
        <w:t>8-10</w:t>
      </w:r>
      <w:r w:rsidRPr="0078531E">
        <w:rPr>
          <w:spacing w:val="-2"/>
          <w:sz w:val="24"/>
        </w:rPr>
        <w:t xml:space="preserve"> </w:t>
      </w:r>
      <w:r w:rsidRPr="0078531E">
        <w:rPr>
          <w:sz w:val="24"/>
        </w:rPr>
        <w:t>percig</w:t>
      </w:r>
      <w:r w:rsidRPr="0078531E">
        <w:rPr>
          <w:spacing w:val="-4"/>
          <w:sz w:val="24"/>
        </w:rPr>
        <w:t xml:space="preserve"> </w:t>
      </w:r>
      <w:r w:rsidRPr="0078531E">
        <w:rPr>
          <w:spacing w:val="-2"/>
          <w:sz w:val="24"/>
        </w:rPr>
        <w:t>tart).</w:t>
      </w:r>
    </w:p>
    <w:p w14:paraId="5EDD24F2" w14:textId="77777777" w:rsidR="00AE0CFD" w:rsidRPr="0078531E" w:rsidRDefault="00C3522D" w:rsidP="009A0355">
      <w:pPr>
        <w:pStyle w:val="Listaszerbekezds"/>
        <w:tabs>
          <w:tab w:val="left" w:pos="856"/>
        </w:tabs>
        <w:spacing w:before="135"/>
        <w:ind w:firstLine="0"/>
        <w:jc w:val="both"/>
        <w:rPr>
          <w:sz w:val="24"/>
        </w:rPr>
      </w:pPr>
      <w:r w:rsidRPr="0078531E">
        <w:rPr>
          <w:i/>
          <w:spacing w:val="-2"/>
          <w:sz w:val="24"/>
        </w:rPr>
        <w:t>Emlékezet</w:t>
      </w:r>
    </w:p>
    <w:p w14:paraId="64DF3DBD"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Hosszú</w:t>
      </w:r>
      <w:r w:rsidRPr="0078531E">
        <w:rPr>
          <w:spacing w:val="-3"/>
          <w:sz w:val="24"/>
        </w:rPr>
        <w:t xml:space="preserve"> </w:t>
      </w:r>
      <w:r w:rsidRPr="0078531E">
        <w:rPr>
          <w:sz w:val="24"/>
        </w:rPr>
        <w:t>távú</w:t>
      </w:r>
      <w:r w:rsidRPr="0078531E">
        <w:rPr>
          <w:spacing w:val="-1"/>
          <w:sz w:val="24"/>
        </w:rPr>
        <w:t xml:space="preserve"> </w:t>
      </w:r>
      <w:r w:rsidRPr="0078531E">
        <w:rPr>
          <w:sz w:val="24"/>
        </w:rPr>
        <w:t>-</w:t>
      </w:r>
      <w:r w:rsidRPr="0078531E">
        <w:rPr>
          <w:spacing w:val="-1"/>
          <w:sz w:val="24"/>
        </w:rPr>
        <w:t xml:space="preserve"> </w:t>
      </w:r>
      <w:r w:rsidRPr="0078531E">
        <w:rPr>
          <w:sz w:val="24"/>
        </w:rPr>
        <w:t>egy-két</w:t>
      </w:r>
      <w:r w:rsidRPr="0078531E">
        <w:rPr>
          <w:spacing w:val="-1"/>
          <w:sz w:val="24"/>
        </w:rPr>
        <w:t xml:space="preserve"> </w:t>
      </w:r>
      <w:r w:rsidRPr="0078531E">
        <w:rPr>
          <w:sz w:val="24"/>
        </w:rPr>
        <w:t>hónappal régebbi élményekre</w:t>
      </w:r>
      <w:r w:rsidRPr="0078531E">
        <w:rPr>
          <w:spacing w:val="-2"/>
          <w:sz w:val="24"/>
        </w:rPr>
        <w:t xml:space="preserve"> emlékszik.</w:t>
      </w:r>
    </w:p>
    <w:p w14:paraId="20CF48EB" w14:textId="7549F2E0"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Rövidtávú</w:t>
      </w:r>
      <w:r w:rsidRPr="0078531E">
        <w:rPr>
          <w:spacing w:val="-4"/>
          <w:sz w:val="24"/>
        </w:rPr>
        <w:t xml:space="preserve"> </w:t>
      </w:r>
      <w:r w:rsidRPr="0078531E">
        <w:rPr>
          <w:sz w:val="24"/>
        </w:rPr>
        <w:t>–</w:t>
      </w:r>
      <w:r w:rsidRPr="0078531E">
        <w:rPr>
          <w:spacing w:val="-1"/>
          <w:sz w:val="24"/>
        </w:rPr>
        <w:t xml:space="preserve"> </w:t>
      </w:r>
      <w:r w:rsidRPr="0078531E">
        <w:rPr>
          <w:sz w:val="24"/>
        </w:rPr>
        <w:t>egy-két</w:t>
      </w:r>
      <w:r w:rsidRPr="0078531E">
        <w:rPr>
          <w:spacing w:val="-2"/>
          <w:sz w:val="24"/>
        </w:rPr>
        <w:t xml:space="preserve"> </w:t>
      </w:r>
      <w:r w:rsidRPr="0078531E">
        <w:rPr>
          <w:sz w:val="24"/>
        </w:rPr>
        <w:t>nappal</w:t>
      </w:r>
      <w:r w:rsidRPr="0078531E">
        <w:rPr>
          <w:spacing w:val="-1"/>
          <w:sz w:val="24"/>
        </w:rPr>
        <w:t xml:space="preserve"> </w:t>
      </w:r>
      <w:r w:rsidRPr="0078531E">
        <w:rPr>
          <w:sz w:val="24"/>
        </w:rPr>
        <w:t>korábbi</w:t>
      </w:r>
      <w:r w:rsidRPr="0078531E">
        <w:rPr>
          <w:spacing w:val="-2"/>
          <w:sz w:val="24"/>
        </w:rPr>
        <w:t xml:space="preserve"> </w:t>
      </w:r>
      <w:r w:rsidRPr="0078531E">
        <w:rPr>
          <w:sz w:val="24"/>
        </w:rPr>
        <w:t>eseményekre,</w:t>
      </w:r>
      <w:r w:rsidRPr="0078531E">
        <w:rPr>
          <w:spacing w:val="-1"/>
          <w:sz w:val="24"/>
        </w:rPr>
        <w:t xml:space="preserve"> </w:t>
      </w:r>
      <w:r w:rsidRPr="0078531E">
        <w:rPr>
          <w:sz w:val="24"/>
        </w:rPr>
        <w:t>történésekre,</w:t>
      </w:r>
      <w:r w:rsidRPr="0078531E">
        <w:rPr>
          <w:spacing w:val="-2"/>
          <w:sz w:val="24"/>
        </w:rPr>
        <w:t xml:space="preserve"> </w:t>
      </w:r>
      <w:r w:rsidRPr="0078531E">
        <w:rPr>
          <w:sz w:val="24"/>
        </w:rPr>
        <w:t>közlések</w:t>
      </w:r>
      <w:r w:rsidRPr="0078531E">
        <w:rPr>
          <w:spacing w:val="-1"/>
          <w:sz w:val="24"/>
        </w:rPr>
        <w:t xml:space="preserve"> </w:t>
      </w:r>
      <w:r w:rsidRPr="0078531E">
        <w:rPr>
          <w:spacing w:val="-2"/>
          <w:sz w:val="24"/>
        </w:rPr>
        <w:t>lényegére</w:t>
      </w:r>
      <w:r w:rsidR="00634DBD" w:rsidRPr="0078531E">
        <w:rPr>
          <w:spacing w:val="-2"/>
          <w:sz w:val="24"/>
        </w:rPr>
        <w:t xml:space="preserve"> </w:t>
      </w:r>
      <w:r w:rsidRPr="0078531E">
        <w:rPr>
          <w:spacing w:val="-2"/>
          <w:sz w:val="24"/>
        </w:rPr>
        <w:t>emlékszik.</w:t>
      </w:r>
    </w:p>
    <w:p w14:paraId="4B2D1CD0" w14:textId="77777777" w:rsidR="00AE0CFD" w:rsidRPr="0078531E" w:rsidRDefault="00C3522D" w:rsidP="009A0355">
      <w:pPr>
        <w:pStyle w:val="Listaszerbekezds"/>
        <w:tabs>
          <w:tab w:val="left" w:pos="856"/>
        </w:tabs>
        <w:spacing w:before="138"/>
        <w:ind w:firstLine="0"/>
        <w:jc w:val="both"/>
        <w:rPr>
          <w:sz w:val="24"/>
        </w:rPr>
      </w:pPr>
      <w:r w:rsidRPr="0078531E">
        <w:rPr>
          <w:i/>
          <w:spacing w:val="-2"/>
          <w:sz w:val="24"/>
        </w:rPr>
        <w:t>Felidézés</w:t>
      </w:r>
    </w:p>
    <w:p w14:paraId="1CB72F4E"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Felidézése</w:t>
      </w:r>
      <w:r w:rsidRPr="0078531E">
        <w:rPr>
          <w:spacing w:val="-5"/>
          <w:sz w:val="24"/>
        </w:rPr>
        <w:t xml:space="preserve"> </w:t>
      </w:r>
      <w:r w:rsidRPr="0078531E">
        <w:rPr>
          <w:sz w:val="24"/>
        </w:rPr>
        <w:t>a</w:t>
      </w:r>
      <w:r w:rsidRPr="0078531E">
        <w:rPr>
          <w:spacing w:val="-3"/>
          <w:sz w:val="24"/>
        </w:rPr>
        <w:t xml:space="preserve"> </w:t>
      </w:r>
      <w:r w:rsidRPr="0078531E">
        <w:rPr>
          <w:sz w:val="24"/>
        </w:rPr>
        <w:t>lényeget</w:t>
      </w:r>
      <w:r w:rsidRPr="0078531E">
        <w:rPr>
          <w:spacing w:val="-1"/>
          <w:sz w:val="24"/>
        </w:rPr>
        <w:t xml:space="preserve"> </w:t>
      </w:r>
      <w:r w:rsidRPr="0078531E">
        <w:rPr>
          <w:sz w:val="24"/>
        </w:rPr>
        <w:t>tekintve</w:t>
      </w:r>
      <w:r w:rsidRPr="0078531E">
        <w:rPr>
          <w:spacing w:val="-3"/>
          <w:sz w:val="24"/>
        </w:rPr>
        <w:t xml:space="preserve"> </w:t>
      </w:r>
      <w:r w:rsidRPr="0078531E">
        <w:rPr>
          <w:sz w:val="24"/>
        </w:rPr>
        <w:t>helytálló</w:t>
      </w:r>
      <w:r w:rsidRPr="0078531E">
        <w:rPr>
          <w:spacing w:val="-2"/>
          <w:sz w:val="24"/>
        </w:rPr>
        <w:t xml:space="preserve"> </w:t>
      </w:r>
      <w:r w:rsidRPr="0078531E">
        <w:rPr>
          <w:sz w:val="24"/>
        </w:rPr>
        <w:t>(történet,</w:t>
      </w:r>
      <w:r w:rsidRPr="0078531E">
        <w:rPr>
          <w:spacing w:val="5"/>
          <w:sz w:val="24"/>
        </w:rPr>
        <w:t xml:space="preserve"> </w:t>
      </w:r>
      <w:r w:rsidRPr="0078531E">
        <w:rPr>
          <w:spacing w:val="-2"/>
          <w:sz w:val="24"/>
        </w:rPr>
        <w:t>esemény).</w:t>
      </w:r>
    </w:p>
    <w:p w14:paraId="3A9E91B6" w14:textId="77777777" w:rsidR="00AE0CFD" w:rsidRPr="0078531E" w:rsidRDefault="00C3522D" w:rsidP="009A0355">
      <w:pPr>
        <w:pStyle w:val="Listaszerbekezds"/>
        <w:numPr>
          <w:ilvl w:val="1"/>
          <w:numId w:val="2"/>
        </w:numPr>
        <w:tabs>
          <w:tab w:val="left" w:pos="856"/>
        </w:tabs>
        <w:spacing w:before="135"/>
        <w:ind w:left="856"/>
        <w:jc w:val="both"/>
        <w:rPr>
          <w:sz w:val="24"/>
        </w:rPr>
      </w:pPr>
      <w:r w:rsidRPr="0078531E">
        <w:rPr>
          <w:sz w:val="24"/>
        </w:rPr>
        <w:t>Felidézése</w:t>
      </w:r>
      <w:r w:rsidRPr="0078531E">
        <w:rPr>
          <w:spacing w:val="-3"/>
          <w:sz w:val="24"/>
        </w:rPr>
        <w:t xml:space="preserve"> </w:t>
      </w:r>
      <w:r w:rsidRPr="0078531E">
        <w:rPr>
          <w:sz w:val="24"/>
        </w:rPr>
        <w:t>versek,</w:t>
      </w:r>
      <w:r w:rsidRPr="0078531E">
        <w:rPr>
          <w:spacing w:val="-1"/>
          <w:sz w:val="24"/>
        </w:rPr>
        <w:t xml:space="preserve"> </w:t>
      </w:r>
      <w:r w:rsidRPr="0078531E">
        <w:rPr>
          <w:sz w:val="24"/>
        </w:rPr>
        <w:t>mondókák,</w:t>
      </w:r>
      <w:r w:rsidRPr="0078531E">
        <w:rPr>
          <w:spacing w:val="-2"/>
          <w:sz w:val="24"/>
        </w:rPr>
        <w:t xml:space="preserve"> </w:t>
      </w:r>
      <w:r w:rsidRPr="0078531E">
        <w:rPr>
          <w:sz w:val="24"/>
        </w:rPr>
        <w:t>dalok</w:t>
      </w:r>
      <w:r w:rsidRPr="0078531E">
        <w:rPr>
          <w:spacing w:val="-1"/>
          <w:sz w:val="24"/>
        </w:rPr>
        <w:t xml:space="preserve"> </w:t>
      </w:r>
      <w:r w:rsidRPr="0078531E">
        <w:rPr>
          <w:sz w:val="24"/>
        </w:rPr>
        <w:t>esetében</w:t>
      </w:r>
      <w:r w:rsidRPr="0078531E">
        <w:rPr>
          <w:spacing w:val="-1"/>
          <w:sz w:val="24"/>
        </w:rPr>
        <w:t xml:space="preserve"> </w:t>
      </w:r>
      <w:r w:rsidRPr="0078531E">
        <w:rPr>
          <w:spacing w:val="-2"/>
          <w:sz w:val="24"/>
        </w:rPr>
        <w:t>pontos.</w:t>
      </w:r>
    </w:p>
    <w:p w14:paraId="7048CCCE" w14:textId="77777777" w:rsidR="00AE0CFD" w:rsidRPr="0078531E" w:rsidRDefault="00C3522D" w:rsidP="009A0355">
      <w:pPr>
        <w:pStyle w:val="Listaszerbekezds"/>
        <w:tabs>
          <w:tab w:val="left" w:pos="856"/>
        </w:tabs>
        <w:spacing w:before="139"/>
        <w:ind w:firstLine="0"/>
        <w:jc w:val="both"/>
        <w:rPr>
          <w:sz w:val="24"/>
        </w:rPr>
      </w:pPr>
      <w:r w:rsidRPr="0078531E">
        <w:rPr>
          <w:i/>
          <w:spacing w:val="-2"/>
          <w:sz w:val="24"/>
        </w:rPr>
        <w:t>Gondolkodás</w:t>
      </w:r>
    </w:p>
    <w:p w14:paraId="33E5E4EF"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Egyszerű</w:t>
      </w:r>
      <w:r w:rsidRPr="0078531E">
        <w:rPr>
          <w:spacing w:val="-3"/>
          <w:sz w:val="24"/>
        </w:rPr>
        <w:t xml:space="preserve"> </w:t>
      </w:r>
      <w:r w:rsidRPr="0078531E">
        <w:rPr>
          <w:sz w:val="24"/>
        </w:rPr>
        <w:t>összefüggéseket</w:t>
      </w:r>
      <w:r w:rsidRPr="0078531E">
        <w:rPr>
          <w:spacing w:val="-2"/>
          <w:sz w:val="24"/>
        </w:rPr>
        <w:t xml:space="preserve"> megért.</w:t>
      </w:r>
    </w:p>
    <w:p w14:paraId="158C8675" w14:textId="77777777" w:rsidR="00AE0CFD" w:rsidRPr="0078531E" w:rsidRDefault="00C3522D" w:rsidP="009A0355">
      <w:pPr>
        <w:pStyle w:val="Listaszerbekezds"/>
        <w:tabs>
          <w:tab w:val="left" w:pos="856"/>
        </w:tabs>
        <w:spacing w:before="135"/>
        <w:ind w:firstLine="0"/>
        <w:jc w:val="both"/>
        <w:rPr>
          <w:sz w:val="24"/>
        </w:rPr>
      </w:pPr>
      <w:r w:rsidRPr="0078531E">
        <w:rPr>
          <w:i/>
          <w:sz w:val="24"/>
        </w:rPr>
        <w:t>Feladattudat,</w:t>
      </w:r>
      <w:r w:rsidRPr="0078531E">
        <w:rPr>
          <w:i/>
          <w:spacing w:val="-2"/>
          <w:sz w:val="24"/>
        </w:rPr>
        <w:t xml:space="preserve"> feladattartás</w:t>
      </w:r>
    </w:p>
    <w:p w14:paraId="4B0F03FB"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Képes</w:t>
      </w:r>
      <w:r w:rsidRPr="0078531E">
        <w:rPr>
          <w:spacing w:val="-4"/>
          <w:sz w:val="24"/>
        </w:rPr>
        <w:t xml:space="preserve"> </w:t>
      </w:r>
      <w:r w:rsidRPr="0078531E">
        <w:rPr>
          <w:sz w:val="24"/>
        </w:rPr>
        <w:t>befejezni</w:t>
      </w:r>
      <w:r w:rsidRPr="0078531E">
        <w:rPr>
          <w:spacing w:val="-3"/>
          <w:sz w:val="24"/>
        </w:rPr>
        <w:t xml:space="preserve"> </w:t>
      </w:r>
      <w:r w:rsidRPr="0078531E">
        <w:rPr>
          <w:sz w:val="24"/>
        </w:rPr>
        <w:t>a</w:t>
      </w:r>
      <w:r w:rsidRPr="0078531E">
        <w:rPr>
          <w:spacing w:val="-2"/>
          <w:sz w:val="24"/>
        </w:rPr>
        <w:t xml:space="preserve"> </w:t>
      </w:r>
      <w:r w:rsidRPr="0078531E">
        <w:rPr>
          <w:sz w:val="24"/>
        </w:rPr>
        <w:t>rábízott</w:t>
      </w:r>
      <w:r w:rsidRPr="0078531E">
        <w:rPr>
          <w:spacing w:val="-3"/>
          <w:sz w:val="24"/>
        </w:rPr>
        <w:t xml:space="preserve"> </w:t>
      </w:r>
      <w:r w:rsidRPr="0078531E">
        <w:rPr>
          <w:sz w:val="24"/>
        </w:rPr>
        <w:t xml:space="preserve">tevékenységet, </w:t>
      </w:r>
      <w:r w:rsidRPr="0078531E">
        <w:rPr>
          <w:spacing w:val="-2"/>
          <w:sz w:val="24"/>
        </w:rPr>
        <w:t>feladatot.</w:t>
      </w:r>
    </w:p>
    <w:p w14:paraId="223863E9" w14:textId="77777777" w:rsidR="00634DBD" w:rsidRPr="0078531E" w:rsidRDefault="00634DBD" w:rsidP="009A0355">
      <w:pPr>
        <w:pStyle w:val="Listaszerbekezds"/>
        <w:tabs>
          <w:tab w:val="left" w:pos="856"/>
        </w:tabs>
        <w:spacing w:before="138"/>
        <w:ind w:firstLine="0"/>
        <w:jc w:val="both"/>
        <w:rPr>
          <w:sz w:val="24"/>
        </w:rPr>
      </w:pPr>
    </w:p>
    <w:p w14:paraId="1A1886FB" w14:textId="77777777" w:rsidR="00AE0CFD" w:rsidRPr="0078531E" w:rsidRDefault="00C3522D" w:rsidP="009A0355">
      <w:pPr>
        <w:pStyle w:val="Cmsor4"/>
        <w:tabs>
          <w:tab w:val="left" w:pos="856"/>
        </w:tabs>
        <w:spacing w:before="143"/>
        <w:ind w:left="856"/>
        <w:jc w:val="both"/>
        <w:rPr>
          <w:b w:val="0"/>
        </w:rPr>
      </w:pPr>
      <w:r w:rsidRPr="0078531E">
        <w:t>Kimeneti</w:t>
      </w:r>
      <w:r w:rsidRPr="0078531E">
        <w:rPr>
          <w:spacing w:val="-4"/>
        </w:rPr>
        <w:t xml:space="preserve"> </w:t>
      </w:r>
      <w:r w:rsidRPr="0078531E">
        <w:t>fejlődési</w:t>
      </w:r>
      <w:r w:rsidRPr="0078531E">
        <w:rPr>
          <w:spacing w:val="-4"/>
        </w:rPr>
        <w:t xml:space="preserve"> </w:t>
      </w:r>
      <w:r w:rsidRPr="0078531E">
        <w:t>jellemzők</w:t>
      </w:r>
      <w:r w:rsidRPr="0078531E">
        <w:rPr>
          <w:spacing w:val="-3"/>
        </w:rPr>
        <w:t xml:space="preserve"> </w:t>
      </w:r>
      <w:r w:rsidRPr="0078531E">
        <w:rPr>
          <w:spacing w:val="-2"/>
        </w:rPr>
        <w:t>(műveltségtartalmak)</w:t>
      </w:r>
    </w:p>
    <w:p w14:paraId="39FF1A02" w14:textId="77777777" w:rsidR="00AE0CFD" w:rsidRPr="0078531E" w:rsidRDefault="00C3522D" w:rsidP="009A0355">
      <w:pPr>
        <w:pStyle w:val="Cmsor5"/>
        <w:tabs>
          <w:tab w:val="left" w:pos="856"/>
        </w:tabs>
        <w:spacing w:before="136"/>
        <w:ind w:left="856" w:firstLine="0"/>
        <w:jc w:val="both"/>
        <w:rPr>
          <w:b w:val="0"/>
          <w:i w:val="0"/>
        </w:rPr>
      </w:pPr>
      <w:r w:rsidRPr="0078531E">
        <w:t xml:space="preserve">4.1. </w:t>
      </w:r>
      <w:r w:rsidRPr="0078531E">
        <w:rPr>
          <w:spacing w:val="-2"/>
        </w:rPr>
        <w:t>Mozgás/Testnevelés</w:t>
      </w:r>
    </w:p>
    <w:p w14:paraId="0A959BDE" w14:textId="77777777" w:rsidR="00AE0CFD" w:rsidRPr="0078531E" w:rsidRDefault="00C3522D" w:rsidP="009A0355">
      <w:pPr>
        <w:pStyle w:val="Listaszerbekezds"/>
        <w:numPr>
          <w:ilvl w:val="1"/>
          <w:numId w:val="2"/>
        </w:numPr>
        <w:tabs>
          <w:tab w:val="left" w:pos="856"/>
        </w:tabs>
        <w:spacing w:before="133"/>
        <w:ind w:left="856"/>
        <w:jc w:val="both"/>
        <w:rPr>
          <w:sz w:val="24"/>
        </w:rPr>
      </w:pPr>
      <w:r w:rsidRPr="0078531E">
        <w:rPr>
          <w:sz w:val="24"/>
        </w:rPr>
        <w:t>Tud</w:t>
      </w:r>
      <w:r w:rsidRPr="0078531E">
        <w:rPr>
          <w:spacing w:val="-1"/>
          <w:sz w:val="24"/>
        </w:rPr>
        <w:t xml:space="preserve"> </w:t>
      </w:r>
      <w:r w:rsidRPr="0078531E">
        <w:rPr>
          <w:sz w:val="24"/>
        </w:rPr>
        <w:t>különböző</w:t>
      </w:r>
      <w:r w:rsidRPr="0078531E">
        <w:rPr>
          <w:spacing w:val="-1"/>
          <w:sz w:val="24"/>
        </w:rPr>
        <w:t xml:space="preserve"> </w:t>
      </w:r>
      <w:r w:rsidRPr="0078531E">
        <w:rPr>
          <w:sz w:val="24"/>
        </w:rPr>
        <w:t>tempóban járni,</w:t>
      </w:r>
      <w:r w:rsidRPr="0078531E">
        <w:rPr>
          <w:spacing w:val="-1"/>
          <w:sz w:val="24"/>
        </w:rPr>
        <w:t xml:space="preserve"> </w:t>
      </w:r>
      <w:r w:rsidRPr="0078531E">
        <w:rPr>
          <w:sz w:val="24"/>
        </w:rPr>
        <w:t>futni,</w:t>
      </w:r>
      <w:r w:rsidRPr="0078531E">
        <w:rPr>
          <w:spacing w:val="-1"/>
          <w:sz w:val="24"/>
        </w:rPr>
        <w:t xml:space="preserve"> </w:t>
      </w:r>
      <w:r w:rsidRPr="0078531E">
        <w:rPr>
          <w:sz w:val="24"/>
        </w:rPr>
        <w:t xml:space="preserve">ütemesen </w:t>
      </w:r>
      <w:r w:rsidRPr="0078531E">
        <w:rPr>
          <w:spacing w:val="-2"/>
          <w:sz w:val="24"/>
        </w:rPr>
        <w:t>járni.</w:t>
      </w:r>
    </w:p>
    <w:p w14:paraId="28893EA9"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Tud</w:t>
      </w:r>
      <w:r w:rsidRPr="0078531E">
        <w:rPr>
          <w:spacing w:val="-3"/>
          <w:sz w:val="24"/>
        </w:rPr>
        <w:t xml:space="preserve"> </w:t>
      </w:r>
      <w:r w:rsidRPr="0078531E">
        <w:rPr>
          <w:sz w:val="24"/>
        </w:rPr>
        <w:t>kúszni,</w:t>
      </w:r>
      <w:r w:rsidRPr="0078531E">
        <w:rPr>
          <w:spacing w:val="-1"/>
          <w:sz w:val="24"/>
        </w:rPr>
        <w:t xml:space="preserve"> </w:t>
      </w:r>
      <w:r w:rsidRPr="0078531E">
        <w:rPr>
          <w:sz w:val="24"/>
        </w:rPr>
        <w:t>mászni,</w:t>
      </w:r>
      <w:r w:rsidRPr="0078531E">
        <w:rPr>
          <w:spacing w:val="-1"/>
          <w:sz w:val="24"/>
        </w:rPr>
        <w:t xml:space="preserve"> </w:t>
      </w:r>
      <w:r w:rsidRPr="0078531E">
        <w:rPr>
          <w:sz w:val="24"/>
        </w:rPr>
        <w:t>csúszni talajon,</w:t>
      </w:r>
      <w:r w:rsidRPr="0078531E">
        <w:rPr>
          <w:spacing w:val="-1"/>
          <w:sz w:val="24"/>
        </w:rPr>
        <w:t xml:space="preserve"> </w:t>
      </w:r>
      <w:r w:rsidRPr="0078531E">
        <w:rPr>
          <w:sz w:val="24"/>
        </w:rPr>
        <w:t>szereken,</w:t>
      </w:r>
      <w:r w:rsidRPr="0078531E">
        <w:rPr>
          <w:spacing w:val="-1"/>
          <w:sz w:val="24"/>
        </w:rPr>
        <w:t xml:space="preserve"> </w:t>
      </w:r>
      <w:r w:rsidRPr="0078531E">
        <w:rPr>
          <w:sz w:val="24"/>
        </w:rPr>
        <w:t>szerek alatt,</w:t>
      </w:r>
      <w:r w:rsidRPr="0078531E">
        <w:rPr>
          <w:spacing w:val="-1"/>
          <w:sz w:val="24"/>
        </w:rPr>
        <w:t xml:space="preserve"> </w:t>
      </w:r>
      <w:r w:rsidRPr="0078531E">
        <w:rPr>
          <w:sz w:val="24"/>
        </w:rPr>
        <w:t>fölött,</w:t>
      </w:r>
      <w:r w:rsidRPr="0078531E">
        <w:rPr>
          <w:spacing w:val="-1"/>
          <w:sz w:val="24"/>
        </w:rPr>
        <w:t xml:space="preserve"> </w:t>
      </w:r>
      <w:r w:rsidRPr="0078531E">
        <w:rPr>
          <w:sz w:val="24"/>
        </w:rPr>
        <w:t xml:space="preserve">között, </w:t>
      </w:r>
      <w:r w:rsidRPr="0078531E">
        <w:rPr>
          <w:spacing w:val="-2"/>
          <w:sz w:val="24"/>
        </w:rPr>
        <w:t>rézsútosan.</w:t>
      </w:r>
    </w:p>
    <w:p w14:paraId="06EB475C" w14:textId="19067584"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Meghatározott</w:t>
      </w:r>
      <w:r w:rsidRPr="0078531E">
        <w:rPr>
          <w:spacing w:val="-2"/>
          <w:sz w:val="24"/>
        </w:rPr>
        <w:t xml:space="preserve"> </w:t>
      </w:r>
      <w:r w:rsidRPr="0078531E">
        <w:rPr>
          <w:sz w:val="24"/>
        </w:rPr>
        <w:t>alakzatokat,</w:t>
      </w:r>
      <w:r w:rsidRPr="0078531E">
        <w:rPr>
          <w:spacing w:val="-1"/>
          <w:sz w:val="24"/>
        </w:rPr>
        <w:t xml:space="preserve"> </w:t>
      </w:r>
      <w:r w:rsidRPr="0078531E">
        <w:rPr>
          <w:sz w:val="24"/>
        </w:rPr>
        <w:t>térformákat</w:t>
      </w:r>
      <w:r w:rsidRPr="0078531E">
        <w:rPr>
          <w:spacing w:val="-2"/>
          <w:sz w:val="24"/>
        </w:rPr>
        <w:t xml:space="preserve"> </w:t>
      </w:r>
      <w:r w:rsidRPr="0078531E">
        <w:rPr>
          <w:sz w:val="24"/>
        </w:rPr>
        <w:t>tud</w:t>
      </w:r>
      <w:r w:rsidRPr="0078531E">
        <w:rPr>
          <w:spacing w:val="-1"/>
          <w:sz w:val="24"/>
        </w:rPr>
        <w:t xml:space="preserve"> </w:t>
      </w:r>
      <w:r w:rsidRPr="0078531E">
        <w:rPr>
          <w:sz w:val="24"/>
        </w:rPr>
        <w:t>létrehozni</w:t>
      </w:r>
      <w:r w:rsidRPr="0078531E">
        <w:rPr>
          <w:spacing w:val="-2"/>
          <w:sz w:val="24"/>
        </w:rPr>
        <w:t xml:space="preserve"> </w:t>
      </w:r>
      <w:r w:rsidRPr="0078531E">
        <w:rPr>
          <w:sz w:val="24"/>
        </w:rPr>
        <w:t>(nyitott</w:t>
      </w:r>
      <w:r w:rsidRPr="0078531E">
        <w:rPr>
          <w:spacing w:val="-1"/>
          <w:sz w:val="24"/>
        </w:rPr>
        <w:t xml:space="preserve"> </w:t>
      </w:r>
      <w:r w:rsidRPr="0078531E">
        <w:rPr>
          <w:sz w:val="24"/>
        </w:rPr>
        <w:t>és</w:t>
      </w:r>
      <w:r w:rsidRPr="0078531E">
        <w:rPr>
          <w:spacing w:val="-3"/>
          <w:sz w:val="24"/>
        </w:rPr>
        <w:t xml:space="preserve"> </w:t>
      </w:r>
      <w:r w:rsidRPr="0078531E">
        <w:rPr>
          <w:sz w:val="24"/>
        </w:rPr>
        <w:t>zárt</w:t>
      </w:r>
      <w:r w:rsidRPr="0078531E">
        <w:rPr>
          <w:spacing w:val="-1"/>
          <w:sz w:val="24"/>
        </w:rPr>
        <w:t xml:space="preserve"> </w:t>
      </w:r>
      <w:r w:rsidRPr="0078531E">
        <w:rPr>
          <w:sz w:val="24"/>
        </w:rPr>
        <w:t>alakzatokat-</w:t>
      </w:r>
      <w:r w:rsidRPr="0078531E">
        <w:rPr>
          <w:spacing w:val="-2"/>
          <w:sz w:val="24"/>
        </w:rPr>
        <w:t xml:space="preserve"> </w:t>
      </w:r>
      <w:r w:rsidRPr="0078531E">
        <w:rPr>
          <w:spacing w:val="-4"/>
          <w:sz w:val="24"/>
        </w:rPr>
        <w:t>kör,</w:t>
      </w:r>
      <w:r w:rsidR="00634DBD" w:rsidRPr="0078531E">
        <w:rPr>
          <w:spacing w:val="-4"/>
          <w:sz w:val="24"/>
        </w:rPr>
        <w:t xml:space="preserve"> </w:t>
      </w:r>
      <w:r w:rsidRPr="0078531E">
        <w:rPr>
          <w:sz w:val="24"/>
        </w:rPr>
        <w:t>oszlop,</w:t>
      </w:r>
      <w:r w:rsidRPr="0078531E">
        <w:rPr>
          <w:spacing w:val="1"/>
          <w:sz w:val="24"/>
        </w:rPr>
        <w:t xml:space="preserve"> </w:t>
      </w:r>
      <w:r w:rsidRPr="0078531E">
        <w:rPr>
          <w:spacing w:val="-2"/>
          <w:sz w:val="24"/>
        </w:rPr>
        <w:t>sor).</w:t>
      </w:r>
    </w:p>
    <w:p w14:paraId="0B1D3851"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Tudja</w:t>
      </w:r>
      <w:r w:rsidRPr="0078531E">
        <w:rPr>
          <w:spacing w:val="-3"/>
          <w:sz w:val="24"/>
        </w:rPr>
        <w:t xml:space="preserve"> </w:t>
      </w:r>
      <w:r w:rsidRPr="0078531E">
        <w:rPr>
          <w:sz w:val="24"/>
        </w:rPr>
        <w:t>meghatározott</w:t>
      </w:r>
      <w:r w:rsidRPr="0078531E">
        <w:rPr>
          <w:spacing w:val="-1"/>
          <w:sz w:val="24"/>
        </w:rPr>
        <w:t xml:space="preserve"> </w:t>
      </w:r>
      <w:r w:rsidRPr="0078531E">
        <w:rPr>
          <w:sz w:val="24"/>
        </w:rPr>
        <w:t>irányokban</w:t>
      </w:r>
      <w:r w:rsidRPr="0078531E">
        <w:rPr>
          <w:spacing w:val="-2"/>
          <w:sz w:val="24"/>
        </w:rPr>
        <w:t xml:space="preserve"> </w:t>
      </w:r>
      <w:r w:rsidRPr="0078531E">
        <w:rPr>
          <w:sz w:val="24"/>
        </w:rPr>
        <w:t>végezni</w:t>
      </w:r>
      <w:r w:rsidRPr="0078531E">
        <w:rPr>
          <w:spacing w:val="-1"/>
          <w:sz w:val="24"/>
        </w:rPr>
        <w:t xml:space="preserve"> </w:t>
      </w:r>
      <w:r w:rsidRPr="0078531E">
        <w:rPr>
          <w:sz w:val="24"/>
        </w:rPr>
        <w:t xml:space="preserve">a </w:t>
      </w:r>
      <w:r w:rsidRPr="0078531E">
        <w:rPr>
          <w:spacing w:val="-2"/>
          <w:sz w:val="24"/>
        </w:rPr>
        <w:t>gyakorlatokat.</w:t>
      </w:r>
    </w:p>
    <w:p w14:paraId="7B062F1F" w14:textId="77777777" w:rsidR="00AE0CFD" w:rsidRPr="0078531E" w:rsidRDefault="00C3522D" w:rsidP="009A0355">
      <w:pPr>
        <w:pStyle w:val="Listaszerbekezds"/>
        <w:numPr>
          <w:ilvl w:val="1"/>
          <w:numId w:val="2"/>
        </w:numPr>
        <w:tabs>
          <w:tab w:val="left" w:pos="856"/>
        </w:tabs>
        <w:spacing w:before="135"/>
        <w:ind w:left="856"/>
        <w:jc w:val="both"/>
        <w:rPr>
          <w:sz w:val="24"/>
        </w:rPr>
      </w:pPr>
      <w:r w:rsidRPr="0078531E">
        <w:rPr>
          <w:sz w:val="24"/>
        </w:rPr>
        <w:t>Ütemesen,</w:t>
      </w:r>
      <w:r w:rsidRPr="0078531E">
        <w:rPr>
          <w:spacing w:val="-4"/>
          <w:sz w:val="24"/>
        </w:rPr>
        <w:t xml:space="preserve"> </w:t>
      </w:r>
      <w:r w:rsidRPr="0078531E">
        <w:rPr>
          <w:sz w:val="24"/>
        </w:rPr>
        <w:t>egyre</w:t>
      </w:r>
      <w:r w:rsidRPr="0078531E">
        <w:rPr>
          <w:spacing w:val="-3"/>
          <w:sz w:val="24"/>
        </w:rPr>
        <w:t xml:space="preserve"> </w:t>
      </w:r>
      <w:r w:rsidRPr="0078531E">
        <w:rPr>
          <w:sz w:val="24"/>
        </w:rPr>
        <w:t>szabályosabban</w:t>
      </w:r>
      <w:r w:rsidRPr="0078531E">
        <w:rPr>
          <w:spacing w:val="-1"/>
          <w:sz w:val="24"/>
        </w:rPr>
        <w:t xml:space="preserve"> </w:t>
      </w:r>
      <w:r w:rsidRPr="0078531E">
        <w:rPr>
          <w:sz w:val="24"/>
        </w:rPr>
        <w:t>végzi</w:t>
      </w:r>
      <w:r w:rsidRPr="0078531E">
        <w:rPr>
          <w:spacing w:val="-2"/>
          <w:sz w:val="24"/>
        </w:rPr>
        <w:t xml:space="preserve"> </w:t>
      </w:r>
      <w:r w:rsidRPr="0078531E">
        <w:rPr>
          <w:sz w:val="24"/>
        </w:rPr>
        <w:t>a</w:t>
      </w:r>
      <w:r w:rsidRPr="0078531E">
        <w:rPr>
          <w:spacing w:val="-1"/>
          <w:sz w:val="24"/>
        </w:rPr>
        <w:t xml:space="preserve"> </w:t>
      </w:r>
      <w:r w:rsidRPr="0078531E">
        <w:rPr>
          <w:sz w:val="24"/>
        </w:rPr>
        <w:t>gimnasztikai</w:t>
      </w:r>
      <w:r w:rsidRPr="0078531E">
        <w:rPr>
          <w:spacing w:val="-1"/>
          <w:sz w:val="24"/>
        </w:rPr>
        <w:t xml:space="preserve"> </w:t>
      </w:r>
      <w:r w:rsidRPr="0078531E">
        <w:rPr>
          <w:spacing w:val="-2"/>
          <w:sz w:val="24"/>
        </w:rPr>
        <w:t>gyakorlatokat.</w:t>
      </w:r>
    </w:p>
    <w:p w14:paraId="374AC534"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Egyre</w:t>
      </w:r>
      <w:r w:rsidRPr="0078531E">
        <w:rPr>
          <w:spacing w:val="-5"/>
          <w:sz w:val="24"/>
        </w:rPr>
        <w:t xml:space="preserve"> </w:t>
      </w:r>
      <w:r w:rsidRPr="0078531E">
        <w:rPr>
          <w:sz w:val="24"/>
        </w:rPr>
        <w:t>szabályosabban,</w:t>
      </w:r>
      <w:r w:rsidRPr="0078531E">
        <w:rPr>
          <w:spacing w:val="-2"/>
          <w:sz w:val="24"/>
        </w:rPr>
        <w:t xml:space="preserve"> </w:t>
      </w:r>
      <w:r w:rsidRPr="0078531E">
        <w:rPr>
          <w:sz w:val="24"/>
        </w:rPr>
        <w:t>ügyesebben</w:t>
      </w:r>
      <w:r w:rsidRPr="0078531E">
        <w:rPr>
          <w:spacing w:val="-2"/>
          <w:sz w:val="24"/>
        </w:rPr>
        <w:t xml:space="preserve"> </w:t>
      </w:r>
      <w:r w:rsidRPr="0078531E">
        <w:rPr>
          <w:sz w:val="24"/>
        </w:rPr>
        <w:t>végzi</w:t>
      </w:r>
      <w:r w:rsidRPr="0078531E">
        <w:rPr>
          <w:spacing w:val="-2"/>
          <w:sz w:val="24"/>
        </w:rPr>
        <w:t xml:space="preserve"> </w:t>
      </w:r>
      <w:r w:rsidRPr="0078531E">
        <w:rPr>
          <w:sz w:val="24"/>
        </w:rPr>
        <w:t>az</w:t>
      </w:r>
      <w:r w:rsidRPr="0078531E">
        <w:rPr>
          <w:spacing w:val="-2"/>
          <w:sz w:val="24"/>
        </w:rPr>
        <w:t xml:space="preserve"> </w:t>
      </w:r>
      <w:r w:rsidRPr="0078531E">
        <w:rPr>
          <w:sz w:val="24"/>
        </w:rPr>
        <w:t>atlétikai</w:t>
      </w:r>
      <w:r w:rsidRPr="0078531E">
        <w:rPr>
          <w:spacing w:val="-2"/>
          <w:sz w:val="24"/>
        </w:rPr>
        <w:t xml:space="preserve"> </w:t>
      </w:r>
      <w:r w:rsidRPr="0078531E">
        <w:rPr>
          <w:sz w:val="24"/>
        </w:rPr>
        <w:t>alapformájú</w:t>
      </w:r>
      <w:r w:rsidRPr="0078531E">
        <w:rPr>
          <w:spacing w:val="-2"/>
          <w:sz w:val="24"/>
        </w:rPr>
        <w:t xml:space="preserve"> gyakorlatokat.</w:t>
      </w:r>
    </w:p>
    <w:p w14:paraId="4A7C28FE"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Tudja</w:t>
      </w:r>
      <w:r w:rsidRPr="0078531E">
        <w:rPr>
          <w:spacing w:val="-6"/>
          <w:sz w:val="24"/>
        </w:rPr>
        <w:t xml:space="preserve"> </w:t>
      </w:r>
      <w:r w:rsidRPr="0078531E">
        <w:rPr>
          <w:sz w:val="24"/>
        </w:rPr>
        <w:t>használni</w:t>
      </w:r>
      <w:r w:rsidRPr="0078531E">
        <w:rPr>
          <w:spacing w:val="-2"/>
          <w:sz w:val="24"/>
        </w:rPr>
        <w:t xml:space="preserve"> </w:t>
      </w:r>
      <w:r w:rsidRPr="0078531E">
        <w:rPr>
          <w:sz w:val="24"/>
        </w:rPr>
        <w:t>a</w:t>
      </w:r>
      <w:r w:rsidRPr="0078531E">
        <w:rPr>
          <w:spacing w:val="-3"/>
          <w:sz w:val="24"/>
        </w:rPr>
        <w:t xml:space="preserve"> </w:t>
      </w:r>
      <w:r w:rsidRPr="0078531E">
        <w:rPr>
          <w:sz w:val="24"/>
        </w:rPr>
        <w:t>tornaszereket:</w:t>
      </w:r>
      <w:r w:rsidRPr="0078531E">
        <w:rPr>
          <w:spacing w:val="-2"/>
          <w:sz w:val="24"/>
        </w:rPr>
        <w:t xml:space="preserve"> </w:t>
      </w:r>
      <w:r w:rsidRPr="0078531E">
        <w:rPr>
          <w:sz w:val="24"/>
        </w:rPr>
        <w:t>különösen a</w:t>
      </w:r>
      <w:r w:rsidRPr="0078531E">
        <w:rPr>
          <w:spacing w:val="-3"/>
          <w:sz w:val="24"/>
        </w:rPr>
        <w:t xml:space="preserve"> </w:t>
      </w:r>
      <w:r w:rsidRPr="0078531E">
        <w:rPr>
          <w:spacing w:val="-2"/>
          <w:sz w:val="24"/>
        </w:rPr>
        <w:t>labdát.</w:t>
      </w:r>
    </w:p>
    <w:p w14:paraId="183D6E98"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Egyre</w:t>
      </w:r>
      <w:r w:rsidRPr="0078531E">
        <w:rPr>
          <w:spacing w:val="-6"/>
          <w:sz w:val="24"/>
        </w:rPr>
        <w:t xml:space="preserve"> </w:t>
      </w:r>
      <w:r w:rsidRPr="0078531E">
        <w:rPr>
          <w:sz w:val="24"/>
        </w:rPr>
        <w:t>ügyesebben</w:t>
      </w:r>
      <w:r w:rsidRPr="0078531E">
        <w:rPr>
          <w:spacing w:val="-2"/>
          <w:sz w:val="24"/>
        </w:rPr>
        <w:t xml:space="preserve"> </w:t>
      </w:r>
      <w:r w:rsidRPr="0078531E">
        <w:rPr>
          <w:sz w:val="24"/>
        </w:rPr>
        <w:t>tud</w:t>
      </w:r>
      <w:r w:rsidRPr="0078531E">
        <w:rPr>
          <w:spacing w:val="-2"/>
          <w:sz w:val="24"/>
        </w:rPr>
        <w:t xml:space="preserve"> </w:t>
      </w:r>
      <w:r w:rsidRPr="0078531E">
        <w:rPr>
          <w:sz w:val="24"/>
        </w:rPr>
        <w:t>meghatározott</w:t>
      </w:r>
      <w:r w:rsidRPr="0078531E">
        <w:rPr>
          <w:spacing w:val="-3"/>
          <w:sz w:val="24"/>
        </w:rPr>
        <w:t xml:space="preserve"> </w:t>
      </w:r>
      <w:r w:rsidRPr="0078531E">
        <w:rPr>
          <w:sz w:val="24"/>
        </w:rPr>
        <w:t>gyakorlatokat</w:t>
      </w:r>
      <w:r w:rsidRPr="0078531E">
        <w:rPr>
          <w:spacing w:val="-2"/>
          <w:sz w:val="24"/>
        </w:rPr>
        <w:t xml:space="preserve"> </w:t>
      </w:r>
      <w:r w:rsidRPr="0078531E">
        <w:rPr>
          <w:sz w:val="24"/>
        </w:rPr>
        <w:t>végezni</w:t>
      </w:r>
      <w:r w:rsidRPr="0078531E">
        <w:rPr>
          <w:spacing w:val="-2"/>
          <w:sz w:val="24"/>
        </w:rPr>
        <w:t xml:space="preserve"> tornaszereken.</w:t>
      </w:r>
    </w:p>
    <w:p w14:paraId="07C87A4A"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Fizikailag</w:t>
      </w:r>
      <w:r w:rsidRPr="0078531E">
        <w:rPr>
          <w:spacing w:val="-4"/>
          <w:sz w:val="24"/>
        </w:rPr>
        <w:t xml:space="preserve"> </w:t>
      </w:r>
      <w:r w:rsidRPr="0078531E">
        <w:rPr>
          <w:sz w:val="24"/>
        </w:rPr>
        <w:t xml:space="preserve">folyamatosan </w:t>
      </w:r>
      <w:r w:rsidRPr="0078531E">
        <w:rPr>
          <w:spacing w:val="-2"/>
          <w:sz w:val="24"/>
        </w:rPr>
        <w:t>erősödik.</w:t>
      </w:r>
    </w:p>
    <w:p w14:paraId="31081DC9"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Állóképessége</w:t>
      </w:r>
      <w:r w:rsidRPr="0078531E">
        <w:rPr>
          <w:spacing w:val="-3"/>
          <w:sz w:val="24"/>
        </w:rPr>
        <w:t xml:space="preserve"> </w:t>
      </w:r>
      <w:r w:rsidRPr="0078531E">
        <w:rPr>
          <w:sz w:val="24"/>
        </w:rPr>
        <w:t>folyamatosan</w:t>
      </w:r>
      <w:r w:rsidRPr="0078531E">
        <w:rPr>
          <w:spacing w:val="-3"/>
          <w:sz w:val="24"/>
        </w:rPr>
        <w:t xml:space="preserve"> </w:t>
      </w:r>
      <w:r w:rsidRPr="0078531E">
        <w:rPr>
          <w:spacing w:val="-2"/>
          <w:sz w:val="24"/>
        </w:rPr>
        <w:t>fejlődik.</w:t>
      </w:r>
    </w:p>
    <w:p w14:paraId="1F6B64A4" w14:textId="77777777" w:rsidR="00AE0CFD" w:rsidRPr="0078531E" w:rsidRDefault="00C3522D" w:rsidP="009A0355">
      <w:pPr>
        <w:pStyle w:val="Cmsor5"/>
        <w:tabs>
          <w:tab w:val="left" w:pos="856"/>
        </w:tabs>
        <w:spacing w:before="141"/>
        <w:ind w:left="856" w:firstLine="0"/>
        <w:jc w:val="both"/>
        <w:rPr>
          <w:b w:val="0"/>
          <w:i w:val="0"/>
        </w:rPr>
      </w:pPr>
      <w:r w:rsidRPr="0078531E">
        <w:t>4.2.</w:t>
      </w:r>
      <w:r w:rsidRPr="0078531E">
        <w:rPr>
          <w:spacing w:val="-1"/>
        </w:rPr>
        <w:t xml:space="preserve"> </w:t>
      </w:r>
      <w:r w:rsidRPr="0078531E">
        <w:t>Ének,</w:t>
      </w:r>
      <w:r w:rsidRPr="0078531E">
        <w:rPr>
          <w:spacing w:val="-1"/>
        </w:rPr>
        <w:t xml:space="preserve"> </w:t>
      </w:r>
      <w:r w:rsidRPr="0078531E">
        <w:t>zene,</w:t>
      </w:r>
      <w:r w:rsidRPr="0078531E">
        <w:rPr>
          <w:spacing w:val="-1"/>
        </w:rPr>
        <w:t xml:space="preserve"> </w:t>
      </w:r>
      <w:r w:rsidRPr="0078531E">
        <w:t>énekes</w:t>
      </w:r>
      <w:r w:rsidRPr="0078531E">
        <w:rPr>
          <w:spacing w:val="-2"/>
        </w:rPr>
        <w:t xml:space="preserve"> </w:t>
      </w:r>
      <w:r w:rsidRPr="0078531E">
        <w:t xml:space="preserve">játék, </w:t>
      </w:r>
      <w:r w:rsidRPr="0078531E">
        <w:rPr>
          <w:spacing w:val="-2"/>
        </w:rPr>
        <w:t>gyermektánc</w:t>
      </w:r>
    </w:p>
    <w:p w14:paraId="76009907" w14:textId="77777777" w:rsidR="00AE0CFD" w:rsidRPr="0078531E" w:rsidRDefault="00C3522D" w:rsidP="009A0355">
      <w:pPr>
        <w:pStyle w:val="Listaszerbekezds"/>
        <w:numPr>
          <w:ilvl w:val="1"/>
          <w:numId w:val="2"/>
        </w:numPr>
        <w:tabs>
          <w:tab w:val="left" w:pos="856"/>
        </w:tabs>
        <w:spacing w:before="133" w:line="352" w:lineRule="auto"/>
        <w:ind w:left="856" w:right="1109"/>
        <w:jc w:val="both"/>
        <w:rPr>
          <w:sz w:val="24"/>
        </w:rPr>
      </w:pPr>
      <w:r w:rsidRPr="0078531E">
        <w:rPr>
          <w:sz w:val="24"/>
        </w:rPr>
        <w:t>Felismer</w:t>
      </w:r>
      <w:r w:rsidRPr="0078531E">
        <w:rPr>
          <w:spacing w:val="-6"/>
          <w:sz w:val="24"/>
        </w:rPr>
        <w:t xml:space="preserve"> </w:t>
      </w:r>
      <w:r w:rsidRPr="0078531E">
        <w:rPr>
          <w:sz w:val="24"/>
        </w:rPr>
        <w:t>dalokat,</w:t>
      </w:r>
      <w:r w:rsidRPr="0078531E">
        <w:rPr>
          <w:spacing w:val="-5"/>
          <w:sz w:val="24"/>
        </w:rPr>
        <w:t xml:space="preserve"> </w:t>
      </w:r>
      <w:r w:rsidRPr="0078531E">
        <w:rPr>
          <w:sz w:val="24"/>
        </w:rPr>
        <w:t>dalos</w:t>
      </w:r>
      <w:r w:rsidRPr="0078531E">
        <w:rPr>
          <w:spacing w:val="-6"/>
          <w:sz w:val="24"/>
        </w:rPr>
        <w:t xml:space="preserve"> </w:t>
      </w:r>
      <w:r w:rsidRPr="0078531E">
        <w:rPr>
          <w:sz w:val="24"/>
        </w:rPr>
        <w:t>játékokat,</w:t>
      </w:r>
      <w:r w:rsidRPr="0078531E">
        <w:rPr>
          <w:spacing w:val="-5"/>
          <w:sz w:val="24"/>
        </w:rPr>
        <w:t xml:space="preserve"> </w:t>
      </w:r>
      <w:r w:rsidRPr="0078531E">
        <w:rPr>
          <w:sz w:val="24"/>
        </w:rPr>
        <w:t>mondókákat</w:t>
      </w:r>
      <w:r w:rsidRPr="0078531E">
        <w:rPr>
          <w:spacing w:val="-5"/>
          <w:sz w:val="24"/>
        </w:rPr>
        <w:t xml:space="preserve"> </w:t>
      </w:r>
      <w:r w:rsidRPr="0078531E">
        <w:rPr>
          <w:sz w:val="24"/>
        </w:rPr>
        <w:t>szövegről,</w:t>
      </w:r>
      <w:r w:rsidRPr="0078531E">
        <w:rPr>
          <w:spacing w:val="-5"/>
          <w:sz w:val="24"/>
        </w:rPr>
        <w:t xml:space="preserve"> </w:t>
      </w:r>
      <w:r w:rsidRPr="0078531E">
        <w:rPr>
          <w:sz w:val="24"/>
        </w:rPr>
        <w:t>szabályról,</w:t>
      </w:r>
      <w:r w:rsidRPr="0078531E">
        <w:rPr>
          <w:spacing w:val="-5"/>
          <w:sz w:val="24"/>
        </w:rPr>
        <w:t xml:space="preserve"> </w:t>
      </w:r>
      <w:r w:rsidRPr="0078531E">
        <w:rPr>
          <w:sz w:val="24"/>
        </w:rPr>
        <w:t xml:space="preserve">eszközről, </w:t>
      </w:r>
      <w:r w:rsidRPr="0078531E">
        <w:rPr>
          <w:spacing w:val="-2"/>
          <w:sz w:val="24"/>
        </w:rPr>
        <w:t>dallamról.</w:t>
      </w:r>
    </w:p>
    <w:p w14:paraId="0FFB9D41" w14:textId="77777777" w:rsidR="00AE0CFD" w:rsidRPr="0078531E" w:rsidRDefault="00C3522D" w:rsidP="009A0355">
      <w:pPr>
        <w:pStyle w:val="Listaszerbekezds"/>
        <w:numPr>
          <w:ilvl w:val="1"/>
          <w:numId w:val="2"/>
        </w:numPr>
        <w:tabs>
          <w:tab w:val="left" w:pos="856"/>
        </w:tabs>
        <w:spacing w:before="7"/>
        <w:ind w:left="856"/>
        <w:jc w:val="both"/>
        <w:rPr>
          <w:sz w:val="24"/>
        </w:rPr>
      </w:pPr>
      <w:r w:rsidRPr="0078531E">
        <w:rPr>
          <w:sz w:val="24"/>
        </w:rPr>
        <w:t>Felismeri</w:t>
      </w:r>
      <w:r w:rsidRPr="0078531E">
        <w:rPr>
          <w:spacing w:val="-4"/>
          <w:sz w:val="24"/>
        </w:rPr>
        <w:t xml:space="preserve"> </w:t>
      </w:r>
      <w:r w:rsidRPr="0078531E">
        <w:rPr>
          <w:sz w:val="24"/>
        </w:rPr>
        <w:t>és</w:t>
      </w:r>
      <w:r w:rsidRPr="0078531E">
        <w:rPr>
          <w:spacing w:val="-2"/>
          <w:sz w:val="24"/>
        </w:rPr>
        <w:t xml:space="preserve"> </w:t>
      </w:r>
      <w:r w:rsidRPr="0078531E">
        <w:rPr>
          <w:sz w:val="24"/>
        </w:rPr>
        <w:t>érzékeltetni</w:t>
      </w:r>
      <w:r w:rsidRPr="0078531E">
        <w:rPr>
          <w:spacing w:val="-1"/>
          <w:sz w:val="24"/>
        </w:rPr>
        <w:t xml:space="preserve"> </w:t>
      </w:r>
      <w:r w:rsidRPr="0078531E">
        <w:rPr>
          <w:sz w:val="24"/>
        </w:rPr>
        <w:t>tudja</w:t>
      </w:r>
      <w:r w:rsidRPr="0078531E">
        <w:rPr>
          <w:spacing w:val="-3"/>
          <w:sz w:val="24"/>
        </w:rPr>
        <w:t xml:space="preserve"> </w:t>
      </w:r>
      <w:r w:rsidRPr="0078531E">
        <w:rPr>
          <w:sz w:val="24"/>
        </w:rPr>
        <w:t>a</w:t>
      </w:r>
      <w:r w:rsidRPr="0078531E">
        <w:rPr>
          <w:spacing w:val="-2"/>
          <w:sz w:val="24"/>
        </w:rPr>
        <w:t xml:space="preserve"> </w:t>
      </w:r>
      <w:r w:rsidRPr="0078531E">
        <w:rPr>
          <w:sz w:val="24"/>
        </w:rPr>
        <w:t>halk-hangos</w:t>
      </w:r>
      <w:r w:rsidRPr="0078531E">
        <w:rPr>
          <w:spacing w:val="-2"/>
          <w:sz w:val="24"/>
        </w:rPr>
        <w:t xml:space="preserve"> </w:t>
      </w:r>
      <w:r w:rsidRPr="0078531E">
        <w:rPr>
          <w:sz w:val="24"/>
        </w:rPr>
        <w:t>közti</w:t>
      </w:r>
      <w:r w:rsidRPr="0078531E">
        <w:rPr>
          <w:spacing w:val="-1"/>
          <w:sz w:val="24"/>
        </w:rPr>
        <w:t xml:space="preserve"> </w:t>
      </w:r>
      <w:r w:rsidRPr="0078531E">
        <w:rPr>
          <w:spacing w:val="-2"/>
          <w:sz w:val="24"/>
        </w:rPr>
        <w:t>különbséget.</w:t>
      </w:r>
    </w:p>
    <w:p w14:paraId="42CC75E5"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Felismeri</w:t>
      </w:r>
      <w:r w:rsidRPr="0078531E">
        <w:rPr>
          <w:spacing w:val="-3"/>
          <w:sz w:val="24"/>
        </w:rPr>
        <w:t xml:space="preserve"> </w:t>
      </w:r>
      <w:r w:rsidRPr="0078531E">
        <w:rPr>
          <w:sz w:val="24"/>
        </w:rPr>
        <w:t>és</w:t>
      </w:r>
      <w:r w:rsidRPr="0078531E">
        <w:rPr>
          <w:spacing w:val="-2"/>
          <w:sz w:val="24"/>
        </w:rPr>
        <w:t xml:space="preserve"> </w:t>
      </w:r>
      <w:r w:rsidRPr="0078531E">
        <w:rPr>
          <w:sz w:val="24"/>
        </w:rPr>
        <w:t>érzékeltetni tudja</w:t>
      </w:r>
      <w:r w:rsidRPr="0078531E">
        <w:rPr>
          <w:spacing w:val="-2"/>
          <w:sz w:val="24"/>
        </w:rPr>
        <w:t xml:space="preserve"> </w:t>
      </w:r>
      <w:r w:rsidRPr="0078531E">
        <w:rPr>
          <w:sz w:val="24"/>
        </w:rPr>
        <w:t>a</w:t>
      </w:r>
      <w:r w:rsidRPr="0078531E">
        <w:rPr>
          <w:spacing w:val="-2"/>
          <w:sz w:val="24"/>
        </w:rPr>
        <w:t xml:space="preserve"> </w:t>
      </w:r>
      <w:r w:rsidRPr="0078531E">
        <w:rPr>
          <w:sz w:val="24"/>
        </w:rPr>
        <w:t>magas</w:t>
      </w:r>
      <w:r w:rsidRPr="0078531E">
        <w:rPr>
          <w:spacing w:val="-1"/>
          <w:sz w:val="24"/>
        </w:rPr>
        <w:t xml:space="preserve"> </w:t>
      </w:r>
      <w:r w:rsidRPr="0078531E">
        <w:rPr>
          <w:sz w:val="24"/>
        </w:rPr>
        <w:t>mély</w:t>
      </w:r>
      <w:r w:rsidRPr="0078531E">
        <w:rPr>
          <w:spacing w:val="-6"/>
          <w:sz w:val="24"/>
        </w:rPr>
        <w:t xml:space="preserve"> </w:t>
      </w:r>
      <w:r w:rsidRPr="0078531E">
        <w:rPr>
          <w:sz w:val="24"/>
        </w:rPr>
        <w:t xml:space="preserve">közti </w:t>
      </w:r>
      <w:r w:rsidRPr="0078531E">
        <w:rPr>
          <w:spacing w:val="-2"/>
          <w:sz w:val="24"/>
        </w:rPr>
        <w:t>különbséget.</w:t>
      </w:r>
    </w:p>
    <w:p w14:paraId="38D39D45" w14:textId="77777777" w:rsidR="00AE0CFD" w:rsidRPr="0078531E" w:rsidRDefault="00AE0CFD" w:rsidP="009A0355">
      <w:pPr>
        <w:jc w:val="both"/>
        <w:rPr>
          <w:sz w:val="24"/>
        </w:rPr>
        <w:sectPr w:rsidR="00AE0CFD" w:rsidRPr="0078531E" w:rsidSect="00A42104">
          <w:pgSz w:w="11910" w:h="16840"/>
          <w:pgMar w:top="1320" w:right="980" w:bottom="1200" w:left="1280" w:header="0" w:footer="1003" w:gutter="0"/>
          <w:cols w:space="708"/>
        </w:sectPr>
      </w:pPr>
    </w:p>
    <w:p w14:paraId="29453A0F" w14:textId="77777777" w:rsidR="00AE0CFD" w:rsidRPr="0078531E" w:rsidRDefault="00C3522D" w:rsidP="009A0355">
      <w:pPr>
        <w:pStyle w:val="Listaszerbekezds"/>
        <w:numPr>
          <w:ilvl w:val="1"/>
          <w:numId w:val="2"/>
        </w:numPr>
        <w:tabs>
          <w:tab w:val="left" w:pos="856"/>
        </w:tabs>
        <w:spacing w:before="71"/>
        <w:ind w:left="856"/>
        <w:jc w:val="both"/>
        <w:rPr>
          <w:sz w:val="24"/>
        </w:rPr>
      </w:pPr>
      <w:r w:rsidRPr="0078531E">
        <w:rPr>
          <w:sz w:val="24"/>
        </w:rPr>
        <w:lastRenderedPageBreak/>
        <w:t>Ismer</w:t>
      </w:r>
      <w:r w:rsidRPr="0078531E">
        <w:rPr>
          <w:spacing w:val="-3"/>
          <w:sz w:val="24"/>
        </w:rPr>
        <w:t xml:space="preserve"> </w:t>
      </w:r>
      <w:r w:rsidRPr="0078531E">
        <w:rPr>
          <w:sz w:val="24"/>
        </w:rPr>
        <w:t>-</w:t>
      </w:r>
      <w:r w:rsidRPr="0078531E">
        <w:rPr>
          <w:spacing w:val="-2"/>
          <w:sz w:val="24"/>
        </w:rPr>
        <w:t xml:space="preserve"> </w:t>
      </w:r>
      <w:r w:rsidRPr="0078531E">
        <w:rPr>
          <w:sz w:val="24"/>
        </w:rPr>
        <w:t>elénekel</w:t>
      </w:r>
      <w:r w:rsidRPr="0078531E">
        <w:rPr>
          <w:spacing w:val="1"/>
          <w:sz w:val="24"/>
        </w:rPr>
        <w:t xml:space="preserve"> </w:t>
      </w:r>
      <w:r w:rsidRPr="0078531E">
        <w:rPr>
          <w:sz w:val="24"/>
        </w:rPr>
        <w:t>és</w:t>
      </w:r>
      <w:r w:rsidRPr="0078531E">
        <w:rPr>
          <w:spacing w:val="-3"/>
          <w:sz w:val="24"/>
        </w:rPr>
        <w:t xml:space="preserve"> </w:t>
      </w:r>
      <w:r w:rsidRPr="0078531E">
        <w:rPr>
          <w:sz w:val="24"/>
        </w:rPr>
        <w:t>eljátszik</w:t>
      </w:r>
      <w:r w:rsidRPr="0078531E">
        <w:rPr>
          <w:spacing w:val="-1"/>
          <w:sz w:val="24"/>
        </w:rPr>
        <w:t xml:space="preserve"> </w:t>
      </w:r>
      <w:r w:rsidRPr="0078531E">
        <w:rPr>
          <w:sz w:val="24"/>
        </w:rPr>
        <w:t>népi</w:t>
      </w:r>
      <w:r w:rsidRPr="0078531E">
        <w:rPr>
          <w:spacing w:val="-1"/>
          <w:sz w:val="24"/>
        </w:rPr>
        <w:t xml:space="preserve"> </w:t>
      </w:r>
      <w:r w:rsidRPr="0078531E">
        <w:rPr>
          <w:sz w:val="24"/>
        </w:rPr>
        <w:t>dalos</w:t>
      </w:r>
      <w:r w:rsidRPr="0078531E">
        <w:rPr>
          <w:spacing w:val="-2"/>
          <w:sz w:val="24"/>
        </w:rPr>
        <w:t xml:space="preserve"> gyermekjátékokat.</w:t>
      </w:r>
    </w:p>
    <w:p w14:paraId="5FD10AB1" w14:textId="77777777" w:rsidR="00AE0CFD" w:rsidRPr="0078531E" w:rsidRDefault="00C3522D" w:rsidP="009A0355">
      <w:pPr>
        <w:pStyle w:val="Listaszerbekezds"/>
        <w:numPr>
          <w:ilvl w:val="1"/>
          <w:numId w:val="2"/>
        </w:numPr>
        <w:tabs>
          <w:tab w:val="left" w:pos="856"/>
        </w:tabs>
        <w:spacing w:before="139"/>
        <w:ind w:left="856"/>
        <w:jc w:val="both"/>
        <w:rPr>
          <w:sz w:val="24"/>
        </w:rPr>
      </w:pPr>
      <w:r w:rsidRPr="0078531E">
        <w:rPr>
          <w:sz w:val="24"/>
        </w:rPr>
        <w:t>El</w:t>
      </w:r>
      <w:r w:rsidRPr="0078531E">
        <w:rPr>
          <w:spacing w:val="-1"/>
          <w:sz w:val="24"/>
        </w:rPr>
        <w:t xml:space="preserve"> </w:t>
      </w:r>
      <w:r w:rsidRPr="0078531E">
        <w:rPr>
          <w:sz w:val="24"/>
        </w:rPr>
        <w:t>tudja</w:t>
      </w:r>
      <w:r w:rsidRPr="0078531E">
        <w:rPr>
          <w:spacing w:val="-1"/>
          <w:sz w:val="24"/>
        </w:rPr>
        <w:t xml:space="preserve"> </w:t>
      </w:r>
      <w:r w:rsidRPr="0078531E">
        <w:rPr>
          <w:sz w:val="24"/>
        </w:rPr>
        <w:t>mondani</w:t>
      </w:r>
      <w:r w:rsidRPr="0078531E">
        <w:rPr>
          <w:spacing w:val="-1"/>
          <w:sz w:val="24"/>
        </w:rPr>
        <w:t xml:space="preserve"> </w:t>
      </w:r>
      <w:r w:rsidRPr="0078531E">
        <w:rPr>
          <w:sz w:val="24"/>
        </w:rPr>
        <w:t>a</w:t>
      </w:r>
      <w:r w:rsidRPr="0078531E">
        <w:rPr>
          <w:spacing w:val="-1"/>
          <w:sz w:val="24"/>
        </w:rPr>
        <w:t xml:space="preserve"> </w:t>
      </w:r>
      <w:r w:rsidRPr="0078531E">
        <w:rPr>
          <w:sz w:val="24"/>
        </w:rPr>
        <w:t>nehezebb</w:t>
      </w:r>
      <w:r w:rsidRPr="0078531E">
        <w:rPr>
          <w:spacing w:val="-1"/>
          <w:sz w:val="24"/>
        </w:rPr>
        <w:t xml:space="preserve"> </w:t>
      </w:r>
      <w:r w:rsidRPr="0078531E">
        <w:rPr>
          <w:sz w:val="24"/>
        </w:rPr>
        <w:t>ritmikájú</w:t>
      </w:r>
      <w:r w:rsidRPr="0078531E">
        <w:rPr>
          <w:spacing w:val="-1"/>
          <w:sz w:val="24"/>
        </w:rPr>
        <w:t xml:space="preserve"> </w:t>
      </w:r>
      <w:r w:rsidRPr="0078531E">
        <w:rPr>
          <w:sz w:val="24"/>
        </w:rPr>
        <w:t xml:space="preserve">mondókákat </w:t>
      </w:r>
      <w:r w:rsidRPr="0078531E">
        <w:rPr>
          <w:spacing w:val="-5"/>
          <w:sz w:val="24"/>
        </w:rPr>
        <w:t>is.</w:t>
      </w:r>
    </w:p>
    <w:p w14:paraId="71941FCF"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Felismeri</w:t>
      </w:r>
      <w:r w:rsidRPr="0078531E">
        <w:rPr>
          <w:spacing w:val="-5"/>
          <w:sz w:val="24"/>
        </w:rPr>
        <w:t xml:space="preserve"> </w:t>
      </w:r>
      <w:r w:rsidRPr="0078531E">
        <w:rPr>
          <w:sz w:val="24"/>
        </w:rPr>
        <w:t>és</w:t>
      </w:r>
      <w:r w:rsidRPr="0078531E">
        <w:rPr>
          <w:spacing w:val="-2"/>
          <w:sz w:val="24"/>
        </w:rPr>
        <w:t xml:space="preserve"> </w:t>
      </w:r>
      <w:r w:rsidRPr="0078531E">
        <w:rPr>
          <w:sz w:val="24"/>
        </w:rPr>
        <w:t>érzékeltetni</w:t>
      </w:r>
      <w:r w:rsidRPr="0078531E">
        <w:rPr>
          <w:spacing w:val="-2"/>
          <w:sz w:val="24"/>
        </w:rPr>
        <w:t xml:space="preserve"> </w:t>
      </w:r>
      <w:r w:rsidRPr="0078531E">
        <w:rPr>
          <w:sz w:val="24"/>
        </w:rPr>
        <w:t>tudja</w:t>
      </w:r>
      <w:r w:rsidRPr="0078531E">
        <w:rPr>
          <w:spacing w:val="-3"/>
          <w:sz w:val="24"/>
        </w:rPr>
        <w:t xml:space="preserve"> </w:t>
      </w:r>
      <w:r w:rsidRPr="0078531E">
        <w:rPr>
          <w:sz w:val="24"/>
        </w:rPr>
        <w:t>az</w:t>
      </w:r>
      <w:r w:rsidRPr="0078531E">
        <w:rPr>
          <w:spacing w:val="-2"/>
          <w:sz w:val="24"/>
        </w:rPr>
        <w:t xml:space="preserve"> </w:t>
      </w:r>
      <w:r w:rsidRPr="0078531E">
        <w:rPr>
          <w:sz w:val="24"/>
        </w:rPr>
        <w:t>egyenletes</w:t>
      </w:r>
      <w:r w:rsidRPr="0078531E">
        <w:rPr>
          <w:spacing w:val="-2"/>
          <w:sz w:val="24"/>
        </w:rPr>
        <w:t xml:space="preserve"> lüktetést.</w:t>
      </w:r>
    </w:p>
    <w:p w14:paraId="5A953D89" w14:textId="77777777" w:rsidR="00AE0CFD" w:rsidRPr="0078531E" w:rsidRDefault="00C3522D" w:rsidP="009A0355">
      <w:pPr>
        <w:pStyle w:val="Listaszerbekezds"/>
        <w:numPr>
          <w:ilvl w:val="1"/>
          <w:numId w:val="2"/>
        </w:numPr>
        <w:tabs>
          <w:tab w:val="left" w:pos="856"/>
        </w:tabs>
        <w:spacing w:before="135"/>
        <w:ind w:left="856"/>
        <w:jc w:val="both"/>
        <w:rPr>
          <w:sz w:val="24"/>
        </w:rPr>
      </w:pPr>
      <w:r w:rsidRPr="0078531E">
        <w:rPr>
          <w:sz w:val="24"/>
        </w:rPr>
        <w:t>Felismeri</w:t>
      </w:r>
      <w:r w:rsidRPr="0078531E">
        <w:rPr>
          <w:spacing w:val="-4"/>
          <w:sz w:val="24"/>
        </w:rPr>
        <w:t xml:space="preserve"> </w:t>
      </w:r>
      <w:r w:rsidRPr="0078531E">
        <w:rPr>
          <w:sz w:val="24"/>
        </w:rPr>
        <w:t>és</w:t>
      </w:r>
      <w:r w:rsidRPr="0078531E">
        <w:rPr>
          <w:spacing w:val="-2"/>
          <w:sz w:val="24"/>
        </w:rPr>
        <w:t xml:space="preserve"> </w:t>
      </w:r>
      <w:r w:rsidRPr="0078531E">
        <w:rPr>
          <w:sz w:val="24"/>
        </w:rPr>
        <w:t>érzékeltetni</w:t>
      </w:r>
      <w:r w:rsidRPr="0078531E">
        <w:rPr>
          <w:spacing w:val="-1"/>
          <w:sz w:val="24"/>
        </w:rPr>
        <w:t xml:space="preserve"> </w:t>
      </w:r>
      <w:r w:rsidRPr="0078531E">
        <w:rPr>
          <w:sz w:val="24"/>
        </w:rPr>
        <w:t>tudja</w:t>
      </w:r>
      <w:r w:rsidRPr="0078531E">
        <w:rPr>
          <w:spacing w:val="-2"/>
          <w:sz w:val="24"/>
        </w:rPr>
        <w:t xml:space="preserve"> </w:t>
      </w:r>
      <w:r w:rsidRPr="0078531E">
        <w:rPr>
          <w:sz w:val="24"/>
        </w:rPr>
        <w:t>a</w:t>
      </w:r>
      <w:r w:rsidRPr="0078531E">
        <w:rPr>
          <w:spacing w:val="-2"/>
          <w:sz w:val="24"/>
        </w:rPr>
        <w:t xml:space="preserve"> </w:t>
      </w:r>
      <w:r w:rsidRPr="0078531E">
        <w:rPr>
          <w:sz w:val="24"/>
        </w:rPr>
        <w:t>dal</w:t>
      </w:r>
      <w:r w:rsidRPr="0078531E">
        <w:rPr>
          <w:spacing w:val="-1"/>
          <w:sz w:val="24"/>
        </w:rPr>
        <w:t xml:space="preserve"> </w:t>
      </w:r>
      <w:r w:rsidRPr="0078531E">
        <w:rPr>
          <w:sz w:val="24"/>
        </w:rPr>
        <w:t>és</w:t>
      </w:r>
      <w:r w:rsidRPr="0078531E">
        <w:rPr>
          <w:spacing w:val="-2"/>
          <w:sz w:val="24"/>
        </w:rPr>
        <w:t xml:space="preserve"> </w:t>
      </w:r>
      <w:r w:rsidRPr="0078531E">
        <w:rPr>
          <w:sz w:val="24"/>
        </w:rPr>
        <w:t>mondóka</w:t>
      </w:r>
      <w:r w:rsidRPr="0078531E">
        <w:rPr>
          <w:spacing w:val="-2"/>
          <w:sz w:val="24"/>
        </w:rPr>
        <w:t xml:space="preserve"> ritmust.</w:t>
      </w:r>
    </w:p>
    <w:p w14:paraId="2A669BFE"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Felismeri</w:t>
      </w:r>
      <w:r w:rsidRPr="0078531E">
        <w:rPr>
          <w:spacing w:val="-2"/>
          <w:sz w:val="24"/>
        </w:rPr>
        <w:t xml:space="preserve"> </w:t>
      </w:r>
      <w:r w:rsidRPr="0078531E">
        <w:rPr>
          <w:sz w:val="24"/>
        </w:rPr>
        <w:t>és</w:t>
      </w:r>
      <w:r w:rsidRPr="0078531E">
        <w:rPr>
          <w:spacing w:val="-2"/>
          <w:sz w:val="24"/>
        </w:rPr>
        <w:t xml:space="preserve"> </w:t>
      </w:r>
      <w:r w:rsidRPr="0078531E">
        <w:rPr>
          <w:sz w:val="24"/>
        </w:rPr>
        <w:t>érzékeltetni</w:t>
      </w:r>
      <w:r w:rsidRPr="0078531E">
        <w:rPr>
          <w:spacing w:val="-1"/>
          <w:sz w:val="24"/>
        </w:rPr>
        <w:t xml:space="preserve"> </w:t>
      </w:r>
      <w:r w:rsidRPr="0078531E">
        <w:rPr>
          <w:sz w:val="24"/>
        </w:rPr>
        <w:t>tudja</w:t>
      </w:r>
      <w:r w:rsidRPr="0078531E">
        <w:rPr>
          <w:spacing w:val="-2"/>
          <w:sz w:val="24"/>
        </w:rPr>
        <w:t xml:space="preserve"> </w:t>
      </w:r>
      <w:r w:rsidRPr="0078531E">
        <w:rPr>
          <w:sz w:val="24"/>
        </w:rPr>
        <w:t>a</w:t>
      </w:r>
      <w:r w:rsidRPr="0078531E">
        <w:rPr>
          <w:spacing w:val="-2"/>
          <w:sz w:val="24"/>
        </w:rPr>
        <w:t xml:space="preserve"> </w:t>
      </w:r>
      <w:r w:rsidRPr="0078531E">
        <w:rPr>
          <w:sz w:val="24"/>
        </w:rPr>
        <w:t>motívum</w:t>
      </w:r>
      <w:r w:rsidRPr="0078531E">
        <w:rPr>
          <w:spacing w:val="-1"/>
          <w:sz w:val="24"/>
        </w:rPr>
        <w:t xml:space="preserve"> </w:t>
      </w:r>
      <w:r w:rsidRPr="0078531E">
        <w:rPr>
          <w:spacing w:val="-2"/>
          <w:sz w:val="24"/>
        </w:rPr>
        <w:t>hangsúlyt.</w:t>
      </w:r>
    </w:p>
    <w:p w14:paraId="3AE083FE" w14:textId="17F9846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Képes</w:t>
      </w:r>
      <w:r w:rsidRPr="0078531E">
        <w:rPr>
          <w:spacing w:val="-5"/>
          <w:sz w:val="24"/>
        </w:rPr>
        <w:t xml:space="preserve"> </w:t>
      </w:r>
      <w:r w:rsidRPr="0078531E">
        <w:rPr>
          <w:sz w:val="24"/>
        </w:rPr>
        <w:t>különböző</w:t>
      </w:r>
      <w:r w:rsidRPr="0078531E">
        <w:rPr>
          <w:spacing w:val="-1"/>
          <w:sz w:val="24"/>
        </w:rPr>
        <w:t xml:space="preserve"> </w:t>
      </w:r>
      <w:r w:rsidRPr="0078531E">
        <w:rPr>
          <w:sz w:val="24"/>
        </w:rPr>
        <w:t>térformákat</w:t>
      </w:r>
      <w:r w:rsidRPr="0078531E">
        <w:rPr>
          <w:spacing w:val="-1"/>
          <w:sz w:val="24"/>
        </w:rPr>
        <w:t xml:space="preserve"> </w:t>
      </w:r>
      <w:r w:rsidRPr="0078531E">
        <w:rPr>
          <w:sz w:val="24"/>
        </w:rPr>
        <w:t>létrehozni</w:t>
      </w:r>
      <w:r w:rsidRPr="0078531E">
        <w:rPr>
          <w:spacing w:val="-2"/>
          <w:sz w:val="24"/>
        </w:rPr>
        <w:t xml:space="preserve"> </w:t>
      </w:r>
      <w:r w:rsidRPr="0078531E">
        <w:rPr>
          <w:sz w:val="24"/>
        </w:rPr>
        <w:t>(kör,</w:t>
      </w:r>
      <w:r w:rsidRPr="0078531E">
        <w:rPr>
          <w:spacing w:val="-1"/>
          <w:sz w:val="24"/>
        </w:rPr>
        <w:t xml:space="preserve"> </w:t>
      </w:r>
      <w:r w:rsidRPr="0078531E">
        <w:rPr>
          <w:sz w:val="24"/>
        </w:rPr>
        <w:t>páros</w:t>
      </w:r>
      <w:r w:rsidRPr="0078531E">
        <w:rPr>
          <w:spacing w:val="-2"/>
          <w:sz w:val="24"/>
        </w:rPr>
        <w:t xml:space="preserve"> </w:t>
      </w:r>
      <w:r w:rsidRPr="0078531E">
        <w:rPr>
          <w:sz w:val="24"/>
        </w:rPr>
        <w:t>kör,</w:t>
      </w:r>
      <w:r w:rsidRPr="0078531E">
        <w:rPr>
          <w:spacing w:val="-1"/>
          <w:sz w:val="24"/>
        </w:rPr>
        <w:t xml:space="preserve"> </w:t>
      </w:r>
      <w:r w:rsidRPr="0078531E">
        <w:rPr>
          <w:sz w:val="24"/>
        </w:rPr>
        <w:t>páros</w:t>
      </w:r>
      <w:r w:rsidRPr="0078531E">
        <w:rPr>
          <w:spacing w:val="-3"/>
          <w:sz w:val="24"/>
        </w:rPr>
        <w:t xml:space="preserve"> </w:t>
      </w:r>
      <w:r w:rsidRPr="0078531E">
        <w:rPr>
          <w:sz w:val="24"/>
        </w:rPr>
        <w:t>vonulás</w:t>
      </w:r>
      <w:r w:rsidRPr="0078531E">
        <w:rPr>
          <w:spacing w:val="-2"/>
          <w:sz w:val="24"/>
        </w:rPr>
        <w:t xml:space="preserve"> </w:t>
      </w:r>
      <w:r w:rsidRPr="0078531E">
        <w:rPr>
          <w:sz w:val="24"/>
        </w:rPr>
        <w:t>(zárt és</w:t>
      </w:r>
      <w:r w:rsidRPr="0078531E">
        <w:rPr>
          <w:spacing w:val="-2"/>
          <w:sz w:val="24"/>
        </w:rPr>
        <w:t xml:space="preserve"> nyitott)</w:t>
      </w:r>
      <w:r w:rsidR="00634DBD" w:rsidRPr="0078531E">
        <w:rPr>
          <w:spacing w:val="-2"/>
          <w:sz w:val="24"/>
        </w:rPr>
        <w:t xml:space="preserve"> </w:t>
      </w:r>
      <w:r w:rsidRPr="0078531E">
        <w:rPr>
          <w:spacing w:val="-2"/>
          <w:sz w:val="24"/>
        </w:rPr>
        <w:t>hullámvonal).</w:t>
      </w:r>
    </w:p>
    <w:p w14:paraId="431369AA" w14:textId="733537A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Ismer</w:t>
      </w:r>
      <w:r w:rsidRPr="0078531E">
        <w:rPr>
          <w:spacing w:val="-5"/>
          <w:sz w:val="24"/>
        </w:rPr>
        <w:t xml:space="preserve"> </w:t>
      </w:r>
      <w:r w:rsidRPr="0078531E">
        <w:rPr>
          <w:sz w:val="24"/>
        </w:rPr>
        <w:t>és</w:t>
      </w:r>
      <w:r w:rsidRPr="0078531E">
        <w:rPr>
          <w:spacing w:val="-3"/>
          <w:sz w:val="24"/>
        </w:rPr>
        <w:t xml:space="preserve"> </w:t>
      </w:r>
      <w:r w:rsidRPr="0078531E">
        <w:rPr>
          <w:sz w:val="24"/>
        </w:rPr>
        <w:t>használni</w:t>
      </w:r>
      <w:r w:rsidRPr="0078531E">
        <w:rPr>
          <w:spacing w:val="-2"/>
          <w:sz w:val="24"/>
        </w:rPr>
        <w:t xml:space="preserve"> </w:t>
      </w:r>
      <w:r w:rsidRPr="0078531E">
        <w:rPr>
          <w:sz w:val="24"/>
        </w:rPr>
        <w:t>tud</w:t>
      </w:r>
      <w:r w:rsidRPr="0078531E">
        <w:rPr>
          <w:spacing w:val="-2"/>
          <w:sz w:val="24"/>
        </w:rPr>
        <w:t xml:space="preserve"> </w:t>
      </w:r>
      <w:r w:rsidRPr="0078531E">
        <w:rPr>
          <w:sz w:val="24"/>
        </w:rPr>
        <w:t>ritmus</w:t>
      </w:r>
      <w:r w:rsidRPr="0078531E">
        <w:rPr>
          <w:spacing w:val="-3"/>
          <w:sz w:val="24"/>
        </w:rPr>
        <w:t xml:space="preserve"> </w:t>
      </w:r>
      <w:r w:rsidRPr="0078531E">
        <w:rPr>
          <w:sz w:val="24"/>
        </w:rPr>
        <w:t>hangszereket</w:t>
      </w:r>
      <w:r w:rsidRPr="0078531E">
        <w:rPr>
          <w:spacing w:val="-3"/>
          <w:sz w:val="24"/>
        </w:rPr>
        <w:t xml:space="preserve"> </w:t>
      </w:r>
      <w:r w:rsidRPr="0078531E">
        <w:rPr>
          <w:sz w:val="24"/>
        </w:rPr>
        <w:t>(változatos</w:t>
      </w:r>
      <w:r w:rsidRPr="0078531E">
        <w:rPr>
          <w:spacing w:val="-3"/>
          <w:sz w:val="24"/>
        </w:rPr>
        <w:t xml:space="preserve"> </w:t>
      </w:r>
      <w:r w:rsidRPr="0078531E">
        <w:rPr>
          <w:sz w:val="24"/>
        </w:rPr>
        <w:t>ütő,</w:t>
      </w:r>
      <w:r w:rsidRPr="0078531E">
        <w:rPr>
          <w:spacing w:val="-2"/>
          <w:sz w:val="24"/>
        </w:rPr>
        <w:t xml:space="preserve"> </w:t>
      </w:r>
      <w:r w:rsidRPr="0078531E">
        <w:rPr>
          <w:sz w:val="24"/>
        </w:rPr>
        <w:t>rázó,</w:t>
      </w:r>
      <w:r w:rsidRPr="0078531E">
        <w:rPr>
          <w:spacing w:val="-2"/>
          <w:sz w:val="24"/>
        </w:rPr>
        <w:t xml:space="preserve"> </w:t>
      </w:r>
      <w:r w:rsidRPr="0078531E">
        <w:rPr>
          <w:sz w:val="24"/>
        </w:rPr>
        <w:t>csattogó</w:t>
      </w:r>
      <w:r w:rsidR="005A759B" w:rsidRPr="0078531E">
        <w:rPr>
          <w:sz w:val="24"/>
        </w:rPr>
        <w:t>-</w:t>
      </w:r>
      <w:r w:rsidRPr="0078531E">
        <w:rPr>
          <w:sz w:val="24"/>
        </w:rPr>
        <w:t xml:space="preserve"> </w:t>
      </w:r>
      <w:r w:rsidRPr="0078531E">
        <w:rPr>
          <w:spacing w:val="-2"/>
          <w:sz w:val="24"/>
        </w:rPr>
        <w:t>reszelő</w:t>
      </w:r>
      <w:r w:rsidR="00634DBD" w:rsidRPr="0078531E">
        <w:rPr>
          <w:spacing w:val="-2"/>
          <w:sz w:val="24"/>
        </w:rPr>
        <w:t xml:space="preserve"> </w:t>
      </w:r>
      <w:r w:rsidRPr="0078531E">
        <w:rPr>
          <w:spacing w:val="-2"/>
          <w:sz w:val="24"/>
        </w:rPr>
        <w:t>hangszerek).</w:t>
      </w:r>
    </w:p>
    <w:p w14:paraId="5AC979B8" w14:textId="77777777" w:rsidR="00AE0CFD" w:rsidRPr="0078531E" w:rsidRDefault="00C3522D" w:rsidP="009A0355">
      <w:pPr>
        <w:pStyle w:val="Listaszerbekezds"/>
        <w:numPr>
          <w:ilvl w:val="1"/>
          <w:numId w:val="2"/>
        </w:numPr>
        <w:tabs>
          <w:tab w:val="left" w:pos="856"/>
        </w:tabs>
        <w:spacing w:before="135"/>
        <w:ind w:left="856"/>
        <w:jc w:val="both"/>
        <w:rPr>
          <w:sz w:val="24"/>
        </w:rPr>
      </w:pPr>
      <w:r w:rsidRPr="0078531E">
        <w:rPr>
          <w:sz w:val="24"/>
        </w:rPr>
        <w:t>Felismer</w:t>
      </w:r>
      <w:r w:rsidRPr="0078531E">
        <w:rPr>
          <w:spacing w:val="-4"/>
          <w:sz w:val="24"/>
        </w:rPr>
        <w:t xml:space="preserve"> </w:t>
      </w:r>
      <w:r w:rsidRPr="0078531E">
        <w:rPr>
          <w:sz w:val="24"/>
        </w:rPr>
        <w:t>dallam</w:t>
      </w:r>
      <w:r w:rsidRPr="0078531E">
        <w:rPr>
          <w:spacing w:val="-3"/>
          <w:sz w:val="24"/>
        </w:rPr>
        <w:t xml:space="preserve"> </w:t>
      </w:r>
      <w:r w:rsidRPr="0078531E">
        <w:rPr>
          <w:sz w:val="24"/>
        </w:rPr>
        <w:t>hangszereket:</w:t>
      </w:r>
      <w:r w:rsidRPr="0078531E">
        <w:rPr>
          <w:spacing w:val="-2"/>
          <w:sz w:val="24"/>
        </w:rPr>
        <w:t xml:space="preserve"> </w:t>
      </w:r>
      <w:r w:rsidRPr="0078531E">
        <w:rPr>
          <w:sz w:val="24"/>
        </w:rPr>
        <w:t>furulya,</w:t>
      </w:r>
      <w:r w:rsidRPr="0078531E">
        <w:rPr>
          <w:spacing w:val="-1"/>
          <w:sz w:val="24"/>
        </w:rPr>
        <w:t xml:space="preserve"> </w:t>
      </w:r>
      <w:r w:rsidRPr="0078531E">
        <w:rPr>
          <w:sz w:val="24"/>
        </w:rPr>
        <w:t>gitár,</w:t>
      </w:r>
      <w:r w:rsidRPr="0078531E">
        <w:rPr>
          <w:spacing w:val="-2"/>
          <w:sz w:val="24"/>
        </w:rPr>
        <w:t xml:space="preserve"> hegedű</w:t>
      </w:r>
    </w:p>
    <w:p w14:paraId="7E4F754F" w14:textId="77777777" w:rsidR="00AE0CFD" w:rsidRPr="0078531E" w:rsidRDefault="00C3522D" w:rsidP="009A0355">
      <w:pPr>
        <w:pStyle w:val="Cmsor5"/>
        <w:tabs>
          <w:tab w:val="left" w:pos="856"/>
        </w:tabs>
        <w:spacing w:before="144"/>
        <w:ind w:left="856" w:firstLine="0"/>
        <w:jc w:val="both"/>
        <w:rPr>
          <w:b w:val="0"/>
          <w:i w:val="0"/>
        </w:rPr>
      </w:pPr>
      <w:r w:rsidRPr="0078531E">
        <w:t>4.3.</w:t>
      </w:r>
      <w:r w:rsidRPr="0078531E">
        <w:rPr>
          <w:spacing w:val="-6"/>
        </w:rPr>
        <w:t xml:space="preserve"> </w:t>
      </w:r>
      <w:r w:rsidRPr="0078531E">
        <w:t>Külső</w:t>
      </w:r>
      <w:r w:rsidRPr="0078531E">
        <w:rPr>
          <w:spacing w:val="-3"/>
        </w:rPr>
        <w:t xml:space="preserve"> </w:t>
      </w:r>
      <w:r w:rsidRPr="0078531E">
        <w:t>világ</w:t>
      </w:r>
      <w:r w:rsidRPr="0078531E">
        <w:rPr>
          <w:spacing w:val="-3"/>
        </w:rPr>
        <w:t xml:space="preserve"> </w:t>
      </w:r>
      <w:r w:rsidRPr="0078531E">
        <w:t>tevékeny</w:t>
      </w:r>
      <w:r w:rsidRPr="0078531E">
        <w:rPr>
          <w:spacing w:val="-3"/>
        </w:rPr>
        <w:t xml:space="preserve"> </w:t>
      </w:r>
      <w:r w:rsidRPr="0078531E">
        <w:t>megismerése/Környezetismereti</w:t>
      </w:r>
      <w:r w:rsidRPr="0078531E">
        <w:rPr>
          <w:spacing w:val="-3"/>
        </w:rPr>
        <w:t xml:space="preserve"> </w:t>
      </w:r>
      <w:r w:rsidRPr="0078531E">
        <w:rPr>
          <w:spacing w:val="-2"/>
        </w:rPr>
        <w:t>tapasztalatok</w:t>
      </w:r>
    </w:p>
    <w:p w14:paraId="4954665D" w14:textId="77777777" w:rsidR="00AE0CFD" w:rsidRPr="0078531E" w:rsidRDefault="00C3522D" w:rsidP="009A0355">
      <w:pPr>
        <w:pStyle w:val="Listaszerbekezds"/>
        <w:numPr>
          <w:ilvl w:val="1"/>
          <w:numId w:val="2"/>
        </w:numPr>
        <w:tabs>
          <w:tab w:val="left" w:pos="856"/>
        </w:tabs>
        <w:spacing w:before="133" w:line="350" w:lineRule="auto"/>
        <w:ind w:left="856" w:right="1399"/>
        <w:jc w:val="both"/>
        <w:rPr>
          <w:sz w:val="24"/>
        </w:rPr>
      </w:pPr>
      <w:r w:rsidRPr="0078531E">
        <w:rPr>
          <w:sz w:val="24"/>
        </w:rPr>
        <w:t>Megkülönbözteti,</w:t>
      </w:r>
      <w:r w:rsidRPr="0078531E">
        <w:rPr>
          <w:spacing w:val="-6"/>
          <w:sz w:val="24"/>
        </w:rPr>
        <w:t xml:space="preserve"> </w:t>
      </w:r>
      <w:r w:rsidRPr="0078531E">
        <w:rPr>
          <w:sz w:val="24"/>
        </w:rPr>
        <w:t>jellemző</w:t>
      </w:r>
      <w:r w:rsidRPr="0078531E">
        <w:rPr>
          <w:spacing w:val="-6"/>
          <w:sz w:val="24"/>
        </w:rPr>
        <w:t xml:space="preserve"> </w:t>
      </w:r>
      <w:r w:rsidRPr="0078531E">
        <w:rPr>
          <w:sz w:val="24"/>
        </w:rPr>
        <w:t>jegyeiről</w:t>
      </w:r>
      <w:r w:rsidRPr="0078531E">
        <w:rPr>
          <w:spacing w:val="-6"/>
          <w:sz w:val="24"/>
        </w:rPr>
        <w:t xml:space="preserve"> </w:t>
      </w:r>
      <w:r w:rsidRPr="0078531E">
        <w:rPr>
          <w:sz w:val="24"/>
        </w:rPr>
        <w:t>felismeri</w:t>
      </w:r>
      <w:r w:rsidRPr="0078531E">
        <w:rPr>
          <w:spacing w:val="-6"/>
          <w:sz w:val="24"/>
        </w:rPr>
        <w:t xml:space="preserve"> </w:t>
      </w:r>
      <w:r w:rsidRPr="0078531E">
        <w:rPr>
          <w:sz w:val="24"/>
        </w:rPr>
        <w:t>és</w:t>
      </w:r>
      <w:r w:rsidRPr="0078531E">
        <w:rPr>
          <w:spacing w:val="-5"/>
          <w:sz w:val="24"/>
        </w:rPr>
        <w:t xml:space="preserve"> </w:t>
      </w:r>
      <w:r w:rsidRPr="0078531E">
        <w:rPr>
          <w:sz w:val="24"/>
        </w:rPr>
        <w:t>megnevezi,</w:t>
      </w:r>
      <w:r w:rsidRPr="0078531E">
        <w:rPr>
          <w:spacing w:val="-6"/>
          <w:sz w:val="24"/>
        </w:rPr>
        <w:t xml:space="preserve"> </w:t>
      </w:r>
      <w:r w:rsidRPr="0078531E">
        <w:rPr>
          <w:sz w:val="24"/>
        </w:rPr>
        <w:t>csoportosítja</w:t>
      </w:r>
      <w:r w:rsidRPr="0078531E">
        <w:rPr>
          <w:spacing w:val="-7"/>
          <w:sz w:val="24"/>
        </w:rPr>
        <w:t xml:space="preserve"> </w:t>
      </w:r>
      <w:r w:rsidRPr="0078531E">
        <w:rPr>
          <w:sz w:val="24"/>
        </w:rPr>
        <w:t xml:space="preserve">az </w:t>
      </w:r>
      <w:r w:rsidRPr="0078531E">
        <w:rPr>
          <w:spacing w:val="-2"/>
          <w:sz w:val="24"/>
        </w:rPr>
        <w:t>évszakokat.</w:t>
      </w:r>
    </w:p>
    <w:p w14:paraId="45E7D1A1" w14:textId="77777777" w:rsidR="00AE0CFD" w:rsidRPr="0078531E" w:rsidRDefault="00C3522D" w:rsidP="009A0355">
      <w:pPr>
        <w:pStyle w:val="Listaszerbekezds"/>
        <w:numPr>
          <w:ilvl w:val="1"/>
          <w:numId w:val="2"/>
        </w:numPr>
        <w:tabs>
          <w:tab w:val="left" w:pos="856"/>
        </w:tabs>
        <w:spacing w:before="12"/>
        <w:ind w:left="856"/>
        <w:jc w:val="both"/>
        <w:rPr>
          <w:sz w:val="24"/>
        </w:rPr>
      </w:pPr>
      <w:r w:rsidRPr="0078531E">
        <w:rPr>
          <w:sz w:val="24"/>
        </w:rPr>
        <w:t>A</w:t>
      </w:r>
      <w:r w:rsidRPr="0078531E">
        <w:rPr>
          <w:spacing w:val="-5"/>
          <w:sz w:val="24"/>
        </w:rPr>
        <w:t xml:space="preserve"> </w:t>
      </w:r>
      <w:r w:rsidRPr="0078531E">
        <w:rPr>
          <w:sz w:val="24"/>
        </w:rPr>
        <w:t>hat</w:t>
      </w:r>
      <w:r w:rsidRPr="0078531E">
        <w:rPr>
          <w:spacing w:val="-2"/>
          <w:sz w:val="24"/>
        </w:rPr>
        <w:t xml:space="preserve"> </w:t>
      </w:r>
      <w:r w:rsidRPr="0078531E">
        <w:rPr>
          <w:sz w:val="24"/>
        </w:rPr>
        <w:t>alapszínt</w:t>
      </w:r>
      <w:r w:rsidRPr="0078531E">
        <w:rPr>
          <w:spacing w:val="-2"/>
          <w:sz w:val="24"/>
        </w:rPr>
        <w:t xml:space="preserve"> </w:t>
      </w:r>
      <w:r w:rsidRPr="0078531E">
        <w:rPr>
          <w:sz w:val="24"/>
        </w:rPr>
        <w:t>felismeri,</w:t>
      </w:r>
      <w:r w:rsidRPr="0078531E">
        <w:rPr>
          <w:spacing w:val="-2"/>
          <w:sz w:val="24"/>
        </w:rPr>
        <w:t xml:space="preserve"> </w:t>
      </w:r>
      <w:r w:rsidRPr="0078531E">
        <w:rPr>
          <w:sz w:val="24"/>
        </w:rPr>
        <w:t>megnevezi,</w:t>
      </w:r>
      <w:r w:rsidRPr="0078531E">
        <w:rPr>
          <w:spacing w:val="-2"/>
          <w:sz w:val="24"/>
        </w:rPr>
        <w:t xml:space="preserve"> </w:t>
      </w:r>
      <w:r w:rsidRPr="0078531E">
        <w:rPr>
          <w:sz w:val="24"/>
        </w:rPr>
        <w:t>árnyalatait</w:t>
      </w:r>
      <w:r w:rsidRPr="0078531E">
        <w:rPr>
          <w:spacing w:val="-1"/>
          <w:sz w:val="24"/>
        </w:rPr>
        <w:t xml:space="preserve"> </w:t>
      </w:r>
      <w:r w:rsidRPr="0078531E">
        <w:rPr>
          <w:spacing w:val="-2"/>
          <w:sz w:val="24"/>
        </w:rPr>
        <w:t>megkülönbözteti.</w:t>
      </w:r>
    </w:p>
    <w:p w14:paraId="6961F124" w14:textId="77777777" w:rsidR="00AE0CFD" w:rsidRPr="0078531E" w:rsidRDefault="00C3522D" w:rsidP="009A0355">
      <w:pPr>
        <w:pStyle w:val="Listaszerbekezds"/>
        <w:numPr>
          <w:ilvl w:val="1"/>
          <w:numId w:val="2"/>
        </w:numPr>
        <w:tabs>
          <w:tab w:val="left" w:pos="856"/>
        </w:tabs>
        <w:spacing w:before="138" w:line="350" w:lineRule="auto"/>
        <w:ind w:left="856" w:right="1172"/>
        <w:jc w:val="both"/>
        <w:rPr>
          <w:sz w:val="24"/>
        </w:rPr>
      </w:pPr>
      <w:r w:rsidRPr="0078531E">
        <w:rPr>
          <w:sz w:val="24"/>
        </w:rPr>
        <w:t>Felismeri,</w:t>
      </w:r>
      <w:r w:rsidRPr="0078531E">
        <w:rPr>
          <w:spacing w:val="-4"/>
          <w:sz w:val="24"/>
        </w:rPr>
        <w:t xml:space="preserve"> </w:t>
      </w:r>
      <w:r w:rsidRPr="0078531E">
        <w:rPr>
          <w:sz w:val="24"/>
        </w:rPr>
        <w:t>megnevez,</w:t>
      </w:r>
      <w:r w:rsidRPr="0078531E">
        <w:rPr>
          <w:spacing w:val="-4"/>
          <w:sz w:val="24"/>
        </w:rPr>
        <w:t xml:space="preserve"> </w:t>
      </w:r>
      <w:r w:rsidRPr="0078531E">
        <w:rPr>
          <w:sz w:val="24"/>
        </w:rPr>
        <w:t>csoportosítja</w:t>
      </w:r>
      <w:r w:rsidRPr="0078531E">
        <w:rPr>
          <w:spacing w:val="-5"/>
          <w:sz w:val="24"/>
        </w:rPr>
        <w:t xml:space="preserve"> </w:t>
      </w:r>
      <w:r w:rsidRPr="0078531E">
        <w:rPr>
          <w:sz w:val="24"/>
        </w:rPr>
        <w:t>a</w:t>
      </w:r>
      <w:r w:rsidRPr="0078531E">
        <w:rPr>
          <w:spacing w:val="-5"/>
          <w:sz w:val="24"/>
        </w:rPr>
        <w:t xml:space="preserve"> </w:t>
      </w:r>
      <w:r w:rsidRPr="0078531E">
        <w:rPr>
          <w:sz w:val="24"/>
        </w:rPr>
        <w:t>házi</w:t>
      </w:r>
      <w:r w:rsidRPr="0078531E">
        <w:rPr>
          <w:spacing w:val="-4"/>
          <w:sz w:val="24"/>
        </w:rPr>
        <w:t xml:space="preserve"> </w:t>
      </w:r>
      <w:r w:rsidRPr="0078531E">
        <w:rPr>
          <w:sz w:val="24"/>
        </w:rPr>
        <w:t>állatokat,</w:t>
      </w:r>
      <w:r w:rsidRPr="0078531E">
        <w:rPr>
          <w:spacing w:val="-4"/>
          <w:sz w:val="24"/>
        </w:rPr>
        <w:t xml:space="preserve"> </w:t>
      </w:r>
      <w:r w:rsidRPr="0078531E">
        <w:rPr>
          <w:sz w:val="24"/>
        </w:rPr>
        <w:t>vadon</w:t>
      </w:r>
      <w:r w:rsidRPr="0078531E">
        <w:rPr>
          <w:spacing w:val="-4"/>
          <w:sz w:val="24"/>
        </w:rPr>
        <w:t xml:space="preserve"> </w:t>
      </w:r>
      <w:r w:rsidRPr="0078531E">
        <w:rPr>
          <w:sz w:val="24"/>
        </w:rPr>
        <w:t>élő</w:t>
      </w:r>
      <w:r w:rsidRPr="0078531E">
        <w:rPr>
          <w:spacing w:val="-4"/>
          <w:sz w:val="24"/>
        </w:rPr>
        <w:t xml:space="preserve"> </w:t>
      </w:r>
      <w:r w:rsidRPr="0078531E">
        <w:rPr>
          <w:sz w:val="24"/>
        </w:rPr>
        <w:t>állatokat,</w:t>
      </w:r>
      <w:r w:rsidRPr="0078531E">
        <w:rPr>
          <w:spacing w:val="-4"/>
          <w:sz w:val="24"/>
        </w:rPr>
        <w:t xml:space="preserve"> </w:t>
      </w:r>
      <w:r w:rsidRPr="0078531E">
        <w:rPr>
          <w:sz w:val="24"/>
        </w:rPr>
        <w:t xml:space="preserve">néhány </w:t>
      </w:r>
      <w:r w:rsidRPr="0078531E">
        <w:rPr>
          <w:spacing w:val="-2"/>
          <w:sz w:val="24"/>
        </w:rPr>
        <w:t>vadállatot</w:t>
      </w:r>
    </w:p>
    <w:p w14:paraId="6D6CE23E" w14:textId="77777777" w:rsidR="00AE0CFD" w:rsidRPr="0078531E" w:rsidRDefault="00C3522D" w:rsidP="009A0355">
      <w:pPr>
        <w:pStyle w:val="Listaszerbekezds"/>
        <w:numPr>
          <w:ilvl w:val="1"/>
          <w:numId w:val="2"/>
        </w:numPr>
        <w:tabs>
          <w:tab w:val="left" w:pos="856"/>
        </w:tabs>
        <w:spacing w:before="13"/>
        <w:ind w:left="856"/>
        <w:jc w:val="both"/>
        <w:rPr>
          <w:sz w:val="24"/>
        </w:rPr>
      </w:pPr>
      <w:r w:rsidRPr="0078531E">
        <w:rPr>
          <w:sz w:val="24"/>
        </w:rPr>
        <w:t>Felismer</w:t>
      </w:r>
      <w:r w:rsidRPr="0078531E">
        <w:rPr>
          <w:spacing w:val="-2"/>
          <w:sz w:val="24"/>
        </w:rPr>
        <w:t xml:space="preserve"> </w:t>
      </w:r>
      <w:r w:rsidRPr="0078531E">
        <w:rPr>
          <w:sz w:val="24"/>
        </w:rPr>
        <w:t>és</w:t>
      </w:r>
      <w:r w:rsidRPr="0078531E">
        <w:rPr>
          <w:spacing w:val="-1"/>
          <w:sz w:val="24"/>
        </w:rPr>
        <w:t xml:space="preserve"> </w:t>
      </w:r>
      <w:r w:rsidRPr="0078531E">
        <w:rPr>
          <w:sz w:val="24"/>
        </w:rPr>
        <w:t>megnevez néhány</w:t>
      </w:r>
      <w:r w:rsidRPr="0078531E">
        <w:rPr>
          <w:spacing w:val="-5"/>
          <w:sz w:val="24"/>
        </w:rPr>
        <w:t xml:space="preserve"> </w:t>
      </w:r>
      <w:r w:rsidRPr="0078531E">
        <w:rPr>
          <w:sz w:val="24"/>
        </w:rPr>
        <w:t xml:space="preserve">költöző </w:t>
      </w:r>
      <w:r w:rsidRPr="0078531E">
        <w:rPr>
          <w:spacing w:val="-2"/>
          <w:sz w:val="24"/>
        </w:rPr>
        <w:t>madarat.</w:t>
      </w:r>
    </w:p>
    <w:p w14:paraId="05306182"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Felismer</w:t>
      </w:r>
      <w:r w:rsidRPr="0078531E">
        <w:rPr>
          <w:spacing w:val="-3"/>
          <w:sz w:val="24"/>
        </w:rPr>
        <w:t xml:space="preserve"> </w:t>
      </w:r>
      <w:r w:rsidRPr="0078531E">
        <w:rPr>
          <w:sz w:val="24"/>
        </w:rPr>
        <w:t>és</w:t>
      </w:r>
      <w:r w:rsidRPr="0078531E">
        <w:rPr>
          <w:spacing w:val="-3"/>
          <w:sz w:val="24"/>
        </w:rPr>
        <w:t xml:space="preserve"> </w:t>
      </w:r>
      <w:r w:rsidRPr="0078531E">
        <w:rPr>
          <w:sz w:val="24"/>
        </w:rPr>
        <w:t>megnevez</w:t>
      </w:r>
      <w:r w:rsidRPr="0078531E">
        <w:rPr>
          <w:spacing w:val="-1"/>
          <w:sz w:val="24"/>
        </w:rPr>
        <w:t xml:space="preserve"> </w:t>
      </w:r>
      <w:r w:rsidRPr="0078531E">
        <w:rPr>
          <w:sz w:val="24"/>
        </w:rPr>
        <w:t>rovarokat,</w:t>
      </w:r>
      <w:r w:rsidRPr="0078531E">
        <w:rPr>
          <w:spacing w:val="-2"/>
          <w:sz w:val="24"/>
        </w:rPr>
        <w:t xml:space="preserve"> bogarakat.</w:t>
      </w:r>
    </w:p>
    <w:p w14:paraId="2C196ACE"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Felismer</w:t>
      </w:r>
      <w:r w:rsidRPr="0078531E">
        <w:rPr>
          <w:spacing w:val="-3"/>
          <w:sz w:val="24"/>
        </w:rPr>
        <w:t xml:space="preserve"> </w:t>
      </w:r>
      <w:r w:rsidRPr="0078531E">
        <w:rPr>
          <w:sz w:val="24"/>
        </w:rPr>
        <w:t>és</w:t>
      </w:r>
      <w:r w:rsidRPr="0078531E">
        <w:rPr>
          <w:spacing w:val="-3"/>
          <w:sz w:val="24"/>
        </w:rPr>
        <w:t xml:space="preserve"> </w:t>
      </w:r>
      <w:r w:rsidRPr="0078531E">
        <w:rPr>
          <w:sz w:val="24"/>
        </w:rPr>
        <w:t>megnevez</w:t>
      </w:r>
      <w:r w:rsidRPr="0078531E">
        <w:rPr>
          <w:spacing w:val="-1"/>
          <w:sz w:val="24"/>
        </w:rPr>
        <w:t xml:space="preserve"> </w:t>
      </w:r>
      <w:r w:rsidRPr="0078531E">
        <w:rPr>
          <w:sz w:val="24"/>
        </w:rPr>
        <w:t>kétéltűeket,</w:t>
      </w:r>
      <w:r w:rsidRPr="0078531E">
        <w:rPr>
          <w:spacing w:val="-2"/>
          <w:sz w:val="24"/>
        </w:rPr>
        <w:t xml:space="preserve"> </w:t>
      </w:r>
      <w:r w:rsidRPr="0078531E">
        <w:rPr>
          <w:sz w:val="24"/>
        </w:rPr>
        <w:t xml:space="preserve">puhatestűeket, </w:t>
      </w:r>
      <w:r w:rsidRPr="0078531E">
        <w:rPr>
          <w:spacing w:val="-2"/>
          <w:sz w:val="24"/>
        </w:rPr>
        <w:t>halakat.</w:t>
      </w:r>
    </w:p>
    <w:p w14:paraId="66232B9D" w14:textId="77777777" w:rsidR="00AE0CFD" w:rsidRPr="0078531E" w:rsidRDefault="00C3522D" w:rsidP="009A0355">
      <w:pPr>
        <w:pStyle w:val="Listaszerbekezds"/>
        <w:numPr>
          <w:ilvl w:val="1"/>
          <w:numId w:val="2"/>
        </w:numPr>
        <w:tabs>
          <w:tab w:val="left" w:pos="856"/>
        </w:tabs>
        <w:spacing w:before="138" w:line="350" w:lineRule="auto"/>
        <w:ind w:left="856" w:right="925"/>
        <w:jc w:val="both"/>
        <w:rPr>
          <w:sz w:val="24"/>
        </w:rPr>
      </w:pPr>
      <w:r w:rsidRPr="0078531E">
        <w:rPr>
          <w:sz w:val="24"/>
        </w:rPr>
        <w:t>Megkülönböztet,</w:t>
      </w:r>
      <w:r w:rsidRPr="0078531E">
        <w:rPr>
          <w:spacing w:val="-6"/>
          <w:sz w:val="24"/>
        </w:rPr>
        <w:t xml:space="preserve"> </w:t>
      </w:r>
      <w:r w:rsidRPr="0078531E">
        <w:rPr>
          <w:sz w:val="24"/>
        </w:rPr>
        <w:t>felismer</w:t>
      </w:r>
      <w:r w:rsidRPr="0078531E">
        <w:rPr>
          <w:spacing w:val="-6"/>
          <w:sz w:val="24"/>
        </w:rPr>
        <w:t xml:space="preserve"> </w:t>
      </w:r>
      <w:r w:rsidRPr="0078531E">
        <w:rPr>
          <w:sz w:val="24"/>
        </w:rPr>
        <w:t>és</w:t>
      </w:r>
      <w:r w:rsidRPr="0078531E">
        <w:rPr>
          <w:spacing w:val="-7"/>
          <w:sz w:val="24"/>
        </w:rPr>
        <w:t xml:space="preserve"> </w:t>
      </w:r>
      <w:r w:rsidRPr="0078531E">
        <w:rPr>
          <w:sz w:val="24"/>
        </w:rPr>
        <w:t>megnevez,</w:t>
      </w:r>
      <w:r w:rsidRPr="0078531E">
        <w:rPr>
          <w:spacing w:val="-6"/>
          <w:sz w:val="24"/>
        </w:rPr>
        <w:t xml:space="preserve"> </w:t>
      </w:r>
      <w:r w:rsidRPr="0078531E">
        <w:rPr>
          <w:sz w:val="24"/>
        </w:rPr>
        <w:t>csoportosít</w:t>
      </w:r>
      <w:r w:rsidRPr="0078531E">
        <w:rPr>
          <w:spacing w:val="-6"/>
          <w:sz w:val="24"/>
        </w:rPr>
        <w:t xml:space="preserve"> </w:t>
      </w:r>
      <w:r w:rsidRPr="0078531E">
        <w:rPr>
          <w:sz w:val="24"/>
        </w:rPr>
        <w:t>zöldségeket</w:t>
      </w:r>
      <w:r w:rsidRPr="0078531E">
        <w:rPr>
          <w:spacing w:val="-6"/>
          <w:sz w:val="24"/>
        </w:rPr>
        <w:t xml:space="preserve"> </w:t>
      </w:r>
      <w:r w:rsidRPr="0078531E">
        <w:rPr>
          <w:sz w:val="24"/>
        </w:rPr>
        <w:t>és</w:t>
      </w:r>
      <w:r w:rsidRPr="0078531E">
        <w:rPr>
          <w:spacing w:val="-5"/>
          <w:sz w:val="24"/>
        </w:rPr>
        <w:t xml:space="preserve"> </w:t>
      </w:r>
      <w:r w:rsidRPr="0078531E">
        <w:rPr>
          <w:sz w:val="24"/>
        </w:rPr>
        <w:t xml:space="preserve">gyümölcsöket, </w:t>
      </w:r>
      <w:r w:rsidRPr="0078531E">
        <w:rPr>
          <w:spacing w:val="-2"/>
          <w:sz w:val="24"/>
        </w:rPr>
        <w:t>növényeket.</w:t>
      </w:r>
    </w:p>
    <w:p w14:paraId="6E4D0A83" w14:textId="77777777" w:rsidR="00AE0CFD" w:rsidRPr="0078531E" w:rsidRDefault="00C3522D" w:rsidP="009A0355">
      <w:pPr>
        <w:pStyle w:val="Listaszerbekezds"/>
        <w:numPr>
          <w:ilvl w:val="1"/>
          <w:numId w:val="2"/>
        </w:numPr>
        <w:tabs>
          <w:tab w:val="left" w:pos="856"/>
        </w:tabs>
        <w:spacing w:before="12"/>
        <w:ind w:left="856"/>
        <w:jc w:val="both"/>
        <w:rPr>
          <w:sz w:val="24"/>
        </w:rPr>
      </w:pPr>
      <w:r w:rsidRPr="0078531E">
        <w:rPr>
          <w:sz w:val="24"/>
        </w:rPr>
        <w:t>Vannak</w:t>
      </w:r>
      <w:r w:rsidRPr="0078531E">
        <w:rPr>
          <w:spacing w:val="-3"/>
          <w:sz w:val="24"/>
        </w:rPr>
        <w:t xml:space="preserve"> </w:t>
      </w:r>
      <w:r w:rsidRPr="0078531E">
        <w:rPr>
          <w:sz w:val="24"/>
        </w:rPr>
        <w:t>ismeretei</w:t>
      </w:r>
      <w:r w:rsidRPr="0078531E">
        <w:rPr>
          <w:spacing w:val="-1"/>
          <w:sz w:val="24"/>
        </w:rPr>
        <w:t xml:space="preserve"> </w:t>
      </w:r>
      <w:r w:rsidRPr="0078531E">
        <w:rPr>
          <w:sz w:val="24"/>
        </w:rPr>
        <w:t>és</w:t>
      </w:r>
      <w:r w:rsidRPr="0078531E">
        <w:rPr>
          <w:spacing w:val="-1"/>
          <w:sz w:val="24"/>
        </w:rPr>
        <w:t xml:space="preserve"> </w:t>
      </w:r>
      <w:r w:rsidRPr="0078531E">
        <w:rPr>
          <w:sz w:val="24"/>
        </w:rPr>
        <w:t>tapasztalatai</w:t>
      </w:r>
      <w:r w:rsidRPr="0078531E">
        <w:rPr>
          <w:spacing w:val="-1"/>
          <w:sz w:val="24"/>
        </w:rPr>
        <w:t xml:space="preserve"> </w:t>
      </w:r>
      <w:r w:rsidRPr="0078531E">
        <w:rPr>
          <w:sz w:val="24"/>
        </w:rPr>
        <w:t>a</w:t>
      </w:r>
      <w:r w:rsidRPr="0078531E">
        <w:rPr>
          <w:spacing w:val="-2"/>
          <w:sz w:val="24"/>
        </w:rPr>
        <w:t xml:space="preserve"> </w:t>
      </w:r>
      <w:r w:rsidRPr="0078531E">
        <w:rPr>
          <w:sz w:val="24"/>
        </w:rPr>
        <w:t>kerti munkáról</w:t>
      </w:r>
      <w:r w:rsidRPr="0078531E">
        <w:rPr>
          <w:spacing w:val="1"/>
          <w:sz w:val="24"/>
        </w:rPr>
        <w:t xml:space="preserve"> </w:t>
      </w:r>
      <w:r w:rsidRPr="0078531E">
        <w:rPr>
          <w:sz w:val="24"/>
        </w:rPr>
        <w:t>és</w:t>
      </w:r>
      <w:r w:rsidRPr="0078531E">
        <w:rPr>
          <w:spacing w:val="-2"/>
          <w:sz w:val="24"/>
        </w:rPr>
        <w:t xml:space="preserve"> </w:t>
      </w:r>
      <w:r w:rsidRPr="0078531E">
        <w:rPr>
          <w:sz w:val="24"/>
        </w:rPr>
        <w:t>a</w:t>
      </w:r>
      <w:r w:rsidRPr="0078531E">
        <w:rPr>
          <w:spacing w:val="-1"/>
          <w:sz w:val="24"/>
        </w:rPr>
        <w:t xml:space="preserve"> </w:t>
      </w:r>
      <w:r w:rsidRPr="0078531E">
        <w:rPr>
          <w:spacing w:val="-2"/>
          <w:sz w:val="24"/>
        </w:rPr>
        <w:t>komposztálásról.</w:t>
      </w:r>
    </w:p>
    <w:p w14:paraId="1C9933AF"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Ismeri</w:t>
      </w:r>
      <w:r w:rsidRPr="0078531E">
        <w:rPr>
          <w:spacing w:val="-4"/>
          <w:sz w:val="24"/>
        </w:rPr>
        <w:t xml:space="preserve"> </w:t>
      </w:r>
      <w:r w:rsidRPr="0078531E">
        <w:rPr>
          <w:sz w:val="24"/>
        </w:rPr>
        <w:t>a</w:t>
      </w:r>
      <w:r w:rsidRPr="0078531E">
        <w:rPr>
          <w:spacing w:val="-1"/>
          <w:sz w:val="24"/>
        </w:rPr>
        <w:t xml:space="preserve"> </w:t>
      </w:r>
      <w:r w:rsidRPr="0078531E">
        <w:rPr>
          <w:sz w:val="24"/>
        </w:rPr>
        <w:t>gyümölcs</w:t>
      </w:r>
      <w:r w:rsidRPr="0078531E">
        <w:rPr>
          <w:spacing w:val="-3"/>
          <w:sz w:val="24"/>
        </w:rPr>
        <w:t xml:space="preserve"> </w:t>
      </w:r>
      <w:r w:rsidRPr="0078531E">
        <w:rPr>
          <w:sz w:val="24"/>
        </w:rPr>
        <w:t>és</w:t>
      </w:r>
      <w:r w:rsidRPr="0078531E">
        <w:rPr>
          <w:spacing w:val="-2"/>
          <w:sz w:val="24"/>
        </w:rPr>
        <w:t xml:space="preserve"> </w:t>
      </w:r>
      <w:r w:rsidRPr="0078531E">
        <w:rPr>
          <w:sz w:val="24"/>
        </w:rPr>
        <w:t>a</w:t>
      </w:r>
      <w:r w:rsidRPr="0078531E">
        <w:rPr>
          <w:spacing w:val="-3"/>
          <w:sz w:val="24"/>
        </w:rPr>
        <w:t xml:space="preserve"> </w:t>
      </w:r>
      <w:r w:rsidRPr="0078531E">
        <w:rPr>
          <w:sz w:val="24"/>
        </w:rPr>
        <w:t>zöldségfogyasztás</w:t>
      </w:r>
      <w:r w:rsidRPr="0078531E">
        <w:rPr>
          <w:spacing w:val="-3"/>
          <w:sz w:val="24"/>
        </w:rPr>
        <w:t xml:space="preserve"> </w:t>
      </w:r>
      <w:r w:rsidRPr="0078531E">
        <w:rPr>
          <w:sz w:val="24"/>
        </w:rPr>
        <w:t>higiéniai</w:t>
      </w:r>
      <w:r w:rsidRPr="0078531E">
        <w:rPr>
          <w:spacing w:val="-1"/>
          <w:sz w:val="24"/>
        </w:rPr>
        <w:t xml:space="preserve"> </w:t>
      </w:r>
      <w:r w:rsidRPr="0078531E">
        <w:rPr>
          <w:spacing w:val="-2"/>
          <w:sz w:val="24"/>
        </w:rPr>
        <w:t>követelményeit.</w:t>
      </w:r>
    </w:p>
    <w:p w14:paraId="3C609039"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Ismeri,</w:t>
      </w:r>
      <w:r w:rsidRPr="0078531E">
        <w:rPr>
          <w:spacing w:val="-4"/>
          <w:sz w:val="24"/>
        </w:rPr>
        <w:t xml:space="preserve"> </w:t>
      </w:r>
      <w:r w:rsidRPr="0078531E">
        <w:rPr>
          <w:sz w:val="24"/>
        </w:rPr>
        <w:t>gyakorolta</w:t>
      </w:r>
      <w:r w:rsidRPr="0078531E">
        <w:rPr>
          <w:spacing w:val="-1"/>
          <w:sz w:val="24"/>
        </w:rPr>
        <w:t xml:space="preserve"> </w:t>
      </w:r>
      <w:r w:rsidRPr="0078531E">
        <w:rPr>
          <w:sz w:val="24"/>
        </w:rPr>
        <w:t>a</w:t>
      </w:r>
      <w:r w:rsidRPr="0078531E">
        <w:rPr>
          <w:spacing w:val="-3"/>
          <w:sz w:val="24"/>
        </w:rPr>
        <w:t xml:space="preserve"> </w:t>
      </w:r>
      <w:r w:rsidRPr="0078531E">
        <w:rPr>
          <w:sz w:val="24"/>
        </w:rPr>
        <w:t>növénygondozás</w:t>
      </w:r>
      <w:r w:rsidRPr="0078531E">
        <w:rPr>
          <w:spacing w:val="-3"/>
          <w:sz w:val="24"/>
        </w:rPr>
        <w:t xml:space="preserve"> </w:t>
      </w:r>
      <w:r w:rsidRPr="0078531E">
        <w:rPr>
          <w:sz w:val="24"/>
        </w:rPr>
        <w:t>fő</w:t>
      </w:r>
      <w:r w:rsidRPr="0078531E">
        <w:rPr>
          <w:spacing w:val="-2"/>
          <w:sz w:val="24"/>
        </w:rPr>
        <w:t xml:space="preserve"> </w:t>
      </w:r>
      <w:r w:rsidRPr="0078531E">
        <w:rPr>
          <w:sz w:val="24"/>
        </w:rPr>
        <w:t>feladatait (locsolás,</w:t>
      </w:r>
      <w:r w:rsidRPr="0078531E">
        <w:rPr>
          <w:spacing w:val="-1"/>
          <w:sz w:val="24"/>
        </w:rPr>
        <w:t xml:space="preserve"> </w:t>
      </w:r>
      <w:r w:rsidRPr="0078531E">
        <w:rPr>
          <w:spacing w:val="-2"/>
          <w:sz w:val="24"/>
        </w:rPr>
        <w:t>lemosás).</w:t>
      </w:r>
    </w:p>
    <w:p w14:paraId="5F89B7C4" w14:textId="77777777" w:rsidR="00AE0CFD" w:rsidRPr="0078531E" w:rsidRDefault="00C3522D" w:rsidP="009A0355">
      <w:pPr>
        <w:pStyle w:val="Listaszerbekezds"/>
        <w:numPr>
          <w:ilvl w:val="1"/>
          <w:numId w:val="2"/>
        </w:numPr>
        <w:tabs>
          <w:tab w:val="left" w:pos="856"/>
        </w:tabs>
        <w:spacing w:before="138" w:line="350" w:lineRule="auto"/>
        <w:ind w:left="856" w:right="1229"/>
        <w:jc w:val="both"/>
        <w:rPr>
          <w:sz w:val="24"/>
        </w:rPr>
      </w:pPr>
      <w:r w:rsidRPr="0078531E">
        <w:rPr>
          <w:sz w:val="24"/>
        </w:rPr>
        <w:t>Ismeri,</w:t>
      </w:r>
      <w:r w:rsidRPr="0078531E">
        <w:rPr>
          <w:spacing w:val="-4"/>
          <w:sz w:val="24"/>
        </w:rPr>
        <w:t xml:space="preserve"> </w:t>
      </w:r>
      <w:r w:rsidRPr="0078531E">
        <w:rPr>
          <w:sz w:val="24"/>
        </w:rPr>
        <w:t>gyakorolta,</w:t>
      </w:r>
      <w:r w:rsidRPr="0078531E">
        <w:rPr>
          <w:spacing w:val="-4"/>
          <w:sz w:val="24"/>
        </w:rPr>
        <w:t xml:space="preserve"> </w:t>
      </w:r>
      <w:r w:rsidRPr="0078531E">
        <w:rPr>
          <w:sz w:val="24"/>
        </w:rPr>
        <w:t>szívesen</w:t>
      </w:r>
      <w:r w:rsidRPr="0078531E">
        <w:rPr>
          <w:spacing w:val="-4"/>
          <w:sz w:val="24"/>
        </w:rPr>
        <w:t xml:space="preserve"> </w:t>
      </w:r>
      <w:r w:rsidRPr="0078531E">
        <w:rPr>
          <w:sz w:val="24"/>
        </w:rPr>
        <w:t>végzi</w:t>
      </w:r>
      <w:r w:rsidRPr="0078531E">
        <w:rPr>
          <w:spacing w:val="-4"/>
          <w:sz w:val="24"/>
        </w:rPr>
        <w:t xml:space="preserve"> </w:t>
      </w:r>
      <w:r w:rsidRPr="0078531E">
        <w:rPr>
          <w:sz w:val="24"/>
        </w:rPr>
        <w:t>a</w:t>
      </w:r>
      <w:r w:rsidRPr="0078531E">
        <w:rPr>
          <w:spacing w:val="-4"/>
          <w:sz w:val="24"/>
        </w:rPr>
        <w:t xml:space="preserve"> </w:t>
      </w:r>
      <w:r w:rsidRPr="0078531E">
        <w:rPr>
          <w:sz w:val="24"/>
        </w:rPr>
        <w:t>kiskerti</w:t>
      </w:r>
      <w:r w:rsidRPr="0078531E">
        <w:rPr>
          <w:spacing w:val="-4"/>
          <w:sz w:val="24"/>
        </w:rPr>
        <w:t xml:space="preserve"> </w:t>
      </w:r>
      <w:r w:rsidRPr="0078531E">
        <w:rPr>
          <w:sz w:val="24"/>
        </w:rPr>
        <w:t>munka</w:t>
      </w:r>
      <w:r w:rsidRPr="0078531E">
        <w:rPr>
          <w:spacing w:val="-5"/>
          <w:sz w:val="24"/>
        </w:rPr>
        <w:t xml:space="preserve"> </w:t>
      </w:r>
      <w:r w:rsidRPr="0078531E">
        <w:rPr>
          <w:sz w:val="24"/>
        </w:rPr>
        <w:t>fő</w:t>
      </w:r>
      <w:r w:rsidRPr="0078531E">
        <w:rPr>
          <w:spacing w:val="-4"/>
          <w:sz w:val="24"/>
        </w:rPr>
        <w:t xml:space="preserve"> </w:t>
      </w:r>
      <w:r w:rsidRPr="0078531E">
        <w:rPr>
          <w:sz w:val="24"/>
        </w:rPr>
        <w:t>tennivalói</w:t>
      </w:r>
      <w:r w:rsidRPr="0078531E">
        <w:rPr>
          <w:spacing w:val="-4"/>
          <w:sz w:val="24"/>
        </w:rPr>
        <w:t xml:space="preserve"> </w:t>
      </w:r>
      <w:r w:rsidRPr="0078531E">
        <w:rPr>
          <w:sz w:val="24"/>
        </w:rPr>
        <w:t>(ásás,</w:t>
      </w:r>
      <w:r w:rsidRPr="0078531E">
        <w:rPr>
          <w:spacing w:val="-4"/>
          <w:sz w:val="24"/>
        </w:rPr>
        <w:t xml:space="preserve"> </w:t>
      </w:r>
      <w:r w:rsidRPr="0078531E">
        <w:rPr>
          <w:sz w:val="24"/>
        </w:rPr>
        <w:t>ültetés, locsolás, gazolás, ritkítás, betakarítás.</w:t>
      </w:r>
    </w:p>
    <w:p w14:paraId="415BCAF8" w14:textId="77777777" w:rsidR="00AE0CFD" w:rsidRPr="0078531E" w:rsidRDefault="00C3522D" w:rsidP="009A0355">
      <w:pPr>
        <w:pStyle w:val="Listaszerbekezds"/>
        <w:numPr>
          <w:ilvl w:val="1"/>
          <w:numId w:val="2"/>
        </w:numPr>
        <w:tabs>
          <w:tab w:val="left" w:pos="856"/>
        </w:tabs>
        <w:spacing w:before="13" w:line="352" w:lineRule="auto"/>
        <w:ind w:left="856" w:right="1571"/>
        <w:jc w:val="both"/>
        <w:rPr>
          <w:sz w:val="24"/>
        </w:rPr>
      </w:pPr>
      <w:r w:rsidRPr="0078531E">
        <w:rPr>
          <w:sz w:val="24"/>
        </w:rPr>
        <w:t>Megkülönböztet,</w:t>
      </w:r>
      <w:r w:rsidRPr="0078531E">
        <w:rPr>
          <w:spacing w:val="-5"/>
          <w:sz w:val="24"/>
        </w:rPr>
        <w:t xml:space="preserve"> </w:t>
      </w:r>
      <w:r w:rsidRPr="0078531E">
        <w:rPr>
          <w:sz w:val="24"/>
        </w:rPr>
        <w:t>felismer</w:t>
      </w:r>
      <w:r w:rsidRPr="0078531E">
        <w:rPr>
          <w:spacing w:val="-5"/>
          <w:sz w:val="24"/>
        </w:rPr>
        <w:t xml:space="preserve"> </w:t>
      </w:r>
      <w:r w:rsidRPr="0078531E">
        <w:rPr>
          <w:sz w:val="24"/>
        </w:rPr>
        <w:t>és</w:t>
      </w:r>
      <w:r w:rsidRPr="0078531E">
        <w:rPr>
          <w:spacing w:val="-6"/>
          <w:sz w:val="24"/>
        </w:rPr>
        <w:t xml:space="preserve"> </w:t>
      </w:r>
      <w:r w:rsidRPr="0078531E">
        <w:rPr>
          <w:sz w:val="24"/>
        </w:rPr>
        <w:t>megnevez,</w:t>
      </w:r>
      <w:r w:rsidRPr="0078531E">
        <w:rPr>
          <w:spacing w:val="-5"/>
          <w:sz w:val="24"/>
        </w:rPr>
        <w:t xml:space="preserve"> </w:t>
      </w:r>
      <w:r w:rsidRPr="0078531E">
        <w:rPr>
          <w:sz w:val="24"/>
        </w:rPr>
        <w:t>csoportosít</w:t>
      </w:r>
      <w:r w:rsidRPr="0078531E">
        <w:rPr>
          <w:spacing w:val="-5"/>
          <w:sz w:val="24"/>
        </w:rPr>
        <w:t xml:space="preserve"> </w:t>
      </w:r>
      <w:r w:rsidRPr="0078531E">
        <w:rPr>
          <w:sz w:val="24"/>
        </w:rPr>
        <w:t>szárazföldi,</w:t>
      </w:r>
      <w:r w:rsidRPr="0078531E">
        <w:rPr>
          <w:spacing w:val="-5"/>
          <w:sz w:val="24"/>
        </w:rPr>
        <w:t xml:space="preserve"> </w:t>
      </w:r>
      <w:r w:rsidRPr="0078531E">
        <w:rPr>
          <w:sz w:val="24"/>
        </w:rPr>
        <w:t>légi</w:t>
      </w:r>
      <w:r w:rsidRPr="0078531E">
        <w:rPr>
          <w:spacing w:val="-5"/>
          <w:sz w:val="24"/>
        </w:rPr>
        <w:t xml:space="preserve"> </w:t>
      </w:r>
      <w:r w:rsidRPr="0078531E">
        <w:rPr>
          <w:sz w:val="24"/>
        </w:rPr>
        <w:t>és</w:t>
      </w:r>
      <w:r w:rsidRPr="0078531E">
        <w:rPr>
          <w:spacing w:val="-6"/>
          <w:sz w:val="24"/>
        </w:rPr>
        <w:t xml:space="preserve"> </w:t>
      </w:r>
      <w:r w:rsidRPr="0078531E">
        <w:rPr>
          <w:sz w:val="24"/>
        </w:rPr>
        <w:t>vízi közlekedési eszközöket, tudja ezek funkcióját.</w:t>
      </w:r>
    </w:p>
    <w:p w14:paraId="79867417" w14:textId="77777777" w:rsidR="00AE0CFD" w:rsidRPr="0078531E" w:rsidRDefault="00C3522D" w:rsidP="009A0355">
      <w:pPr>
        <w:pStyle w:val="Listaszerbekezds"/>
        <w:numPr>
          <w:ilvl w:val="1"/>
          <w:numId w:val="2"/>
        </w:numPr>
        <w:tabs>
          <w:tab w:val="left" w:pos="856"/>
        </w:tabs>
        <w:spacing w:before="7" w:line="352" w:lineRule="auto"/>
        <w:ind w:left="856" w:right="618"/>
        <w:jc w:val="both"/>
        <w:rPr>
          <w:sz w:val="24"/>
        </w:rPr>
      </w:pPr>
      <w:r w:rsidRPr="0078531E">
        <w:rPr>
          <w:sz w:val="24"/>
        </w:rPr>
        <w:t>Megkülönböztet,</w:t>
      </w:r>
      <w:r w:rsidRPr="0078531E">
        <w:rPr>
          <w:spacing w:val="-4"/>
          <w:sz w:val="24"/>
        </w:rPr>
        <w:t xml:space="preserve"> </w:t>
      </w:r>
      <w:r w:rsidRPr="0078531E">
        <w:rPr>
          <w:sz w:val="24"/>
        </w:rPr>
        <w:t>felismer</w:t>
      </w:r>
      <w:r w:rsidRPr="0078531E">
        <w:rPr>
          <w:spacing w:val="-4"/>
          <w:sz w:val="24"/>
        </w:rPr>
        <w:t xml:space="preserve"> </w:t>
      </w:r>
      <w:r w:rsidRPr="0078531E">
        <w:rPr>
          <w:sz w:val="24"/>
        </w:rPr>
        <w:t>és</w:t>
      </w:r>
      <w:r w:rsidRPr="0078531E">
        <w:rPr>
          <w:spacing w:val="-5"/>
          <w:sz w:val="24"/>
        </w:rPr>
        <w:t xml:space="preserve"> </w:t>
      </w:r>
      <w:r w:rsidRPr="0078531E">
        <w:rPr>
          <w:sz w:val="24"/>
        </w:rPr>
        <w:t>megnevez,</w:t>
      </w:r>
      <w:r w:rsidRPr="0078531E">
        <w:rPr>
          <w:spacing w:val="-4"/>
          <w:sz w:val="24"/>
        </w:rPr>
        <w:t xml:space="preserve"> </w:t>
      </w:r>
      <w:r w:rsidRPr="0078531E">
        <w:rPr>
          <w:sz w:val="24"/>
        </w:rPr>
        <w:t>csoportosít</w:t>
      </w:r>
      <w:r w:rsidRPr="0078531E">
        <w:rPr>
          <w:spacing w:val="-4"/>
          <w:sz w:val="24"/>
        </w:rPr>
        <w:t xml:space="preserve"> </w:t>
      </w:r>
      <w:r w:rsidRPr="0078531E">
        <w:rPr>
          <w:sz w:val="24"/>
        </w:rPr>
        <w:t>vasúti,</w:t>
      </w:r>
      <w:r w:rsidRPr="0078531E">
        <w:rPr>
          <w:spacing w:val="-4"/>
          <w:sz w:val="24"/>
        </w:rPr>
        <w:t xml:space="preserve"> </w:t>
      </w:r>
      <w:r w:rsidRPr="0078531E">
        <w:rPr>
          <w:sz w:val="24"/>
        </w:rPr>
        <w:t>vízi</w:t>
      </w:r>
      <w:r w:rsidRPr="0078531E">
        <w:rPr>
          <w:spacing w:val="-4"/>
          <w:sz w:val="24"/>
        </w:rPr>
        <w:t xml:space="preserve"> </w:t>
      </w:r>
      <w:r w:rsidRPr="0078531E">
        <w:rPr>
          <w:sz w:val="24"/>
        </w:rPr>
        <w:t>és</w:t>
      </w:r>
      <w:r w:rsidRPr="0078531E">
        <w:rPr>
          <w:spacing w:val="-5"/>
          <w:sz w:val="24"/>
        </w:rPr>
        <w:t xml:space="preserve"> </w:t>
      </w:r>
      <w:r w:rsidRPr="0078531E">
        <w:rPr>
          <w:sz w:val="24"/>
        </w:rPr>
        <w:t>közúti</w:t>
      </w:r>
      <w:r w:rsidRPr="0078531E">
        <w:rPr>
          <w:spacing w:val="-4"/>
          <w:sz w:val="24"/>
        </w:rPr>
        <w:t xml:space="preserve"> </w:t>
      </w:r>
      <w:r w:rsidRPr="0078531E">
        <w:rPr>
          <w:sz w:val="24"/>
        </w:rPr>
        <w:t>közlekedési eszközöket, tudja ezek funkcióját.</w:t>
      </w:r>
    </w:p>
    <w:p w14:paraId="36209B0E" w14:textId="77777777" w:rsidR="00AE0CFD" w:rsidRPr="0078531E" w:rsidRDefault="00C3522D" w:rsidP="009A0355">
      <w:pPr>
        <w:pStyle w:val="Listaszerbekezds"/>
        <w:numPr>
          <w:ilvl w:val="1"/>
          <w:numId w:val="2"/>
        </w:numPr>
        <w:tabs>
          <w:tab w:val="left" w:pos="856"/>
        </w:tabs>
        <w:spacing w:before="7" w:line="352" w:lineRule="auto"/>
        <w:ind w:left="856" w:right="653"/>
        <w:jc w:val="both"/>
        <w:rPr>
          <w:sz w:val="24"/>
        </w:rPr>
      </w:pPr>
      <w:r w:rsidRPr="0078531E">
        <w:rPr>
          <w:sz w:val="24"/>
        </w:rPr>
        <w:t>Ismeri,</w:t>
      </w:r>
      <w:r w:rsidRPr="0078531E">
        <w:rPr>
          <w:spacing w:val="-5"/>
          <w:sz w:val="24"/>
        </w:rPr>
        <w:t xml:space="preserve"> </w:t>
      </w:r>
      <w:r w:rsidRPr="0078531E">
        <w:rPr>
          <w:sz w:val="24"/>
        </w:rPr>
        <w:t>és</w:t>
      </w:r>
      <w:r w:rsidRPr="0078531E">
        <w:rPr>
          <w:spacing w:val="-6"/>
          <w:sz w:val="24"/>
        </w:rPr>
        <w:t xml:space="preserve"> </w:t>
      </w:r>
      <w:r w:rsidRPr="0078531E">
        <w:rPr>
          <w:sz w:val="24"/>
        </w:rPr>
        <w:t>igyekszik</w:t>
      </w:r>
      <w:r w:rsidRPr="0078531E">
        <w:rPr>
          <w:spacing w:val="-5"/>
          <w:sz w:val="24"/>
        </w:rPr>
        <w:t xml:space="preserve"> </w:t>
      </w:r>
      <w:r w:rsidRPr="0078531E">
        <w:rPr>
          <w:sz w:val="24"/>
        </w:rPr>
        <w:t>alkalmazni</w:t>
      </w:r>
      <w:r w:rsidRPr="0078531E">
        <w:rPr>
          <w:spacing w:val="-5"/>
          <w:sz w:val="24"/>
        </w:rPr>
        <w:t xml:space="preserve"> </w:t>
      </w:r>
      <w:r w:rsidRPr="0078531E">
        <w:rPr>
          <w:sz w:val="24"/>
        </w:rPr>
        <w:t>a</w:t>
      </w:r>
      <w:r w:rsidRPr="0078531E">
        <w:rPr>
          <w:spacing w:val="-5"/>
          <w:sz w:val="24"/>
        </w:rPr>
        <w:t xml:space="preserve"> </w:t>
      </w:r>
      <w:r w:rsidRPr="0078531E">
        <w:rPr>
          <w:sz w:val="24"/>
        </w:rPr>
        <w:t>gyalogos</w:t>
      </w:r>
      <w:r w:rsidRPr="0078531E">
        <w:rPr>
          <w:spacing w:val="-6"/>
          <w:sz w:val="24"/>
        </w:rPr>
        <w:t xml:space="preserve"> </w:t>
      </w:r>
      <w:r w:rsidRPr="0078531E">
        <w:rPr>
          <w:sz w:val="24"/>
        </w:rPr>
        <w:t>közlekedés</w:t>
      </w:r>
      <w:r w:rsidRPr="0078531E">
        <w:rPr>
          <w:spacing w:val="-6"/>
          <w:sz w:val="24"/>
        </w:rPr>
        <w:t xml:space="preserve"> </w:t>
      </w:r>
      <w:r w:rsidRPr="0078531E">
        <w:rPr>
          <w:sz w:val="24"/>
        </w:rPr>
        <w:t>alapvető</w:t>
      </w:r>
      <w:r w:rsidRPr="0078531E">
        <w:rPr>
          <w:spacing w:val="-5"/>
          <w:sz w:val="24"/>
        </w:rPr>
        <w:t xml:space="preserve"> </w:t>
      </w:r>
      <w:r w:rsidRPr="0078531E">
        <w:rPr>
          <w:sz w:val="24"/>
        </w:rPr>
        <w:t>szabályait</w:t>
      </w:r>
      <w:r w:rsidRPr="0078531E">
        <w:rPr>
          <w:spacing w:val="-5"/>
          <w:sz w:val="24"/>
        </w:rPr>
        <w:t xml:space="preserve"> </w:t>
      </w:r>
      <w:r w:rsidRPr="0078531E">
        <w:rPr>
          <w:sz w:val="24"/>
        </w:rPr>
        <w:t>(gyalogos átkelőhely, járda szerepe).</w:t>
      </w:r>
    </w:p>
    <w:p w14:paraId="5CC70776" w14:textId="77777777" w:rsidR="00AE0CFD" w:rsidRPr="0078531E" w:rsidRDefault="00C3522D" w:rsidP="009A0355">
      <w:pPr>
        <w:pStyle w:val="Listaszerbekezds"/>
        <w:numPr>
          <w:ilvl w:val="1"/>
          <w:numId w:val="2"/>
        </w:numPr>
        <w:tabs>
          <w:tab w:val="left" w:pos="856"/>
        </w:tabs>
        <w:spacing w:before="71"/>
        <w:ind w:left="856"/>
        <w:jc w:val="both"/>
        <w:rPr>
          <w:sz w:val="24"/>
        </w:rPr>
      </w:pPr>
      <w:r w:rsidRPr="0078531E">
        <w:rPr>
          <w:sz w:val="24"/>
        </w:rPr>
        <w:t>Tapasztalati</w:t>
      </w:r>
      <w:r w:rsidRPr="0078531E">
        <w:rPr>
          <w:spacing w:val="-4"/>
          <w:sz w:val="24"/>
        </w:rPr>
        <w:t xml:space="preserve"> </w:t>
      </w:r>
      <w:r w:rsidRPr="0078531E">
        <w:rPr>
          <w:sz w:val="24"/>
        </w:rPr>
        <w:t>vannak</w:t>
      </w:r>
      <w:r w:rsidRPr="0078531E">
        <w:rPr>
          <w:spacing w:val="-1"/>
          <w:sz w:val="24"/>
        </w:rPr>
        <w:t xml:space="preserve"> </w:t>
      </w:r>
      <w:r w:rsidRPr="0078531E">
        <w:rPr>
          <w:sz w:val="24"/>
        </w:rPr>
        <w:t>a</w:t>
      </w:r>
      <w:r w:rsidRPr="0078531E">
        <w:rPr>
          <w:spacing w:val="-2"/>
          <w:sz w:val="24"/>
        </w:rPr>
        <w:t xml:space="preserve"> </w:t>
      </w:r>
      <w:r w:rsidRPr="0078531E">
        <w:rPr>
          <w:sz w:val="24"/>
        </w:rPr>
        <w:t>környezetében</w:t>
      </w:r>
      <w:r w:rsidRPr="0078531E">
        <w:rPr>
          <w:spacing w:val="-1"/>
          <w:sz w:val="24"/>
        </w:rPr>
        <w:t xml:space="preserve"> </w:t>
      </w:r>
      <w:r w:rsidRPr="0078531E">
        <w:rPr>
          <w:sz w:val="24"/>
        </w:rPr>
        <w:t>található</w:t>
      </w:r>
      <w:r w:rsidRPr="0078531E">
        <w:rPr>
          <w:spacing w:val="-1"/>
          <w:sz w:val="24"/>
        </w:rPr>
        <w:t xml:space="preserve"> </w:t>
      </w:r>
      <w:r w:rsidRPr="0078531E">
        <w:rPr>
          <w:sz w:val="24"/>
        </w:rPr>
        <w:t>foglalkozásokról</w:t>
      </w:r>
      <w:r w:rsidRPr="0078531E">
        <w:rPr>
          <w:spacing w:val="-1"/>
          <w:sz w:val="24"/>
        </w:rPr>
        <w:t xml:space="preserve"> </w:t>
      </w:r>
      <w:r w:rsidRPr="0078531E">
        <w:rPr>
          <w:sz w:val="24"/>
        </w:rPr>
        <w:t>(orvos,</w:t>
      </w:r>
      <w:r w:rsidRPr="0078531E">
        <w:rPr>
          <w:spacing w:val="-1"/>
          <w:sz w:val="24"/>
        </w:rPr>
        <w:t xml:space="preserve"> </w:t>
      </w:r>
      <w:r w:rsidRPr="0078531E">
        <w:rPr>
          <w:spacing w:val="-2"/>
          <w:sz w:val="24"/>
        </w:rPr>
        <w:t>fogorvos,</w:t>
      </w:r>
    </w:p>
    <w:p w14:paraId="5A761A73" w14:textId="77777777" w:rsidR="00AE0CFD" w:rsidRPr="0078531E" w:rsidRDefault="00C3522D" w:rsidP="009A0355">
      <w:pPr>
        <w:pStyle w:val="Szvegtrzs"/>
        <w:spacing w:before="139" w:line="360" w:lineRule="auto"/>
        <w:ind w:left="856"/>
        <w:jc w:val="both"/>
      </w:pPr>
      <w:r w:rsidRPr="0078531E">
        <w:t>boltos,</w:t>
      </w:r>
      <w:r w:rsidRPr="0078531E">
        <w:rPr>
          <w:spacing w:val="-5"/>
        </w:rPr>
        <w:t xml:space="preserve"> </w:t>
      </w:r>
      <w:r w:rsidRPr="0078531E">
        <w:t>postás,</w:t>
      </w:r>
      <w:r w:rsidRPr="0078531E">
        <w:rPr>
          <w:spacing w:val="-5"/>
        </w:rPr>
        <w:t xml:space="preserve"> </w:t>
      </w:r>
      <w:r w:rsidRPr="0078531E">
        <w:t>vasutas,</w:t>
      </w:r>
      <w:r w:rsidRPr="0078531E">
        <w:rPr>
          <w:spacing w:val="-5"/>
        </w:rPr>
        <w:t xml:space="preserve"> </w:t>
      </w:r>
      <w:r w:rsidRPr="0078531E">
        <w:t>buszvezető,</w:t>
      </w:r>
      <w:r w:rsidRPr="0078531E">
        <w:rPr>
          <w:spacing w:val="-4"/>
        </w:rPr>
        <w:t xml:space="preserve"> </w:t>
      </w:r>
      <w:r w:rsidRPr="0078531E">
        <w:t>könyvtáros,</w:t>
      </w:r>
      <w:r w:rsidRPr="0078531E">
        <w:rPr>
          <w:spacing w:val="-5"/>
        </w:rPr>
        <w:t xml:space="preserve"> </w:t>
      </w:r>
      <w:r w:rsidRPr="0078531E">
        <w:t>takarító,</w:t>
      </w:r>
      <w:r w:rsidRPr="0078531E">
        <w:rPr>
          <w:spacing w:val="-5"/>
        </w:rPr>
        <w:t xml:space="preserve"> </w:t>
      </w:r>
      <w:r w:rsidRPr="0078531E">
        <w:t>dajka,</w:t>
      </w:r>
      <w:r w:rsidRPr="0078531E">
        <w:rPr>
          <w:spacing w:val="-5"/>
        </w:rPr>
        <w:t xml:space="preserve"> </w:t>
      </w:r>
      <w:r w:rsidRPr="0078531E">
        <w:t>óvónő,</w:t>
      </w:r>
      <w:r w:rsidRPr="0078531E">
        <w:rPr>
          <w:spacing w:val="-5"/>
        </w:rPr>
        <w:t xml:space="preserve"> </w:t>
      </w:r>
      <w:r w:rsidRPr="0078531E">
        <w:t>tanár,</w:t>
      </w:r>
      <w:r w:rsidRPr="0078531E">
        <w:rPr>
          <w:spacing w:val="-5"/>
        </w:rPr>
        <w:t xml:space="preserve"> </w:t>
      </w:r>
      <w:r w:rsidRPr="0078531E">
        <w:t xml:space="preserve">vasutas, </w:t>
      </w:r>
      <w:r w:rsidRPr="0078531E">
        <w:rPr>
          <w:spacing w:val="-2"/>
        </w:rPr>
        <w:t>kalauz).</w:t>
      </w:r>
    </w:p>
    <w:p w14:paraId="7FE18CC8" w14:textId="77777777" w:rsidR="00AE0CFD" w:rsidRPr="0078531E" w:rsidRDefault="00C3522D" w:rsidP="009A0355">
      <w:pPr>
        <w:pStyle w:val="Listaszerbekezds"/>
        <w:numPr>
          <w:ilvl w:val="1"/>
          <w:numId w:val="2"/>
        </w:numPr>
        <w:tabs>
          <w:tab w:val="left" w:pos="856"/>
        </w:tabs>
        <w:spacing w:line="294" w:lineRule="exact"/>
        <w:ind w:left="856"/>
        <w:jc w:val="both"/>
        <w:rPr>
          <w:sz w:val="24"/>
        </w:rPr>
      </w:pPr>
      <w:r w:rsidRPr="0078531E">
        <w:rPr>
          <w:sz w:val="24"/>
        </w:rPr>
        <w:lastRenderedPageBreak/>
        <w:t>Ismeri</w:t>
      </w:r>
      <w:r w:rsidRPr="0078531E">
        <w:rPr>
          <w:spacing w:val="-2"/>
          <w:sz w:val="24"/>
        </w:rPr>
        <w:t xml:space="preserve"> </w:t>
      </w:r>
      <w:r w:rsidRPr="0078531E">
        <w:rPr>
          <w:sz w:val="24"/>
        </w:rPr>
        <w:t>a</w:t>
      </w:r>
      <w:r w:rsidRPr="0078531E">
        <w:rPr>
          <w:spacing w:val="-3"/>
          <w:sz w:val="24"/>
        </w:rPr>
        <w:t xml:space="preserve"> </w:t>
      </w:r>
      <w:r w:rsidRPr="0078531E">
        <w:rPr>
          <w:sz w:val="24"/>
        </w:rPr>
        <w:t>család</w:t>
      </w:r>
      <w:r w:rsidRPr="0078531E">
        <w:rPr>
          <w:spacing w:val="-1"/>
          <w:sz w:val="24"/>
        </w:rPr>
        <w:t xml:space="preserve"> </w:t>
      </w:r>
      <w:r w:rsidRPr="0078531E">
        <w:rPr>
          <w:sz w:val="24"/>
        </w:rPr>
        <w:t>fogalmát,</w:t>
      </w:r>
      <w:r w:rsidRPr="0078531E">
        <w:rPr>
          <w:spacing w:val="1"/>
          <w:sz w:val="24"/>
        </w:rPr>
        <w:t xml:space="preserve"> </w:t>
      </w:r>
      <w:r w:rsidRPr="0078531E">
        <w:rPr>
          <w:sz w:val="24"/>
        </w:rPr>
        <w:t>tudja</w:t>
      </w:r>
      <w:r w:rsidRPr="0078531E">
        <w:rPr>
          <w:spacing w:val="-2"/>
          <w:sz w:val="24"/>
        </w:rPr>
        <w:t xml:space="preserve"> </w:t>
      </w:r>
      <w:r w:rsidRPr="0078531E">
        <w:rPr>
          <w:sz w:val="24"/>
        </w:rPr>
        <w:t>kik</w:t>
      </w:r>
      <w:r w:rsidRPr="0078531E">
        <w:rPr>
          <w:spacing w:val="-1"/>
          <w:sz w:val="24"/>
        </w:rPr>
        <w:t xml:space="preserve"> </w:t>
      </w:r>
      <w:r w:rsidRPr="0078531E">
        <w:rPr>
          <w:sz w:val="24"/>
        </w:rPr>
        <w:t>az</w:t>
      </w:r>
      <w:r w:rsidRPr="0078531E">
        <w:rPr>
          <w:spacing w:val="-1"/>
          <w:sz w:val="24"/>
        </w:rPr>
        <w:t xml:space="preserve"> </w:t>
      </w:r>
      <w:r w:rsidRPr="0078531E">
        <w:rPr>
          <w:sz w:val="24"/>
        </w:rPr>
        <w:t>ő</w:t>
      </w:r>
      <w:r w:rsidRPr="0078531E">
        <w:rPr>
          <w:spacing w:val="-1"/>
          <w:sz w:val="24"/>
        </w:rPr>
        <w:t xml:space="preserve"> </w:t>
      </w:r>
      <w:r w:rsidRPr="0078531E">
        <w:rPr>
          <w:sz w:val="24"/>
        </w:rPr>
        <w:t>családjának</w:t>
      </w:r>
      <w:r w:rsidRPr="0078531E">
        <w:rPr>
          <w:spacing w:val="-1"/>
          <w:sz w:val="24"/>
        </w:rPr>
        <w:t xml:space="preserve"> </w:t>
      </w:r>
      <w:r w:rsidRPr="0078531E">
        <w:rPr>
          <w:spacing w:val="-2"/>
          <w:sz w:val="24"/>
        </w:rPr>
        <w:t>tagjai.</w:t>
      </w:r>
    </w:p>
    <w:p w14:paraId="0AE2E126"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Tudja</w:t>
      </w:r>
      <w:r w:rsidRPr="0078531E">
        <w:rPr>
          <w:spacing w:val="-3"/>
          <w:sz w:val="24"/>
        </w:rPr>
        <w:t xml:space="preserve"> </w:t>
      </w:r>
      <w:r w:rsidRPr="0078531E">
        <w:rPr>
          <w:sz w:val="24"/>
        </w:rPr>
        <w:t>ki</w:t>
      </w:r>
      <w:r w:rsidRPr="0078531E">
        <w:rPr>
          <w:spacing w:val="-1"/>
          <w:sz w:val="24"/>
        </w:rPr>
        <w:t xml:space="preserve"> </w:t>
      </w:r>
      <w:r w:rsidRPr="0078531E">
        <w:rPr>
          <w:sz w:val="24"/>
        </w:rPr>
        <w:t>a</w:t>
      </w:r>
      <w:r w:rsidRPr="0078531E">
        <w:rPr>
          <w:spacing w:val="-1"/>
          <w:sz w:val="24"/>
        </w:rPr>
        <w:t xml:space="preserve"> </w:t>
      </w:r>
      <w:r w:rsidRPr="0078531E">
        <w:rPr>
          <w:sz w:val="24"/>
        </w:rPr>
        <w:t>legidősebb</w:t>
      </w:r>
      <w:r w:rsidRPr="0078531E">
        <w:rPr>
          <w:spacing w:val="-1"/>
          <w:sz w:val="24"/>
        </w:rPr>
        <w:t xml:space="preserve"> </w:t>
      </w:r>
      <w:r w:rsidRPr="0078531E">
        <w:rPr>
          <w:sz w:val="24"/>
        </w:rPr>
        <w:t>és</w:t>
      </w:r>
      <w:r w:rsidRPr="0078531E">
        <w:rPr>
          <w:spacing w:val="1"/>
          <w:sz w:val="24"/>
        </w:rPr>
        <w:t xml:space="preserve"> </w:t>
      </w:r>
      <w:r w:rsidRPr="0078531E">
        <w:rPr>
          <w:sz w:val="24"/>
        </w:rPr>
        <w:t>legfiatalabb</w:t>
      </w:r>
      <w:r w:rsidRPr="0078531E">
        <w:rPr>
          <w:spacing w:val="-1"/>
          <w:sz w:val="24"/>
        </w:rPr>
        <w:t xml:space="preserve"> </w:t>
      </w:r>
      <w:r w:rsidRPr="0078531E">
        <w:rPr>
          <w:sz w:val="24"/>
        </w:rPr>
        <w:t xml:space="preserve">a </w:t>
      </w:r>
      <w:r w:rsidRPr="0078531E">
        <w:rPr>
          <w:spacing w:val="-2"/>
          <w:sz w:val="24"/>
        </w:rPr>
        <w:t>családban.</w:t>
      </w:r>
    </w:p>
    <w:p w14:paraId="3CE43876"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Tudja</w:t>
      </w:r>
      <w:r w:rsidRPr="0078531E">
        <w:rPr>
          <w:spacing w:val="-2"/>
          <w:sz w:val="24"/>
        </w:rPr>
        <w:t xml:space="preserve"> </w:t>
      </w:r>
      <w:r w:rsidRPr="0078531E">
        <w:rPr>
          <w:sz w:val="24"/>
        </w:rPr>
        <w:t>mi</w:t>
      </w:r>
      <w:r w:rsidRPr="0078531E">
        <w:rPr>
          <w:spacing w:val="-1"/>
          <w:sz w:val="24"/>
        </w:rPr>
        <w:t xml:space="preserve"> </w:t>
      </w:r>
      <w:r w:rsidRPr="0078531E">
        <w:rPr>
          <w:sz w:val="24"/>
        </w:rPr>
        <w:t>a</w:t>
      </w:r>
      <w:r w:rsidRPr="0078531E">
        <w:rPr>
          <w:spacing w:val="-2"/>
          <w:sz w:val="24"/>
        </w:rPr>
        <w:t xml:space="preserve"> </w:t>
      </w:r>
      <w:r w:rsidRPr="0078531E">
        <w:rPr>
          <w:sz w:val="24"/>
        </w:rPr>
        <w:t>családtagok</w:t>
      </w:r>
      <w:r w:rsidRPr="0078531E">
        <w:rPr>
          <w:spacing w:val="-1"/>
          <w:sz w:val="24"/>
        </w:rPr>
        <w:t xml:space="preserve"> </w:t>
      </w:r>
      <w:r w:rsidRPr="0078531E">
        <w:rPr>
          <w:sz w:val="24"/>
        </w:rPr>
        <w:t>szerepe,</w:t>
      </w:r>
      <w:r w:rsidRPr="0078531E">
        <w:rPr>
          <w:spacing w:val="-1"/>
          <w:sz w:val="24"/>
        </w:rPr>
        <w:t xml:space="preserve"> </w:t>
      </w:r>
      <w:r w:rsidRPr="0078531E">
        <w:rPr>
          <w:spacing w:val="-2"/>
          <w:sz w:val="24"/>
        </w:rPr>
        <w:t>feladata.</w:t>
      </w:r>
    </w:p>
    <w:p w14:paraId="1A56CF8D" w14:textId="77777777" w:rsidR="00AE0CFD" w:rsidRPr="0078531E" w:rsidRDefault="00C3522D" w:rsidP="009A0355">
      <w:pPr>
        <w:pStyle w:val="Listaszerbekezds"/>
        <w:numPr>
          <w:ilvl w:val="1"/>
          <w:numId w:val="2"/>
        </w:numPr>
        <w:tabs>
          <w:tab w:val="left" w:pos="856"/>
        </w:tabs>
        <w:spacing w:before="138" w:line="352" w:lineRule="auto"/>
        <w:ind w:left="856" w:right="1013"/>
        <w:jc w:val="both"/>
        <w:rPr>
          <w:sz w:val="24"/>
        </w:rPr>
      </w:pPr>
      <w:r w:rsidRPr="0078531E">
        <w:rPr>
          <w:sz w:val="24"/>
        </w:rPr>
        <w:t>Tudja</w:t>
      </w:r>
      <w:r w:rsidRPr="0078531E">
        <w:rPr>
          <w:spacing w:val="-6"/>
          <w:sz w:val="24"/>
        </w:rPr>
        <w:t xml:space="preserve"> </w:t>
      </w:r>
      <w:r w:rsidRPr="0078531E">
        <w:rPr>
          <w:sz w:val="24"/>
        </w:rPr>
        <w:t>legfontosabb</w:t>
      </w:r>
      <w:r w:rsidRPr="0078531E">
        <w:rPr>
          <w:spacing w:val="-5"/>
          <w:sz w:val="24"/>
        </w:rPr>
        <w:t xml:space="preserve"> </w:t>
      </w:r>
      <w:r w:rsidRPr="0078531E">
        <w:rPr>
          <w:sz w:val="24"/>
        </w:rPr>
        <w:t>személyes</w:t>
      </w:r>
      <w:r w:rsidRPr="0078531E">
        <w:rPr>
          <w:spacing w:val="-3"/>
          <w:sz w:val="24"/>
        </w:rPr>
        <w:t xml:space="preserve"> </w:t>
      </w:r>
      <w:r w:rsidRPr="0078531E">
        <w:rPr>
          <w:sz w:val="24"/>
        </w:rPr>
        <w:t>adatait</w:t>
      </w:r>
      <w:r w:rsidRPr="0078531E">
        <w:rPr>
          <w:spacing w:val="-5"/>
          <w:sz w:val="24"/>
        </w:rPr>
        <w:t xml:space="preserve"> </w:t>
      </w:r>
      <w:r w:rsidRPr="0078531E">
        <w:rPr>
          <w:sz w:val="24"/>
        </w:rPr>
        <w:t>(név,</w:t>
      </w:r>
      <w:r w:rsidRPr="0078531E">
        <w:rPr>
          <w:spacing w:val="-5"/>
          <w:sz w:val="24"/>
        </w:rPr>
        <w:t xml:space="preserve"> </w:t>
      </w:r>
      <w:r w:rsidRPr="0078531E">
        <w:rPr>
          <w:sz w:val="24"/>
        </w:rPr>
        <w:t>életkor,</w:t>
      </w:r>
      <w:r w:rsidRPr="0078531E">
        <w:rPr>
          <w:spacing w:val="-5"/>
          <w:sz w:val="24"/>
        </w:rPr>
        <w:t xml:space="preserve"> </w:t>
      </w:r>
      <w:r w:rsidRPr="0078531E">
        <w:rPr>
          <w:sz w:val="24"/>
        </w:rPr>
        <w:t>lakcím,</w:t>
      </w:r>
      <w:r w:rsidRPr="0078531E">
        <w:rPr>
          <w:spacing w:val="-5"/>
          <w:sz w:val="24"/>
        </w:rPr>
        <w:t xml:space="preserve"> </w:t>
      </w:r>
      <w:r w:rsidRPr="0078531E">
        <w:rPr>
          <w:sz w:val="24"/>
        </w:rPr>
        <w:t>szülei</w:t>
      </w:r>
      <w:r w:rsidRPr="0078531E">
        <w:rPr>
          <w:spacing w:val="-5"/>
          <w:sz w:val="24"/>
        </w:rPr>
        <w:t xml:space="preserve"> </w:t>
      </w:r>
      <w:r w:rsidRPr="0078531E">
        <w:rPr>
          <w:sz w:val="24"/>
        </w:rPr>
        <w:t>neve,</w:t>
      </w:r>
      <w:r w:rsidRPr="0078531E">
        <w:rPr>
          <w:spacing w:val="-5"/>
          <w:sz w:val="24"/>
        </w:rPr>
        <w:t xml:space="preserve"> </w:t>
      </w:r>
      <w:r w:rsidRPr="0078531E">
        <w:rPr>
          <w:sz w:val="24"/>
        </w:rPr>
        <w:t xml:space="preserve">testvérei </w:t>
      </w:r>
      <w:r w:rsidRPr="0078531E">
        <w:rPr>
          <w:spacing w:val="-2"/>
          <w:sz w:val="24"/>
        </w:rPr>
        <w:t>neve).</w:t>
      </w:r>
    </w:p>
    <w:p w14:paraId="0F650F0B" w14:textId="77777777" w:rsidR="00AE0CFD" w:rsidRPr="0078531E" w:rsidRDefault="00C3522D" w:rsidP="009A0355">
      <w:pPr>
        <w:pStyle w:val="Listaszerbekezds"/>
        <w:numPr>
          <w:ilvl w:val="1"/>
          <w:numId w:val="2"/>
        </w:numPr>
        <w:tabs>
          <w:tab w:val="left" w:pos="856"/>
        </w:tabs>
        <w:spacing w:before="6"/>
        <w:ind w:left="856"/>
        <w:jc w:val="both"/>
        <w:rPr>
          <w:sz w:val="24"/>
        </w:rPr>
      </w:pPr>
      <w:r w:rsidRPr="0078531E">
        <w:rPr>
          <w:sz w:val="24"/>
        </w:rPr>
        <w:t>Tapasztalatai</w:t>
      </w:r>
      <w:r w:rsidRPr="0078531E">
        <w:rPr>
          <w:spacing w:val="-4"/>
          <w:sz w:val="24"/>
        </w:rPr>
        <w:t xml:space="preserve"> </w:t>
      </w:r>
      <w:r w:rsidRPr="0078531E">
        <w:rPr>
          <w:sz w:val="24"/>
        </w:rPr>
        <w:t>vannak az időről</w:t>
      </w:r>
      <w:r w:rsidRPr="0078531E">
        <w:rPr>
          <w:spacing w:val="-2"/>
          <w:sz w:val="24"/>
        </w:rPr>
        <w:t xml:space="preserve"> </w:t>
      </w:r>
      <w:r w:rsidRPr="0078531E">
        <w:rPr>
          <w:sz w:val="24"/>
        </w:rPr>
        <w:t>(hónapok,</w:t>
      </w:r>
      <w:r w:rsidRPr="0078531E">
        <w:rPr>
          <w:spacing w:val="-1"/>
          <w:sz w:val="24"/>
        </w:rPr>
        <w:t xml:space="preserve"> </w:t>
      </w:r>
      <w:r w:rsidRPr="0078531E">
        <w:rPr>
          <w:sz w:val="24"/>
        </w:rPr>
        <w:t>napok,</w:t>
      </w:r>
      <w:r w:rsidRPr="0078531E">
        <w:rPr>
          <w:spacing w:val="-2"/>
          <w:sz w:val="24"/>
        </w:rPr>
        <w:t xml:space="preserve"> </w:t>
      </w:r>
      <w:r w:rsidRPr="0078531E">
        <w:rPr>
          <w:sz w:val="24"/>
        </w:rPr>
        <w:t>napszakok</w:t>
      </w:r>
      <w:r w:rsidRPr="0078531E">
        <w:rPr>
          <w:spacing w:val="-1"/>
          <w:sz w:val="24"/>
        </w:rPr>
        <w:t xml:space="preserve"> </w:t>
      </w:r>
      <w:r w:rsidRPr="0078531E">
        <w:rPr>
          <w:sz w:val="24"/>
        </w:rPr>
        <w:t>elnevezését</w:t>
      </w:r>
      <w:r w:rsidRPr="0078531E">
        <w:rPr>
          <w:spacing w:val="-1"/>
          <w:sz w:val="24"/>
        </w:rPr>
        <w:t xml:space="preserve"> </w:t>
      </w:r>
      <w:r w:rsidRPr="0078531E">
        <w:rPr>
          <w:spacing w:val="-2"/>
          <w:sz w:val="24"/>
        </w:rPr>
        <w:t>ismeri).</w:t>
      </w:r>
    </w:p>
    <w:p w14:paraId="32FEE307" w14:textId="77777777" w:rsidR="00AE0CFD" w:rsidRPr="0078531E" w:rsidRDefault="00C3522D" w:rsidP="009A0355">
      <w:pPr>
        <w:pStyle w:val="Listaszerbekezds"/>
        <w:numPr>
          <w:ilvl w:val="1"/>
          <w:numId w:val="2"/>
        </w:numPr>
        <w:tabs>
          <w:tab w:val="left" w:pos="856"/>
        </w:tabs>
        <w:spacing w:before="138" w:line="352" w:lineRule="auto"/>
        <w:ind w:left="856" w:right="1306"/>
        <w:jc w:val="both"/>
        <w:rPr>
          <w:sz w:val="24"/>
        </w:rPr>
      </w:pPr>
      <w:r w:rsidRPr="0078531E">
        <w:rPr>
          <w:sz w:val="24"/>
        </w:rPr>
        <w:t>A</w:t>
      </w:r>
      <w:r w:rsidRPr="0078531E">
        <w:rPr>
          <w:spacing w:val="-5"/>
          <w:sz w:val="24"/>
        </w:rPr>
        <w:t xml:space="preserve"> </w:t>
      </w:r>
      <w:r w:rsidRPr="0078531E">
        <w:rPr>
          <w:sz w:val="24"/>
        </w:rPr>
        <w:t>fejlődés</w:t>
      </w:r>
      <w:r w:rsidRPr="0078531E">
        <w:rPr>
          <w:spacing w:val="-5"/>
          <w:sz w:val="24"/>
        </w:rPr>
        <w:t xml:space="preserve"> </w:t>
      </w:r>
      <w:r w:rsidRPr="0078531E">
        <w:rPr>
          <w:sz w:val="24"/>
        </w:rPr>
        <w:t>leglényegesebb</w:t>
      </w:r>
      <w:r w:rsidRPr="0078531E">
        <w:rPr>
          <w:spacing w:val="-4"/>
          <w:sz w:val="24"/>
        </w:rPr>
        <w:t xml:space="preserve"> </w:t>
      </w:r>
      <w:r w:rsidRPr="0078531E">
        <w:rPr>
          <w:sz w:val="24"/>
        </w:rPr>
        <w:t>jellemzői</w:t>
      </w:r>
      <w:r w:rsidRPr="0078531E">
        <w:rPr>
          <w:spacing w:val="-4"/>
          <w:sz w:val="24"/>
        </w:rPr>
        <w:t xml:space="preserve"> </w:t>
      </w:r>
      <w:r w:rsidRPr="0078531E">
        <w:rPr>
          <w:sz w:val="24"/>
        </w:rPr>
        <w:t>alapján</w:t>
      </w:r>
      <w:r w:rsidRPr="0078531E">
        <w:rPr>
          <w:spacing w:val="-4"/>
          <w:sz w:val="24"/>
        </w:rPr>
        <w:t xml:space="preserve"> </w:t>
      </w:r>
      <w:r w:rsidRPr="0078531E">
        <w:rPr>
          <w:sz w:val="24"/>
        </w:rPr>
        <w:t>a</w:t>
      </w:r>
      <w:r w:rsidRPr="0078531E">
        <w:rPr>
          <w:spacing w:val="-6"/>
          <w:sz w:val="24"/>
        </w:rPr>
        <w:t xml:space="preserve"> </w:t>
      </w:r>
      <w:r w:rsidRPr="0078531E">
        <w:rPr>
          <w:sz w:val="24"/>
        </w:rPr>
        <w:t>folyamatot</w:t>
      </w:r>
      <w:r w:rsidRPr="0078531E">
        <w:rPr>
          <w:spacing w:val="-4"/>
          <w:sz w:val="24"/>
        </w:rPr>
        <w:t xml:space="preserve"> </w:t>
      </w:r>
      <w:r w:rsidRPr="0078531E">
        <w:rPr>
          <w:sz w:val="24"/>
        </w:rPr>
        <w:t>képeken</w:t>
      </w:r>
      <w:r w:rsidRPr="0078531E">
        <w:rPr>
          <w:spacing w:val="-4"/>
          <w:sz w:val="24"/>
        </w:rPr>
        <w:t xml:space="preserve"> </w:t>
      </w:r>
      <w:r w:rsidRPr="0078531E">
        <w:rPr>
          <w:sz w:val="24"/>
        </w:rPr>
        <w:t>sorba</w:t>
      </w:r>
      <w:r w:rsidRPr="0078531E">
        <w:rPr>
          <w:spacing w:val="-6"/>
          <w:sz w:val="24"/>
        </w:rPr>
        <w:t xml:space="preserve"> </w:t>
      </w:r>
      <w:r w:rsidRPr="0078531E">
        <w:rPr>
          <w:sz w:val="24"/>
        </w:rPr>
        <w:t>tudja rendezni (ember, állat, növény).</w:t>
      </w:r>
    </w:p>
    <w:p w14:paraId="775848B3" w14:textId="77777777" w:rsidR="00AE0CFD" w:rsidRPr="0078531E" w:rsidRDefault="00C3522D" w:rsidP="009A0355">
      <w:pPr>
        <w:pStyle w:val="Listaszerbekezds"/>
        <w:numPr>
          <w:ilvl w:val="1"/>
          <w:numId w:val="2"/>
        </w:numPr>
        <w:tabs>
          <w:tab w:val="left" w:pos="856"/>
        </w:tabs>
        <w:spacing w:before="8"/>
        <w:ind w:left="856"/>
        <w:jc w:val="both"/>
        <w:rPr>
          <w:sz w:val="24"/>
        </w:rPr>
      </w:pPr>
      <w:r w:rsidRPr="0078531E">
        <w:rPr>
          <w:sz w:val="24"/>
        </w:rPr>
        <w:t>Tapasztalatai</w:t>
      </w:r>
      <w:r w:rsidRPr="0078531E">
        <w:rPr>
          <w:spacing w:val="-4"/>
          <w:sz w:val="24"/>
        </w:rPr>
        <w:t xml:space="preserve"> </w:t>
      </w:r>
      <w:r w:rsidRPr="0078531E">
        <w:rPr>
          <w:sz w:val="24"/>
        </w:rPr>
        <w:t>vannak a</w:t>
      </w:r>
      <w:r w:rsidRPr="0078531E">
        <w:rPr>
          <w:spacing w:val="-3"/>
          <w:sz w:val="24"/>
        </w:rPr>
        <w:t xml:space="preserve"> </w:t>
      </w:r>
      <w:r w:rsidRPr="0078531E">
        <w:rPr>
          <w:sz w:val="24"/>
        </w:rPr>
        <w:t>környezet</w:t>
      </w:r>
      <w:r w:rsidRPr="0078531E">
        <w:rPr>
          <w:spacing w:val="-2"/>
          <w:sz w:val="24"/>
        </w:rPr>
        <w:t xml:space="preserve"> </w:t>
      </w:r>
      <w:r w:rsidRPr="0078531E">
        <w:rPr>
          <w:sz w:val="24"/>
        </w:rPr>
        <w:t>védelmének</w:t>
      </w:r>
      <w:r w:rsidRPr="0078531E">
        <w:rPr>
          <w:spacing w:val="-1"/>
          <w:sz w:val="24"/>
        </w:rPr>
        <w:t xml:space="preserve"> </w:t>
      </w:r>
      <w:r w:rsidRPr="0078531E">
        <w:rPr>
          <w:spacing w:val="-2"/>
          <w:sz w:val="24"/>
        </w:rPr>
        <w:t>tennivalóiról.</w:t>
      </w:r>
    </w:p>
    <w:p w14:paraId="10E9EDF8" w14:textId="77777777" w:rsidR="00AE0CFD" w:rsidRPr="0078531E" w:rsidRDefault="00C3522D" w:rsidP="009A0355">
      <w:pPr>
        <w:pStyle w:val="Listaszerbekezds"/>
        <w:numPr>
          <w:ilvl w:val="1"/>
          <w:numId w:val="2"/>
        </w:numPr>
        <w:tabs>
          <w:tab w:val="left" w:pos="856"/>
        </w:tabs>
        <w:spacing w:before="138" w:line="350" w:lineRule="auto"/>
        <w:ind w:left="856" w:right="443"/>
        <w:jc w:val="both"/>
        <w:rPr>
          <w:sz w:val="24"/>
        </w:rPr>
      </w:pPr>
      <w:r w:rsidRPr="0078531E">
        <w:rPr>
          <w:sz w:val="24"/>
        </w:rPr>
        <w:t>Különbséget</w:t>
      </w:r>
      <w:r w:rsidRPr="0078531E">
        <w:rPr>
          <w:spacing w:val="-4"/>
          <w:sz w:val="24"/>
        </w:rPr>
        <w:t xml:space="preserve"> </w:t>
      </w:r>
      <w:r w:rsidRPr="0078531E">
        <w:rPr>
          <w:sz w:val="24"/>
        </w:rPr>
        <w:t>tesz</w:t>
      </w:r>
      <w:r w:rsidRPr="0078531E">
        <w:rPr>
          <w:spacing w:val="-3"/>
          <w:sz w:val="24"/>
        </w:rPr>
        <w:t xml:space="preserve"> </w:t>
      </w:r>
      <w:r w:rsidRPr="0078531E">
        <w:rPr>
          <w:sz w:val="24"/>
        </w:rPr>
        <w:t>a</w:t>
      </w:r>
      <w:r w:rsidRPr="0078531E">
        <w:rPr>
          <w:spacing w:val="-5"/>
          <w:sz w:val="24"/>
        </w:rPr>
        <w:t xml:space="preserve"> </w:t>
      </w:r>
      <w:r w:rsidRPr="0078531E">
        <w:rPr>
          <w:sz w:val="24"/>
        </w:rPr>
        <w:t>szép,</w:t>
      </w:r>
      <w:r w:rsidRPr="0078531E">
        <w:rPr>
          <w:spacing w:val="-4"/>
          <w:sz w:val="24"/>
        </w:rPr>
        <w:t xml:space="preserve"> </w:t>
      </w:r>
      <w:r w:rsidRPr="0078531E">
        <w:rPr>
          <w:sz w:val="24"/>
        </w:rPr>
        <w:t>tiszta,</w:t>
      </w:r>
      <w:r w:rsidRPr="0078531E">
        <w:rPr>
          <w:spacing w:val="-4"/>
          <w:sz w:val="24"/>
        </w:rPr>
        <w:t xml:space="preserve"> </w:t>
      </w:r>
      <w:r w:rsidRPr="0078531E">
        <w:rPr>
          <w:sz w:val="24"/>
        </w:rPr>
        <w:t>rendezett</w:t>
      </w:r>
      <w:r w:rsidRPr="0078531E">
        <w:rPr>
          <w:spacing w:val="-4"/>
          <w:sz w:val="24"/>
        </w:rPr>
        <w:t xml:space="preserve"> </w:t>
      </w:r>
      <w:r w:rsidRPr="0078531E">
        <w:rPr>
          <w:sz w:val="24"/>
        </w:rPr>
        <w:t>és</w:t>
      </w:r>
      <w:r w:rsidRPr="0078531E">
        <w:rPr>
          <w:spacing w:val="-5"/>
          <w:sz w:val="24"/>
        </w:rPr>
        <w:t xml:space="preserve"> </w:t>
      </w:r>
      <w:r w:rsidRPr="0078531E">
        <w:rPr>
          <w:sz w:val="24"/>
        </w:rPr>
        <w:t>a</w:t>
      </w:r>
      <w:r w:rsidRPr="0078531E">
        <w:rPr>
          <w:spacing w:val="-5"/>
          <w:sz w:val="24"/>
        </w:rPr>
        <w:t xml:space="preserve"> </w:t>
      </w:r>
      <w:r w:rsidRPr="0078531E">
        <w:rPr>
          <w:sz w:val="24"/>
        </w:rPr>
        <w:t>piszkos,</w:t>
      </w:r>
      <w:r w:rsidRPr="0078531E">
        <w:rPr>
          <w:spacing w:val="-4"/>
          <w:sz w:val="24"/>
        </w:rPr>
        <w:t xml:space="preserve"> </w:t>
      </w:r>
      <w:r w:rsidRPr="0078531E">
        <w:rPr>
          <w:sz w:val="24"/>
        </w:rPr>
        <w:t>szemetes,</w:t>
      </w:r>
      <w:r w:rsidRPr="0078531E">
        <w:rPr>
          <w:spacing w:val="-4"/>
          <w:sz w:val="24"/>
        </w:rPr>
        <w:t xml:space="preserve"> </w:t>
      </w:r>
      <w:r w:rsidRPr="0078531E">
        <w:rPr>
          <w:sz w:val="24"/>
        </w:rPr>
        <w:t>rendezetlen</w:t>
      </w:r>
      <w:r w:rsidRPr="0078531E">
        <w:rPr>
          <w:spacing w:val="-4"/>
          <w:sz w:val="24"/>
        </w:rPr>
        <w:t xml:space="preserve"> </w:t>
      </w:r>
      <w:r w:rsidRPr="0078531E">
        <w:rPr>
          <w:sz w:val="24"/>
        </w:rPr>
        <w:t xml:space="preserve">környezet </w:t>
      </w:r>
      <w:r w:rsidRPr="0078531E">
        <w:rPr>
          <w:spacing w:val="-2"/>
          <w:sz w:val="24"/>
        </w:rPr>
        <w:t>között.</w:t>
      </w:r>
    </w:p>
    <w:p w14:paraId="795B0F25" w14:textId="77777777" w:rsidR="00AE0CFD" w:rsidRPr="0078531E" w:rsidRDefault="00C3522D" w:rsidP="009A0355">
      <w:pPr>
        <w:pStyle w:val="Listaszerbekezds"/>
        <w:numPr>
          <w:ilvl w:val="1"/>
          <w:numId w:val="2"/>
        </w:numPr>
        <w:tabs>
          <w:tab w:val="left" w:pos="856"/>
        </w:tabs>
        <w:spacing w:before="12"/>
        <w:ind w:left="856"/>
        <w:jc w:val="both"/>
        <w:rPr>
          <w:sz w:val="24"/>
        </w:rPr>
      </w:pPr>
      <w:r w:rsidRPr="0078531E">
        <w:rPr>
          <w:sz w:val="24"/>
        </w:rPr>
        <w:t>Tapasztalatai</w:t>
      </w:r>
      <w:r w:rsidRPr="0078531E">
        <w:rPr>
          <w:spacing w:val="-3"/>
          <w:sz w:val="24"/>
        </w:rPr>
        <w:t xml:space="preserve"> </w:t>
      </w:r>
      <w:r w:rsidRPr="0078531E">
        <w:rPr>
          <w:sz w:val="24"/>
        </w:rPr>
        <w:t>vannak</w:t>
      </w:r>
      <w:r w:rsidRPr="0078531E">
        <w:rPr>
          <w:spacing w:val="-1"/>
          <w:sz w:val="24"/>
        </w:rPr>
        <w:t xml:space="preserve"> </w:t>
      </w:r>
      <w:r w:rsidRPr="0078531E">
        <w:rPr>
          <w:sz w:val="24"/>
        </w:rPr>
        <w:t>néphagyományokhoz</w:t>
      </w:r>
      <w:r w:rsidRPr="0078531E">
        <w:rPr>
          <w:spacing w:val="-1"/>
          <w:sz w:val="24"/>
        </w:rPr>
        <w:t xml:space="preserve"> </w:t>
      </w:r>
      <w:r w:rsidRPr="0078531E">
        <w:rPr>
          <w:sz w:val="24"/>
        </w:rPr>
        <w:t>és</w:t>
      </w:r>
      <w:r w:rsidRPr="0078531E">
        <w:rPr>
          <w:spacing w:val="-1"/>
          <w:sz w:val="24"/>
        </w:rPr>
        <w:t xml:space="preserve"> </w:t>
      </w:r>
      <w:r w:rsidRPr="0078531E">
        <w:rPr>
          <w:sz w:val="24"/>
        </w:rPr>
        <w:t>jeles</w:t>
      </w:r>
      <w:r w:rsidRPr="0078531E">
        <w:rPr>
          <w:spacing w:val="-2"/>
          <w:sz w:val="24"/>
        </w:rPr>
        <w:t xml:space="preserve"> </w:t>
      </w:r>
      <w:r w:rsidRPr="0078531E">
        <w:rPr>
          <w:sz w:val="24"/>
        </w:rPr>
        <w:t>napokhoz kötődő</w:t>
      </w:r>
      <w:r w:rsidRPr="0078531E">
        <w:rPr>
          <w:spacing w:val="-1"/>
          <w:sz w:val="24"/>
        </w:rPr>
        <w:t xml:space="preserve"> </w:t>
      </w:r>
      <w:r w:rsidRPr="0078531E">
        <w:rPr>
          <w:spacing w:val="-2"/>
          <w:sz w:val="24"/>
        </w:rPr>
        <w:t>jellemzőkről.</w:t>
      </w:r>
    </w:p>
    <w:p w14:paraId="3560E64B"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Ismerkedhetett</w:t>
      </w:r>
      <w:r w:rsidRPr="0078531E">
        <w:rPr>
          <w:spacing w:val="-5"/>
          <w:sz w:val="24"/>
        </w:rPr>
        <w:t xml:space="preserve"> </w:t>
      </w:r>
      <w:r w:rsidRPr="0078531E">
        <w:rPr>
          <w:sz w:val="24"/>
        </w:rPr>
        <w:t>a</w:t>
      </w:r>
      <w:r w:rsidRPr="0078531E">
        <w:rPr>
          <w:spacing w:val="-3"/>
          <w:sz w:val="24"/>
        </w:rPr>
        <w:t xml:space="preserve"> </w:t>
      </w:r>
      <w:r w:rsidRPr="0078531E">
        <w:rPr>
          <w:sz w:val="24"/>
        </w:rPr>
        <w:t>környék természeti</w:t>
      </w:r>
      <w:r w:rsidRPr="0078531E">
        <w:rPr>
          <w:spacing w:val="-2"/>
          <w:sz w:val="24"/>
        </w:rPr>
        <w:t xml:space="preserve"> </w:t>
      </w:r>
      <w:r w:rsidRPr="0078531E">
        <w:rPr>
          <w:sz w:val="24"/>
        </w:rPr>
        <w:t>és</w:t>
      </w:r>
      <w:r w:rsidRPr="0078531E">
        <w:rPr>
          <w:spacing w:val="-3"/>
          <w:sz w:val="24"/>
        </w:rPr>
        <w:t xml:space="preserve"> </w:t>
      </w:r>
      <w:r w:rsidRPr="0078531E">
        <w:rPr>
          <w:sz w:val="24"/>
        </w:rPr>
        <w:t xml:space="preserve">társadalmi </w:t>
      </w:r>
      <w:r w:rsidRPr="0078531E">
        <w:rPr>
          <w:spacing w:val="-2"/>
          <w:sz w:val="24"/>
        </w:rPr>
        <w:t>nevezetességeivel</w:t>
      </w:r>
    </w:p>
    <w:p w14:paraId="616F9BCB"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Tapasztalatai</w:t>
      </w:r>
      <w:r w:rsidRPr="0078531E">
        <w:rPr>
          <w:spacing w:val="-3"/>
          <w:sz w:val="24"/>
        </w:rPr>
        <w:t xml:space="preserve"> </w:t>
      </w:r>
      <w:r w:rsidRPr="0078531E">
        <w:rPr>
          <w:sz w:val="24"/>
        </w:rPr>
        <w:t>vannak</w:t>
      </w:r>
      <w:r w:rsidRPr="0078531E">
        <w:rPr>
          <w:spacing w:val="-1"/>
          <w:sz w:val="24"/>
        </w:rPr>
        <w:t xml:space="preserve"> </w:t>
      </w:r>
      <w:r w:rsidRPr="0078531E">
        <w:rPr>
          <w:sz w:val="24"/>
        </w:rPr>
        <w:t>nemzeti</w:t>
      </w:r>
      <w:r w:rsidRPr="0078531E">
        <w:rPr>
          <w:spacing w:val="-1"/>
          <w:sz w:val="24"/>
        </w:rPr>
        <w:t xml:space="preserve"> </w:t>
      </w:r>
      <w:r w:rsidRPr="0078531E">
        <w:rPr>
          <w:sz w:val="24"/>
        </w:rPr>
        <w:t>ünnepekhez kötődő</w:t>
      </w:r>
      <w:r w:rsidRPr="0078531E">
        <w:rPr>
          <w:spacing w:val="-1"/>
          <w:sz w:val="24"/>
        </w:rPr>
        <w:t xml:space="preserve"> </w:t>
      </w:r>
      <w:r w:rsidRPr="0078531E">
        <w:rPr>
          <w:spacing w:val="-2"/>
          <w:sz w:val="24"/>
        </w:rPr>
        <w:t>jellemzőkről.</w:t>
      </w:r>
    </w:p>
    <w:p w14:paraId="11B89EB4" w14:textId="77777777" w:rsidR="00AE0CFD" w:rsidRPr="0078531E" w:rsidRDefault="00C3522D" w:rsidP="009A0355">
      <w:pPr>
        <w:pStyle w:val="Cmsor5"/>
        <w:tabs>
          <w:tab w:val="left" w:pos="856"/>
        </w:tabs>
        <w:ind w:left="856" w:firstLine="0"/>
        <w:jc w:val="both"/>
        <w:rPr>
          <w:b w:val="0"/>
          <w:i w:val="0"/>
        </w:rPr>
      </w:pPr>
      <w:r w:rsidRPr="0078531E">
        <w:t>4.4.</w:t>
      </w:r>
      <w:r w:rsidRPr="0078531E">
        <w:rPr>
          <w:spacing w:val="-3"/>
        </w:rPr>
        <w:t xml:space="preserve"> </w:t>
      </w:r>
      <w:r w:rsidRPr="0078531E">
        <w:t>Külső</w:t>
      </w:r>
      <w:r w:rsidRPr="0078531E">
        <w:rPr>
          <w:spacing w:val="-2"/>
        </w:rPr>
        <w:t xml:space="preserve"> </w:t>
      </w:r>
      <w:r w:rsidRPr="0078531E">
        <w:t>világ</w:t>
      </w:r>
      <w:r w:rsidRPr="0078531E">
        <w:rPr>
          <w:spacing w:val="-2"/>
        </w:rPr>
        <w:t xml:space="preserve"> </w:t>
      </w:r>
      <w:r w:rsidRPr="0078531E">
        <w:t>tevékeny</w:t>
      </w:r>
      <w:r w:rsidRPr="0078531E">
        <w:rPr>
          <w:spacing w:val="-3"/>
        </w:rPr>
        <w:t xml:space="preserve"> </w:t>
      </w:r>
      <w:r w:rsidRPr="0078531E">
        <w:t>megismerése/Matematikai</w:t>
      </w:r>
      <w:r w:rsidRPr="0078531E">
        <w:rPr>
          <w:spacing w:val="-2"/>
        </w:rPr>
        <w:t xml:space="preserve"> tapasztalatok</w:t>
      </w:r>
    </w:p>
    <w:p w14:paraId="72AD1EB4" w14:textId="77777777" w:rsidR="00AE0CFD" w:rsidRPr="0078531E" w:rsidRDefault="00C3522D" w:rsidP="009A0355">
      <w:pPr>
        <w:pStyle w:val="Listaszerbekezds"/>
        <w:numPr>
          <w:ilvl w:val="1"/>
          <w:numId w:val="2"/>
        </w:numPr>
        <w:tabs>
          <w:tab w:val="left" w:pos="856"/>
        </w:tabs>
        <w:spacing w:before="131"/>
        <w:ind w:left="856"/>
        <w:jc w:val="both"/>
        <w:rPr>
          <w:sz w:val="24"/>
        </w:rPr>
      </w:pPr>
      <w:r w:rsidRPr="0078531E">
        <w:rPr>
          <w:sz w:val="24"/>
        </w:rPr>
        <w:t>Tulajdonságok</w:t>
      </w:r>
      <w:r w:rsidRPr="0078531E">
        <w:rPr>
          <w:spacing w:val="-4"/>
          <w:sz w:val="24"/>
        </w:rPr>
        <w:t xml:space="preserve"> </w:t>
      </w:r>
      <w:r w:rsidRPr="0078531E">
        <w:rPr>
          <w:sz w:val="24"/>
        </w:rPr>
        <w:t>alapján</w:t>
      </w:r>
      <w:r w:rsidRPr="0078531E">
        <w:rPr>
          <w:spacing w:val="-3"/>
          <w:sz w:val="24"/>
        </w:rPr>
        <w:t xml:space="preserve"> </w:t>
      </w:r>
      <w:r w:rsidRPr="0078531E">
        <w:rPr>
          <w:sz w:val="24"/>
        </w:rPr>
        <w:t>összehasonlít,</w:t>
      </w:r>
      <w:r w:rsidRPr="0078531E">
        <w:rPr>
          <w:spacing w:val="-3"/>
          <w:sz w:val="24"/>
        </w:rPr>
        <w:t xml:space="preserve"> </w:t>
      </w:r>
      <w:r w:rsidRPr="0078531E">
        <w:rPr>
          <w:sz w:val="24"/>
        </w:rPr>
        <w:t>halmazokat</w:t>
      </w:r>
      <w:r w:rsidRPr="0078531E">
        <w:rPr>
          <w:spacing w:val="-4"/>
          <w:sz w:val="24"/>
        </w:rPr>
        <w:t xml:space="preserve"> </w:t>
      </w:r>
      <w:r w:rsidRPr="0078531E">
        <w:rPr>
          <w:sz w:val="24"/>
        </w:rPr>
        <w:t>képez,</w:t>
      </w:r>
      <w:r w:rsidRPr="0078531E">
        <w:rPr>
          <w:spacing w:val="-3"/>
          <w:sz w:val="24"/>
        </w:rPr>
        <w:t xml:space="preserve"> </w:t>
      </w:r>
      <w:r w:rsidRPr="0078531E">
        <w:rPr>
          <w:sz w:val="24"/>
        </w:rPr>
        <w:t>szétválogat</w:t>
      </w:r>
      <w:r w:rsidRPr="0078531E">
        <w:rPr>
          <w:spacing w:val="-3"/>
          <w:sz w:val="24"/>
        </w:rPr>
        <w:t xml:space="preserve"> </w:t>
      </w:r>
      <w:r w:rsidRPr="0078531E">
        <w:rPr>
          <w:spacing w:val="-2"/>
          <w:sz w:val="24"/>
        </w:rPr>
        <w:t>(bont).</w:t>
      </w:r>
    </w:p>
    <w:p w14:paraId="767FCBE2"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Tulajdonságok</w:t>
      </w:r>
      <w:r w:rsidRPr="0078531E">
        <w:rPr>
          <w:spacing w:val="-3"/>
          <w:sz w:val="24"/>
        </w:rPr>
        <w:t xml:space="preserve"> </w:t>
      </w:r>
      <w:r w:rsidRPr="0078531E">
        <w:rPr>
          <w:sz w:val="24"/>
        </w:rPr>
        <w:t>szerint</w:t>
      </w:r>
      <w:r w:rsidRPr="0078531E">
        <w:rPr>
          <w:spacing w:val="-2"/>
          <w:sz w:val="24"/>
        </w:rPr>
        <w:t xml:space="preserve"> </w:t>
      </w:r>
      <w:r w:rsidRPr="0078531E">
        <w:rPr>
          <w:sz w:val="24"/>
        </w:rPr>
        <w:t>sorba</w:t>
      </w:r>
      <w:r w:rsidRPr="0078531E">
        <w:rPr>
          <w:spacing w:val="-3"/>
          <w:sz w:val="24"/>
        </w:rPr>
        <w:t xml:space="preserve"> </w:t>
      </w:r>
      <w:r w:rsidRPr="0078531E">
        <w:rPr>
          <w:spacing w:val="-2"/>
          <w:sz w:val="24"/>
        </w:rPr>
        <w:t>rendez.</w:t>
      </w:r>
    </w:p>
    <w:p w14:paraId="1FBD9DE8" w14:textId="77777777" w:rsidR="00AE0CFD" w:rsidRPr="0078531E" w:rsidRDefault="00C3522D" w:rsidP="009A0355">
      <w:pPr>
        <w:pStyle w:val="Listaszerbekezds"/>
        <w:numPr>
          <w:ilvl w:val="1"/>
          <w:numId w:val="2"/>
        </w:numPr>
        <w:tabs>
          <w:tab w:val="left" w:pos="856"/>
        </w:tabs>
        <w:spacing w:before="138" w:line="350" w:lineRule="auto"/>
        <w:ind w:left="856" w:right="454"/>
        <w:jc w:val="both"/>
        <w:rPr>
          <w:sz w:val="24"/>
        </w:rPr>
      </w:pPr>
      <w:r w:rsidRPr="0078531E">
        <w:rPr>
          <w:sz w:val="24"/>
        </w:rPr>
        <w:t>Több,</w:t>
      </w:r>
      <w:r w:rsidRPr="0078531E">
        <w:rPr>
          <w:spacing w:val="-6"/>
          <w:sz w:val="24"/>
        </w:rPr>
        <w:t xml:space="preserve"> </w:t>
      </w:r>
      <w:r w:rsidRPr="0078531E">
        <w:rPr>
          <w:sz w:val="24"/>
        </w:rPr>
        <w:t>kevesebb,</w:t>
      </w:r>
      <w:r w:rsidRPr="0078531E">
        <w:rPr>
          <w:spacing w:val="-6"/>
          <w:sz w:val="24"/>
        </w:rPr>
        <w:t xml:space="preserve"> </w:t>
      </w:r>
      <w:r w:rsidRPr="0078531E">
        <w:rPr>
          <w:sz w:val="24"/>
        </w:rPr>
        <w:t>ugyanannyit</w:t>
      </w:r>
      <w:r w:rsidRPr="0078531E">
        <w:rPr>
          <w:spacing w:val="-6"/>
          <w:sz w:val="24"/>
        </w:rPr>
        <w:t xml:space="preserve"> </w:t>
      </w:r>
      <w:r w:rsidRPr="0078531E">
        <w:rPr>
          <w:sz w:val="24"/>
        </w:rPr>
        <w:t>megkülönbözteti</w:t>
      </w:r>
      <w:r w:rsidRPr="0078531E">
        <w:rPr>
          <w:spacing w:val="-6"/>
          <w:sz w:val="24"/>
        </w:rPr>
        <w:t xml:space="preserve"> </w:t>
      </w:r>
      <w:r w:rsidRPr="0078531E">
        <w:rPr>
          <w:sz w:val="24"/>
        </w:rPr>
        <w:t>becsléssel,</w:t>
      </w:r>
      <w:r w:rsidRPr="0078531E">
        <w:rPr>
          <w:spacing w:val="-6"/>
          <w:sz w:val="24"/>
        </w:rPr>
        <w:t xml:space="preserve"> </w:t>
      </w:r>
      <w:r w:rsidRPr="0078531E">
        <w:rPr>
          <w:sz w:val="24"/>
        </w:rPr>
        <w:t>párosítással,</w:t>
      </w:r>
      <w:r w:rsidRPr="0078531E">
        <w:rPr>
          <w:spacing w:val="-6"/>
          <w:sz w:val="24"/>
        </w:rPr>
        <w:t xml:space="preserve"> </w:t>
      </w:r>
      <w:r w:rsidRPr="0078531E">
        <w:rPr>
          <w:sz w:val="24"/>
        </w:rPr>
        <w:t>számlálással</w:t>
      </w:r>
      <w:r w:rsidRPr="0078531E">
        <w:rPr>
          <w:spacing w:val="-6"/>
          <w:sz w:val="24"/>
        </w:rPr>
        <w:t xml:space="preserve"> </w:t>
      </w:r>
      <w:r w:rsidRPr="0078531E">
        <w:rPr>
          <w:sz w:val="24"/>
        </w:rPr>
        <w:t>és elő állítja.</w:t>
      </w:r>
    </w:p>
    <w:p w14:paraId="485F8A0C" w14:textId="77777777" w:rsidR="00AE0CFD" w:rsidRPr="0078531E" w:rsidRDefault="00C3522D" w:rsidP="009A0355">
      <w:pPr>
        <w:pStyle w:val="Listaszerbekezds"/>
        <w:numPr>
          <w:ilvl w:val="1"/>
          <w:numId w:val="2"/>
        </w:numPr>
        <w:tabs>
          <w:tab w:val="left" w:pos="856"/>
        </w:tabs>
        <w:spacing w:before="13"/>
        <w:ind w:left="856"/>
        <w:jc w:val="both"/>
        <w:rPr>
          <w:sz w:val="24"/>
        </w:rPr>
      </w:pPr>
      <w:r w:rsidRPr="0078531E">
        <w:rPr>
          <w:sz w:val="24"/>
        </w:rPr>
        <w:t>Mennyiséget</w:t>
      </w:r>
      <w:r w:rsidRPr="0078531E">
        <w:rPr>
          <w:spacing w:val="-6"/>
          <w:sz w:val="24"/>
        </w:rPr>
        <w:t xml:space="preserve"> </w:t>
      </w:r>
      <w:r w:rsidRPr="0078531E">
        <w:rPr>
          <w:sz w:val="24"/>
        </w:rPr>
        <w:t>megállapít</w:t>
      </w:r>
      <w:r w:rsidRPr="0078531E">
        <w:rPr>
          <w:spacing w:val="-2"/>
          <w:sz w:val="24"/>
        </w:rPr>
        <w:t xml:space="preserve"> számképről.</w:t>
      </w:r>
    </w:p>
    <w:p w14:paraId="143FD41D"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Számosság</w:t>
      </w:r>
      <w:r w:rsidRPr="0078531E">
        <w:rPr>
          <w:spacing w:val="-5"/>
          <w:sz w:val="24"/>
        </w:rPr>
        <w:t xml:space="preserve"> </w:t>
      </w:r>
      <w:r w:rsidRPr="0078531E">
        <w:rPr>
          <w:sz w:val="24"/>
        </w:rPr>
        <w:t>alapján</w:t>
      </w:r>
      <w:r w:rsidRPr="0078531E">
        <w:rPr>
          <w:spacing w:val="-2"/>
          <w:sz w:val="24"/>
        </w:rPr>
        <w:t xml:space="preserve"> </w:t>
      </w:r>
      <w:r w:rsidRPr="0078531E">
        <w:rPr>
          <w:sz w:val="24"/>
        </w:rPr>
        <w:t>halmazokat</w:t>
      </w:r>
      <w:r w:rsidRPr="0078531E">
        <w:rPr>
          <w:spacing w:val="-2"/>
          <w:sz w:val="24"/>
        </w:rPr>
        <w:t xml:space="preserve"> </w:t>
      </w:r>
      <w:r w:rsidRPr="0078531E">
        <w:rPr>
          <w:sz w:val="24"/>
        </w:rPr>
        <w:t>képez,</w:t>
      </w:r>
      <w:r w:rsidRPr="0078531E">
        <w:rPr>
          <w:spacing w:val="-1"/>
          <w:sz w:val="24"/>
        </w:rPr>
        <w:t xml:space="preserve"> </w:t>
      </w:r>
      <w:r w:rsidRPr="0078531E">
        <w:rPr>
          <w:spacing w:val="-2"/>
          <w:sz w:val="24"/>
        </w:rPr>
        <w:t>bont.</w:t>
      </w:r>
    </w:p>
    <w:p w14:paraId="6FB929A2" w14:textId="77777777" w:rsidR="00AE0CFD" w:rsidRPr="0078531E" w:rsidRDefault="00C3522D" w:rsidP="009A0355">
      <w:pPr>
        <w:pStyle w:val="Listaszerbekezds"/>
        <w:numPr>
          <w:ilvl w:val="1"/>
          <w:numId w:val="2"/>
        </w:numPr>
        <w:tabs>
          <w:tab w:val="left" w:pos="856"/>
        </w:tabs>
        <w:spacing w:before="135"/>
        <w:ind w:left="856"/>
        <w:jc w:val="both"/>
        <w:rPr>
          <w:sz w:val="24"/>
        </w:rPr>
      </w:pPr>
      <w:r w:rsidRPr="0078531E">
        <w:rPr>
          <w:sz w:val="24"/>
        </w:rPr>
        <w:t>Tő</w:t>
      </w:r>
      <w:r w:rsidRPr="0078531E">
        <w:rPr>
          <w:spacing w:val="-4"/>
          <w:sz w:val="24"/>
        </w:rPr>
        <w:t xml:space="preserve"> </w:t>
      </w:r>
      <w:r w:rsidRPr="0078531E">
        <w:rPr>
          <w:sz w:val="24"/>
        </w:rPr>
        <w:t>és</w:t>
      </w:r>
      <w:r w:rsidRPr="0078531E">
        <w:rPr>
          <w:spacing w:val="-2"/>
          <w:sz w:val="24"/>
        </w:rPr>
        <w:t xml:space="preserve"> </w:t>
      </w:r>
      <w:r w:rsidRPr="0078531E">
        <w:rPr>
          <w:sz w:val="24"/>
        </w:rPr>
        <w:t>sorszámokat</w:t>
      </w:r>
      <w:r w:rsidRPr="0078531E">
        <w:rPr>
          <w:spacing w:val="-1"/>
          <w:sz w:val="24"/>
        </w:rPr>
        <w:t xml:space="preserve"> </w:t>
      </w:r>
      <w:r w:rsidRPr="0078531E">
        <w:rPr>
          <w:sz w:val="24"/>
        </w:rPr>
        <w:t>ismeri,</w:t>
      </w:r>
      <w:r w:rsidRPr="0078531E">
        <w:rPr>
          <w:spacing w:val="-1"/>
          <w:sz w:val="24"/>
        </w:rPr>
        <w:t xml:space="preserve"> </w:t>
      </w:r>
      <w:r w:rsidRPr="0078531E">
        <w:rPr>
          <w:sz w:val="24"/>
        </w:rPr>
        <w:t>alkalmazza</w:t>
      </w:r>
      <w:r w:rsidRPr="0078531E">
        <w:rPr>
          <w:spacing w:val="-2"/>
          <w:sz w:val="24"/>
        </w:rPr>
        <w:t xml:space="preserve"> </w:t>
      </w:r>
      <w:r w:rsidRPr="0078531E">
        <w:rPr>
          <w:sz w:val="24"/>
        </w:rPr>
        <w:t>(10-</w:t>
      </w:r>
      <w:r w:rsidRPr="0078531E">
        <w:rPr>
          <w:spacing w:val="-4"/>
          <w:sz w:val="24"/>
        </w:rPr>
        <w:t>ig).</w:t>
      </w:r>
    </w:p>
    <w:p w14:paraId="2D7F2889"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Számfogalma</w:t>
      </w:r>
      <w:r w:rsidRPr="0078531E">
        <w:rPr>
          <w:spacing w:val="-3"/>
          <w:sz w:val="24"/>
        </w:rPr>
        <w:t xml:space="preserve"> </w:t>
      </w:r>
      <w:r w:rsidRPr="0078531E">
        <w:rPr>
          <w:sz w:val="24"/>
        </w:rPr>
        <w:t>6-os</w:t>
      </w:r>
      <w:r w:rsidRPr="0078531E">
        <w:rPr>
          <w:spacing w:val="-3"/>
          <w:sz w:val="24"/>
        </w:rPr>
        <w:t xml:space="preserve"> </w:t>
      </w:r>
      <w:r w:rsidRPr="0078531E">
        <w:rPr>
          <w:sz w:val="24"/>
        </w:rPr>
        <w:t>számkörben</w:t>
      </w:r>
      <w:r w:rsidRPr="0078531E">
        <w:rPr>
          <w:spacing w:val="-1"/>
          <w:sz w:val="24"/>
        </w:rPr>
        <w:t xml:space="preserve"> </w:t>
      </w:r>
      <w:r w:rsidRPr="0078531E">
        <w:rPr>
          <w:spacing w:val="-2"/>
          <w:sz w:val="24"/>
        </w:rPr>
        <w:t>biztos.</w:t>
      </w:r>
    </w:p>
    <w:p w14:paraId="0242CCD7"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Ítéleteket</w:t>
      </w:r>
      <w:r w:rsidRPr="0078531E">
        <w:rPr>
          <w:spacing w:val="-5"/>
          <w:sz w:val="24"/>
        </w:rPr>
        <w:t xml:space="preserve"> </w:t>
      </w:r>
      <w:r w:rsidRPr="0078531E">
        <w:rPr>
          <w:spacing w:val="-2"/>
          <w:sz w:val="24"/>
        </w:rPr>
        <w:t>alkot.</w:t>
      </w:r>
    </w:p>
    <w:p w14:paraId="57B90901"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Geometriai</w:t>
      </w:r>
      <w:r w:rsidRPr="0078531E">
        <w:rPr>
          <w:spacing w:val="-5"/>
          <w:sz w:val="24"/>
        </w:rPr>
        <w:t xml:space="preserve"> </w:t>
      </w:r>
      <w:r w:rsidRPr="0078531E">
        <w:rPr>
          <w:sz w:val="24"/>
        </w:rPr>
        <w:t>alakzatokat, kiterjedéseket</w:t>
      </w:r>
      <w:r w:rsidRPr="0078531E">
        <w:rPr>
          <w:spacing w:val="-2"/>
          <w:sz w:val="24"/>
        </w:rPr>
        <w:t xml:space="preserve"> </w:t>
      </w:r>
      <w:r w:rsidRPr="0078531E">
        <w:rPr>
          <w:sz w:val="24"/>
        </w:rPr>
        <w:t>érzékel,</w:t>
      </w:r>
      <w:r w:rsidRPr="0078531E">
        <w:rPr>
          <w:spacing w:val="-2"/>
          <w:sz w:val="24"/>
        </w:rPr>
        <w:t xml:space="preserve"> </w:t>
      </w:r>
      <w:r w:rsidRPr="0078531E">
        <w:rPr>
          <w:sz w:val="24"/>
        </w:rPr>
        <w:t>felismer,</w:t>
      </w:r>
      <w:r w:rsidRPr="0078531E">
        <w:rPr>
          <w:spacing w:val="-2"/>
          <w:sz w:val="24"/>
        </w:rPr>
        <w:t xml:space="preserve"> </w:t>
      </w:r>
      <w:r w:rsidRPr="0078531E">
        <w:rPr>
          <w:sz w:val="24"/>
        </w:rPr>
        <w:t>megnevez,</w:t>
      </w:r>
      <w:r w:rsidRPr="0078531E">
        <w:rPr>
          <w:spacing w:val="-2"/>
          <w:sz w:val="24"/>
        </w:rPr>
        <w:t xml:space="preserve"> létrehoz.</w:t>
      </w:r>
    </w:p>
    <w:p w14:paraId="709B4E58"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Méréseket</w:t>
      </w:r>
      <w:r w:rsidRPr="0078531E">
        <w:rPr>
          <w:spacing w:val="-4"/>
          <w:sz w:val="24"/>
        </w:rPr>
        <w:t xml:space="preserve"> </w:t>
      </w:r>
      <w:r w:rsidRPr="0078531E">
        <w:rPr>
          <w:sz w:val="24"/>
        </w:rPr>
        <w:t>alkalmaz</w:t>
      </w:r>
      <w:r w:rsidRPr="0078531E">
        <w:rPr>
          <w:spacing w:val="1"/>
          <w:sz w:val="24"/>
        </w:rPr>
        <w:t xml:space="preserve"> </w:t>
      </w:r>
      <w:r w:rsidRPr="0078531E">
        <w:rPr>
          <w:sz w:val="24"/>
        </w:rPr>
        <w:t>-</w:t>
      </w:r>
      <w:r w:rsidRPr="0078531E">
        <w:rPr>
          <w:spacing w:val="-2"/>
          <w:sz w:val="24"/>
        </w:rPr>
        <w:t xml:space="preserve"> </w:t>
      </w:r>
      <w:r w:rsidRPr="0078531E">
        <w:rPr>
          <w:sz w:val="24"/>
        </w:rPr>
        <w:t>becslés,</w:t>
      </w:r>
      <w:r w:rsidRPr="0078531E">
        <w:rPr>
          <w:spacing w:val="-2"/>
          <w:sz w:val="24"/>
        </w:rPr>
        <w:t xml:space="preserve"> </w:t>
      </w:r>
      <w:r w:rsidRPr="0078531E">
        <w:rPr>
          <w:sz w:val="24"/>
        </w:rPr>
        <w:t>összemérés,</w:t>
      </w:r>
      <w:r w:rsidRPr="0078531E">
        <w:rPr>
          <w:spacing w:val="-1"/>
          <w:sz w:val="24"/>
        </w:rPr>
        <w:t xml:space="preserve"> </w:t>
      </w:r>
      <w:r w:rsidRPr="0078531E">
        <w:rPr>
          <w:sz w:val="24"/>
        </w:rPr>
        <w:t>kimér</w:t>
      </w:r>
      <w:r w:rsidRPr="0078531E">
        <w:rPr>
          <w:spacing w:val="-1"/>
          <w:sz w:val="24"/>
        </w:rPr>
        <w:t xml:space="preserve"> </w:t>
      </w:r>
      <w:r w:rsidRPr="0078531E">
        <w:rPr>
          <w:sz w:val="24"/>
        </w:rPr>
        <w:t>adott</w:t>
      </w:r>
      <w:r w:rsidRPr="0078531E">
        <w:rPr>
          <w:spacing w:val="-1"/>
          <w:sz w:val="24"/>
        </w:rPr>
        <w:t xml:space="preserve"> </w:t>
      </w:r>
      <w:r w:rsidRPr="0078531E">
        <w:rPr>
          <w:spacing w:val="-2"/>
          <w:sz w:val="24"/>
        </w:rPr>
        <w:t>egységgel.</w:t>
      </w:r>
    </w:p>
    <w:p w14:paraId="111974CA"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Ritmikus</w:t>
      </w:r>
      <w:r w:rsidRPr="0078531E">
        <w:rPr>
          <w:spacing w:val="-1"/>
          <w:sz w:val="24"/>
        </w:rPr>
        <w:t xml:space="preserve"> </w:t>
      </w:r>
      <w:r w:rsidRPr="0078531E">
        <w:rPr>
          <w:sz w:val="24"/>
        </w:rPr>
        <w:t>sorokat</w:t>
      </w:r>
      <w:r w:rsidRPr="0078531E">
        <w:rPr>
          <w:spacing w:val="-1"/>
          <w:sz w:val="24"/>
        </w:rPr>
        <w:t xml:space="preserve"> </w:t>
      </w:r>
      <w:r w:rsidRPr="0078531E">
        <w:rPr>
          <w:sz w:val="24"/>
        </w:rPr>
        <w:t xml:space="preserve">alkot, </w:t>
      </w:r>
      <w:r w:rsidRPr="0078531E">
        <w:rPr>
          <w:spacing w:val="-2"/>
          <w:sz w:val="24"/>
        </w:rPr>
        <w:t>folytat.</w:t>
      </w:r>
    </w:p>
    <w:p w14:paraId="18A235BD"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t>Matematikai</w:t>
      </w:r>
      <w:r w:rsidRPr="0078531E">
        <w:rPr>
          <w:spacing w:val="-3"/>
          <w:sz w:val="24"/>
        </w:rPr>
        <w:t xml:space="preserve"> </w:t>
      </w:r>
      <w:r w:rsidRPr="0078531E">
        <w:rPr>
          <w:sz w:val="24"/>
        </w:rPr>
        <w:t>helyzeteket</w:t>
      </w:r>
      <w:r w:rsidRPr="0078531E">
        <w:rPr>
          <w:spacing w:val="-1"/>
          <w:sz w:val="24"/>
        </w:rPr>
        <w:t xml:space="preserve"> </w:t>
      </w:r>
      <w:r w:rsidRPr="0078531E">
        <w:rPr>
          <w:sz w:val="24"/>
        </w:rPr>
        <w:t>érzékel,</w:t>
      </w:r>
      <w:r w:rsidRPr="0078531E">
        <w:rPr>
          <w:spacing w:val="-3"/>
          <w:sz w:val="24"/>
        </w:rPr>
        <w:t xml:space="preserve"> </w:t>
      </w:r>
      <w:r w:rsidRPr="0078531E">
        <w:rPr>
          <w:sz w:val="24"/>
        </w:rPr>
        <w:t>létrehoz (szimmetria</w:t>
      </w:r>
      <w:r w:rsidRPr="0078531E">
        <w:rPr>
          <w:spacing w:val="-2"/>
          <w:sz w:val="24"/>
        </w:rPr>
        <w:t xml:space="preserve"> stb.).</w:t>
      </w:r>
    </w:p>
    <w:p w14:paraId="21F44AA9" w14:textId="77777777" w:rsidR="00AE0CFD" w:rsidRPr="0078531E" w:rsidRDefault="00C3522D" w:rsidP="009A0355">
      <w:pPr>
        <w:pStyle w:val="Cmsor5"/>
        <w:tabs>
          <w:tab w:val="left" w:pos="856"/>
        </w:tabs>
        <w:spacing w:before="142"/>
        <w:ind w:left="856" w:firstLine="0"/>
        <w:jc w:val="both"/>
        <w:rPr>
          <w:b w:val="0"/>
          <w:i w:val="0"/>
        </w:rPr>
      </w:pPr>
      <w:r w:rsidRPr="0078531E">
        <w:t>4.5.</w:t>
      </w:r>
      <w:r w:rsidRPr="0078531E">
        <w:rPr>
          <w:spacing w:val="-1"/>
        </w:rPr>
        <w:t xml:space="preserve"> </w:t>
      </w:r>
      <w:r w:rsidRPr="0078531E">
        <w:t>Verselés,</w:t>
      </w:r>
      <w:r w:rsidRPr="0078531E">
        <w:rPr>
          <w:spacing w:val="-2"/>
        </w:rPr>
        <w:t xml:space="preserve"> mesélés</w:t>
      </w:r>
    </w:p>
    <w:p w14:paraId="3861B0D1" w14:textId="7A30C333" w:rsidR="00AE0CFD" w:rsidRPr="00A42104" w:rsidRDefault="00C3522D" w:rsidP="0058501D">
      <w:pPr>
        <w:pStyle w:val="Listaszerbekezds"/>
        <w:numPr>
          <w:ilvl w:val="1"/>
          <w:numId w:val="2"/>
        </w:numPr>
        <w:tabs>
          <w:tab w:val="left" w:pos="856"/>
        </w:tabs>
        <w:spacing w:before="71" w:line="352" w:lineRule="auto"/>
        <w:ind w:left="856" w:right="705"/>
        <w:jc w:val="both"/>
        <w:rPr>
          <w:sz w:val="24"/>
        </w:rPr>
      </w:pPr>
      <w:r w:rsidRPr="00A42104">
        <w:rPr>
          <w:sz w:val="24"/>
        </w:rPr>
        <w:t>Szívesen</w:t>
      </w:r>
      <w:r w:rsidRPr="00A42104">
        <w:rPr>
          <w:spacing w:val="-3"/>
          <w:sz w:val="24"/>
        </w:rPr>
        <w:t xml:space="preserve"> </w:t>
      </w:r>
      <w:r w:rsidRPr="00A42104">
        <w:rPr>
          <w:sz w:val="24"/>
        </w:rPr>
        <w:t>hallgatja</w:t>
      </w:r>
      <w:r w:rsidRPr="00A42104">
        <w:rPr>
          <w:spacing w:val="-2"/>
          <w:sz w:val="24"/>
        </w:rPr>
        <w:t xml:space="preserve"> </w:t>
      </w:r>
      <w:r w:rsidRPr="00A42104">
        <w:rPr>
          <w:sz w:val="24"/>
        </w:rPr>
        <w:t>a</w:t>
      </w:r>
      <w:r w:rsidRPr="00A42104">
        <w:rPr>
          <w:spacing w:val="-3"/>
          <w:sz w:val="24"/>
        </w:rPr>
        <w:t xml:space="preserve"> </w:t>
      </w:r>
      <w:r w:rsidRPr="00A42104">
        <w:rPr>
          <w:sz w:val="24"/>
        </w:rPr>
        <w:t>mesét,</w:t>
      </w:r>
      <w:r w:rsidRPr="00A42104">
        <w:rPr>
          <w:spacing w:val="-2"/>
          <w:sz w:val="24"/>
        </w:rPr>
        <w:t xml:space="preserve"> </w:t>
      </w:r>
      <w:proofErr w:type="spellStart"/>
      <w:r w:rsidRPr="00A42104">
        <w:rPr>
          <w:spacing w:val="-2"/>
          <w:sz w:val="24"/>
        </w:rPr>
        <w:t>verset</w:t>
      </w:r>
      <w:r w:rsidRPr="00A42104">
        <w:rPr>
          <w:sz w:val="24"/>
        </w:rPr>
        <w:t>Társaival</w:t>
      </w:r>
      <w:proofErr w:type="spellEnd"/>
      <w:r w:rsidRPr="00A42104">
        <w:rPr>
          <w:spacing w:val="-4"/>
          <w:sz w:val="24"/>
        </w:rPr>
        <w:t xml:space="preserve"> </w:t>
      </w:r>
      <w:r w:rsidRPr="00A42104">
        <w:rPr>
          <w:sz w:val="24"/>
        </w:rPr>
        <w:t>képes</w:t>
      </w:r>
      <w:r w:rsidRPr="00A42104">
        <w:rPr>
          <w:spacing w:val="-5"/>
          <w:sz w:val="24"/>
        </w:rPr>
        <w:t xml:space="preserve"> </w:t>
      </w:r>
      <w:r w:rsidRPr="00A42104">
        <w:rPr>
          <w:sz w:val="24"/>
        </w:rPr>
        <w:t>meséket</w:t>
      </w:r>
      <w:r w:rsidRPr="00A42104">
        <w:rPr>
          <w:spacing w:val="-4"/>
          <w:sz w:val="24"/>
        </w:rPr>
        <w:t xml:space="preserve"> </w:t>
      </w:r>
      <w:r w:rsidRPr="00A42104">
        <w:rPr>
          <w:sz w:val="24"/>
        </w:rPr>
        <w:t>eljátszani</w:t>
      </w:r>
      <w:r w:rsidRPr="00A42104">
        <w:rPr>
          <w:spacing w:val="-4"/>
          <w:sz w:val="24"/>
        </w:rPr>
        <w:t xml:space="preserve"> </w:t>
      </w:r>
      <w:r w:rsidRPr="00A42104">
        <w:rPr>
          <w:sz w:val="24"/>
        </w:rPr>
        <w:t>és</w:t>
      </w:r>
      <w:r w:rsidRPr="00A42104">
        <w:rPr>
          <w:spacing w:val="-5"/>
          <w:sz w:val="24"/>
        </w:rPr>
        <w:t xml:space="preserve"> </w:t>
      </w:r>
      <w:proofErr w:type="spellStart"/>
      <w:r w:rsidRPr="00A42104">
        <w:rPr>
          <w:sz w:val="24"/>
        </w:rPr>
        <w:t>elbábozni</w:t>
      </w:r>
      <w:proofErr w:type="spellEnd"/>
      <w:r w:rsidRPr="00A42104">
        <w:rPr>
          <w:spacing w:val="-4"/>
          <w:sz w:val="24"/>
        </w:rPr>
        <w:t xml:space="preserve"> </w:t>
      </w:r>
      <w:r w:rsidRPr="00A42104">
        <w:rPr>
          <w:sz w:val="24"/>
        </w:rPr>
        <w:t>változatos</w:t>
      </w:r>
      <w:r w:rsidRPr="00A42104">
        <w:rPr>
          <w:spacing w:val="-5"/>
          <w:sz w:val="24"/>
        </w:rPr>
        <w:t xml:space="preserve"> </w:t>
      </w:r>
      <w:r w:rsidRPr="00A42104">
        <w:rPr>
          <w:sz w:val="24"/>
        </w:rPr>
        <w:t>bábokkal</w:t>
      </w:r>
      <w:r w:rsidRPr="00A42104">
        <w:rPr>
          <w:spacing w:val="-4"/>
          <w:sz w:val="24"/>
        </w:rPr>
        <w:t xml:space="preserve"> </w:t>
      </w:r>
      <w:r w:rsidRPr="00A42104">
        <w:rPr>
          <w:sz w:val="24"/>
        </w:rPr>
        <w:t>(ujjbáb,</w:t>
      </w:r>
      <w:r w:rsidRPr="00A42104">
        <w:rPr>
          <w:spacing w:val="-4"/>
          <w:sz w:val="24"/>
        </w:rPr>
        <w:t xml:space="preserve"> </w:t>
      </w:r>
      <w:r w:rsidRPr="00A42104">
        <w:rPr>
          <w:sz w:val="24"/>
        </w:rPr>
        <w:t>síkbáb, fakanálbáb, zsákbáb, kesztyűbáb).</w:t>
      </w:r>
    </w:p>
    <w:p w14:paraId="16C9019E" w14:textId="77777777" w:rsidR="00AE0CFD" w:rsidRPr="0078531E" w:rsidRDefault="00C3522D" w:rsidP="009A0355">
      <w:pPr>
        <w:pStyle w:val="Listaszerbekezds"/>
        <w:numPr>
          <w:ilvl w:val="1"/>
          <w:numId w:val="2"/>
        </w:numPr>
        <w:tabs>
          <w:tab w:val="left" w:pos="856"/>
        </w:tabs>
        <w:spacing w:before="10"/>
        <w:ind w:left="856"/>
        <w:jc w:val="both"/>
        <w:rPr>
          <w:sz w:val="24"/>
        </w:rPr>
      </w:pPr>
      <w:r w:rsidRPr="0078531E">
        <w:rPr>
          <w:sz w:val="24"/>
        </w:rPr>
        <w:t>El</w:t>
      </w:r>
      <w:r w:rsidRPr="0078531E">
        <w:rPr>
          <w:spacing w:val="-1"/>
          <w:sz w:val="24"/>
        </w:rPr>
        <w:t xml:space="preserve"> </w:t>
      </w:r>
      <w:r w:rsidRPr="0078531E">
        <w:rPr>
          <w:sz w:val="24"/>
        </w:rPr>
        <w:t>tudja mondani néhány</w:t>
      </w:r>
      <w:r w:rsidRPr="0078531E">
        <w:rPr>
          <w:spacing w:val="-3"/>
          <w:sz w:val="24"/>
        </w:rPr>
        <w:t xml:space="preserve"> </w:t>
      </w:r>
      <w:r w:rsidRPr="0078531E">
        <w:rPr>
          <w:sz w:val="24"/>
        </w:rPr>
        <w:t>mese</w:t>
      </w:r>
      <w:r w:rsidRPr="0078531E">
        <w:rPr>
          <w:spacing w:val="-2"/>
          <w:sz w:val="24"/>
        </w:rPr>
        <w:t xml:space="preserve"> </w:t>
      </w:r>
      <w:r w:rsidRPr="0078531E">
        <w:rPr>
          <w:sz w:val="24"/>
        </w:rPr>
        <w:t xml:space="preserve">tartalmát </w:t>
      </w:r>
      <w:r w:rsidRPr="0078531E">
        <w:rPr>
          <w:spacing w:val="-2"/>
          <w:sz w:val="24"/>
        </w:rPr>
        <w:t>egyedül.</w:t>
      </w:r>
    </w:p>
    <w:p w14:paraId="384FCD03" w14:textId="77777777" w:rsidR="00AE0CFD" w:rsidRPr="0078531E" w:rsidRDefault="00C3522D" w:rsidP="009A0355">
      <w:pPr>
        <w:pStyle w:val="Listaszerbekezds"/>
        <w:numPr>
          <w:ilvl w:val="1"/>
          <w:numId w:val="2"/>
        </w:numPr>
        <w:tabs>
          <w:tab w:val="left" w:pos="856"/>
        </w:tabs>
        <w:spacing w:before="135"/>
        <w:ind w:left="856"/>
        <w:jc w:val="both"/>
        <w:rPr>
          <w:sz w:val="24"/>
        </w:rPr>
      </w:pPr>
      <w:r w:rsidRPr="0078531E">
        <w:rPr>
          <w:sz w:val="24"/>
        </w:rPr>
        <w:t>A</w:t>
      </w:r>
      <w:r w:rsidRPr="0078531E">
        <w:rPr>
          <w:spacing w:val="-3"/>
          <w:sz w:val="24"/>
        </w:rPr>
        <w:t xml:space="preserve"> </w:t>
      </w:r>
      <w:r w:rsidRPr="0078531E">
        <w:rPr>
          <w:sz w:val="24"/>
        </w:rPr>
        <w:t>történetet</w:t>
      </w:r>
      <w:r w:rsidRPr="0078531E">
        <w:rPr>
          <w:spacing w:val="-2"/>
          <w:sz w:val="24"/>
        </w:rPr>
        <w:t xml:space="preserve"> megérti.</w:t>
      </w:r>
    </w:p>
    <w:p w14:paraId="6878B1EC"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Az</w:t>
      </w:r>
      <w:r w:rsidRPr="0078531E">
        <w:rPr>
          <w:spacing w:val="-4"/>
          <w:sz w:val="24"/>
        </w:rPr>
        <w:t xml:space="preserve"> </w:t>
      </w:r>
      <w:r w:rsidRPr="0078531E">
        <w:rPr>
          <w:sz w:val="24"/>
        </w:rPr>
        <w:t>erkölcsi</w:t>
      </w:r>
      <w:r w:rsidRPr="0078531E">
        <w:rPr>
          <w:spacing w:val="-2"/>
          <w:sz w:val="24"/>
        </w:rPr>
        <w:t xml:space="preserve"> </w:t>
      </w:r>
      <w:r w:rsidRPr="0078531E">
        <w:rPr>
          <w:sz w:val="24"/>
        </w:rPr>
        <w:t>tanulságokat</w:t>
      </w:r>
      <w:r w:rsidRPr="0078531E">
        <w:rPr>
          <w:spacing w:val="1"/>
          <w:sz w:val="24"/>
        </w:rPr>
        <w:t xml:space="preserve"> </w:t>
      </w:r>
      <w:r w:rsidRPr="0078531E">
        <w:rPr>
          <w:spacing w:val="-2"/>
          <w:sz w:val="24"/>
        </w:rPr>
        <w:t>megérti.</w:t>
      </w:r>
    </w:p>
    <w:p w14:paraId="794E8FA9"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Ismer,</w:t>
      </w:r>
      <w:r w:rsidRPr="0078531E">
        <w:rPr>
          <w:spacing w:val="-2"/>
          <w:sz w:val="24"/>
        </w:rPr>
        <w:t xml:space="preserve"> </w:t>
      </w:r>
      <w:r w:rsidRPr="0078531E">
        <w:rPr>
          <w:sz w:val="24"/>
        </w:rPr>
        <w:t>és</w:t>
      </w:r>
      <w:r w:rsidRPr="0078531E">
        <w:rPr>
          <w:spacing w:val="-2"/>
          <w:sz w:val="24"/>
        </w:rPr>
        <w:t xml:space="preserve"> </w:t>
      </w:r>
      <w:r w:rsidRPr="0078531E">
        <w:rPr>
          <w:sz w:val="24"/>
        </w:rPr>
        <w:t>el</w:t>
      </w:r>
      <w:r w:rsidRPr="0078531E">
        <w:rPr>
          <w:spacing w:val="-2"/>
          <w:sz w:val="24"/>
        </w:rPr>
        <w:t xml:space="preserve"> </w:t>
      </w:r>
      <w:r w:rsidRPr="0078531E">
        <w:rPr>
          <w:sz w:val="24"/>
        </w:rPr>
        <w:t>tud</w:t>
      </w:r>
      <w:r w:rsidRPr="0078531E">
        <w:rPr>
          <w:spacing w:val="-1"/>
          <w:sz w:val="24"/>
        </w:rPr>
        <w:t xml:space="preserve"> </w:t>
      </w:r>
      <w:r w:rsidRPr="0078531E">
        <w:rPr>
          <w:sz w:val="24"/>
        </w:rPr>
        <w:t>mondani</w:t>
      </w:r>
      <w:r w:rsidRPr="0078531E">
        <w:rPr>
          <w:spacing w:val="1"/>
          <w:sz w:val="24"/>
        </w:rPr>
        <w:t xml:space="preserve"> </w:t>
      </w:r>
      <w:r w:rsidRPr="0078531E">
        <w:rPr>
          <w:sz w:val="24"/>
        </w:rPr>
        <w:t>több</w:t>
      </w:r>
      <w:r w:rsidRPr="0078531E">
        <w:rPr>
          <w:spacing w:val="-2"/>
          <w:sz w:val="24"/>
        </w:rPr>
        <w:t xml:space="preserve"> </w:t>
      </w:r>
      <w:r w:rsidRPr="0078531E">
        <w:rPr>
          <w:sz w:val="24"/>
        </w:rPr>
        <w:t>ritmikus</w:t>
      </w:r>
      <w:r w:rsidRPr="0078531E">
        <w:rPr>
          <w:spacing w:val="-2"/>
          <w:sz w:val="24"/>
        </w:rPr>
        <w:t xml:space="preserve"> </w:t>
      </w:r>
      <w:r w:rsidRPr="0078531E">
        <w:rPr>
          <w:sz w:val="24"/>
        </w:rPr>
        <w:t>verset,</w:t>
      </w:r>
      <w:r w:rsidRPr="0078531E">
        <w:rPr>
          <w:spacing w:val="-1"/>
          <w:sz w:val="24"/>
        </w:rPr>
        <w:t xml:space="preserve"> </w:t>
      </w:r>
      <w:r w:rsidRPr="0078531E">
        <w:rPr>
          <w:spacing w:val="-2"/>
          <w:sz w:val="24"/>
        </w:rPr>
        <w:t>népköltést.</w:t>
      </w:r>
    </w:p>
    <w:p w14:paraId="55EA39EF"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z w:val="24"/>
        </w:rPr>
        <w:lastRenderedPageBreak/>
        <w:t>Ismer,</w:t>
      </w:r>
      <w:r w:rsidRPr="0078531E">
        <w:rPr>
          <w:spacing w:val="-2"/>
          <w:sz w:val="24"/>
        </w:rPr>
        <w:t xml:space="preserve"> </w:t>
      </w:r>
      <w:r w:rsidRPr="0078531E">
        <w:rPr>
          <w:sz w:val="24"/>
        </w:rPr>
        <w:t>és</w:t>
      </w:r>
      <w:r w:rsidRPr="0078531E">
        <w:rPr>
          <w:spacing w:val="-2"/>
          <w:sz w:val="24"/>
        </w:rPr>
        <w:t xml:space="preserve"> </w:t>
      </w:r>
      <w:r w:rsidRPr="0078531E">
        <w:rPr>
          <w:sz w:val="24"/>
        </w:rPr>
        <w:t>el</w:t>
      </w:r>
      <w:r w:rsidRPr="0078531E">
        <w:rPr>
          <w:spacing w:val="-1"/>
          <w:sz w:val="24"/>
        </w:rPr>
        <w:t xml:space="preserve"> </w:t>
      </w:r>
      <w:r w:rsidRPr="0078531E">
        <w:rPr>
          <w:sz w:val="24"/>
        </w:rPr>
        <w:t>tud</w:t>
      </w:r>
      <w:r w:rsidRPr="0078531E">
        <w:rPr>
          <w:spacing w:val="-2"/>
          <w:sz w:val="24"/>
        </w:rPr>
        <w:t xml:space="preserve"> </w:t>
      </w:r>
      <w:r w:rsidRPr="0078531E">
        <w:rPr>
          <w:sz w:val="24"/>
        </w:rPr>
        <w:t>mondani</w:t>
      </w:r>
      <w:r w:rsidRPr="0078531E">
        <w:rPr>
          <w:spacing w:val="1"/>
          <w:sz w:val="24"/>
        </w:rPr>
        <w:t xml:space="preserve"> </w:t>
      </w:r>
      <w:r w:rsidRPr="0078531E">
        <w:rPr>
          <w:sz w:val="24"/>
        </w:rPr>
        <w:t>egyéb,</w:t>
      </w:r>
      <w:r w:rsidRPr="0078531E">
        <w:rPr>
          <w:spacing w:val="-1"/>
          <w:sz w:val="24"/>
        </w:rPr>
        <w:t xml:space="preserve"> </w:t>
      </w:r>
      <w:r w:rsidRPr="0078531E">
        <w:rPr>
          <w:sz w:val="24"/>
        </w:rPr>
        <w:t>hosszabb</w:t>
      </w:r>
      <w:r w:rsidRPr="0078531E">
        <w:rPr>
          <w:spacing w:val="-1"/>
          <w:sz w:val="24"/>
        </w:rPr>
        <w:t xml:space="preserve"> </w:t>
      </w:r>
      <w:r w:rsidRPr="0078531E">
        <w:rPr>
          <w:spacing w:val="-2"/>
          <w:sz w:val="24"/>
        </w:rPr>
        <w:t>verset.</w:t>
      </w:r>
    </w:p>
    <w:p w14:paraId="15BD6343" w14:textId="77777777" w:rsidR="00AE0CFD" w:rsidRPr="0078531E" w:rsidRDefault="00C3522D" w:rsidP="009A0355">
      <w:pPr>
        <w:pStyle w:val="Cmsor5"/>
        <w:tabs>
          <w:tab w:val="left" w:pos="856"/>
        </w:tabs>
        <w:ind w:left="856" w:firstLine="0"/>
        <w:jc w:val="both"/>
        <w:rPr>
          <w:b w:val="0"/>
          <w:i w:val="0"/>
        </w:rPr>
      </w:pPr>
      <w:r w:rsidRPr="0078531E">
        <w:t>4.6.</w:t>
      </w:r>
      <w:r w:rsidRPr="0078531E">
        <w:rPr>
          <w:spacing w:val="-2"/>
        </w:rPr>
        <w:t xml:space="preserve"> </w:t>
      </w:r>
      <w:r w:rsidRPr="0078531E">
        <w:t>Rajzolás,</w:t>
      </w:r>
      <w:r w:rsidRPr="0078531E">
        <w:rPr>
          <w:spacing w:val="-2"/>
        </w:rPr>
        <w:t xml:space="preserve"> </w:t>
      </w:r>
      <w:r w:rsidRPr="0078531E">
        <w:t>festés,</w:t>
      </w:r>
      <w:r w:rsidRPr="0078531E">
        <w:rPr>
          <w:spacing w:val="-2"/>
        </w:rPr>
        <w:t xml:space="preserve"> </w:t>
      </w:r>
      <w:r w:rsidRPr="0078531E">
        <w:t>mintázás,</w:t>
      </w:r>
      <w:r w:rsidRPr="0078531E">
        <w:rPr>
          <w:spacing w:val="-1"/>
        </w:rPr>
        <w:t xml:space="preserve"> </w:t>
      </w:r>
      <w:r w:rsidRPr="0078531E">
        <w:rPr>
          <w:spacing w:val="-2"/>
        </w:rPr>
        <w:t>kézimunka</w:t>
      </w:r>
    </w:p>
    <w:p w14:paraId="1D95C839" w14:textId="77777777" w:rsidR="00AE0CFD" w:rsidRPr="0078531E" w:rsidRDefault="00C3522D" w:rsidP="009A0355">
      <w:pPr>
        <w:pStyle w:val="Listaszerbekezds"/>
        <w:numPr>
          <w:ilvl w:val="1"/>
          <w:numId w:val="2"/>
        </w:numPr>
        <w:tabs>
          <w:tab w:val="left" w:pos="856"/>
        </w:tabs>
        <w:spacing w:before="133"/>
        <w:ind w:left="856"/>
        <w:jc w:val="both"/>
        <w:rPr>
          <w:sz w:val="24"/>
        </w:rPr>
      </w:pPr>
      <w:r w:rsidRPr="0078531E">
        <w:rPr>
          <w:sz w:val="24"/>
        </w:rPr>
        <w:t>Szívesen</w:t>
      </w:r>
      <w:r w:rsidRPr="0078531E">
        <w:rPr>
          <w:spacing w:val="-1"/>
          <w:sz w:val="24"/>
        </w:rPr>
        <w:t xml:space="preserve"> </w:t>
      </w:r>
      <w:r w:rsidRPr="0078531E">
        <w:rPr>
          <w:spacing w:val="-2"/>
          <w:sz w:val="24"/>
        </w:rPr>
        <w:t>ábrázol.</w:t>
      </w:r>
    </w:p>
    <w:p w14:paraId="162F061B" w14:textId="77777777" w:rsidR="00AE0CFD" w:rsidRPr="0078531E" w:rsidRDefault="00C3522D" w:rsidP="009A0355">
      <w:pPr>
        <w:pStyle w:val="Listaszerbekezds"/>
        <w:numPr>
          <w:ilvl w:val="1"/>
          <w:numId w:val="2"/>
        </w:numPr>
        <w:tabs>
          <w:tab w:val="left" w:pos="856"/>
        </w:tabs>
        <w:spacing w:before="136" w:line="352" w:lineRule="auto"/>
        <w:ind w:left="856" w:right="1232"/>
        <w:jc w:val="both"/>
        <w:rPr>
          <w:sz w:val="24"/>
        </w:rPr>
      </w:pPr>
      <w:r w:rsidRPr="0078531E">
        <w:rPr>
          <w:sz w:val="24"/>
        </w:rPr>
        <w:t>Megfelelően</w:t>
      </w:r>
      <w:r w:rsidRPr="0078531E">
        <w:rPr>
          <w:spacing w:val="-2"/>
          <w:sz w:val="24"/>
        </w:rPr>
        <w:t xml:space="preserve"> </w:t>
      </w:r>
      <w:r w:rsidRPr="0078531E">
        <w:rPr>
          <w:sz w:val="24"/>
        </w:rPr>
        <w:t>fogja,</w:t>
      </w:r>
      <w:r w:rsidRPr="0078531E">
        <w:rPr>
          <w:spacing w:val="-4"/>
          <w:sz w:val="24"/>
        </w:rPr>
        <w:t xml:space="preserve"> </w:t>
      </w:r>
      <w:r w:rsidRPr="0078531E">
        <w:rPr>
          <w:sz w:val="24"/>
        </w:rPr>
        <w:t>használja</w:t>
      </w:r>
      <w:r w:rsidRPr="0078531E">
        <w:rPr>
          <w:spacing w:val="-5"/>
          <w:sz w:val="24"/>
        </w:rPr>
        <w:t xml:space="preserve"> </w:t>
      </w:r>
      <w:r w:rsidRPr="0078531E">
        <w:rPr>
          <w:sz w:val="24"/>
        </w:rPr>
        <w:t>az</w:t>
      </w:r>
      <w:r w:rsidRPr="0078531E">
        <w:rPr>
          <w:spacing w:val="-3"/>
          <w:sz w:val="24"/>
        </w:rPr>
        <w:t xml:space="preserve"> </w:t>
      </w:r>
      <w:r w:rsidRPr="0078531E">
        <w:rPr>
          <w:sz w:val="24"/>
        </w:rPr>
        <w:t>ábrázolás</w:t>
      </w:r>
      <w:r w:rsidRPr="0078531E">
        <w:rPr>
          <w:spacing w:val="-3"/>
          <w:sz w:val="24"/>
        </w:rPr>
        <w:t xml:space="preserve"> </w:t>
      </w:r>
      <w:r w:rsidRPr="0078531E">
        <w:rPr>
          <w:sz w:val="24"/>
        </w:rPr>
        <w:t>eszközeit,</w:t>
      </w:r>
      <w:r w:rsidRPr="0078531E">
        <w:rPr>
          <w:spacing w:val="-4"/>
          <w:sz w:val="24"/>
        </w:rPr>
        <w:t xml:space="preserve"> </w:t>
      </w:r>
      <w:r w:rsidRPr="0078531E">
        <w:rPr>
          <w:sz w:val="24"/>
        </w:rPr>
        <w:t>tudja</w:t>
      </w:r>
      <w:r w:rsidRPr="0078531E">
        <w:rPr>
          <w:spacing w:val="-5"/>
          <w:sz w:val="24"/>
        </w:rPr>
        <w:t xml:space="preserve"> </w:t>
      </w:r>
      <w:r w:rsidRPr="0078531E">
        <w:rPr>
          <w:sz w:val="24"/>
        </w:rPr>
        <w:t>melyiket,</w:t>
      </w:r>
      <w:r w:rsidRPr="0078531E">
        <w:rPr>
          <w:spacing w:val="-4"/>
          <w:sz w:val="24"/>
        </w:rPr>
        <w:t xml:space="preserve"> </w:t>
      </w:r>
      <w:r w:rsidRPr="0078531E">
        <w:rPr>
          <w:sz w:val="24"/>
        </w:rPr>
        <w:t>mire</w:t>
      </w:r>
      <w:r w:rsidRPr="0078531E">
        <w:rPr>
          <w:spacing w:val="-6"/>
          <w:sz w:val="24"/>
        </w:rPr>
        <w:t xml:space="preserve"> </w:t>
      </w:r>
      <w:r w:rsidRPr="0078531E">
        <w:rPr>
          <w:sz w:val="24"/>
        </w:rPr>
        <w:t xml:space="preserve">lehet </w:t>
      </w:r>
      <w:r w:rsidRPr="0078531E">
        <w:rPr>
          <w:spacing w:val="-2"/>
          <w:sz w:val="24"/>
        </w:rPr>
        <w:t>használni.</w:t>
      </w:r>
    </w:p>
    <w:p w14:paraId="2509F3A8" w14:textId="77777777" w:rsidR="00AE0CFD" w:rsidRPr="0078531E" w:rsidRDefault="00C3522D" w:rsidP="009A0355">
      <w:pPr>
        <w:pStyle w:val="Listaszerbekezds"/>
        <w:numPr>
          <w:ilvl w:val="1"/>
          <w:numId w:val="2"/>
        </w:numPr>
        <w:tabs>
          <w:tab w:val="left" w:pos="856"/>
        </w:tabs>
        <w:spacing w:before="7"/>
        <w:ind w:left="856"/>
        <w:jc w:val="both"/>
        <w:rPr>
          <w:sz w:val="24"/>
        </w:rPr>
      </w:pPr>
      <w:r w:rsidRPr="0078531E">
        <w:rPr>
          <w:sz w:val="24"/>
        </w:rPr>
        <w:t>Fest,</w:t>
      </w:r>
      <w:r w:rsidRPr="0078531E">
        <w:rPr>
          <w:spacing w:val="-2"/>
          <w:sz w:val="24"/>
        </w:rPr>
        <w:t xml:space="preserve"> </w:t>
      </w:r>
      <w:r w:rsidRPr="0078531E">
        <w:rPr>
          <w:sz w:val="24"/>
        </w:rPr>
        <w:t>rajzol,</w:t>
      </w:r>
      <w:r w:rsidRPr="0078531E">
        <w:rPr>
          <w:spacing w:val="-1"/>
          <w:sz w:val="24"/>
        </w:rPr>
        <w:t xml:space="preserve"> </w:t>
      </w:r>
      <w:r w:rsidRPr="0078531E">
        <w:rPr>
          <w:spacing w:val="-2"/>
          <w:sz w:val="24"/>
        </w:rPr>
        <w:t>színez.</w:t>
      </w:r>
    </w:p>
    <w:p w14:paraId="09D53034"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Ismeri</w:t>
      </w:r>
      <w:r w:rsidRPr="0078531E">
        <w:rPr>
          <w:spacing w:val="-2"/>
          <w:sz w:val="24"/>
        </w:rPr>
        <w:t xml:space="preserve"> </w:t>
      </w:r>
      <w:r w:rsidRPr="0078531E">
        <w:rPr>
          <w:sz w:val="24"/>
        </w:rPr>
        <w:t>a</w:t>
      </w:r>
      <w:r w:rsidRPr="0078531E">
        <w:rPr>
          <w:spacing w:val="-3"/>
          <w:sz w:val="24"/>
        </w:rPr>
        <w:t xml:space="preserve"> </w:t>
      </w:r>
      <w:r w:rsidRPr="0078531E">
        <w:rPr>
          <w:sz w:val="24"/>
        </w:rPr>
        <w:t>mintázás</w:t>
      </w:r>
      <w:r w:rsidRPr="0078531E">
        <w:rPr>
          <w:spacing w:val="-2"/>
          <w:sz w:val="24"/>
        </w:rPr>
        <w:t xml:space="preserve"> </w:t>
      </w:r>
      <w:r w:rsidRPr="0078531E">
        <w:rPr>
          <w:sz w:val="24"/>
        </w:rPr>
        <w:t>alapvető</w:t>
      </w:r>
      <w:r w:rsidRPr="0078531E">
        <w:rPr>
          <w:spacing w:val="-1"/>
          <w:sz w:val="24"/>
        </w:rPr>
        <w:t xml:space="preserve"> </w:t>
      </w:r>
      <w:r w:rsidRPr="0078531E">
        <w:rPr>
          <w:spacing w:val="-2"/>
          <w:sz w:val="24"/>
        </w:rPr>
        <w:t>technikáit.</w:t>
      </w:r>
    </w:p>
    <w:p w14:paraId="52A6E8E5"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Ollóval</w:t>
      </w:r>
      <w:r w:rsidRPr="0078531E">
        <w:rPr>
          <w:spacing w:val="-2"/>
          <w:sz w:val="24"/>
        </w:rPr>
        <w:t xml:space="preserve"> </w:t>
      </w:r>
      <w:r w:rsidRPr="0078531E">
        <w:rPr>
          <w:sz w:val="24"/>
        </w:rPr>
        <w:t>nyír,</w:t>
      </w:r>
      <w:r w:rsidRPr="0078531E">
        <w:rPr>
          <w:spacing w:val="-1"/>
          <w:sz w:val="24"/>
        </w:rPr>
        <w:t xml:space="preserve"> </w:t>
      </w:r>
      <w:r w:rsidRPr="0078531E">
        <w:rPr>
          <w:spacing w:val="-2"/>
          <w:sz w:val="24"/>
        </w:rPr>
        <w:t>ragaszt.</w:t>
      </w:r>
    </w:p>
    <w:p w14:paraId="68418742" w14:textId="77777777" w:rsidR="00AE0CFD" w:rsidRPr="0078531E" w:rsidRDefault="00C3522D" w:rsidP="009A0355">
      <w:pPr>
        <w:pStyle w:val="Listaszerbekezds"/>
        <w:numPr>
          <w:ilvl w:val="1"/>
          <w:numId w:val="2"/>
        </w:numPr>
        <w:tabs>
          <w:tab w:val="left" w:pos="856"/>
        </w:tabs>
        <w:spacing w:before="136"/>
        <w:ind w:left="856"/>
        <w:jc w:val="both"/>
        <w:rPr>
          <w:sz w:val="24"/>
        </w:rPr>
      </w:pPr>
      <w:r w:rsidRPr="0078531E">
        <w:rPr>
          <w:spacing w:val="-2"/>
          <w:sz w:val="24"/>
        </w:rPr>
        <w:t>Hajtogat.</w:t>
      </w:r>
    </w:p>
    <w:p w14:paraId="34EEE8A9" w14:textId="77777777" w:rsidR="00AE0CFD" w:rsidRPr="0078531E" w:rsidRDefault="00C3522D" w:rsidP="009A0355">
      <w:pPr>
        <w:pStyle w:val="Listaszerbekezds"/>
        <w:numPr>
          <w:ilvl w:val="1"/>
          <w:numId w:val="2"/>
        </w:numPr>
        <w:tabs>
          <w:tab w:val="left" w:pos="856"/>
        </w:tabs>
        <w:spacing w:before="138"/>
        <w:ind w:left="856"/>
        <w:jc w:val="both"/>
        <w:rPr>
          <w:sz w:val="24"/>
        </w:rPr>
      </w:pPr>
      <w:r w:rsidRPr="0078531E">
        <w:rPr>
          <w:sz w:val="24"/>
        </w:rPr>
        <w:t xml:space="preserve">Tud kötni, </w:t>
      </w:r>
      <w:r w:rsidRPr="0078531E">
        <w:rPr>
          <w:spacing w:val="-2"/>
          <w:sz w:val="24"/>
        </w:rPr>
        <w:t>fűzni.</w:t>
      </w:r>
    </w:p>
    <w:p w14:paraId="33442CE3" w14:textId="77777777" w:rsidR="00E06D8E" w:rsidRPr="0078531E" w:rsidRDefault="00C3522D" w:rsidP="009A0355">
      <w:pPr>
        <w:pStyle w:val="Listaszerbekezds"/>
        <w:numPr>
          <w:ilvl w:val="1"/>
          <w:numId w:val="2"/>
        </w:numPr>
        <w:tabs>
          <w:tab w:val="left" w:pos="856"/>
        </w:tabs>
        <w:spacing w:before="138"/>
        <w:ind w:left="856"/>
        <w:jc w:val="both"/>
      </w:pPr>
      <w:r w:rsidRPr="0078531E">
        <w:rPr>
          <w:sz w:val="24"/>
        </w:rPr>
        <w:t>Emberrajza</w:t>
      </w:r>
      <w:r w:rsidRPr="0078531E">
        <w:rPr>
          <w:spacing w:val="-4"/>
          <w:sz w:val="24"/>
        </w:rPr>
        <w:t xml:space="preserve"> </w:t>
      </w:r>
      <w:r w:rsidRPr="0078531E">
        <w:rPr>
          <w:sz w:val="24"/>
        </w:rPr>
        <w:t>felismerhető,</w:t>
      </w:r>
      <w:r w:rsidRPr="0078531E">
        <w:rPr>
          <w:spacing w:val="-1"/>
          <w:sz w:val="24"/>
        </w:rPr>
        <w:t xml:space="preserve"> </w:t>
      </w:r>
      <w:r w:rsidRPr="0078531E">
        <w:rPr>
          <w:sz w:val="24"/>
        </w:rPr>
        <w:t>részletes.</w:t>
      </w:r>
      <w:r w:rsidRPr="0078531E">
        <w:rPr>
          <w:spacing w:val="-3"/>
          <w:sz w:val="24"/>
        </w:rPr>
        <w:t xml:space="preserve"> </w:t>
      </w:r>
    </w:p>
    <w:p w14:paraId="4C6074A2" w14:textId="3D925E9B" w:rsidR="00AE0CFD" w:rsidRPr="00B3363D" w:rsidRDefault="00C3522D" w:rsidP="009A0355">
      <w:pPr>
        <w:pStyle w:val="Listaszerbekezds"/>
        <w:numPr>
          <w:ilvl w:val="1"/>
          <w:numId w:val="2"/>
        </w:numPr>
        <w:tabs>
          <w:tab w:val="left" w:pos="856"/>
        </w:tabs>
        <w:spacing w:before="138"/>
        <w:ind w:left="856"/>
        <w:jc w:val="both"/>
      </w:pPr>
      <w:r w:rsidRPr="0078531E">
        <w:rPr>
          <w:sz w:val="24"/>
        </w:rPr>
        <w:t>Ábrázolásban</w:t>
      </w:r>
      <w:r w:rsidRPr="0078531E">
        <w:rPr>
          <w:spacing w:val="-1"/>
          <w:sz w:val="24"/>
        </w:rPr>
        <w:t xml:space="preserve"> </w:t>
      </w:r>
      <w:r w:rsidRPr="0078531E">
        <w:rPr>
          <w:sz w:val="24"/>
        </w:rPr>
        <w:t>egyéni,</w:t>
      </w:r>
      <w:r w:rsidRPr="0078531E">
        <w:rPr>
          <w:spacing w:val="-3"/>
          <w:sz w:val="24"/>
        </w:rPr>
        <w:t xml:space="preserve"> </w:t>
      </w:r>
      <w:r w:rsidRPr="0078531E">
        <w:rPr>
          <w:sz w:val="24"/>
        </w:rPr>
        <w:t>ötletes</w:t>
      </w:r>
      <w:r w:rsidRPr="0078531E">
        <w:rPr>
          <w:spacing w:val="-4"/>
          <w:sz w:val="24"/>
        </w:rPr>
        <w:t xml:space="preserve"> </w:t>
      </w:r>
      <w:r w:rsidRPr="0078531E">
        <w:rPr>
          <w:sz w:val="24"/>
        </w:rPr>
        <w:t>megoldásai</w:t>
      </w:r>
      <w:r w:rsidRPr="0078531E">
        <w:rPr>
          <w:spacing w:val="-2"/>
          <w:sz w:val="24"/>
        </w:rPr>
        <w:t xml:space="preserve"> vannak.</w:t>
      </w:r>
    </w:p>
    <w:p w14:paraId="4705CBBB" w14:textId="77777777" w:rsidR="00B3363D" w:rsidRDefault="00B3363D" w:rsidP="00B3363D">
      <w:pPr>
        <w:tabs>
          <w:tab w:val="left" w:pos="856"/>
        </w:tabs>
        <w:spacing w:before="138"/>
        <w:jc w:val="both"/>
      </w:pPr>
    </w:p>
    <w:p w14:paraId="59F6A156" w14:textId="77777777" w:rsidR="00B3363D" w:rsidRDefault="00B3363D" w:rsidP="00B3363D">
      <w:pPr>
        <w:tabs>
          <w:tab w:val="left" w:pos="856"/>
        </w:tabs>
        <w:spacing w:before="138"/>
        <w:jc w:val="both"/>
      </w:pPr>
    </w:p>
    <w:p w14:paraId="1C830318" w14:textId="77777777" w:rsidR="00B3363D" w:rsidRDefault="00B3363D" w:rsidP="00B3363D">
      <w:pPr>
        <w:tabs>
          <w:tab w:val="left" w:pos="856"/>
        </w:tabs>
        <w:spacing w:before="138"/>
        <w:jc w:val="both"/>
      </w:pPr>
    </w:p>
    <w:p w14:paraId="3924CFBE" w14:textId="77777777" w:rsidR="00B3363D" w:rsidRDefault="00B3363D" w:rsidP="00B3363D">
      <w:pPr>
        <w:tabs>
          <w:tab w:val="left" w:pos="856"/>
        </w:tabs>
        <w:spacing w:before="138"/>
        <w:jc w:val="both"/>
      </w:pPr>
    </w:p>
    <w:p w14:paraId="1863B1F5" w14:textId="77777777" w:rsidR="00B3363D" w:rsidRDefault="00B3363D" w:rsidP="00B3363D">
      <w:pPr>
        <w:tabs>
          <w:tab w:val="left" w:pos="856"/>
        </w:tabs>
        <w:spacing w:before="138"/>
        <w:jc w:val="both"/>
      </w:pPr>
    </w:p>
    <w:p w14:paraId="23C9D871" w14:textId="77777777" w:rsidR="00B3363D" w:rsidRDefault="00B3363D" w:rsidP="00B3363D">
      <w:pPr>
        <w:tabs>
          <w:tab w:val="left" w:pos="856"/>
        </w:tabs>
        <w:spacing w:before="138"/>
        <w:jc w:val="both"/>
      </w:pPr>
    </w:p>
    <w:p w14:paraId="20CC7FC0" w14:textId="77777777" w:rsidR="00B3363D" w:rsidRDefault="00B3363D" w:rsidP="00B3363D">
      <w:pPr>
        <w:tabs>
          <w:tab w:val="left" w:pos="856"/>
        </w:tabs>
        <w:spacing w:before="138"/>
        <w:jc w:val="both"/>
      </w:pPr>
    </w:p>
    <w:p w14:paraId="214EB69E" w14:textId="77777777" w:rsidR="00B3363D" w:rsidRDefault="00B3363D" w:rsidP="00B3363D">
      <w:pPr>
        <w:tabs>
          <w:tab w:val="left" w:pos="856"/>
        </w:tabs>
        <w:spacing w:before="138"/>
        <w:jc w:val="both"/>
      </w:pPr>
    </w:p>
    <w:p w14:paraId="6CEC90BB" w14:textId="77777777" w:rsidR="00B3363D" w:rsidRDefault="00B3363D" w:rsidP="00B3363D">
      <w:pPr>
        <w:tabs>
          <w:tab w:val="left" w:pos="856"/>
        </w:tabs>
        <w:spacing w:before="138"/>
        <w:jc w:val="both"/>
      </w:pPr>
    </w:p>
    <w:p w14:paraId="2AB99C2C" w14:textId="77777777" w:rsidR="00B3363D" w:rsidRDefault="00B3363D" w:rsidP="00B3363D">
      <w:pPr>
        <w:tabs>
          <w:tab w:val="left" w:pos="856"/>
        </w:tabs>
        <w:spacing w:before="138"/>
        <w:jc w:val="both"/>
      </w:pPr>
    </w:p>
    <w:p w14:paraId="495D76AE" w14:textId="77777777" w:rsidR="00B3363D" w:rsidRDefault="00B3363D" w:rsidP="00B3363D">
      <w:pPr>
        <w:tabs>
          <w:tab w:val="left" w:pos="856"/>
        </w:tabs>
        <w:spacing w:before="138"/>
        <w:jc w:val="both"/>
      </w:pPr>
    </w:p>
    <w:p w14:paraId="66058AB1" w14:textId="77777777" w:rsidR="00B3363D" w:rsidRDefault="00B3363D" w:rsidP="00B3363D">
      <w:pPr>
        <w:tabs>
          <w:tab w:val="left" w:pos="856"/>
        </w:tabs>
        <w:spacing w:before="138"/>
        <w:jc w:val="both"/>
      </w:pPr>
    </w:p>
    <w:p w14:paraId="7A903194" w14:textId="77777777" w:rsidR="00B3363D" w:rsidRDefault="00B3363D" w:rsidP="00B3363D">
      <w:pPr>
        <w:tabs>
          <w:tab w:val="left" w:pos="856"/>
        </w:tabs>
        <w:spacing w:before="138"/>
        <w:jc w:val="both"/>
      </w:pPr>
    </w:p>
    <w:p w14:paraId="6EA0471D" w14:textId="77777777" w:rsidR="00B3363D" w:rsidRDefault="00B3363D" w:rsidP="00B3363D">
      <w:pPr>
        <w:tabs>
          <w:tab w:val="left" w:pos="856"/>
        </w:tabs>
        <w:spacing w:before="138"/>
        <w:jc w:val="both"/>
      </w:pPr>
    </w:p>
    <w:p w14:paraId="3191BA84" w14:textId="77777777" w:rsidR="00B3363D" w:rsidRDefault="00B3363D" w:rsidP="00B3363D">
      <w:pPr>
        <w:tabs>
          <w:tab w:val="left" w:pos="856"/>
        </w:tabs>
        <w:spacing w:before="138"/>
        <w:jc w:val="both"/>
      </w:pPr>
    </w:p>
    <w:p w14:paraId="7D150BA2" w14:textId="77777777" w:rsidR="00F06471" w:rsidRDefault="00F06471" w:rsidP="00B3363D">
      <w:pPr>
        <w:tabs>
          <w:tab w:val="left" w:pos="856"/>
        </w:tabs>
        <w:spacing w:before="138"/>
        <w:jc w:val="both"/>
      </w:pPr>
    </w:p>
    <w:p w14:paraId="0612B9F0" w14:textId="77777777" w:rsidR="00A42104" w:rsidRDefault="00A42104" w:rsidP="00B3363D">
      <w:pPr>
        <w:tabs>
          <w:tab w:val="left" w:pos="856"/>
        </w:tabs>
        <w:spacing w:before="138"/>
        <w:jc w:val="both"/>
      </w:pPr>
    </w:p>
    <w:p w14:paraId="541BC5A2" w14:textId="77777777" w:rsidR="00A42104" w:rsidRDefault="00A42104" w:rsidP="00B3363D">
      <w:pPr>
        <w:tabs>
          <w:tab w:val="left" w:pos="856"/>
        </w:tabs>
        <w:spacing w:before="138"/>
        <w:jc w:val="both"/>
      </w:pPr>
    </w:p>
    <w:p w14:paraId="0390B7B6" w14:textId="77777777" w:rsidR="00A42104" w:rsidRDefault="00A42104" w:rsidP="00B3363D">
      <w:pPr>
        <w:tabs>
          <w:tab w:val="left" w:pos="856"/>
        </w:tabs>
        <w:spacing w:before="138"/>
        <w:jc w:val="both"/>
      </w:pPr>
    </w:p>
    <w:p w14:paraId="1698A307" w14:textId="77777777" w:rsidR="00A42104" w:rsidRDefault="00A42104" w:rsidP="00B3363D">
      <w:pPr>
        <w:tabs>
          <w:tab w:val="left" w:pos="856"/>
        </w:tabs>
        <w:spacing w:before="138"/>
        <w:jc w:val="both"/>
      </w:pPr>
    </w:p>
    <w:p w14:paraId="07A0EB20" w14:textId="77777777" w:rsidR="00A42104" w:rsidRDefault="00A42104" w:rsidP="00B3363D">
      <w:pPr>
        <w:tabs>
          <w:tab w:val="left" w:pos="856"/>
        </w:tabs>
        <w:spacing w:before="138"/>
        <w:jc w:val="both"/>
      </w:pPr>
    </w:p>
    <w:p w14:paraId="53320B2E" w14:textId="77777777" w:rsidR="00A42104" w:rsidRDefault="00A42104" w:rsidP="00A42104">
      <w:bookmarkStart w:id="21" w:name="X2a5fca7fd20c3defac4c6f201a75b3fb38376bd"/>
    </w:p>
    <w:p w14:paraId="5CDC8E80" w14:textId="77777777" w:rsidR="00A42104" w:rsidRDefault="00A42104" w:rsidP="00A42104"/>
    <w:p w14:paraId="688F0E86" w14:textId="77777777" w:rsidR="00A42104" w:rsidRDefault="00A42104" w:rsidP="00A42104"/>
    <w:p w14:paraId="1E2491CC" w14:textId="7109F564" w:rsidR="00B3363D" w:rsidRPr="00A42104" w:rsidRDefault="00B3363D" w:rsidP="00A42104">
      <w:pPr>
        <w:pStyle w:val="Listaszerbekezds"/>
        <w:numPr>
          <w:ilvl w:val="0"/>
          <w:numId w:val="24"/>
        </w:numPr>
        <w:jc w:val="left"/>
        <w:rPr>
          <w:b/>
          <w:bCs/>
          <w:sz w:val="24"/>
          <w:szCs w:val="24"/>
        </w:rPr>
      </w:pPr>
      <w:bookmarkStart w:id="22" w:name="_Hlk239130498"/>
      <w:r w:rsidRPr="00A42104">
        <w:rPr>
          <w:b/>
          <w:bCs/>
          <w:sz w:val="24"/>
          <w:szCs w:val="24"/>
        </w:rPr>
        <w:lastRenderedPageBreak/>
        <w:t>AZ ISKOLAI ÉLET MEGKEZDÉSÉHEZ SZÜKSÉGES FEJLETTSÉG NYOMON KÖVETÉSE, PEDAGÓGIAI MÉRÉSE ÉS ÉRTÉKELÉSE</w:t>
      </w:r>
      <w:bookmarkEnd w:id="22"/>
    </w:p>
    <w:p w14:paraId="0371B8B4" w14:textId="77777777" w:rsidR="00A42104" w:rsidRPr="00A42104" w:rsidRDefault="00A42104" w:rsidP="00A42104">
      <w:pPr>
        <w:pStyle w:val="Listaszerbekezds"/>
        <w:ind w:left="491" w:firstLine="0"/>
        <w:jc w:val="center"/>
        <w:rPr>
          <w:sz w:val="24"/>
          <w:szCs w:val="24"/>
        </w:rPr>
      </w:pPr>
    </w:p>
    <w:p w14:paraId="7BFA0936" w14:textId="1F07D893" w:rsidR="00B3363D" w:rsidRPr="00B3363D" w:rsidRDefault="00B3363D" w:rsidP="00B3363D">
      <w:pPr>
        <w:pStyle w:val="Cmsor2"/>
        <w:spacing w:line="360" w:lineRule="auto"/>
        <w:jc w:val="both"/>
        <w:rPr>
          <w:rFonts w:ascii="Times New Roman" w:hAnsi="Times New Roman" w:cs="Times New Roman"/>
          <w:sz w:val="24"/>
          <w:szCs w:val="24"/>
        </w:rPr>
      </w:pPr>
      <w:bookmarkStart w:id="23" w:name="X48e363856fe7412cdd6f333b15d8d028571bbf2"/>
      <w:r w:rsidRPr="00B3363D">
        <w:rPr>
          <w:rFonts w:ascii="Times New Roman" w:hAnsi="Times New Roman" w:cs="Times New Roman"/>
          <w:sz w:val="24"/>
          <w:szCs w:val="24"/>
        </w:rPr>
        <w:t>1</w:t>
      </w:r>
      <w:r>
        <w:rPr>
          <w:rFonts w:ascii="Times New Roman" w:hAnsi="Times New Roman" w:cs="Times New Roman"/>
          <w:sz w:val="24"/>
          <w:szCs w:val="24"/>
        </w:rPr>
        <w:t>4</w:t>
      </w:r>
      <w:r w:rsidRPr="00B3363D">
        <w:rPr>
          <w:rFonts w:ascii="Times New Roman" w:hAnsi="Times New Roman" w:cs="Times New Roman"/>
          <w:sz w:val="24"/>
          <w:szCs w:val="24"/>
        </w:rPr>
        <w:t>.1. A mérési és értékelési rendszer célja és alapelvei</w:t>
      </w:r>
    </w:p>
    <w:p w14:paraId="42404F1C"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Az </w:t>
      </w:r>
      <w:proofErr w:type="spellStart"/>
      <w:r w:rsidRPr="00B3363D">
        <w:rPr>
          <w:rFonts w:ascii="Times New Roman" w:hAnsi="Times New Roman" w:cs="Times New Roman"/>
        </w:rPr>
        <w:t>óvodai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nevelés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egyik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kiemelt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feladata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hogy</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gyermekeket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ütemük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életkori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sajátosságaik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képességeik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szükségleteik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figyelembevételével</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segítse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iskolai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élet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megkezdéséhez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szükséges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fejlettség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elérésében</w:t>
      </w:r>
      <w:proofErr w:type="spellEnd"/>
      <w:r w:rsidRPr="00B3363D">
        <w:rPr>
          <w:rFonts w:ascii="Times New Roman" w:hAnsi="Times New Roman" w:cs="Times New Roman"/>
        </w:rPr>
        <w:t>.</w:t>
      </w:r>
    </w:p>
    <w:p w14:paraId="3827ADA1" w14:textId="77777777" w:rsidR="00B3363D" w:rsidRPr="00B3363D" w:rsidRDefault="00B3363D" w:rsidP="00B3363D">
      <w:pPr>
        <w:pStyle w:val="Szvegtrzs"/>
        <w:spacing w:line="360" w:lineRule="auto"/>
        <w:jc w:val="both"/>
      </w:pPr>
      <w:r w:rsidRPr="00B3363D">
        <w:t>Az iskolai életre való felkészülés az óvodába lépéstől kezdődő, folyamatos pedagógiai folyamat. Nem kizárólag a tanköteles korú gyermekek utolsó óvodai évének feladata, hanem az óvodai nevelés egészét átható, egymásra épülő fejlesztő tevékenység eredménye.</w:t>
      </w:r>
    </w:p>
    <w:p w14:paraId="653CC5C3" w14:textId="77777777" w:rsidR="00B3363D" w:rsidRPr="00B3363D" w:rsidRDefault="00B3363D" w:rsidP="00B3363D">
      <w:pPr>
        <w:pStyle w:val="Szvegtrzs"/>
        <w:spacing w:line="360" w:lineRule="auto"/>
        <w:jc w:val="both"/>
      </w:pPr>
      <w:r w:rsidRPr="00B3363D">
        <w:t>Az iskolai élet megkezdéséhez szükséges fejlettség komplex állapot. A gyermek fejlődését ezért nem egyetlen képesség, teljesítmény vagy mérési eredmény alapján értékeljük, hanem testi, mozgásos, szociális, érzelmi, akarati, értelmi, anyanyelvi-kommunikációs, érzékelési-észlelési, önállósági és a környezet megismeréséhez kapcsolódó jellemzőinek együttes figyelembevételével.</w:t>
      </w:r>
    </w:p>
    <w:p w14:paraId="677BC698" w14:textId="77777777" w:rsidR="00B3363D" w:rsidRPr="00B3363D" w:rsidRDefault="00B3363D" w:rsidP="00B3363D">
      <w:pPr>
        <w:pStyle w:val="Szvegtrzs"/>
        <w:spacing w:line="360" w:lineRule="auto"/>
        <w:jc w:val="both"/>
      </w:pPr>
      <w:r w:rsidRPr="00B3363D">
        <w:t xml:space="preserve">A Balatonvilágosi Szivárvány Óvoda az iskolai élet megkezdéséhez szükséges fejlettség nyomon követésére a Pedagógiai Programban meghatározott kimeneti jellemzőkre épülő, egységes </w:t>
      </w:r>
      <w:r w:rsidRPr="00B3363D">
        <w:rPr>
          <w:b/>
          <w:bCs/>
        </w:rPr>
        <w:t>belső pedagógiai mérési és értékelési rendszert</w:t>
      </w:r>
      <w:r w:rsidRPr="00B3363D">
        <w:t xml:space="preserve"> alkalmaz.</w:t>
      </w:r>
    </w:p>
    <w:p w14:paraId="127E9F9F" w14:textId="77777777" w:rsidR="00B3363D" w:rsidRPr="00B3363D" w:rsidRDefault="00B3363D" w:rsidP="00B3363D">
      <w:pPr>
        <w:pStyle w:val="Szvegtrzs"/>
        <w:spacing w:line="360" w:lineRule="auto"/>
        <w:jc w:val="both"/>
      </w:pPr>
      <w:r w:rsidRPr="00B3363D">
        <w:t>A mérési rendszer elsődleges célja nem a gyermekek minősítése, rangsorolása vagy egymáshoz viszonyítása, hanem az egyéni fejlődés nyomon követése, a gyermek erősségeinek és a további támogatást, megerősítést igénylő területeinek feltárása, valamint az ezekre épülő tudatos pedagógiai tervezés és fejlesztés.</w:t>
      </w:r>
    </w:p>
    <w:p w14:paraId="1EBE478B" w14:textId="77777777" w:rsidR="00B3363D" w:rsidRPr="00B3363D" w:rsidRDefault="00B3363D" w:rsidP="00B3363D">
      <w:pPr>
        <w:pStyle w:val="Szvegtrzs"/>
        <w:spacing w:line="360" w:lineRule="auto"/>
        <w:jc w:val="both"/>
      </w:pPr>
      <w:r w:rsidRPr="00B3363D">
        <w:t>A mérési és értékelési rendszer alkalmazásának alapelvei:</w:t>
      </w:r>
    </w:p>
    <w:p w14:paraId="04CB5C7E"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személyiségének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méltóságának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ütemének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tiszteletben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tartása</w:t>
      </w:r>
      <w:proofErr w:type="spellEnd"/>
      <w:r w:rsidRPr="00B3363D">
        <w:rPr>
          <w:rFonts w:ascii="Times New Roman" w:hAnsi="Times New Roman" w:cs="Times New Roman"/>
        </w:rPr>
        <w:t>;</w:t>
      </w:r>
    </w:p>
    <w:p w14:paraId="08A7FBB5"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életkori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sajátosságok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figyelembevétele</w:t>
      </w:r>
      <w:proofErr w:type="spellEnd"/>
      <w:r w:rsidRPr="00B3363D">
        <w:rPr>
          <w:rFonts w:ascii="Times New Roman" w:hAnsi="Times New Roman" w:cs="Times New Roman"/>
        </w:rPr>
        <w:t>;</w:t>
      </w:r>
    </w:p>
    <w:p w14:paraId="2F700F7E"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természetes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óvodai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tevékenységeiben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megfigyelhető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képességek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előtérbe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helyezése</w:t>
      </w:r>
      <w:proofErr w:type="spellEnd"/>
      <w:r w:rsidRPr="00B3363D">
        <w:rPr>
          <w:rFonts w:ascii="Times New Roman" w:hAnsi="Times New Roman" w:cs="Times New Roman"/>
        </w:rPr>
        <w:t>;</w:t>
      </w:r>
    </w:p>
    <w:p w14:paraId="790F2C36"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játékosság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számára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biztonságos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megszokott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környezet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biztosítása</w:t>
      </w:r>
      <w:proofErr w:type="spellEnd"/>
      <w:r w:rsidRPr="00B3363D">
        <w:rPr>
          <w:rFonts w:ascii="Times New Roman" w:hAnsi="Times New Roman" w:cs="Times New Roman"/>
        </w:rPr>
        <w:t>;</w:t>
      </w:r>
    </w:p>
    <w:p w14:paraId="562012D8"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pozitívumokra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erősségekre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építő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szemlélet</w:t>
      </w:r>
      <w:proofErr w:type="spellEnd"/>
      <w:r w:rsidRPr="00B3363D">
        <w:rPr>
          <w:rFonts w:ascii="Times New Roman" w:hAnsi="Times New Roman" w:cs="Times New Roman"/>
        </w:rPr>
        <w:t>;</w:t>
      </w:r>
    </w:p>
    <w:p w14:paraId="277FD2CB"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célú</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felhasználása</w:t>
      </w:r>
      <w:proofErr w:type="spellEnd"/>
      <w:r w:rsidRPr="00B3363D">
        <w:rPr>
          <w:rFonts w:ascii="Times New Roman" w:hAnsi="Times New Roman" w:cs="Times New Roman"/>
        </w:rPr>
        <w:t>;</w:t>
      </w:r>
    </w:p>
    <w:p w14:paraId="6DC685EB"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folyamatosság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rendszeresség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dokumentáltság</w:t>
      </w:r>
      <w:proofErr w:type="spellEnd"/>
      <w:r w:rsidRPr="00B3363D">
        <w:rPr>
          <w:rFonts w:ascii="Times New Roman" w:hAnsi="Times New Roman" w:cs="Times New Roman"/>
        </w:rPr>
        <w:t>;</w:t>
      </w:r>
    </w:p>
    <w:p w14:paraId="740C6FD8"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differenciálás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biztosítása</w:t>
      </w:r>
      <w:proofErr w:type="spellEnd"/>
      <w:r w:rsidRPr="00B3363D">
        <w:rPr>
          <w:rFonts w:ascii="Times New Roman" w:hAnsi="Times New Roman" w:cs="Times New Roman"/>
        </w:rPr>
        <w:t>;</w:t>
      </w:r>
    </w:p>
    <w:p w14:paraId="1C2BABD4"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szülőkkel</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történő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együttműködés</w:t>
      </w:r>
      <w:proofErr w:type="spellEnd"/>
      <w:r w:rsidRPr="00B3363D">
        <w:rPr>
          <w:rFonts w:ascii="Times New Roman" w:hAnsi="Times New Roman" w:cs="Times New Roman"/>
        </w:rPr>
        <w:t>;</w:t>
      </w:r>
    </w:p>
    <w:p w14:paraId="526BAF51"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szükség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esetén</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fejlődését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segítő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szakemberekkel</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való</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együttműködés</w:t>
      </w:r>
      <w:proofErr w:type="spellEnd"/>
      <w:r w:rsidRPr="00B3363D">
        <w:rPr>
          <w:rFonts w:ascii="Times New Roman" w:hAnsi="Times New Roman" w:cs="Times New Roman"/>
        </w:rPr>
        <w:t>.</w:t>
      </w:r>
    </w:p>
    <w:p w14:paraId="0831A553" w14:textId="71F9A604" w:rsidR="00B3363D" w:rsidRPr="00B3363D" w:rsidRDefault="00B3363D" w:rsidP="00B3363D">
      <w:pPr>
        <w:pStyle w:val="Cmsor2"/>
        <w:spacing w:line="360" w:lineRule="auto"/>
        <w:jc w:val="both"/>
        <w:rPr>
          <w:rFonts w:ascii="Times New Roman" w:hAnsi="Times New Roman" w:cs="Times New Roman"/>
          <w:sz w:val="24"/>
          <w:szCs w:val="24"/>
        </w:rPr>
      </w:pPr>
      <w:bookmarkStart w:id="24" w:name="a-mérési-és-értékelési-rendszer-célja"/>
      <w:bookmarkEnd w:id="23"/>
      <w:r w:rsidRPr="00B3363D">
        <w:rPr>
          <w:rFonts w:ascii="Times New Roman" w:hAnsi="Times New Roman" w:cs="Times New Roman"/>
          <w:sz w:val="24"/>
          <w:szCs w:val="24"/>
        </w:rPr>
        <w:t>1</w:t>
      </w:r>
      <w:r>
        <w:rPr>
          <w:rFonts w:ascii="Times New Roman" w:hAnsi="Times New Roman" w:cs="Times New Roman"/>
          <w:sz w:val="24"/>
          <w:szCs w:val="24"/>
        </w:rPr>
        <w:t>4</w:t>
      </w:r>
      <w:r w:rsidRPr="00B3363D">
        <w:rPr>
          <w:rFonts w:ascii="Times New Roman" w:hAnsi="Times New Roman" w:cs="Times New Roman"/>
          <w:sz w:val="24"/>
          <w:szCs w:val="24"/>
        </w:rPr>
        <w:t>.2. A mérési és értékelési rendszer célja</w:t>
      </w:r>
    </w:p>
    <w:p w14:paraId="73A00E08"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lastRenderedPageBreak/>
        <w:t xml:space="preserve">Az </w:t>
      </w:r>
      <w:proofErr w:type="spellStart"/>
      <w:r w:rsidRPr="00B3363D">
        <w:rPr>
          <w:rFonts w:ascii="Times New Roman" w:hAnsi="Times New Roman" w:cs="Times New Roman"/>
        </w:rPr>
        <w:t>intézményi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rendszer</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célja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hogy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egységes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áttekinthető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számszerűsíthető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szempontokat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biztosítson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óvodapedagógusok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számára</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iskolai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élet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megkezdéséhez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szükséges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fejlettségének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nyomon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követéséhez</w:t>
      </w:r>
      <w:proofErr w:type="spellEnd"/>
      <w:r w:rsidRPr="00B3363D">
        <w:rPr>
          <w:rFonts w:ascii="Times New Roman" w:hAnsi="Times New Roman" w:cs="Times New Roman"/>
        </w:rPr>
        <w:t>.</w:t>
      </w:r>
    </w:p>
    <w:p w14:paraId="5E47418A" w14:textId="77777777" w:rsidR="00B3363D" w:rsidRPr="00B3363D" w:rsidRDefault="00B3363D" w:rsidP="00B3363D">
      <w:pPr>
        <w:pStyle w:val="Szvegtrzs"/>
        <w:spacing w:line="360" w:lineRule="auto"/>
        <w:jc w:val="both"/>
      </w:pPr>
      <w:r w:rsidRPr="00B3363D">
        <w:t>A mérési rendszer alkalmazásával:</w:t>
      </w:r>
    </w:p>
    <w:p w14:paraId="6EAA360E"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nyomon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követhetővé</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válik</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fejlődése</w:t>
      </w:r>
      <w:proofErr w:type="spellEnd"/>
      <w:r w:rsidRPr="00B3363D">
        <w:rPr>
          <w:rFonts w:ascii="Times New Roman" w:hAnsi="Times New Roman" w:cs="Times New Roman"/>
        </w:rPr>
        <w:t>;</w:t>
      </w:r>
    </w:p>
    <w:p w14:paraId="12E898A5"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azonosíthatók</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stabilan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kialakult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képességek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készségek</w:t>
      </w:r>
      <w:proofErr w:type="spellEnd"/>
      <w:r w:rsidRPr="00B3363D">
        <w:rPr>
          <w:rFonts w:ascii="Times New Roman" w:hAnsi="Times New Roman" w:cs="Times New Roman"/>
        </w:rPr>
        <w:t>;</w:t>
      </w:r>
    </w:p>
    <w:p w14:paraId="0034B89A"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felismerhetők</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még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alakuló</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megerősítést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igénylő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területek</w:t>
      </w:r>
      <w:proofErr w:type="spellEnd"/>
      <w:r w:rsidRPr="00B3363D">
        <w:rPr>
          <w:rFonts w:ascii="Times New Roman" w:hAnsi="Times New Roman" w:cs="Times New Roman"/>
        </w:rPr>
        <w:t>;</w:t>
      </w:r>
    </w:p>
    <w:p w14:paraId="019AAA71"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meghatározhatók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céljai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feladatai</w:t>
      </w:r>
      <w:proofErr w:type="spellEnd"/>
      <w:r w:rsidRPr="00B3363D">
        <w:rPr>
          <w:rFonts w:ascii="Times New Roman" w:hAnsi="Times New Roman" w:cs="Times New Roman"/>
        </w:rPr>
        <w:t>;</w:t>
      </w:r>
    </w:p>
    <w:p w14:paraId="258950E6"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tervezhetővé</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válik</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differenciált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munka</w:t>
      </w:r>
      <w:proofErr w:type="spellEnd"/>
      <w:r w:rsidRPr="00B3363D">
        <w:rPr>
          <w:rFonts w:ascii="Times New Roman" w:hAnsi="Times New Roman" w:cs="Times New Roman"/>
        </w:rPr>
        <w:t>;</w:t>
      </w:r>
    </w:p>
    <w:p w14:paraId="1FF150F9"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lehetőség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nyílik</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fejlődés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visszaméréssel</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történő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követésére</w:t>
      </w:r>
      <w:proofErr w:type="spellEnd"/>
      <w:r w:rsidRPr="00B3363D">
        <w:rPr>
          <w:rFonts w:ascii="Times New Roman" w:hAnsi="Times New Roman" w:cs="Times New Roman"/>
        </w:rPr>
        <w:t>;</w:t>
      </w:r>
    </w:p>
    <w:p w14:paraId="07BC2F36"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megalapozottabbá</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válik</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szülők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tájékoztatása</w:t>
      </w:r>
      <w:proofErr w:type="spellEnd"/>
      <w:r w:rsidRPr="00B3363D">
        <w:rPr>
          <w:rFonts w:ascii="Times New Roman" w:hAnsi="Times New Roman" w:cs="Times New Roman"/>
        </w:rPr>
        <w:t>;</w:t>
      </w:r>
    </w:p>
    <w:p w14:paraId="596BDA6C"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szükség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esetén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időben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kezdeményezhető</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megfelelő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szakemberrel</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történő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együttműködés</w:t>
      </w:r>
      <w:proofErr w:type="spellEnd"/>
      <w:r w:rsidRPr="00B3363D">
        <w:rPr>
          <w:rFonts w:ascii="Times New Roman" w:hAnsi="Times New Roman" w:cs="Times New Roman"/>
        </w:rPr>
        <w:t>;</w:t>
      </w:r>
    </w:p>
    <w:p w14:paraId="19A736BB"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csoportszinten</w:t>
      </w:r>
      <w:proofErr w:type="spellEnd"/>
      <w:r w:rsidRPr="00B3363D">
        <w:rPr>
          <w:rFonts w:ascii="Times New Roman" w:hAnsi="Times New Roman" w:cs="Times New Roman"/>
        </w:rPr>
        <w:t xml:space="preserve"> is </w:t>
      </w:r>
      <w:proofErr w:type="spellStart"/>
      <w:r w:rsidRPr="00B3363D">
        <w:rPr>
          <w:rFonts w:ascii="Times New Roman" w:hAnsi="Times New Roman" w:cs="Times New Roman"/>
        </w:rPr>
        <w:t>elemezhetővé</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válik</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munka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eredményessége</w:t>
      </w:r>
      <w:proofErr w:type="spellEnd"/>
      <w:r w:rsidRPr="00B3363D">
        <w:rPr>
          <w:rFonts w:ascii="Times New Roman" w:hAnsi="Times New Roman" w:cs="Times New Roman"/>
        </w:rPr>
        <w:t>;</w:t>
      </w:r>
    </w:p>
    <w:p w14:paraId="3EEB6113"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beépíthetők</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következő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időszak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nevelési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feladatainak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tervezésébe</w:t>
      </w:r>
      <w:proofErr w:type="spellEnd"/>
      <w:r w:rsidRPr="00B3363D">
        <w:rPr>
          <w:rFonts w:ascii="Times New Roman" w:hAnsi="Times New Roman" w:cs="Times New Roman"/>
        </w:rPr>
        <w:t>;</w:t>
      </w:r>
    </w:p>
    <w:p w14:paraId="66F7F822"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nyomon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követhetővé</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válik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alkalmazott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módszerek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tevékenységek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eredményessége</w:t>
      </w:r>
      <w:proofErr w:type="spellEnd"/>
      <w:r w:rsidRPr="00B3363D">
        <w:rPr>
          <w:rFonts w:ascii="Times New Roman" w:hAnsi="Times New Roman" w:cs="Times New Roman"/>
        </w:rPr>
        <w:t>.</w:t>
      </w:r>
    </w:p>
    <w:p w14:paraId="51F70F36"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rendszer</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tehát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egyszerre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szolgálja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b/>
          <w:bCs/>
        </w:rPr>
        <w:t>az</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egyes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gyermek</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fejlődésének</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támogatását</w:t>
      </w:r>
      <w:proofErr w:type="spellEnd"/>
      <w:r w:rsidRPr="00B3363D">
        <w:rPr>
          <w:rFonts w:ascii="Times New Roman" w:hAnsi="Times New Roman" w:cs="Times New Roman"/>
          <w:b/>
          <w:bCs/>
        </w:rPr>
        <w:t xml:space="preserve">, a </w:t>
      </w:r>
      <w:proofErr w:type="spellStart"/>
      <w:r w:rsidRPr="00B3363D">
        <w:rPr>
          <w:rFonts w:ascii="Times New Roman" w:hAnsi="Times New Roman" w:cs="Times New Roman"/>
          <w:b/>
          <w:bCs/>
        </w:rPr>
        <w:t>csoportszintű</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pedagógiai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tervezést</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és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az</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intézményi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nevelőmunka</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eredményességének</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értékelését</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és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fejlesztését</w:t>
      </w:r>
      <w:proofErr w:type="spellEnd"/>
      <w:r w:rsidRPr="00B3363D">
        <w:rPr>
          <w:rFonts w:ascii="Times New Roman" w:hAnsi="Times New Roman" w:cs="Times New Roman"/>
          <w:b/>
          <w:bCs/>
        </w:rPr>
        <w:t>.</w:t>
      </w:r>
    </w:p>
    <w:p w14:paraId="0E0F62D0" w14:textId="163EF92B" w:rsidR="00B3363D" w:rsidRPr="00B3363D" w:rsidRDefault="00B3363D" w:rsidP="00B3363D">
      <w:pPr>
        <w:pStyle w:val="Cmsor2"/>
        <w:spacing w:line="360" w:lineRule="auto"/>
        <w:jc w:val="both"/>
        <w:rPr>
          <w:rFonts w:ascii="Times New Roman" w:hAnsi="Times New Roman" w:cs="Times New Roman"/>
          <w:sz w:val="24"/>
          <w:szCs w:val="24"/>
        </w:rPr>
      </w:pPr>
      <w:bookmarkStart w:id="25" w:name="a-mérés-területei"/>
      <w:bookmarkEnd w:id="24"/>
      <w:r w:rsidRPr="00B3363D">
        <w:rPr>
          <w:rFonts w:ascii="Times New Roman" w:hAnsi="Times New Roman" w:cs="Times New Roman"/>
          <w:sz w:val="24"/>
          <w:szCs w:val="24"/>
        </w:rPr>
        <w:t>1</w:t>
      </w:r>
      <w:r>
        <w:rPr>
          <w:rFonts w:ascii="Times New Roman" w:hAnsi="Times New Roman" w:cs="Times New Roman"/>
          <w:sz w:val="24"/>
          <w:szCs w:val="24"/>
        </w:rPr>
        <w:t>4</w:t>
      </w:r>
      <w:r w:rsidRPr="00B3363D">
        <w:rPr>
          <w:rFonts w:ascii="Times New Roman" w:hAnsi="Times New Roman" w:cs="Times New Roman"/>
          <w:sz w:val="24"/>
          <w:szCs w:val="24"/>
        </w:rPr>
        <w:t>.3. A mérés területei</w:t>
      </w:r>
    </w:p>
    <w:p w14:paraId="7F4E7104"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Az </w:t>
      </w:r>
      <w:proofErr w:type="spellStart"/>
      <w:r w:rsidRPr="00B3363D">
        <w:rPr>
          <w:rFonts w:ascii="Times New Roman" w:hAnsi="Times New Roman" w:cs="Times New Roman"/>
        </w:rPr>
        <w:t>intézményi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rendszer</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Programban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meghatározott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iskolai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élet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megkezdéséhez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szükséges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fejlettségi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jellemzőkre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épül</w:t>
      </w:r>
      <w:proofErr w:type="spellEnd"/>
      <w:r w:rsidRPr="00B3363D">
        <w:rPr>
          <w:rFonts w:ascii="Times New Roman" w:hAnsi="Times New Roman" w:cs="Times New Roman"/>
        </w:rPr>
        <w:t>.</w:t>
      </w:r>
    </w:p>
    <w:p w14:paraId="7F52B424" w14:textId="77777777" w:rsidR="00B3363D" w:rsidRPr="00B3363D" w:rsidRDefault="00B3363D" w:rsidP="00B3363D">
      <w:pPr>
        <w:pStyle w:val="Szvegtrzs"/>
        <w:spacing w:line="360" w:lineRule="auto"/>
        <w:jc w:val="both"/>
      </w:pPr>
      <w:r w:rsidRPr="00B3363D">
        <w:t>A gyermekek fejlődésének értékelése az alábbi területekre terjed ki:</w:t>
      </w:r>
    </w:p>
    <w:p w14:paraId="22D5B580" w14:textId="77777777" w:rsidR="00B3363D" w:rsidRPr="00B3363D" w:rsidRDefault="00B3363D" w:rsidP="00B3363D">
      <w:pPr>
        <w:pStyle w:val="Compact"/>
        <w:numPr>
          <w:ilvl w:val="0"/>
          <w:numId w:val="47"/>
        </w:numPr>
        <w:spacing w:line="360" w:lineRule="auto"/>
        <w:jc w:val="both"/>
        <w:rPr>
          <w:rFonts w:ascii="Times New Roman" w:hAnsi="Times New Roman" w:cs="Times New Roman"/>
        </w:rPr>
      </w:pPr>
      <w:proofErr w:type="spellStart"/>
      <w:r w:rsidRPr="00B3363D">
        <w:rPr>
          <w:rFonts w:ascii="Times New Roman" w:hAnsi="Times New Roman" w:cs="Times New Roman"/>
          <w:b/>
          <w:bCs/>
        </w:rPr>
        <w:t>Önkiszolgálás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és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személyi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higiéné</w:t>
      </w:r>
      <w:proofErr w:type="spellEnd"/>
    </w:p>
    <w:p w14:paraId="7BA0C30B" w14:textId="77777777" w:rsidR="00B3363D" w:rsidRPr="00B3363D" w:rsidRDefault="00B3363D" w:rsidP="00B3363D">
      <w:pPr>
        <w:pStyle w:val="Compact"/>
        <w:numPr>
          <w:ilvl w:val="0"/>
          <w:numId w:val="47"/>
        </w:numPr>
        <w:spacing w:line="360" w:lineRule="auto"/>
        <w:jc w:val="both"/>
        <w:rPr>
          <w:rFonts w:ascii="Times New Roman" w:hAnsi="Times New Roman" w:cs="Times New Roman"/>
        </w:rPr>
      </w:pPr>
      <w:proofErr w:type="spellStart"/>
      <w:r w:rsidRPr="00B3363D">
        <w:rPr>
          <w:rFonts w:ascii="Times New Roman" w:hAnsi="Times New Roman" w:cs="Times New Roman"/>
          <w:b/>
          <w:bCs/>
        </w:rPr>
        <w:t>Környezeti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higiéné</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és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környezettudatos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magatartás</w:t>
      </w:r>
      <w:proofErr w:type="spellEnd"/>
    </w:p>
    <w:p w14:paraId="61676B24" w14:textId="77777777" w:rsidR="00B3363D" w:rsidRPr="00B3363D" w:rsidRDefault="00B3363D" w:rsidP="00B3363D">
      <w:pPr>
        <w:pStyle w:val="Compact"/>
        <w:numPr>
          <w:ilvl w:val="0"/>
          <w:numId w:val="47"/>
        </w:numPr>
        <w:spacing w:line="360" w:lineRule="auto"/>
        <w:jc w:val="both"/>
        <w:rPr>
          <w:rFonts w:ascii="Times New Roman" w:hAnsi="Times New Roman" w:cs="Times New Roman"/>
        </w:rPr>
      </w:pPr>
      <w:proofErr w:type="spellStart"/>
      <w:r w:rsidRPr="00B3363D">
        <w:rPr>
          <w:rFonts w:ascii="Times New Roman" w:hAnsi="Times New Roman" w:cs="Times New Roman"/>
          <w:b/>
          <w:bCs/>
        </w:rPr>
        <w:t>Szociális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és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érzelmi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érettség</w:t>
      </w:r>
      <w:proofErr w:type="spellEnd"/>
    </w:p>
    <w:p w14:paraId="57861E84" w14:textId="77777777" w:rsidR="00B3363D" w:rsidRPr="00B3363D" w:rsidRDefault="00B3363D" w:rsidP="00B3363D">
      <w:pPr>
        <w:pStyle w:val="Compact"/>
        <w:numPr>
          <w:ilvl w:val="0"/>
          <w:numId w:val="47"/>
        </w:numPr>
        <w:spacing w:line="360" w:lineRule="auto"/>
        <w:jc w:val="both"/>
        <w:rPr>
          <w:rFonts w:ascii="Times New Roman" w:hAnsi="Times New Roman" w:cs="Times New Roman"/>
        </w:rPr>
      </w:pPr>
      <w:proofErr w:type="spellStart"/>
      <w:r w:rsidRPr="00B3363D">
        <w:rPr>
          <w:rFonts w:ascii="Times New Roman" w:hAnsi="Times New Roman" w:cs="Times New Roman"/>
          <w:b/>
          <w:bCs/>
        </w:rPr>
        <w:t>Akarati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tulajdonságok</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feladattudat</w:t>
      </w:r>
      <w:proofErr w:type="spellEnd"/>
    </w:p>
    <w:p w14:paraId="4F4D9102" w14:textId="77777777" w:rsidR="00B3363D" w:rsidRPr="00B3363D" w:rsidRDefault="00B3363D" w:rsidP="00B3363D">
      <w:pPr>
        <w:pStyle w:val="Compact"/>
        <w:numPr>
          <w:ilvl w:val="0"/>
          <w:numId w:val="47"/>
        </w:numPr>
        <w:spacing w:line="360" w:lineRule="auto"/>
        <w:jc w:val="both"/>
        <w:rPr>
          <w:rFonts w:ascii="Times New Roman" w:hAnsi="Times New Roman" w:cs="Times New Roman"/>
        </w:rPr>
      </w:pPr>
      <w:proofErr w:type="spellStart"/>
      <w:r w:rsidRPr="00B3363D">
        <w:rPr>
          <w:rFonts w:ascii="Times New Roman" w:hAnsi="Times New Roman" w:cs="Times New Roman"/>
          <w:b/>
          <w:bCs/>
        </w:rPr>
        <w:t>Mozgás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testi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képességek</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testséma</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és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dominancia</w:t>
      </w:r>
      <w:proofErr w:type="spellEnd"/>
    </w:p>
    <w:p w14:paraId="6DC0D882" w14:textId="77777777" w:rsidR="00B3363D" w:rsidRPr="00B3363D" w:rsidRDefault="00B3363D" w:rsidP="00B3363D">
      <w:pPr>
        <w:pStyle w:val="Compact"/>
        <w:numPr>
          <w:ilvl w:val="0"/>
          <w:numId w:val="47"/>
        </w:numPr>
        <w:spacing w:line="360" w:lineRule="auto"/>
        <w:jc w:val="both"/>
        <w:rPr>
          <w:rFonts w:ascii="Times New Roman" w:hAnsi="Times New Roman" w:cs="Times New Roman"/>
        </w:rPr>
      </w:pPr>
      <w:proofErr w:type="spellStart"/>
      <w:r w:rsidRPr="00B3363D">
        <w:rPr>
          <w:rFonts w:ascii="Times New Roman" w:hAnsi="Times New Roman" w:cs="Times New Roman"/>
          <w:b/>
          <w:bCs/>
        </w:rPr>
        <w:t>Érzékelés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észlelés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és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téri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tájékozódás</w:t>
      </w:r>
      <w:proofErr w:type="spellEnd"/>
    </w:p>
    <w:p w14:paraId="1A3EEAD1" w14:textId="77777777" w:rsidR="00B3363D" w:rsidRPr="00B3363D" w:rsidRDefault="00B3363D" w:rsidP="00B3363D">
      <w:pPr>
        <w:pStyle w:val="Compact"/>
        <w:numPr>
          <w:ilvl w:val="0"/>
          <w:numId w:val="47"/>
        </w:numPr>
        <w:spacing w:line="360" w:lineRule="auto"/>
        <w:jc w:val="both"/>
        <w:rPr>
          <w:rFonts w:ascii="Times New Roman" w:hAnsi="Times New Roman" w:cs="Times New Roman"/>
        </w:rPr>
      </w:pPr>
      <w:proofErr w:type="spellStart"/>
      <w:r w:rsidRPr="00B3363D">
        <w:rPr>
          <w:rFonts w:ascii="Times New Roman" w:hAnsi="Times New Roman" w:cs="Times New Roman"/>
          <w:b/>
          <w:bCs/>
        </w:rPr>
        <w:t>Anyanyelvi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és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kommunikációs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képességek</w:t>
      </w:r>
      <w:proofErr w:type="spellEnd"/>
    </w:p>
    <w:p w14:paraId="7AC30381" w14:textId="77777777" w:rsidR="00B3363D" w:rsidRPr="00B3363D" w:rsidRDefault="00B3363D" w:rsidP="00B3363D">
      <w:pPr>
        <w:pStyle w:val="Compact"/>
        <w:numPr>
          <w:ilvl w:val="0"/>
          <w:numId w:val="47"/>
        </w:numPr>
        <w:spacing w:line="360" w:lineRule="auto"/>
        <w:jc w:val="both"/>
        <w:rPr>
          <w:rFonts w:ascii="Times New Roman" w:hAnsi="Times New Roman" w:cs="Times New Roman"/>
        </w:rPr>
      </w:pPr>
      <w:proofErr w:type="spellStart"/>
      <w:r w:rsidRPr="00B3363D">
        <w:rPr>
          <w:rFonts w:ascii="Times New Roman" w:hAnsi="Times New Roman" w:cs="Times New Roman"/>
          <w:b/>
          <w:bCs/>
        </w:rPr>
        <w:lastRenderedPageBreak/>
        <w:t>Értelmi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képességek</w:t>
      </w:r>
      <w:proofErr w:type="spellEnd"/>
    </w:p>
    <w:p w14:paraId="266A52D1" w14:textId="77777777" w:rsidR="00B3363D" w:rsidRPr="00B3363D" w:rsidRDefault="00B3363D" w:rsidP="00B3363D">
      <w:pPr>
        <w:pStyle w:val="Compact"/>
        <w:numPr>
          <w:ilvl w:val="0"/>
          <w:numId w:val="47"/>
        </w:numPr>
        <w:spacing w:line="360" w:lineRule="auto"/>
        <w:jc w:val="both"/>
        <w:rPr>
          <w:rFonts w:ascii="Times New Roman" w:hAnsi="Times New Roman" w:cs="Times New Roman"/>
        </w:rPr>
      </w:pPr>
      <w:proofErr w:type="spellStart"/>
      <w:r w:rsidRPr="00B3363D">
        <w:rPr>
          <w:rFonts w:ascii="Times New Roman" w:hAnsi="Times New Roman" w:cs="Times New Roman"/>
          <w:b/>
          <w:bCs/>
        </w:rPr>
        <w:t>Környezeti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és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társadalmi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tapasztalatok</w:t>
      </w:r>
      <w:proofErr w:type="spellEnd"/>
    </w:p>
    <w:p w14:paraId="57F7E594" w14:textId="77777777" w:rsidR="00B3363D" w:rsidRPr="00B3363D" w:rsidRDefault="00B3363D" w:rsidP="00B3363D">
      <w:pPr>
        <w:pStyle w:val="Compact"/>
        <w:numPr>
          <w:ilvl w:val="0"/>
          <w:numId w:val="47"/>
        </w:numPr>
        <w:spacing w:line="360" w:lineRule="auto"/>
        <w:jc w:val="both"/>
        <w:rPr>
          <w:rFonts w:ascii="Times New Roman" w:hAnsi="Times New Roman" w:cs="Times New Roman"/>
        </w:rPr>
      </w:pPr>
      <w:proofErr w:type="spellStart"/>
      <w:r w:rsidRPr="00B3363D">
        <w:rPr>
          <w:rFonts w:ascii="Times New Roman" w:hAnsi="Times New Roman" w:cs="Times New Roman"/>
          <w:b/>
          <w:bCs/>
        </w:rPr>
        <w:t>Matematikai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tapasztalatok</w:t>
      </w:r>
      <w:proofErr w:type="spellEnd"/>
    </w:p>
    <w:p w14:paraId="5C2F4DCF" w14:textId="77777777" w:rsidR="00B3363D" w:rsidRPr="00B3363D" w:rsidRDefault="00B3363D" w:rsidP="00B3363D">
      <w:pPr>
        <w:pStyle w:val="Compact"/>
        <w:numPr>
          <w:ilvl w:val="0"/>
          <w:numId w:val="47"/>
        </w:numPr>
        <w:spacing w:line="360" w:lineRule="auto"/>
        <w:jc w:val="both"/>
        <w:rPr>
          <w:rFonts w:ascii="Times New Roman" w:hAnsi="Times New Roman" w:cs="Times New Roman"/>
        </w:rPr>
      </w:pPr>
      <w:proofErr w:type="spellStart"/>
      <w:r w:rsidRPr="00B3363D">
        <w:rPr>
          <w:rFonts w:ascii="Times New Roman" w:hAnsi="Times New Roman" w:cs="Times New Roman"/>
          <w:b/>
          <w:bCs/>
        </w:rPr>
        <w:t>Műveltségtartalmak</w:t>
      </w:r>
      <w:proofErr w:type="spellEnd"/>
      <w:r w:rsidRPr="00B3363D">
        <w:rPr>
          <w:rFonts w:ascii="Times New Roman" w:hAnsi="Times New Roman" w:cs="Times New Roman"/>
          <w:b/>
          <w:bCs/>
        </w:rPr>
        <w:t xml:space="preserve">: mese, </w:t>
      </w:r>
      <w:proofErr w:type="spellStart"/>
      <w:r w:rsidRPr="00B3363D">
        <w:rPr>
          <w:rFonts w:ascii="Times New Roman" w:hAnsi="Times New Roman" w:cs="Times New Roman"/>
          <w:b/>
          <w:bCs/>
        </w:rPr>
        <w:t>vers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zene</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ábrázolás</w:t>
      </w:r>
      <w:proofErr w:type="spellEnd"/>
    </w:p>
    <w:p w14:paraId="1DC8DF62"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fejlettségi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területek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együttes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vizsgálata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biztosítja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hogy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óvodapedagógus</w:t>
      </w:r>
      <w:proofErr w:type="spellEnd"/>
      <w:r w:rsidRPr="00B3363D">
        <w:rPr>
          <w:rFonts w:ascii="Times New Roman" w:hAnsi="Times New Roman" w:cs="Times New Roman"/>
        </w:rPr>
        <w:t xml:space="preserve"> ne </w:t>
      </w:r>
      <w:proofErr w:type="spellStart"/>
      <w:r w:rsidRPr="00B3363D">
        <w:rPr>
          <w:rFonts w:ascii="Times New Roman" w:hAnsi="Times New Roman" w:cs="Times New Roman"/>
        </w:rPr>
        <w:t>egy-egy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kiragadott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képesség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alapján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alkosson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képet</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fejlettségéről</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hanem</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komplexen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értékelje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annak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alakulását</w:t>
      </w:r>
      <w:proofErr w:type="spellEnd"/>
      <w:r w:rsidRPr="00B3363D">
        <w:rPr>
          <w:rFonts w:ascii="Times New Roman" w:hAnsi="Times New Roman" w:cs="Times New Roman"/>
        </w:rPr>
        <w:t>.</w:t>
      </w:r>
    </w:p>
    <w:p w14:paraId="3E2E7CA2" w14:textId="77777777" w:rsidR="00B3363D" w:rsidRPr="00B3363D" w:rsidRDefault="00B3363D" w:rsidP="00B3363D">
      <w:pPr>
        <w:pStyle w:val="Szvegtrzs"/>
        <w:spacing w:line="360" w:lineRule="auto"/>
        <w:jc w:val="both"/>
      </w:pPr>
      <w:r w:rsidRPr="00B3363D">
        <w:t xml:space="preserve">Az egyes területek részletes, megfigyelhető kimeneti jellemzőit a XIII. fejezet mellékletét képező </w:t>
      </w:r>
      <w:r w:rsidRPr="00B3363D">
        <w:rPr>
          <w:b/>
          <w:bCs/>
        </w:rPr>
        <w:t>„Iskolai élet megkezdéséhez szükséges fejlettség – Pedagógiai mérő- és értékelőlap”</w:t>
      </w:r>
      <w:r w:rsidRPr="00B3363D">
        <w:t xml:space="preserve"> tartalmazza.</w:t>
      </w:r>
    </w:p>
    <w:p w14:paraId="18701803" w14:textId="07280778" w:rsidR="00B3363D" w:rsidRPr="00B3363D" w:rsidRDefault="00B3363D" w:rsidP="00B3363D">
      <w:pPr>
        <w:pStyle w:val="Cmsor2"/>
        <w:spacing w:line="360" w:lineRule="auto"/>
        <w:jc w:val="both"/>
        <w:rPr>
          <w:rFonts w:ascii="Times New Roman" w:hAnsi="Times New Roman" w:cs="Times New Roman"/>
          <w:sz w:val="24"/>
          <w:szCs w:val="24"/>
        </w:rPr>
      </w:pPr>
      <w:bookmarkStart w:id="26" w:name="a-mérés-módszere"/>
      <w:bookmarkEnd w:id="25"/>
      <w:r w:rsidRPr="00B3363D">
        <w:rPr>
          <w:rFonts w:ascii="Times New Roman" w:hAnsi="Times New Roman" w:cs="Times New Roman"/>
          <w:sz w:val="24"/>
          <w:szCs w:val="24"/>
        </w:rPr>
        <w:t>1</w:t>
      </w:r>
      <w:r>
        <w:rPr>
          <w:rFonts w:ascii="Times New Roman" w:hAnsi="Times New Roman" w:cs="Times New Roman"/>
          <w:sz w:val="24"/>
          <w:szCs w:val="24"/>
        </w:rPr>
        <w:t>4</w:t>
      </w:r>
      <w:r w:rsidRPr="00B3363D">
        <w:rPr>
          <w:rFonts w:ascii="Times New Roman" w:hAnsi="Times New Roman" w:cs="Times New Roman"/>
          <w:sz w:val="24"/>
          <w:szCs w:val="24"/>
        </w:rPr>
        <w:t>.4. A mérés módszere</w:t>
      </w:r>
    </w:p>
    <w:p w14:paraId="1F55F7AB"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mérés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alapját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elsősorban</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természetes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óvodai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élethelyzeteiben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végzett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b/>
          <w:bCs/>
        </w:rPr>
        <w:t>folyamatos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pedagógiai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megfigyelés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képezi</w:t>
      </w:r>
      <w:proofErr w:type="spellEnd"/>
      <w:r w:rsidRPr="00B3363D">
        <w:rPr>
          <w:rFonts w:ascii="Times New Roman" w:hAnsi="Times New Roman" w:cs="Times New Roman"/>
        </w:rPr>
        <w:t>.</w:t>
      </w:r>
    </w:p>
    <w:p w14:paraId="400B2706" w14:textId="77777777" w:rsidR="00B3363D" w:rsidRPr="00B3363D" w:rsidRDefault="00B3363D" w:rsidP="00B3363D">
      <w:pPr>
        <w:pStyle w:val="Szvegtrzs"/>
        <w:spacing w:line="360" w:lineRule="auto"/>
        <w:jc w:val="both"/>
      </w:pPr>
      <w:r w:rsidRPr="00B3363D">
        <w:t>A megfigyelés kiterjed különösen a gyermek:</w:t>
      </w:r>
    </w:p>
    <w:p w14:paraId="06E4EB19"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játékára</w:t>
      </w:r>
      <w:proofErr w:type="spellEnd"/>
      <w:r w:rsidRPr="00B3363D">
        <w:rPr>
          <w:rFonts w:ascii="Times New Roman" w:hAnsi="Times New Roman" w:cs="Times New Roman"/>
        </w:rPr>
        <w:t>;</w:t>
      </w:r>
    </w:p>
    <w:p w14:paraId="171BD05D"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mozgására</w:t>
      </w:r>
      <w:proofErr w:type="spellEnd"/>
      <w:r w:rsidRPr="00B3363D">
        <w:rPr>
          <w:rFonts w:ascii="Times New Roman" w:hAnsi="Times New Roman" w:cs="Times New Roman"/>
        </w:rPr>
        <w:t>;</w:t>
      </w:r>
    </w:p>
    <w:p w14:paraId="21152EB1"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kommunikációjára</w:t>
      </w:r>
      <w:proofErr w:type="spellEnd"/>
      <w:r w:rsidRPr="00B3363D">
        <w:rPr>
          <w:rFonts w:ascii="Times New Roman" w:hAnsi="Times New Roman" w:cs="Times New Roman"/>
        </w:rPr>
        <w:t>;</w:t>
      </w:r>
    </w:p>
    <w:p w14:paraId="44AD0AE7"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társas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kapcsolataira</w:t>
      </w:r>
      <w:proofErr w:type="spellEnd"/>
      <w:r w:rsidRPr="00B3363D">
        <w:rPr>
          <w:rFonts w:ascii="Times New Roman" w:hAnsi="Times New Roman" w:cs="Times New Roman"/>
        </w:rPr>
        <w:t>;</w:t>
      </w:r>
    </w:p>
    <w:p w14:paraId="3D880826"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önállóságára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önkiszolgálására</w:t>
      </w:r>
      <w:proofErr w:type="spellEnd"/>
      <w:r w:rsidRPr="00B3363D">
        <w:rPr>
          <w:rFonts w:ascii="Times New Roman" w:hAnsi="Times New Roman" w:cs="Times New Roman"/>
        </w:rPr>
        <w:t>;</w:t>
      </w:r>
    </w:p>
    <w:p w14:paraId="26AD778B"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feladattudatára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feladattartására</w:t>
      </w:r>
      <w:proofErr w:type="spellEnd"/>
      <w:r w:rsidRPr="00B3363D">
        <w:rPr>
          <w:rFonts w:ascii="Times New Roman" w:hAnsi="Times New Roman" w:cs="Times New Roman"/>
        </w:rPr>
        <w:t>;</w:t>
      </w:r>
    </w:p>
    <w:p w14:paraId="67CFCBE3"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figyelmére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emlékezetére</w:t>
      </w:r>
      <w:proofErr w:type="spellEnd"/>
      <w:r w:rsidRPr="00B3363D">
        <w:rPr>
          <w:rFonts w:ascii="Times New Roman" w:hAnsi="Times New Roman" w:cs="Times New Roman"/>
        </w:rPr>
        <w:t>;</w:t>
      </w:r>
    </w:p>
    <w:p w14:paraId="29CDACBE"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gondolkodására</w:t>
      </w:r>
      <w:proofErr w:type="spellEnd"/>
      <w:r w:rsidRPr="00B3363D">
        <w:rPr>
          <w:rFonts w:ascii="Times New Roman" w:hAnsi="Times New Roman" w:cs="Times New Roman"/>
        </w:rPr>
        <w:t>;</w:t>
      </w:r>
    </w:p>
    <w:p w14:paraId="5268B05E"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érzékelési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észlelési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képességeire</w:t>
      </w:r>
      <w:proofErr w:type="spellEnd"/>
      <w:r w:rsidRPr="00B3363D">
        <w:rPr>
          <w:rFonts w:ascii="Times New Roman" w:hAnsi="Times New Roman" w:cs="Times New Roman"/>
        </w:rPr>
        <w:t>;</w:t>
      </w:r>
    </w:p>
    <w:p w14:paraId="1542DA98"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környezeti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matematikai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tapasztalataira</w:t>
      </w:r>
      <w:proofErr w:type="spellEnd"/>
      <w:r w:rsidRPr="00B3363D">
        <w:rPr>
          <w:rFonts w:ascii="Times New Roman" w:hAnsi="Times New Roman" w:cs="Times New Roman"/>
        </w:rPr>
        <w:t>;</w:t>
      </w:r>
    </w:p>
    <w:p w14:paraId="40C8C7E5"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valamint</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különböző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óvodai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tevékenységekben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megfigyelhető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képességeire</w:t>
      </w:r>
      <w:proofErr w:type="spellEnd"/>
      <w:r w:rsidRPr="00B3363D">
        <w:rPr>
          <w:rFonts w:ascii="Times New Roman" w:hAnsi="Times New Roman" w:cs="Times New Roman"/>
        </w:rPr>
        <w:t>.</w:t>
      </w:r>
    </w:p>
    <w:p w14:paraId="71A96B63"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Az </w:t>
      </w:r>
      <w:proofErr w:type="spellStart"/>
      <w:r w:rsidRPr="00B3363D">
        <w:rPr>
          <w:rFonts w:ascii="Times New Roman" w:hAnsi="Times New Roman" w:cs="Times New Roman"/>
        </w:rPr>
        <w:t>óvodapedagógus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szükség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szerint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játékos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célzott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helyzeteket</w:t>
      </w:r>
      <w:proofErr w:type="spellEnd"/>
      <w:r w:rsidRPr="00B3363D">
        <w:rPr>
          <w:rFonts w:ascii="Times New Roman" w:hAnsi="Times New Roman" w:cs="Times New Roman"/>
        </w:rPr>
        <w:t xml:space="preserve"> is </w:t>
      </w:r>
      <w:proofErr w:type="spellStart"/>
      <w:r w:rsidRPr="00B3363D">
        <w:rPr>
          <w:rFonts w:ascii="Times New Roman" w:hAnsi="Times New Roman" w:cs="Times New Roman"/>
        </w:rPr>
        <w:t>teremthet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egy-egy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képesség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vagy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fejlettségi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jellemző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pontosabb</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megfigyelése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érdekében</w:t>
      </w:r>
      <w:proofErr w:type="spellEnd"/>
      <w:r w:rsidRPr="00B3363D">
        <w:rPr>
          <w:rFonts w:ascii="Times New Roman" w:hAnsi="Times New Roman" w:cs="Times New Roman"/>
        </w:rPr>
        <w:t>.</w:t>
      </w:r>
    </w:p>
    <w:p w14:paraId="0B89B4F2" w14:textId="77777777" w:rsidR="00B3363D" w:rsidRPr="00B3363D" w:rsidRDefault="00B3363D" w:rsidP="00B3363D">
      <w:pPr>
        <w:pStyle w:val="Szvegtrzs"/>
        <w:spacing w:line="360" w:lineRule="auto"/>
        <w:jc w:val="both"/>
      </w:pPr>
      <w:r w:rsidRPr="00B3363D">
        <w:t>A mérés nem iskolai jellegű számonkérés és nem vizsga. Törekedni kell arra, hogy a gyermek azt természetes óvodai helyzetként élje meg, a mérés ne keltsen benne teljesítményszorongást, és ne zavarja meg az óvodai élet természetes folyamatát.</w:t>
      </w:r>
    </w:p>
    <w:p w14:paraId="3CEF64AE" w14:textId="77777777" w:rsidR="00B3363D" w:rsidRPr="00B3363D" w:rsidRDefault="00B3363D" w:rsidP="00B3363D">
      <w:pPr>
        <w:pStyle w:val="Szvegtrzs"/>
        <w:spacing w:line="360" w:lineRule="auto"/>
        <w:jc w:val="both"/>
      </w:pPr>
      <w:r w:rsidRPr="00B3363D">
        <w:t xml:space="preserve">Az értékelés lehetőség szerint több megfigyelésre és pedagógiai tapasztalatra épül. Egyetlen alkalom vagy </w:t>
      </w:r>
      <w:r w:rsidRPr="00B3363D">
        <w:lastRenderedPageBreak/>
        <w:t>pillanatnyi teljesítmény önmagában nem lehet meghatározó. Figyelembe kell venni a gyermek aktuális érzelmi állapotát, motivációját, terhelhetőségét és egyéni sajátosságait is.</w:t>
      </w:r>
    </w:p>
    <w:p w14:paraId="46F64CF7" w14:textId="69A1E0DF" w:rsidR="00B3363D" w:rsidRPr="00B3363D" w:rsidRDefault="00B3363D" w:rsidP="00B3363D">
      <w:pPr>
        <w:pStyle w:val="Cmsor2"/>
        <w:spacing w:line="360" w:lineRule="auto"/>
        <w:jc w:val="both"/>
        <w:rPr>
          <w:rFonts w:ascii="Times New Roman" w:hAnsi="Times New Roman" w:cs="Times New Roman"/>
          <w:sz w:val="24"/>
          <w:szCs w:val="24"/>
        </w:rPr>
      </w:pPr>
      <w:bookmarkStart w:id="27" w:name="a-mérés-időpontjai-és-folyamata"/>
      <w:bookmarkEnd w:id="26"/>
      <w:r w:rsidRPr="00B3363D">
        <w:rPr>
          <w:rFonts w:ascii="Times New Roman" w:hAnsi="Times New Roman" w:cs="Times New Roman"/>
          <w:sz w:val="24"/>
          <w:szCs w:val="24"/>
        </w:rPr>
        <w:t>1</w:t>
      </w:r>
      <w:r>
        <w:rPr>
          <w:rFonts w:ascii="Times New Roman" w:hAnsi="Times New Roman" w:cs="Times New Roman"/>
          <w:sz w:val="24"/>
          <w:szCs w:val="24"/>
        </w:rPr>
        <w:t>4</w:t>
      </w:r>
      <w:r w:rsidRPr="00B3363D">
        <w:rPr>
          <w:rFonts w:ascii="Times New Roman" w:hAnsi="Times New Roman" w:cs="Times New Roman"/>
          <w:sz w:val="24"/>
          <w:szCs w:val="24"/>
        </w:rPr>
        <w:t>.5. A mérés időpontjai és folyamata</w:t>
      </w:r>
    </w:p>
    <w:p w14:paraId="71F36CD4"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fejlődésének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nyomon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követése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egész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nevelési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év</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során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folyamatos</w:t>
      </w:r>
      <w:proofErr w:type="spellEnd"/>
      <w:r w:rsidRPr="00B3363D">
        <w:rPr>
          <w:rFonts w:ascii="Times New Roman" w:hAnsi="Times New Roman" w:cs="Times New Roman"/>
        </w:rPr>
        <w:t>.</w:t>
      </w:r>
    </w:p>
    <w:p w14:paraId="22A2FDB3" w14:textId="77777777" w:rsidR="00B3363D" w:rsidRPr="00B3363D" w:rsidRDefault="00B3363D" w:rsidP="00B3363D">
      <w:pPr>
        <w:pStyle w:val="Szvegtrzs"/>
        <w:spacing w:line="360" w:lineRule="auto"/>
        <w:jc w:val="both"/>
      </w:pPr>
      <w:r w:rsidRPr="00B3363D">
        <w:t xml:space="preserve">Az intézményi mérő- és értékelőlap alkalmazásával történő </w:t>
      </w:r>
      <w:r w:rsidRPr="00B3363D">
        <w:rPr>
          <w:b/>
          <w:bCs/>
        </w:rPr>
        <w:t>dokumentált mérésre nevelési évenként két alkalommal kerül sor.</w:t>
      </w:r>
    </w:p>
    <w:p w14:paraId="61EB7918" w14:textId="77777777" w:rsidR="00B3363D" w:rsidRPr="00B3363D" w:rsidRDefault="00B3363D" w:rsidP="00B3363D">
      <w:pPr>
        <w:pStyle w:val="Szvegtrzs"/>
        <w:spacing w:line="360" w:lineRule="auto"/>
        <w:jc w:val="both"/>
      </w:pPr>
      <w:r w:rsidRPr="00B3363D">
        <w:rPr>
          <w:b/>
          <w:bCs/>
        </w:rPr>
        <w:t>A mérési időpontok:</w:t>
      </w:r>
    </w:p>
    <w:p w14:paraId="219168FC"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b/>
          <w:bCs/>
        </w:rPr>
        <w:t xml:space="preserve">I. </w:t>
      </w:r>
      <w:proofErr w:type="spellStart"/>
      <w:r w:rsidRPr="00B3363D">
        <w:rPr>
          <w:rFonts w:ascii="Times New Roman" w:hAnsi="Times New Roman" w:cs="Times New Roman"/>
          <w:b/>
          <w:bCs/>
        </w:rPr>
        <w:t>mérés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október</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vége</w:t>
      </w:r>
      <w:proofErr w:type="spellEnd"/>
      <w:r w:rsidRPr="00B3363D">
        <w:rPr>
          <w:rFonts w:ascii="Times New Roman" w:hAnsi="Times New Roman" w:cs="Times New Roman"/>
          <w:b/>
          <w:bCs/>
        </w:rPr>
        <w:t>;</w:t>
      </w:r>
    </w:p>
    <w:p w14:paraId="62754829"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b/>
          <w:bCs/>
        </w:rPr>
        <w:t xml:space="preserve">II. </w:t>
      </w:r>
      <w:proofErr w:type="spellStart"/>
      <w:r w:rsidRPr="00B3363D">
        <w:rPr>
          <w:rFonts w:ascii="Times New Roman" w:hAnsi="Times New Roman" w:cs="Times New Roman"/>
          <w:b/>
          <w:bCs/>
        </w:rPr>
        <w:t>mérés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május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eleje</w:t>
      </w:r>
      <w:proofErr w:type="spellEnd"/>
      <w:r w:rsidRPr="00B3363D">
        <w:rPr>
          <w:rFonts w:ascii="Times New Roman" w:hAnsi="Times New Roman" w:cs="Times New Roman"/>
          <w:b/>
          <w:bCs/>
        </w:rPr>
        <w:t>.</w:t>
      </w:r>
    </w:p>
    <w:p w14:paraId="485E4B13" w14:textId="77777777" w:rsidR="00B3363D" w:rsidRPr="00B3363D" w:rsidRDefault="00B3363D" w:rsidP="00B3363D">
      <w:pPr>
        <w:pStyle w:val="Cmsor3"/>
        <w:spacing w:line="360" w:lineRule="auto"/>
        <w:jc w:val="both"/>
        <w:rPr>
          <w:sz w:val="24"/>
          <w:szCs w:val="24"/>
        </w:rPr>
      </w:pPr>
      <w:bookmarkStart w:id="28" w:name="i.-mérés-október-vége"/>
      <w:r w:rsidRPr="00B3363D">
        <w:rPr>
          <w:sz w:val="24"/>
          <w:szCs w:val="24"/>
        </w:rPr>
        <w:t>I. mérés – október vége</w:t>
      </w:r>
    </w:p>
    <w:p w14:paraId="6472ED3E"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Az </w:t>
      </w:r>
      <w:proofErr w:type="spellStart"/>
      <w:r w:rsidRPr="00B3363D">
        <w:rPr>
          <w:rFonts w:ascii="Times New Roman" w:hAnsi="Times New Roman" w:cs="Times New Roman"/>
        </w:rPr>
        <w:t>első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célja</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aktuális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fejlettségi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állapotának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feltárása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iskolai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élet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megkezdéséhez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szükséges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képességek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készségek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állapotának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megismerése</w:t>
      </w:r>
      <w:proofErr w:type="spellEnd"/>
      <w:r w:rsidRPr="00B3363D">
        <w:rPr>
          <w:rFonts w:ascii="Times New Roman" w:hAnsi="Times New Roman" w:cs="Times New Roman"/>
        </w:rPr>
        <w:t>.</w:t>
      </w:r>
    </w:p>
    <w:p w14:paraId="28045F75" w14:textId="77777777" w:rsidR="00B3363D" w:rsidRPr="00B3363D" w:rsidRDefault="00B3363D" w:rsidP="00B3363D">
      <w:pPr>
        <w:pStyle w:val="Szvegtrzs"/>
        <w:spacing w:line="360" w:lineRule="auto"/>
        <w:jc w:val="both"/>
      </w:pPr>
      <w:r w:rsidRPr="00B3363D">
        <w:t>Az októberi mérés eredménye alapján az óvodapedagógus meghatározza:</w:t>
      </w:r>
    </w:p>
    <w:p w14:paraId="4ACECF9D"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erősségeit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stabilan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kialakult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képességeit</w:t>
      </w:r>
      <w:proofErr w:type="spellEnd"/>
      <w:r w:rsidRPr="00B3363D">
        <w:rPr>
          <w:rFonts w:ascii="Times New Roman" w:hAnsi="Times New Roman" w:cs="Times New Roman"/>
        </w:rPr>
        <w:t>;</w:t>
      </w:r>
    </w:p>
    <w:p w14:paraId="7AFF9824"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alakulóban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lévő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megerősítést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igénylő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területeket</w:t>
      </w:r>
      <w:proofErr w:type="spellEnd"/>
      <w:r w:rsidRPr="00B3363D">
        <w:rPr>
          <w:rFonts w:ascii="Times New Roman" w:hAnsi="Times New Roman" w:cs="Times New Roman"/>
        </w:rPr>
        <w:t>;</w:t>
      </w:r>
    </w:p>
    <w:p w14:paraId="3A7CA2AD"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célokat</w:t>
      </w:r>
      <w:proofErr w:type="spellEnd"/>
      <w:r w:rsidRPr="00B3363D">
        <w:rPr>
          <w:rFonts w:ascii="Times New Roman" w:hAnsi="Times New Roman" w:cs="Times New Roman"/>
        </w:rPr>
        <w:t>;</w:t>
      </w:r>
    </w:p>
    <w:p w14:paraId="5A799B97"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differenciált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irányait</w:t>
      </w:r>
      <w:proofErr w:type="spellEnd"/>
      <w:r w:rsidRPr="00B3363D">
        <w:rPr>
          <w:rFonts w:ascii="Times New Roman" w:hAnsi="Times New Roman" w:cs="Times New Roman"/>
        </w:rPr>
        <w:t>;</w:t>
      </w:r>
    </w:p>
    <w:p w14:paraId="0652DA68"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következő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időszak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kiemelt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feladatait</w:t>
      </w:r>
      <w:proofErr w:type="spellEnd"/>
      <w:r w:rsidRPr="00B3363D">
        <w:rPr>
          <w:rFonts w:ascii="Times New Roman" w:hAnsi="Times New Roman" w:cs="Times New Roman"/>
        </w:rPr>
        <w:t>;</w:t>
      </w:r>
    </w:p>
    <w:p w14:paraId="3391867F"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szükség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esetén</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további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célzott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megfigyelés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vagy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szakmai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együttműködés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indokoltságát</w:t>
      </w:r>
      <w:proofErr w:type="spellEnd"/>
      <w:r w:rsidRPr="00B3363D">
        <w:rPr>
          <w:rFonts w:ascii="Times New Roman" w:hAnsi="Times New Roman" w:cs="Times New Roman"/>
        </w:rPr>
        <w:t>.</w:t>
      </w:r>
    </w:p>
    <w:p w14:paraId="70E1913F"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Az </w:t>
      </w:r>
      <w:proofErr w:type="spellStart"/>
      <w:r w:rsidRPr="00B3363D">
        <w:rPr>
          <w:rFonts w:ascii="Times New Roman" w:hAnsi="Times New Roman" w:cs="Times New Roman"/>
        </w:rPr>
        <w:t>októberi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kiindulópontot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biztosítanak</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nevelési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év</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további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időszakára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vonatkozó</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csoportszintű</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tervezéshez</w:t>
      </w:r>
      <w:proofErr w:type="spellEnd"/>
      <w:r w:rsidRPr="00B3363D">
        <w:rPr>
          <w:rFonts w:ascii="Times New Roman" w:hAnsi="Times New Roman" w:cs="Times New Roman"/>
        </w:rPr>
        <w:t>.</w:t>
      </w:r>
    </w:p>
    <w:p w14:paraId="188E194C" w14:textId="77777777" w:rsidR="00B3363D" w:rsidRPr="00B3363D" w:rsidRDefault="00B3363D" w:rsidP="00B3363D">
      <w:pPr>
        <w:pStyle w:val="Cmsor3"/>
        <w:spacing w:line="360" w:lineRule="auto"/>
        <w:jc w:val="both"/>
        <w:rPr>
          <w:sz w:val="24"/>
          <w:szCs w:val="24"/>
        </w:rPr>
      </w:pPr>
      <w:bookmarkStart w:id="29" w:name="ii.-mérés-május-eleje"/>
      <w:bookmarkEnd w:id="28"/>
      <w:r w:rsidRPr="00B3363D">
        <w:rPr>
          <w:sz w:val="24"/>
          <w:szCs w:val="24"/>
        </w:rPr>
        <w:t>II. mérés – május eleje</w:t>
      </w:r>
    </w:p>
    <w:p w14:paraId="1E6D3262"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második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célja</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fejlődésének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nyomon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követése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októberi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méréshez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viszonyított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változások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feltárása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valamint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alkalmazott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tevékenységek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eredményességének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értékelése</w:t>
      </w:r>
      <w:proofErr w:type="spellEnd"/>
      <w:r w:rsidRPr="00B3363D">
        <w:rPr>
          <w:rFonts w:ascii="Times New Roman" w:hAnsi="Times New Roman" w:cs="Times New Roman"/>
        </w:rPr>
        <w:t>.</w:t>
      </w:r>
    </w:p>
    <w:p w14:paraId="5E328ECD" w14:textId="77777777" w:rsidR="00B3363D" w:rsidRPr="00B3363D" w:rsidRDefault="00B3363D" w:rsidP="00B3363D">
      <w:pPr>
        <w:pStyle w:val="Szvegtrzs"/>
        <w:spacing w:line="360" w:lineRule="auto"/>
        <w:jc w:val="both"/>
      </w:pPr>
      <w:r w:rsidRPr="00B3363D">
        <w:t>A májusi mérés során az óvodapedagógus különösen azt vizsgálja:</w:t>
      </w:r>
    </w:p>
    <w:p w14:paraId="549D26F6"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mely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területeken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történt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első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méréshez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képest</w:t>
      </w:r>
      <w:proofErr w:type="spellEnd"/>
      <w:r w:rsidRPr="00B3363D">
        <w:rPr>
          <w:rFonts w:ascii="Times New Roman" w:hAnsi="Times New Roman" w:cs="Times New Roman"/>
        </w:rPr>
        <w:t>;</w:t>
      </w:r>
    </w:p>
    <w:p w14:paraId="2BEC9910"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mely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képességek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készségek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váltak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stabilabbá</w:t>
      </w:r>
      <w:proofErr w:type="spellEnd"/>
      <w:r w:rsidRPr="00B3363D">
        <w:rPr>
          <w:rFonts w:ascii="Times New Roman" w:hAnsi="Times New Roman" w:cs="Times New Roman"/>
        </w:rPr>
        <w:t>;</w:t>
      </w:r>
    </w:p>
    <w:p w14:paraId="2EB8D1A8"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milyen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mértékben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valósultak</w:t>
      </w:r>
      <w:proofErr w:type="spellEnd"/>
      <w:r w:rsidRPr="00B3363D">
        <w:rPr>
          <w:rFonts w:ascii="Times New Roman" w:hAnsi="Times New Roman" w:cs="Times New Roman"/>
        </w:rPr>
        <w:t xml:space="preserve"> meg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októberi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alapján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meghatározott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célok</w:t>
      </w:r>
      <w:proofErr w:type="spellEnd"/>
      <w:r w:rsidRPr="00B3363D">
        <w:rPr>
          <w:rFonts w:ascii="Times New Roman" w:hAnsi="Times New Roman" w:cs="Times New Roman"/>
        </w:rPr>
        <w:t>;</w:t>
      </w:r>
    </w:p>
    <w:p w14:paraId="034FE184"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lastRenderedPageBreak/>
        <w:t>mely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területeken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indokolt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további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megerősítés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vagy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támogatás</w:t>
      </w:r>
      <w:proofErr w:type="spellEnd"/>
      <w:r w:rsidRPr="00B3363D">
        <w:rPr>
          <w:rFonts w:ascii="Times New Roman" w:hAnsi="Times New Roman" w:cs="Times New Roman"/>
        </w:rPr>
        <w:t>;</w:t>
      </w:r>
    </w:p>
    <w:p w14:paraId="2A8B435F"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milyen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további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feladatok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határozhatók</w:t>
      </w:r>
      <w:proofErr w:type="spellEnd"/>
      <w:r w:rsidRPr="00B3363D">
        <w:rPr>
          <w:rFonts w:ascii="Times New Roman" w:hAnsi="Times New Roman" w:cs="Times New Roman"/>
        </w:rPr>
        <w:t xml:space="preserve"> meg.</w:t>
      </w:r>
    </w:p>
    <w:p w14:paraId="3BA452C1"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két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eredményeinek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összehasonlítása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lehetőséget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biztosít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arra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hogy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óvodapedagógus</w:t>
      </w:r>
      <w:proofErr w:type="spellEnd"/>
      <w:r w:rsidRPr="00B3363D">
        <w:rPr>
          <w:rFonts w:ascii="Times New Roman" w:hAnsi="Times New Roman" w:cs="Times New Roman"/>
        </w:rPr>
        <w:t xml:space="preserve"> ne </w:t>
      </w:r>
      <w:proofErr w:type="spellStart"/>
      <w:r w:rsidRPr="00B3363D">
        <w:rPr>
          <w:rFonts w:ascii="Times New Roman" w:hAnsi="Times New Roman" w:cs="Times New Roman"/>
        </w:rPr>
        <w:t>kizárólag</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aktuális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fejlettségi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állapotát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hanem</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b/>
          <w:bCs/>
        </w:rPr>
        <w:t>egyéni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fejlődésének</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irányát</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és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mértékét</w:t>
      </w:r>
      <w:proofErr w:type="spellEnd"/>
      <w:r w:rsidRPr="00B3363D">
        <w:rPr>
          <w:rFonts w:ascii="Times New Roman" w:hAnsi="Times New Roman" w:cs="Times New Roman"/>
        </w:rPr>
        <w:t xml:space="preserve"> is </w:t>
      </w:r>
      <w:proofErr w:type="spellStart"/>
      <w:r w:rsidRPr="00B3363D">
        <w:rPr>
          <w:rFonts w:ascii="Times New Roman" w:hAnsi="Times New Roman" w:cs="Times New Roman"/>
        </w:rPr>
        <w:t>nyomon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kövesse</w:t>
      </w:r>
      <w:proofErr w:type="spellEnd"/>
      <w:r w:rsidRPr="00B3363D">
        <w:rPr>
          <w:rFonts w:ascii="Times New Roman" w:hAnsi="Times New Roman" w:cs="Times New Roman"/>
        </w:rPr>
        <w:t>.</w:t>
      </w:r>
    </w:p>
    <w:p w14:paraId="2A078C48" w14:textId="77777777" w:rsidR="00B3363D" w:rsidRPr="00B3363D" w:rsidRDefault="00B3363D" w:rsidP="00B3363D">
      <w:pPr>
        <w:pStyle w:val="Szvegtrzs"/>
        <w:spacing w:line="360" w:lineRule="auto"/>
        <w:jc w:val="both"/>
      </w:pPr>
      <w:r w:rsidRPr="00B3363D">
        <w:t>A két dokumentált mérési időpont közötti időszakban a gyermek fejlődésének nyomon követése folyamatos pedagógiai megfigyeléssel történik. Amennyiben a gyermek fejlődése indokolja, az óvodapedagógus a két meghatározott mérési időpont között is végezhet célzott megfigyelést és rögzítheti a fejlődés szempontjából lényeges tapasztalatokat.</w:t>
      </w:r>
    </w:p>
    <w:p w14:paraId="7E9D7BA5" w14:textId="6D111F68" w:rsidR="00B3363D" w:rsidRPr="00B3363D" w:rsidRDefault="00B3363D" w:rsidP="00B3363D">
      <w:pPr>
        <w:pStyle w:val="Cmsor2"/>
        <w:spacing w:line="360" w:lineRule="auto"/>
        <w:jc w:val="both"/>
        <w:rPr>
          <w:rFonts w:ascii="Times New Roman" w:hAnsi="Times New Roman" w:cs="Times New Roman"/>
          <w:sz w:val="24"/>
          <w:szCs w:val="24"/>
        </w:rPr>
      </w:pPr>
      <w:bookmarkStart w:id="30" w:name="a-pontozás-és-értékelés-rendszere"/>
      <w:bookmarkEnd w:id="27"/>
      <w:bookmarkEnd w:id="29"/>
      <w:r w:rsidRPr="00B3363D">
        <w:rPr>
          <w:rFonts w:ascii="Times New Roman" w:hAnsi="Times New Roman" w:cs="Times New Roman"/>
          <w:sz w:val="24"/>
          <w:szCs w:val="24"/>
        </w:rPr>
        <w:t>1</w:t>
      </w:r>
      <w:r>
        <w:rPr>
          <w:rFonts w:ascii="Times New Roman" w:hAnsi="Times New Roman" w:cs="Times New Roman"/>
          <w:sz w:val="24"/>
          <w:szCs w:val="24"/>
        </w:rPr>
        <w:t>4</w:t>
      </w:r>
      <w:r w:rsidRPr="00B3363D">
        <w:rPr>
          <w:rFonts w:ascii="Times New Roman" w:hAnsi="Times New Roman" w:cs="Times New Roman"/>
          <w:sz w:val="24"/>
          <w:szCs w:val="24"/>
        </w:rPr>
        <w:t>.6. A pontozás és értékelés rendszere</w:t>
      </w:r>
    </w:p>
    <w:p w14:paraId="7A9D72CE"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Az </w:t>
      </w:r>
      <w:proofErr w:type="spellStart"/>
      <w:r w:rsidRPr="00B3363D">
        <w:rPr>
          <w:rFonts w:ascii="Times New Roman" w:hAnsi="Times New Roman" w:cs="Times New Roman"/>
        </w:rPr>
        <w:t>intézményi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értékelőlap</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minden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megfigyelhető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kimeneti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jellemző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esetében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háromfokozatú</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rendszert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alkalmaz</w:t>
      </w:r>
      <w:proofErr w:type="spellEnd"/>
      <w:r w:rsidRPr="00B3363D">
        <w:rPr>
          <w:rFonts w:ascii="Times New Roman" w:hAnsi="Times New Roman" w:cs="Times New Roman"/>
        </w:rPr>
        <w:t>.</w:t>
      </w:r>
    </w:p>
    <w:p w14:paraId="054A516F" w14:textId="77777777" w:rsidR="00B3363D" w:rsidRPr="00B3363D" w:rsidRDefault="00B3363D" w:rsidP="00B3363D">
      <w:pPr>
        <w:pStyle w:val="Szvegtrzs"/>
        <w:spacing w:line="360" w:lineRule="auto"/>
        <w:jc w:val="both"/>
      </w:pPr>
      <w:r w:rsidRPr="00B3363D">
        <w:rPr>
          <w:b/>
          <w:bCs/>
        </w:rPr>
        <w:t>0 pont – még nem alakult ki</w:t>
      </w:r>
    </w:p>
    <w:p w14:paraId="0F22C7E6" w14:textId="77777777" w:rsidR="00B3363D" w:rsidRPr="00B3363D" w:rsidRDefault="00B3363D" w:rsidP="00B3363D">
      <w:pPr>
        <w:pStyle w:val="Szvegtrzs"/>
        <w:spacing w:line="360" w:lineRule="auto"/>
        <w:jc w:val="both"/>
      </w:pPr>
      <w:r w:rsidRPr="00B3363D">
        <w:t>A vizsgált jellemző nem figyelhető meg, vagy csak teljes felnőtt segítséggel teljesül.</w:t>
      </w:r>
    </w:p>
    <w:p w14:paraId="445B7B5A" w14:textId="77777777" w:rsidR="00B3363D" w:rsidRPr="00B3363D" w:rsidRDefault="00B3363D" w:rsidP="00B3363D">
      <w:pPr>
        <w:pStyle w:val="Szvegtrzs"/>
        <w:spacing w:line="360" w:lineRule="auto"/>
        <w:jc w:val="both"/>
      </w:pPr>
      <w:r w:rsidRPr="00B3363D">
        <w:rPr>
          <w:b/>
          <w:bCs/>
        </w:rPr>
        <w:t>1 pont – alakulóban / részben teljesül</w:t>
      </w:r>
    </w:p>
    <w:p w14:paraId="0497F966" w14:textId="77777777" w:rsidR="00B3363D" w:rsidRPr="00B3363D" w:rsidRDefault="00B3363D" w:rsidP="00B3363D">
      <w:pPr>
        <w:pStyle w:val="Szvegtrzs"/>
        <w:spacing w:line="360" w:lineRule="auto"/>
        <w:jc w:val="both"/>
      </w:pPr>
      <w:r w:rsidRPr="00B3363D">
        <w:t>A jellemző bizonytalanul, időszakosan, emlékeztetéssel vagy kisebb segítséggel jelenik meg.</w:t>
      </w:r>
    </w:p>
    <w:p w14:paraId="55477F64" w14:textId="77777777" w:rsidR="00B3363D" w:rsidRPr="00B3363D" w:rsidRDefault="00B3363D" w:rsidP="00B3363D">
      <w:pPr>
        <w:pStyle w:val="Szvegtrzs"/>
        <w:spacing w:line="360" w:lineRule="auto"/>
        <w:jc w:val="both"/>
      </w:pPr>
      <w:r w:rsidRPr="00B3363D">
        <w:rPr>
          <w:b/>
          <w:bCs/>
        </w:rPr>
        <w:t>2 pont – kialakult / életkornak megfelelő</w:t>
      </w:r>
    </w:p>
    <w:p w14:paraId="32EF0827" w14:textId="77777777" w:rsidR="00B3363D" w:rsidRPr="00B3363D" w:rsidRDefault="00B3363D" w:rsidP="00B3363D">
      <w:pPr>
        <w:pStyle w:val="Szvegtrzs"/>
        <w:spacing w:line="360" w:lineRule="auto"/>
        <w:jc w:val="both"/>
      </w:pPr>
      <w:r w:rsidRPr="00B3363D">
        <w:t>A jellemző önállóan, stabilan, többféle helyzetben megfigyelhető.</w:t>
      </w:r>
    </w:p>
    <w:p w14:paraId="17189E6E" w14:textId="77777777" w:rsidR="00B3363D" w:rsidRPr="00B3363D" w:rsidRDefault="00B3363D" w:rsidP="00B3363D">
      <w:pPr>
        <w:pStyle w:val="Szvegtrzs"/>
        <w:spacing w:line="360" w:lineRule="auto"/>
        <w:jc w:val="both"/>
      </w:pPr>
      <w:r w:rsidRPr="00B3363D">
        <w:t>Az egyes fejlettségi területeken elért eredmény százalékos formában is meghatározásra kerül:</w:t>
      </w:r>
    </w:p>
    <w:p w14:paraId="2682A8C5" w14:textId="77777777" w:rsidR="00B3363D" w:rsidRPr="00B3363D" w:rsidRDefault="00B3363D" w:rsidP="00B3363D">
      <w:pPr>
        <w:pStyle w:val="Szvegtrzs"/>
        <w:spacing w:line="360" w:lineRule="auto"/>
        <w:jc w:val="both"/>
      </w:pPr>
      <w:r w:rsidRPr="00B3363D">
        <w:rPr>
          <w:b/>
          <w:bCs/>
        </w:rPr>
        <w:t>elért pontszám ÷ maximálisan elérhető pontszám × 100</w:t>
      </w:r>
    </w:p>
    <w:p w14:paraId="7D9159FD" w14:textId="77777777" w:rsidR="00B3363D" w:rsidRPr="00B3363D" w:rsidRDefault="00B3363D" w:rsidP="00B3363D">
      <w:pPr>
        <w:pStyle w:val="Szvegtrzs"/>
        <w:spacing w:line="360" w:lineRule="auto"/>
        <w:jc w:val="both"/>
      </w:pPr>
      <w:r w:rsidRPr="00B3363D">
        <w:t>Az eredmények pedagógiai értelmezésének támogatására az intézmény az alábbi értelmezési sávokat alkalmazza:</w:t>
      </w:r>
    </w:p>
    <w:p w14:paraId="4C36499A" w14:textId="77777777" w:rsidR="00B3363D" w:rsidRPr="00B3363D" w:rsidRDefault="00B3363D" w:rsidP="00B3363D">
      <w:pPr>
        <w:pStyle w:val="Szvegtrzs"/>
        <w:spacing w:line="360" w:lineRule="auto"/>
      </w:pPr>
      <w:r w:rsidRPr="00B3363D">
        <w:rPr>
          <w:b/>
          <w:bCs/>
        </w:rPr>
        <w:t>90–100% – A terület életkorának megfelelően stabil.</w:t>
      </w:r>
      <w:r w:rsidRPr="00B3363D">
        <w:br/>
        <w:t>Pedagógiai feladat: a kialakult képességek fenntartása, gazdagítása, differenciált kihívások biztosítása.</w:t>
      </w:r>
    </w:p>
    <w:p w14:paraId="59B27B2D" w14:textId="77777777" w:rsidR="00B3363D" w:rsidRPr="00B3363D" w:rsidRDefault="00B3363D" w:rsidP="00B3363D">
      <w:pPr>
        <w:pStyle w:val="Szvegtrzs"/>
        <w:spacing w:line="360" w:lineRule="auto"/>
      </w:pPr>
      <w:r w:rsidRPr="00B3363D">
        <w:rPr>
          <w:b/>
          <w:bCs/>
        </w:rPr>
        <w:t>75–89% – A terület nagyrészt kialakult.</w:t>
      </w:r>
      <w:r w:rsidRPr="00B3363D">
        <w:br/>
        <w:t>Pedagógiai feladat: a bizonytalanabb képességek célzott megerősítése.</w:t>
      </w:r>
    </w:p>
    <w:p w14:paraId="2F2C4C35" w14:textId="77777777" w:rsidR="00B3363D" w:rsidRPr="00B3363D" w:rsidRDefault="00B3363D" w:rsidP="00B3363D">
      <w:pPr>
        <w:pStyle w:val="Szvegtrzs"/>
        <w:spacing w:line="360" w:lineRule="auto"/>
      </w:pPr>
      <w:r w:rsidRPr="00B3363D">
        <w:rPr>
          <w:b/>
          <w:bCs/>
        </w:rPr>
        <w:t>60–74% – A terület fejlődő, több elem még alakul.</w:t>
      </w:r>
      <w:r w:rsidRPr="00B3363D">
        <w:br/>
        <w:t>Pedagógiai feladat: egyéni fejlesztési célok meghatározása, tudatos fejlesztés és nyomon követés.</w:t>
      </w:r>
    </w:p>
    <w:p w14:paraId="51746572" w14:textId="77777777" w:rsidR="00B3363D" w:rsidRPr="00B3363D" w:rsidRDefault="00B3363D" w:rsidP="00B3363D">
      <w:pPr>
        <w:pStyle w:val="Szvegtrzs"/>
        <w:spacing w:line="360" w:lineRule="auto"/>
      </w:pPr>
      <w:r w:rsidRPr="00B3363D">
        <w:rPr>
          <w:b/>
          <w:bCs/>
        </w:rPr>
        <w:t>0–59% – A területen jelentősebb támogatás szükséges.</w:t>
      </w:r>
      <w:r w:rsidRPr="00B3363D">
        <w:br/>
        <w:t>Pedagógiai feladat: részletesebb megfigyelés, célzott fejlesztés, szükség esetén szakember bevonásának mérlegelése.</w:t>
      </w:r>
    </w:p>
    <w:p w14:paraId="7964983C" w14:textId="77777777" w:rsidR="00B3363D" w:rsidRPr="00B3363D" w:rsidRDefault="00B3363D" w:rsidP="00B3363D">
      <w:pPr>
        <w:pStyle w:val="Szvegtrzs"/>
        <w:spacing w:line="360" w:lineRule="auto"/>
        <w:jc w:val="both"/>
      </w:pPr>
      <w:r w:rsidRPr="00B3363D">
        <w:t>A százalékos értékelés célja az eredmények áttekinthetőségének, a fejlődés nyomon követésének és a két mérési időpont eredményei összehasonlíthatóságának támogatása.</w:t>
      </w:r>
    </w:p>
    <w:p w14:paraId="23311D20" w14:textId="77777777" w:rsidR="00B3363D" w:rsidRPr="00B3363D" w:rsidRDefault="00B3363D" w:rsidP="00B3363D">
      <w:pPr>
        <w:pStyle w:val="Szvegtrzs"/>
        <w:spacing w:line="360" w:lineRule="auto"/>
        <w:jc w:val="both"/>
      </w:pPr>
      <w:r w:rsidRPr="00B3363D">
        <w:rPr>
          <w:b/>
          <w:bCs/>
        </w:rPr>
        <w:lastRenderedPageBreak/>
        <w:t>Az összesített százalékos eredmény önmagában nem dönt az iskolai élet megkezdéséhez szükséges fejlettségről.</w:t>
      </w:r>
    </w:p>
    <w:p w14:paraId="2E371AAF" w14:textId="77777777" w:rsidR="00B3363D" w:rsidRPr="00B3363D" w:rsidRDefault="00B3363D" w:rsidP="00B3363D">
      <w:pPr>
        <w:pStyle w:val="Szvegtrzs"/>
        <w:spacing w:line="360" w:lineRule="auto"/>
        <w:jc w:val="both"/>
      </w:pPr>
      <w:r w:rsidRPr="00B3363D">
        <w:t>A gyermek fejlettségének pedagógiai értékelése során minden esetben figyelembe kell venni az egyes területek eredményeit, a gyermek egyéni fejlődési ütemét, a folyamatos pedagógiai megfigyelések tapasztalatait és a szöveges értékelést.</w:t>
      </w:r>
    </w:p>
    <w:p w14:paraId="13077F0C" w14:textId="17132650" w:rsidR="00B3363D" w:rsidRPr="00B3363D" w:rsidRDefault="00B3363D" w:rsidP="00B3363D">
      <w:pPr>
        <w:pStyle w:val="Cmsor2"/>
        <w:spacing w:line="360" w:lineRule="auto"/>
        <w:jc w:val="both"/>
        <w:rPr>
          <w:rFonts w:ascii="Times New Roman" w:hAnsi="Times New Roman" w:cs="Times New Roman"/>
          <w:sz w:val="24"/>
          <w:szCs w:val="24"/>
        </w:rPr>
      </w:pPr>
      <w:bookmarkStart w:id="31" w:name="Xb87e158cec1c9c60994fa3b419c56e5510f5385"/>
      <w:bookmarkEnd w:id="30"/>
      <w:r w:rsidRPr="00B3363D">
        <w:rPr>
          <w:rFonts w:ascii="Times New Roman" w:hAnsi="Times New Roman" w:cs="Times New Roman"/>
          <w:sz w:val="24"/>
          <w:szCs w:val="24"/>
        </w:rPr>
        <w:t>1</w:t>
      </w:r>
      <w:r>
        <w:rPr>
          <w:rFonts w:ascii="Times New Roman" w:hAnsi="Times New Roman" w:cs="Times New Roman"/>
          <w:sz w:val="24"/>
          <w:szCs w:val="24"/>
        </w:rPr>
        <w:t>4</w:t>
      </w:r>
      <w:r w:rsidRPr="00B3363D">
        <w:rPr>
          <w:rFonts w:ascii="Times New Roman" w:hAnsi="Times New Roman" w:cs="Times New Roman"/>
          <w:sz w:val="24"/>
          <w:szCs w:val="24"/>
        </w:rPr>
        <w:t>.7. Az egyéni értékelés és a fejlesztési feladatok meghatározása</w:t>
      </w:r>
    </w:p>
    <w:p w14:paraId="21A1B02D"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folyamat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szerves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része</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számszerű</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mellett</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b/>
          <w:bCs/>
        </w:rPr>
        <w:t>szöveges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pedagógiai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értékelés</w:t>
      </w:r>
      <w:proofErr w:type="spellEnd"/>
      <w:r w:rsidRPr="00B3363D">
        <w:rPr>
          <w:rFonts w:ascii="Times New Roman" w:hAnsi="Times New Roman" w:cs="Times New Roman"/>
        </w:rPr>
        <w:t>.</w:t>
      </w:r>
    </w:p>
    <w:p w14:paraId="52F06665" w14:textId="77777777" w:rsidR="00B3363D" w:rsidRPr="00B3363D" w:rsidRDefault="00B3363D" w:rsidP="00B3363D">
      <w:pPr>
        <w:pStyle w:val="Szvegtrzs"/>
        <w:spacing w:line="360" w:lineRule="auto"/>
        <w:jc w:val="both"/>
      </w:pPr>
      <w:r w:rsidRPr="00B3363D">
        <w:t>Az óvodapedagógus az értékelés során meghatározza:</w:t>
      </w:r>
    </w:p>
    <w:p w14:paraId="6B95056F"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erősségeit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stabilan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kialakult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képességeit</w:t>
      </w:r>
      <w:proofErr w:type="spellEnd"/>
      <w:r w:rsidRPr="00B3363D">
        <w:rPr>
          <w:rFonts w:ascii="Times New Roman" w:hAnsi="Times New Roman" w:cs="Times New Roman"/>
        </w:rPr>
        <w:t>;</w:t>
      </w:r>
    </w:p>
    <w:p w14:paraId="4EFE5DDF"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fejlődő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megerősítendő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területeket</w:t>
      </w:r>
      <w:proofErr w:type="spellEnd"/>
      <w:r w:rsidRPr="00B3363D">
        <w:rPr>
          <w:rFonts w:ascii="Times New Roman" w:hAnsi="Times New Roman" w:cs="Times New Roman"/>
        </w:rPr>
        <w:t>;</w:t>
      </w:r>
    </w:p>
    <w:p w14:paraId="0F64193E"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kiemelt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célokat</w:t>
      </w:r>
      <w:proofErr w:type="spellEnd"/>
      <w:r w:rsidRPr="00B3363D">
        <w:rPr>
          <w:rFonts w:ascii="Times New Roman" w:hAnsi="Times New Roman" w:cs="Times New Roman"/>
        </w:rPr>
        <w:t>;</w:t>
      </w:r>
    </w:p>
    <w:p w14:paraId="0E292237"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javasolt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módszereket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tevékenységeket</w:t>
      </w:r>
      <w:proofErr w:type="spellEnd"/>
      <w:r w:rsidRPr="00B3363D">
        <w:rPr>
          <w:rFonts w:ascii="Times New Roman" w:hAnsi="Times New Roman" w:cs="Times New Roman"/>
        </w:rPr>
        <w:t>;</w:t>
      </w:r>
    </w:p>
    <w:p w14:paraId="5B123E6B"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szülővel</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egyeztetendő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tapasztalatokat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javaslatokat</w:t>
      </w:r>
      <w:proofErr w:type="spellEnd"/>
      <w:r w:rsidRPr="00B3363D">
        <w:rPr>
          <w:rFonts w:ascii="Times New Roman" w:hAnsi="Times New Roman" w:cs="Times New Roman"/>
        </w:rPr>
        <w:t>;</w:t>
      </w:r>
    </w:p>
    <w:p w14:paraId="65F16FAD"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szükség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esetén</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szakmai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együttműködés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indokoltságát</w:t>
      </w:r>
      <w:proofErr w:type="spellEnd"/>
      <w:r w:rsidRPr="00B3363D">
        <w:rPr>
          <w:rFonts w:ascii="Times New Roman" w:hAnsi="Times New Roman" w:cs="Times New Roman"/>
        </w:rPr>
        <w:t>.</w:t>
      </w:r>
    </w:p>
    <w:p w14:paraId="7A5633C2"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Az </w:t>
      </w:r>
      <w:proofErr w:type="spellStart"/>
      <w:r w:rsidRPr="00B3363D">
        <w:rPr>
          <w:rFonts w:ascii="Times New Roman" w:hAnsi="Times New Roman" w:cs="Times New Roman"/>
        </w:rPr>
        <w:t>értékelésre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épülő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erősségeiből</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indul</w:t>
      </w:r>
      <w:proofErr w:type="spellEnd"/>
      <w:r w:rsidRPr="00B3363D">
        <w:rPr>
          <w:rFonts w:ascii="Times New Roman" w:hAnsi="Times New Roman" w:cs="Times New Roman"/>
        </w:rPr>
        <w:t xml:space="preserve"> ki. A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feladatok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meghatározásánál</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figyelembe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kell</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venni</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terhelhetőségét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érdeklődését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motivációját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sajátosságait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adott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területen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tapasztalható</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ütemét</w:t>
      </w:r>
      <w:proofErr w:type="spellEnd"/>
      <w:r w:rsidRPr="00B3363D">
        <w:rPr>
          <w:rFonts w:ascii="Times New Roman" w:hAnsi="Times New Roman" w:cs="Times New Roman"/>
        </w:rPr>
        <w:t>.</w:t>
      </w:r>
    </w:p>
    <w:p w14:paraId="580C999A" w14:textId="77777777" w:rsidR="00B3363D" w:rsidRDefault="00B3363D" w:rsidP="00B3363D">
      <w:pPr>
        <w:pStyle w:val="Szvegtrzs"/>
        <w:spacing w:line="360" w:lineRule="auto"/>
        <w:jc w:val="both"/>
      </w:pPr>
      <w:r w:rsidRPr="00B3363D">
        <w:t>Az első és a második mérés eredményeinek összevetése alapján értékelhető az egyéni fejlesztési folyamat eredményessége, és meghatározhatók a további pedagógiai feladatok.</w:t>
      </w:r>
    </w:p>
    <w:p w14:paraId="39615985" w14:textId="77777777" w:rsidR="00B3363D" w:rsidRPr="00B3363D" w:rsidRDefault="00B3363D" w:rsidP="00B3363D">
      <w:pPr>
        <w:pStyle w:val="Szvegtrzs"/>
        <w:spacing w:line="360" w:lineRule="auto"/>
        <w:jc w:val="both"/>
      </w:pPr>
    </w:p>
    <w:p w14:paraId="766D9A29" w14:textId="0A5DD266" w:rsidR="00B3363D" w:rsidRPr="00B3363D" w:rsidRDefault="00B3363D" w:rsidP="00B3363D">
      <w:pPr>
        <w:pStyle w:val="Cmsor2"/>
        <w:spacing w:line="360" w:lineRule="auto"/>
        <w:jc w:val="both"/>
        <w:rPr>
          <w:rFonts w:ascii="Times New Roman" w:hAnsi="Times New Roman" w:cs="Times New Roman"/>
          <w:sz w:val="24"/>
          <w:szCs w:val="24"/>
        </w:rPr>
      </w:pPr>
      <w:bookmarkStart w:id="32" w:name="csoportszintű-mérés-és-értékelés"/>
      <w:bookmarkEnd w:id="31"/>
      <w:r w:rsidRPr="00B3363D">
        <w:rPr>
          <w:rFonts w:ascii="Times New Roman" w:hAnsi="Times New Roman" w:cs="Times New Roman"/>
          <w:sz w:val="24"/>
          <w:szCs w:val="24"/>
        </w:rPr>
        <w:t>1</w:t>
      </w:r>
      <w:r>
        <w:rPr>
          <w:rFonts w:ascii="Times New Roman" w:hAnsi="Times New Roman" w:cs="Times New Roman"/>
          <w:sz w:val="24"/>
          <w:szCs w:val="24"/>
        </w:rPr>
        <w:t>4</w:t>
      </w:r>
      <w:r w:rsidRPr="00B3363D">
        <w:rPr>
          <w:rFonts w:ascii="Times New Roman" w:hAnsi="Times New Roman" w:cs="Times New Roman"/>
          <w:sz w:val="24"/>
          <w:szCs w:val="24"/>
        </w:rPr>
        <w:t>.8. Csoportszintű mérés és értékelés</w:t>
      </w:r>
    </w:p>
    <w:p w14:paraId="65C00257"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Az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csoportszinten</w:t>
      </w:r>
      <w:proofErr w:type="spellEnd"/>
      <w:r w:rsidRPr="00B3363D">
        <w:rPr>
          <w:rFonts w:ascii="Times New Roman" w:hAnsi="Times New Roman" w:cs="Times New Roman"/>
        </w:rPr>
        <w:t xml:space="preserve"> is </w:t>
      </w:r>
      <w:proofErr w:type="spellStart"/>
      <w:r w:rsidRPr="00B3363D">
        <w:rPr>
          <w:rFonts w:ascii="Times New Roman" w:hAnsi="Times New Roman" w:cs="Times New Roman"/>
        </w:rPr>
        <w:t>összesítésre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elemzésre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kerülnek</w:t>
      </w:r>
      <w:proofErr w:type="spellEnd"/>
      <w:r w:rsidRPr="00B3363D">
        <w:rPr>
          <w:rFonts w:ascii="Times New Roman" w:hAnsi="Times New Roman" w:cs="Times New Roman"/>
        </w:rPr>
        <w:t>.</w:t>
      </w:r>
    </w:p>
    <w:p w14:paraId="1226AFBB" w14:textId="77777777" w:rsidR="00B3363D" w:rsidRPr="00B3363D" w:rsidRDefault="00B3363D" w:rsidP="00B3363D">
      <w:pPr>
        <w:pStyle w:val="Szvegtrzs"/>
        <w:spacing w:line="360" w:lineRule="auto"/>
        <w:jc w:val="both"/>
      </w:pPr>
      <w:r w:rsidRPr="00B3363D">
        <w:t xml:space="preserve">A csoportszintű elemzés célja </w:t>
      </w:r>
      <w:r w:rsidRPr="00B3363D">
        <w:rPr>
          <w:b/>
          <w:bCs/>
        </w:rPr>
        <w:t>nem a gyermekek rangsorolása vagy egymáshoz viszonyítása</w:t>
      </w:r>
      <w:r w:rsidRPr="00B3363D">
        <w:t>, hanem annak feltárása, hogy az adott gyermekcsoportban mely fejlettségi területek tekinthetők erősségnek, és mely területeken indokolt a pedagógiai munka hangsúlyainak módosítása.</w:t>
      </w:r>
    </w:p>
    <w:p w14:paraId="71305087" w14:textId="77777777" w:rsidR="00B3363D" w:rsidRPr="00B3363D" w:rsidRDefault="00B3363D" w:rsidP="00B3363D">
      <w:pPr>
        <w:pStyle w:val="Szvegtrzs"/>
        <w:spacing w:line="360" w:lineRule="auto"/>
        <w:jc w:val="both"/>
      </w:pPr>
      <w:r w:rsidRPr="00B3363D">
        <w:t>A csoportszintű elemzés során az óvodapedagógus meghatározza:</w:t>
      </w:r>
    </w:p>
    <w:p w14:paraId="658E42B4"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csoport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legerősebb</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területeit</w:t>
      </w:r>
      <w:proofErr w:type="spellEnd"/>
      <w:r w:rsidRPr="00B3363D">
        <w:rPr>
          <w:rFonts w:ascii="Times New Roman" w:hAnsi="Times New Roman" w:cs="Times New Roman"/>
        </w:rPr>
        <w:t>;</w:t>
      </w:r>
    </w:p>
    <w:p w14:paraId="1DA1D061"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csoport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fejlesztendő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területeit</w:t>
      </w:r>
      <w:proofErr w:type="spellEnd"/>
      <w:r w:rsidRPr="00B3363D">
        <w:rPr>
          <w:rFonts w:ascii="Times New Roman" w:hAnsi="Times New Roman" w:cs="Times New Roman"/>
        </w:rPr>
        <w:t>;</w:t>
      </w:r>
    </w:p>
    <w:p w14:paraId="63C3DCAC"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iskolaátmenet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szempontjából</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kiemelten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figyelendő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képességeket</w:t>
      </w:r>
      <w:proofErr w:type="spellEnd"/>
      <w:r w:rsidRPr="00B3363D">
        <w:rPr>
          <w:rFonts w:ascii="Times New Roman" w:hAnsi="Times New Roman" w:cs="Times New Roman"/>
        </w:rPr>
        <w:t>;</w:t>
      </w:r>
    </w:p>
    <w:p w14:paraId="6BF59E9B"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tervezett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csoportos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feladatokat</w:t>
      </w:r>
      <w:proofErr w:type="spellEnd"/>
      <w:r w:rsidRPr="00B3363D">
        <w:rPr>
          <w:rFonts w:ascii="Times New Roman" w:hAnsi="Times New Roman" w:cs="Times New Roman"/>
        </w:rPr>
        <w:t>;</w:t>
      </w:r>
    </w:p>
    <w:p w14:paraId="48D27E45"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lastRenderedPageBreak/>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differenciálást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igénylő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gyermekek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számát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főbb</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területeit</w:t>
      </w:r>
      <w:proofErr w:type="spellEnd"/>
      <w:r w:rsidRPr="00B3363D">
        <w:rPr>
          <w:rFonts w:ascii="Times New Roman" w:hAnsi="Times New Roman" w:cs="Times New Roman"/>
        </w:rPr>
        <w:t>;</w:t>
      </w:r>
    </w:p>
    <w:p w14:paraId="4E42EE83"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további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tervezés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hangsúlyait</w:t>
      </w:r>
      <w:proofErr w:type="spellEnd"/>
      <w:r w:rsidRPr="00B3363D">
        <w:rPr>
          <w:rFonts w:ascii="Times New Roman" w:hAnsi="Times New Roman" w:cs="Times New Roman"/>
        </w:rPr>
        <w:t>.</w:t>
      </w:r>
    </w:p>
    <w:p w14:paraId="78C5026F"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Az </w:t>
      </w:r>
      <w:proofErr w:type="spellStart"/>
      <w:r w:rsidRPr="00B3363D">
        <w:rPr>
          <w:rFonts w:ascii="Times New Roman" w:hAnsi="Times New Roman" w:cs="Times New Roman"/>
        </w:rPr>
        <w:t>októberi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csoportszintű</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alapján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meghatározott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feladatok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beépülnek</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csoport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nevelési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tervébe</w:t>
      </w:r>
      <w:proofErr w:type="spellEnd"/>
      <w:r w:rsidRPr="00B3363D">
        <w:rPr>
          <w:rFonts w:ascii="Times New Roman" w:hAnsi="Times New Roman" w:cs="Times New Roman"/>
        </w:rPr>
        <w:t>.</w:t>
      </w:r>
    </w:p>
    <w:p w14:paraId="38FB5D47" w14:textId="77777777" w:rsidR="00B3363D" w:rsidRPr="00B3363D" w:rsidRDefault="00B3363D" w:rsidP="00B3363D">
      <w:pPr>
        <w:pStyle w:val="Szvegtrzs"/>
        <w:spacing w:line="360" w:lineRule="auto"/>
        <w:jc w:val="both"/>
      </w:pPr>
      <w:r w:rsidRPr="00B3363D">
        <w:t>A májusi eredmények elemzése során az óvodapedagógus értékeli az októberi állapothoz viszonyított fejlődést, valamint a tervezett pedagógiai feladatok megvalósulását és eredményességét.</w:t>
      </w:r>
    </w:p>
    <w:p w14:paraId="1E363780" w14:textId="77777777" w:rsidR="00B3363D" w:rsidRPr="00B3363D" w:rsidRDefault="00B3363D" w:rsidP="00B3363D">
      <w:pPr>
        <w:pStyle w:val="Szvegtrzs"/>
        <w:spacing w:line="360" w:lineRule="auto"/>
        <w:jc w:val="both"/>
      </w:pPr>
      <w:r w:rsidRPr="00B3363D">
        <w:t>A csoportszintű mérési eredmények ezáltal a következő időszak pedagógiai tervezésének és az intézményi önértékelésnek is fontos információforrásai.</w:t>
      </w:r>
    </w:p>
    <w:p w14:paraId="20FBE0A6" w14:textId="32E31002" w:rsidR="00B3363D" w:rsidRPr="00B3363D" w:rsidRDefault="00B3363D" w:rsidP="00B3363D">
      <w:pPr>
        <w:pStyle w:val="Cmsor2"/>
        <w:spacing w:line="360" w:lineRule="auto"/>
        <w:jc w:val="both"/>
        <w:rPr>
          <w:rFonts w:ascii="Times New Roman" w:hAnsi="Times New Roman" w:cs="Times New Roman"/>
          <w:sz w:val="24"/>
          <w:szCs w:val="24"/>
        </w:rPr>
      </w:pPr>
      <w:bookmarkStart w:id="33" w:name="a-szülők-tájékoztatása"/>
      <w:bookmarkEnd w:id="32"/>
      <w:r w:rsidRPr="00B3363D">
        <w:rPr>
          <w:rFonts w:ascii="Times New Roman" w:hAnsi="Times New Roman" w:cs="Times New Roman"/>
          <w:sz w:val="24"/>
          <w:szCs w:val="24"/>
        </w:rPr>
        <w:t>1</w:t>
      </w:r>
      <w:r>
        <w:rPr>
          <w:rFonts w:ascii="Times New Roman" w:hAnsi="Times New Roman" w:cs="Times New Roman"/>
          <w:sz w:val="24"/>
          <w:szCs w:val="24"/>
        </w:rPr>
        <w:t>4</w:t>
      </w:r>
      <w:r w:rsidRPr="00B3363D">
        <w:rPr>
          <w:rFonts w:ascii="Times New Roman" w:hAnsi="Times New Roman" w:cs="Times New Roman"/>
          <w:sz w:val="24"/>
          <w:szCs w:val="24"/>
        </w:rPr>
        <w:t>.9. A szülők tájékoztatása</w:t>
      </w:r>
    </w:p>
    <w:p w14:paraId="79E60E27"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fejlődésének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támogatásában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kiemelt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jelentőségű</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óvoda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család</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együttműködése</w:t>
      </w:r>
      <w:proofErr w:type="spellEnd"/>
      <w:r w:rsidRPr="00B3363D">
        <w:rPr>
          <w:rFonts w:ascii="Times New Roman" w:hAnsi="Times New Roman" w:cs="Times New Roman"/>
        </w:rPr>
        <w:t>.</w:t>
      </w:r>
    </w:p>
    <w:p w14:paraId="09B9E3CF" w14:textId="77777777" w:rsidR="00B3363D" w:rsidRPr="00B3363D" w:rsidRDefault="00B3363D" w:rsidP="00B3363D">
      <w:pPr>
        <w:pStyle w:val="Szvegtrzs"/>
        <w:spacing w:line="360" w:lineRule="auto"/>
        <w:jc w:val="both"/>
      </w:pPr>
      <w:r w:rsidRPr="00B3363D">
        <w:t>Az óvodapedagógus a gyermek fejlődésével kapcsolatos pedagógiai megfigyelésekről és mérési tapasztalatokról a szülőt személyre szabott módon tájékoztatja.</w:t>
      </w:r>
    </w:p>
    <w:p w14:paraId="3B653692" w14:textId="77777777" w:rsidR="00B3363D" w:rsidRPr="00B3363D" w:rsidRDefault="00B3363D" w:rsidP="00B3363D">
      <w:pPr>
        <w:pStyle w:val="Szvegtrzs"/>
        <w:spacing w:line="360" w:lineRule="auto"/>
        <w:jc w:val="both"/>
      </w:pPr>
      <w:r w:rsidRPr="00B3363D">
        <w:t>A tájékoztatás során a számszerű eredmények mellett hangsúlyt kell helyezni:</w:t>
      </w:r>
    </w:p>
    <w:p w14:paraId="34EB459F"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erősségeire</w:t>
      </w:r>
      <w:proofErr w:type="spellEnd"/>
      <w:r w:rsidRPr="00B3363D">
        <w:rPr>
          <w:rFonts w:ascii="Times New Roman" w:hAnsi="Times New Roman" w:cs="Times New Roman"/>
        </w:rPr>
        <w:t>;</w:t>
      </w:r>
    </w:p>
    <w:p w14:paraId="40DAC2A6"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elért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fejlődésre</w:t>
      </w:r>
      <w:proofErr w:type="spellEnd"/>
      <w:r w:rsidRPr="00B3363D">
        <w:rPr>
          <w:rFonts w:ascii="Times New Roman" w:hAnsi="Times New Roman" w:cs="Times New Roman"/>
        </w:rPr>
        <w:t>;</w:t>
      </w:r>
    </w:p>
    <w:p w14:paraId="236A24A3"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megerősítést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igénylő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területekre</w:t>
      </w:r>
      <w:proofErr w:type="spellEnd"/>
      <w:r w:rsidRPr="00B3363D">
        <w:rPr>
          <w:rFonts w:ascii="Times New Roman" w:hAnsi="Times New Roman" w:cs="Times New Roman"/>
        </w:rPr>
        <w:t>;</w:t>
      </w:r>
    </w:p>
    <w:p w14:paraId="3A0C3BE2"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meghatározott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célokra</w:t>
      </w:r>
      <w:proofErr w:type="spellEnd"/>
      <w:r w:rsidRPr="00B3363D">
        <w:rPr>
          <w:rFonts w:ascii="Times New Roman" w:hAnsi="Times New Roman" w:cs="Times New Roman"/>
        </w:rPr>
        <w:t>;</w:t>
      </w:r>
    </w:p>
    <w:p w14:paraId="02622F90"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óvodában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alkalmazott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módszerekre</w:t>
      </w:r>
      <w:proofErr w:type="spellEnd"/>
      <w:r w:rsidRPr="00B3363D">
        <w:rPr>
          <w:rFonts w:ascii="Times New Roman" w:hAnsi="Times New Roman" w:cs="Times New Roman"/>
        </w:rPr>
        <w:t>;</w:t>
      </w:r>
    </w:p>
    <w:p w14:paraId="0BC74E5B"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valamint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arra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hogy</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család</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milyen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módon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segítheti</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fejlődését</w:t>
      </w:r>
      <w:proofErr w:type="spellEnd"/>
      <w:r w:rsidRPr="00B3363D">
        <w:rPr>
          <w:rFonts w:ascii="Times New Roman" w:hAnsi="Times New Roman" w:cs="Times New Roman"/>
        </w:rPr>
        <w:t>.</w:t>
      </w:r>
    </w:p>
    <w:p w14:paraId="78159E86"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szülő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tájékoztatása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nem</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korlátozódhat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kizárólag</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százalékos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közlésére</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eredményeket</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teljes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személyiségének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folyamatának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összefüggésében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kell</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értelmezni</w:t>
      </w:r>
      <w:proofErr w:type="spellEnd"/>
      <w:r w:rsidRPr="00B3363D">
        <w:rPr>
          <w:rFonts w:ascii="Times New Roman" w:hAnsi="Times New Roman" w:cs="Times New Roman"/>
        </w:rPr>
        <w:t>.</w:t>
      </w:r>
    </w:p>
    <w:p w14:paraId="706F649E" w14:textId="688B3705" w:rsidR="00B3363D" w:rsidRPr="00B3363D" w:rsidRDefault="00B3363D" w:rsidP="00B3363D">
      <w:pPr>
        <w:pStyle w:val="Cmsor2"/>
        <w:spacing w:line="360" w:lineRule="auto"/>
        <w:jc w:val="both"/>
        <w:rPr>
          <w:rFonts w:ascii="Times New Roman" w:hAnsi="Times New Roman" w:cs="Times New Roman"/>
          <w:sz w:val="24"/>
          <w:szCs w:val="24"/>
        </w:rPr>
      </w:pPr>
      <w:bookmarkStart w:id="34" w:name="szakmai-együttműködés"/>
      <w:bookmarkEnd w:id="33"/>
      <w:r w:rsidRPr="00B3363D">
        <w:rPr>
          <w:rFonts w:ascii="Times New Roman" w:hAnsi="Times New Roman" w:cs="Times New Roman"/>
          <w:sz w:val="24"/>
          <w:szCs w:val="24"/>
        </w:rPr>
        <w:t>1</w:t>
      </w:r>
      <w:r>
        <w:rPr>
          <w:rFonts w:ascii="Times New Roman" w:hAnsi="Times New Roman" w:cs="Times New Roman"/>
          <w:sz w:val="24"/>
          <w:szCs w:val="24"/>
        </w:rPr>
        <w:t>4</w:t>
      </w:r>
      <w:r w:rsidRPr="00B3363D">
        <w:rPr>
          <w:rFonts w:ascii="Times New Roman" w:hAnsi="Times New Roman" w:cs="Times New Roman"/>
          <w:sz w:val="24"/>
          <w:szCs w:val="24"/>
        </w:rPr>
        <w:t>.10. Szakmai együttműködés</w:t>
      </w:r>
    </w:p>
    <w:p w14:paraId="7C73EC51" w14:textId="77777777" w:rsidR="00B3363D" w:rsidRPr="00B3363D" w:rsidRDefault="00B3363D" w:rsidP="00B3363D">
      <w:pPr>
        <w:pStyle w:val="FirstParagraph"/>
        <w:spacing w:line="360" w:lineRule="auto"/>
        <w:jc w:val="both"/>
        <w:rPr>
          <w:rFonts w:ascii="Times New Roman" w:hAnsi="Times New Roman" w:cs="Times New Roman"/>
        </w:rPr>
      </w:pPr>
      <w:proofErr w:type="spellStart"/>
      <w:r w:rsidRPr="00B3363D">
        <w:rPr>
          <w:rFonts w:ascii="Times New Roman" w:hAnsi="Times New Roman" w:cs="Times New Roman"/>
        </w:rPr>
        <w:t>Amennyiben</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folyamatos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megfigyelések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alapján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valamely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területen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tartós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vagy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jelentősebb</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elmaradás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bizonytalanság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tapasztalható</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óvodapedagógus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elsődlegesen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célzott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differenciált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támogatást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biztosít</w:t>
      </w:r>
      <w:proofErr w:type="spellEnd"/>
      <w:r w:rsidRPr="00B3363D">
        <w:rPr>
          <w:rFonts w:ascii="Times New Roman" w:hAnsi="Times New Roman" w:cs="Times New Roman"/>
        </w:rPr>
        <w:t>.</w:t>
      </w:r>
    </w:p>
    <w:p w14:paraId="063DE76D" w14:textId="77777777" w:rsidR="00B3363D" w:rsidRPr="00B3363D" w:rsidRDefault="00B3363D" w:rsidP="00B3363D">
      <w:pPr>
        <w:pStyle w:val="Szvegtrzs"/>
        <w:spacing w:line="360" w:lineRule="auto"/>
        <w:jc w:val="both"/>
      </w:pPr>
      <w:r w:rsidRPr="00B3363D">
        <w:t>Amennyiben a gyermek fejlődésének támogatása további szakmai segítséget indokol, az óvodapedagógus a szülővel történő egyeztetés mellett kezdeményezi vagy javasolja a gyermek fejlődését segítő megfelelő szakemberrel történő együttműködést.</w:t>
      </w:r>
    </w:p>
    <w:p w14:paraId="0FE3E7CA" w14:textId="77777777" w:rsidR="00B3363D" w:rsidRPr="00B3363D" w:rsidRDefault="00B3363D" w:rsidP="00B3363D">
      <w:pPr>
        <w:pStyle w:val="Szvegtrzs"/>
        <w:spacing w:line="360" w:lineRule="auto"/>
        <w:jc w:val="both"/>
      </w:pPr>
      <w:r w:rsidRPr="00B3363D">
        <w:t xml:space="preserve">Az együttműködés célja minden esetben a gyermek egyéni szükségleteinek megfelelő támogatás és a fejlődés </w:t>
      </w:r>
      <w:r w:rsidRPr="00B3363D">
        <w:lastRenderedPageBreak/>
        <w:t>elősegítése.</w:t>
      </w:r>
    </w:p>
    <w:p w14:paraId="353FE3C9" w14:textId="5CACA08F" w:rsidR="00B3363D" w:rsidRPr="00B3363D" w:rsidRDefault="00B3363D" w:rsidP="00B3363D">
      <w:pPr>
        <w:pStyle w:val="Cmsor2"/>
        <w:spacing w:line="360" w:lineRule="auto"/>
        <w:jc w:val="both"/>
        <w:rPr>
          <w:rFonts w:ascii="Times New Roman" w:hAnsi="Times New Roman" w:cs="Times New Roman"/>
          <w:sz w:val="24"/>
          <w:szCs w:val="24"/>
        </w:rPr>
      </w:pPr>
      <w:bookmarkStart w:id="35" w:name="a-mérési-eredmények-felhasználása"/>
      <w:bookmarkEnd w:id="34"/>
      <w:r w:rsidRPr="00B3363D">
        <w:rPr>
          <w:rFonts w:ascii="Times New Roman" w:hAnsi="Times New Roman" w:cs="Times New Roman"/>
          <w:sz w:val="24"/>
          <w:szCs w:val="24"/>
        </w:rPr>
        <w:t>1</w:t>
      </w:r>
      <w:r>
        <w:rPr>
          <w:rFonts w:ascii="Times New Roman" w:hAnsi="Times New Roman" w:cs="Times New Roman"/>
          <w:sz w:val="24"/>
          <w:szCs w:val="24"/>
        </w:rPr>
        <w:t>4</w:t>
      </w:r>
      <w:r w:rsidRPr="00B3363D">
        <w:rPr>
          <w:rFonts w:ascii="Times New Roman" w:hAnsi="Times New Roman" w:cs="Times New Roman"/>
          <w:sz w:val="24"/>
          <w:szCs w:val="24"/>
        </w:rPr>
        <w:t>.11. A mérési eredmények felhasználása</w:t>
      </w:r>
    </w:p>
    <w:p w14:paraId="6F1260B8"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mérés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során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keletkezett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információkat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intézmény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célból</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fejlődésének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támogatására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nevelőmunka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tervezésére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használja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w:t>
      </w:r>
      <w:proofErr w:type="spellEnd"/>
      <w:r w:rsidRPr="00B3363D">
        <w:rPr>
          <w:rFonts w:ascii="Times New Roman" w:hAnsi="Times New Roman" w:cs="Times New Roman"/>
        </w:rPr>
        <w:t>.</w:t>
      </w:r>
    </w:p>
    <w:p w14:paraId="2F1576B8" w14:textId="77777777" w:rsidR="00B3363D" w:rsidRPr="00B3363D" w:rsidRDefault="00B3363D" w:rsidP="00B3363D">
      <w:pPr>
        <w:pStyle w:val="Szvegtrzs"/>
        <w:spacing w:line="360" w:lineRule="auto"/>
        <w:jc w:val="both"/>
      </w:pPr>
      <w:r w:rsidRPr="00B3363D">
        <w:t>A mérési eredmények felhasználhatók:</w:t>
      </w:r>
    </w:p>
    <w:p w14:paraId="65783EB1"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feladatok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meghatározásához</w:t>
      </w:r>
      <w:proofErr w:type="spellEnd"/>
      <w:r w:rsidRPr="00B3363D">
        <w:rPr>
          <w:rFonts w:ascii="Times New Roman" w:hAnsi="Times New Roman" w:cs="Times New Roman"/>
        </w:rPr>
        <w:t>;</w:t>
      </w:r>
    </w:p>
    <w:p w14:paraId="510A01F0"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differenciált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munka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tervezéséhez</w:t>
      </w:r>
      <w:proofErr w:type="spellEnd"/>
      <w:r w:rsidRPr="00B3363D">
        <w:rPr>
          <w:rFonts w:ascii="Times New Roman" w:hAnsi="Times New Roman" w:cs="Times New Roman"/>
        </w:rPr>
        <w:t>;</w:t>
      </w:r>
    </w:p>
    <w:p w14:paraId="07F934C6"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fejlődésének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nyomon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követéséhez</w:t>
      </w:r>
      <w:proofErr w:type="spellEnd"/>
      <w:r w:rsidRPr="00B3363D">
        <w:rPr>
          <w:rFonts w:ascii="Times New Roman" w:hAnsi="Times New Roman" w:cs="Times New Roman"/>
        </w:rPr>
        <w:t>;</w:t>
      </w:r>
    </w:p>
    <w:p w14:paraId="7E6A4892"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alkalmazott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módszerek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eredményességének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értékeléséhez</w:t>
      </w:r>
      <w:proofErr w:type="spellEnd"/>
      <w:r w:rsidRPr="00B3363D">
        <w:rPr>
          <w:rFonts w:ascii="Times New Roman" w:hAnsi="Times New Roman" w:cs="Times New Roman"/>
        </w:rPr>
        <w:t>;</w:t>
      </w:r>
    </w:p>
    <w:p w14:paraId="4E6F1587"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szülőkkel</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történő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egyeztetéshez</w:t>
      </w:r>
      <w:proofErr w:type="spellEnd"/>
      <w:r w:rsidRPr="00B3363D">
        <w:rPr>
          <w:rFonts w:ascii="Times New Roman" w:hAnsi="Times New Roman" w:cs="Times New Roman"/>
        </w:rPr>
        <w:t>;</w:t>
      </w:r>
    </w:p>
    <w:p w14:paraId="1699CC10"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csoport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nevelési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feladatainak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meghatározásához</w:t>
      </w:r>
      <w:proofErr w:type="spellEnd"/>
      <w:r w:rsidRPr="00B3363D">
        <w:rPr>
          <w:rFonts w:ascii="Times New Roman" w:hAnsi="Times New Roman" w:cs="Times New Roman"/>
        </w:rPr>
        <w:t>;</w:t>
      </w:r>
    </w:p>
    <w:p w14:paraId="25364A7F"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csoportszintű</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elemzéséhez</w:t>
      </w:r>
      <w:proofErr w:type="spellEnd"/>
      <w:r w:rsidRPr="00B3363D">
        <w:rPr>
          <w:rFonts w:ascii="Times New Roman" w:hAnsi="Times New Roman" w:cs="Times New Roman"/>
        </w:rPr>
        <w:t>;</w:t>
      </w:r>
    </w:p>
    <w:p w14:paraId="2ED4A4F5"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következő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nevelési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időszak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feladatainak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kijelöléséhez</w:t>
      </w:r>
      <w:proofErr w:type="spellEnd"/>
      <w:r w:rsidRPr="00B3363D">
        <w:rPr>
          <w:rFonts w:ascii="Times New Roman" w:hAnsi="Times New Roman" w:cs="Times New Roman"/>
        </w:rPr>
        <w:t>;</w:t>
      </w:r>
    </w:p>
    <w:p w14:paraId="2EC91509"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intézményi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munka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eredményességének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értékeléséhez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továbbfejlesztéséhez</w:t>
      </w:r>
      <w:proofErr w:type="spellEnd"/>
      <w:r w:rsidRPr="00B3363D">
        <w:rPr>
          <w:rFonts w:ascii="Times New Roman" w:hAnsi="Times New Roman" w:cs="Times New Roman"/>
        </w:rPr>
        <w:t>.</w:t>
      </w:r>
    </w:p>
    <w:p w14:paraId="7338BF6D" w14:textId="77777777" w:rsid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értelmezésének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felhasználásának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alapvető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célja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minden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esetben</w:t>
      </w:r>
      <w:proofErr w:type="spellEnd"/>
      <w:r w:rsidRPr="00B3363D">
        <w:rPr>
          <w:rFonts w:ascii="Times New Roman" w:hAnsi="Times New Roman" w:cs="Times New Roman"/>
        </w:rPr>
        <w:t xml:space="preserve"> </w:t>
      </w:r>
      <w:r w:rsidRPr="00B3363D">
        <w:rPr>
          <w:rFonts w:ascii="Times New Roman" w:hAnsi="Times New Roman" w:cs="Times New Roman"/>
          <w:b/>
          <w:bCs/>
        </w:rPr>
        <w:t xml:space="preserve">a </w:t>
      </w:r>
      <w:proofErr w:type="spellStart"/>
      <w:r w:rsidRPr="00B3363D">
        <w:rPr>
          <w:rFonts w:ascii="Times New Roman" w:hAnsi="Times New Roman" w:cs="Times New Roman"/>
          <w:b/>
          <w:bCs/>
        </w:rPr>
        <w:t>gyermek</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fejlődésének</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támogatása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valamint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óvodai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nevelőmunka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minőségének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folyamatos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fejlesztése</w:t>
      </w:r>
      <w:proofErr w:type="spellEnd"/>
      <w:r w:rsidRPr="00B3363D">
        <w:rPr>
          <w:rFonts w:ascii="Times New Roman" w:hAnsi="Times New Roman" w:cs="Times New Roman"/>
        </w:rPr>
        <w:t>.</w:t>
      </w:r>
    </w:p>
    <w:p w14:paraId="2670186A" w14:textId="77777777" w:rsidR="00B3363D" w:rsidRDefault="00B3363D" w:rsidP="00B3363D">
      <w:pPr>
        <w:pStyle w:val="Szvegtrzs"/>
        <w:rPr>
          <w:lang w:val="en-US" w:eastAsia="zh-CN"/>
        </w:rPr>
      </w:pPr>
    </w:p>
    <w:p w14:paraId="0CB7F3D7" w14:textId="77777777" w:rsidR="00B3363D" w:rsidRDefault="00B3363D" w:rsidP="00B3363D">
      <w:pPr>
        <w:pStyle w:val="Szvegtrzs"/>
        <w:rPr>
          <w:lang w:val="en-US" w:eastAsia="zh-CN"/>
        </w:rPr>
      </w:pPr>
    </w:p>
    <w:p w14:paraId="1A89855E" w14:textId="77777777" w:rsidR="00B3363D" w:rsidRPr="00B3363D" w:rsidRDefault="00B3363D" w:rsidP="00B3363D">
      <w:pPr>
        <w:pStyle w:val="Szvegtrzs"/>
        <w:rPr>
          <w:lang w:val="en-US" w:eastAsia="zh-CN"/>
        </w:rPr>
      </w:pPr>
    </w:p>
    <w:p w14:paraId="6314AB89" w14:textId="08D0D993" w:rsidR="00B3363D" w:rsidRPr="00B3363D" w:rsidRDefault="00B3363D" w:rsidP="00B3363D">
      <w:pPr>
        <w:pStyle w:val="Cmsor2"/>
        <w:spacing w:line="360" w:lineRule="auto"/>
        <w:jc w:val="both"/>
        <w:rPr>
          <w:rFonts w:ascii="Times New Roman" w:hAnsi="Times New Roman" w:cs="Times New Roman"/>
          <w:sz w:val="24"/>
          <w:szCs w:val="24"/>
        </w:rPr>
      </w:pPr>
      <w:bookmarkStart w:id="36" w:name="dokumentálás-és-adatkezelés"/>
      <w:bookmarkEnd w:id="35"/>
      <w:r w:rsidRPr="00B3363D">
        <w:rPr>
          <w:rFonts w:ascii="Times New Roman" w:hAnsi="Times New Roman" w:cs="Times New Roman"/>
          <w:sz w:val="24"/>
          <w:szCs w:val="24"/>
        </w:rPr>
        <w:t>1</w:t>
      </w:r>
      <w:r>
        <w:rPr>
          <w:rFonts w:ascii="Times New Roman" w:hAnsi="Times New Roman" w:cs="Times New Roman"/>
          <w:sz w:val="24"/>
          <w:szCs w:val="24"/>
        </w:rPr>
        <w:t>4</w:t>
      </w:r>
      <w:r w:rsidRPr="00B3363D">
        <w:rPr>
          <w:rFonts w:ascii="Times New Roman" w:hAnsi="Times New Roman" w:cs="Times New Roman"/>
          <w:sz w:val="24"/>
          <w:szCs w:val="24"/>
        </w:rPr>
        <w:t>.12. Dokumentálás és adatkezelés</w:t>
      </w:r>
    </w:p>
    <w:p w14:paraId="2B059930"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Az </w:t>
      </w:r>
      <w:proofErr w:type="spellStart"/>
      <w:r w:rsidRPr="00B3363D">
        <w:rPr>
          <w:rFonts w:ascii="Times New Roman" w:hAnsi="Times New Roman" w:cs="Times New Roman"/>
        </w:rPr>
        <w:t>intézményi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eredményeit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óvodapedagógus</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gyermekhez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kapcsolódó</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dokumentáció</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részeként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kezeli</w:t>
      </w:r>
      <w:proofErr w:type="spellEnd"/>
      <w:r w:rsidRPr="00B3363D">
        <w:rPr>
          <w:rFonts w:ascii="Times New Roman" w:hAnsi="Times New Roman" w:cs="Times New Roman"/>
        </w:rPr>
        <w:t>.</w:t>
      </w:r>
    </w:p>
    <w:p w14:paraId="10D287EE" w14:textId="77777777" w:rsidR="00B3363D" w:rsidRPr="00B3363D" w:rsidRDefault="00B3363D" w:rsidP="00B3363D">
      <w:pPr>
        <w:pStyle w:val="Szvegtrzs"/>
        <w:spacing w:line="360" w:lineRule="auto"/>
        <w:jc w:val="both"/>
      </w:pPr>
      <w:r w:rsidRPr="00B3363D">
        <w:t>A mérési eredmények dokumentálása az intézmény egységes mérő- és értékelőlapján történik.</w:t>
      </w:r>
    </w:p>
    <w:p w14:paraId="77B55F7E" w14:textId="77777777" w:rsidR="00B3363D" w:rsidRPr="00B3363D" w:rsidRDefault="00B3363D" w:rsidP="00B3363D">
      <w:pPr>
        <w:pStyle w:val="Szvegtrzs"/>
        <w:spacing w:line="360" w:lineRule="auto"/>
        <w:jc w:val="both"/>
      </w:pPr>
      <w:r w:rsidRPr="00B3363D">
        <w:t>A dokumentáció tartalmazza különösen:</w:t>
      </w:r>
    </w:p>
    <w:p w14:paraId="041D6129"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mérés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alapadatait</w:t>
      </w:r>
      <w:proofErr w:type="spellEnd"/>
      <w:r w:rsidRPr="00B3363D">
        <w:rPr>
          <w:rFonts w:ascii="Times New Roman" w:hAnsi="Times New Roman" w:cs="Times New Roman"/>
        </w:rPr>
        <w:t>;</w:t>
      </w:r>
    </w:p>
    <w:p w14:paraId="76250316"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területeken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elért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pontszámokat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százalékos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eredményeket</w:t>
      </w:r>
      <w:proofErr w:type="spellEnd"/>
      <w:r w:rsidRPr="00B3363D">
        <w:rPr>
          <w:rFonts w:ascii="Times New Roman" w:hAnsi="Times New Roman" w:cs="Times New Roman"/>
        </w:rPr>
        <w:t>;</w:t>
      </w:r>
    </w:p>
    <w:p w14:paraId="04F44EBE"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összesített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eredményt</w:t>
      </w:r>
      <w:proofErr w:type="spellEnd"/>
      <w:r w:rsidRPr="00B3363D">
        <w:rPr>
          <w:rFonts w:ascii="Times New Roman" w:hAnsi="Times New Roman" w:cs="Times New Roman"/>
        </w:rPr>
        <w:t>;</w:t>
      </w:r>
    </w:p>
    <w:p w14:paraId="2B7D8A4B"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óvodapedagógus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szöveges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értékelését</w:t>
      </w:r>
      <w:proofErr w:type="spellEnd"/>
      <w:r w:rsidRPr="00B3363D">
        <w:rPr>
          <w:rFonts w:ascii="Times New Roman" w:hAnsi="Times New Roman" w:cs="Times New Roman"/>
        </w:rPr>
        <w:t>;</w:t>
      </w:r>
    </w:p>
    <w:p w14:paraId="0A2F2CBA"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erősségeit</w:t>
      </w:r>
      <w:proofErr w:type="spellEnd"/>
      <w:r w:rsidRPr="00B3363D">
        <w:rPr>
          <w:rFonts w:ascii="Times New Roman" w:hAnsi="Times New Roman" w:cs="Times New Roman"/>
        </w:rPr>
        <w:t>;</w:t>
      </w:r>
    </w:p>
    <w:p w14:paraId="4ED38801"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fejlesztendő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területeket</w:t>
      </w:r>
      <w:proofErr w:type="spellEnd"/>
      <w:r w:rsidRPr="00B3363D">
        <w:rPr>
          <w:rFonts w:ascii="Times New Roman" w:hAnsi="Times New Roman" w:cs="Times New Roman"/>
        </w:rPr>
        <w:t>;</w:t>
      </w:r>
    </w:p>
    <w:p w14:paraId="24155D31"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lastRenderedPageBreak/>
        <w:t xml:space="preserve">a </w:t>
      </w:r>
      <w:proofErr w:type="spellStart"/>
      <w:r w:rsidRPr="00B3363D">
        <w:rPr>
          <w:rFonts w:ascii="Times New Roman" w:hAnsi="Times New Roman" w:cs="Times New Roman"/>
        </w:rPr>
        <w:t>meghatározott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fejlesztési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célokat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feladatokat</w:t>
      </w:r>
      <w:proofErr w:type="spellEnd"/>
      <w:r w:rsidRPr="00B3363D">
        <w:rPr>
          <w:rFonts w:ascii="Times New Roman" w:hAnsi="Times New Roman" w:cs="Times New Roman"/>
        </w:rPr>
        <w:t>;</w:t>
      </w:r>
    </w:p>
    <w:p w14:paraId="62A4D792"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szükség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esetén</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szakmai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együttműködésre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vonatkozó</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javaslatot</w:t>
      </w:r>
      <w:proofErr w:type="spellEnd"/>
      <w:r w:rsidRPr="00B3363D">
        <w:rPr>
          <w:rFonts w:ascii="Times New Roman" w:hAnsi="Times New Roman" w:cs="Times New Roman"/>
        </w:rPr>
        <w:t>.</w:t>
      </w:r>
    </w:p>
    <w:p w14:paraId="68EEF3C6"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gyermekre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vonatkozó</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szöveges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értékelések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személyes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információnak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minősülnek</w:t>
      </w:r>
      <w:proofErr w:type="spellEnd"/>
      <w:r w:rsidRPr="00B3363D">
        <w:rPr>
          <w:rFonts w:ascii="Times New Roman" w:hAnsi="Times New Roman" w:cs="Times New Roman"/>
        </w:rPr>
        <w:t xml:space="preserve">. Az </w:t>
      </w:r>
      <w:proofErr w:type="spellStart"/>
      <w:r w:rsidRPr="00B3363D">
        <w:rPr>
          <w:rFonts w:ascii="Times New Roman" w:hAnsi="Times New Roman" w:cs="Times New Roman"/>
        </w:rPr>
        <w:t>intézmény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azok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kezelése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során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biztosítja</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gyermek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személyiségi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jogainak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adatkezelésre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vonatkozó</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intézményi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szabályoknak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érvényesülését</w:t>
      </w:r>
      <w:proofErr w:type="spellEnd"/>
      <w:r w:rsidRPr="00B3363D">
        <w:rPr>
          <w:rFonts w:ascii="Times New Roman" w:hAnsi="Times New Roman" w:cs="Times New Roman"/>
        </w:rPr>
        <w:t>.</w:t>
      </w:r>
    </w:p>
    <w:p w14:paraId="320AD6CF" w14:textId="77777777" w:rsidR="00B3363D" w:rsidRPr="00B3363D" w:rsidRDefault="00B3363D" w:rsidP="00B3363D">
      <w:pPr>
        <w:pStyle w:val="Szvegtrzs"/>
        <w:spacing w:line="360" w:lineRule="auto"/>
        <w:jc w:val="both"/>
      </w:pPr>
      <w:r w:rsidRPr="00B3363D">
        <w:t>A csoportszintű elemzés során az egyes gyermekek eredményei kizárólag a pedagógiai tervezéshez szükséges módon használhatók fel; az elemzés célja nem az egyéni eredmények nyilvánossá tétele vagy a gyermekek összehasonlítása.</w:t>
      </w:r>
    </w:p>
    <w:p w14:paraId="64DFA1E8" w14:textId="2177DDD6" w:rsidR="00B3363D" w:rsidRPr="00B3363D" w:rsidRDefault="00B3363D" w:rsidP="00B3363D">
      <w:pPr>
        <w:pStyle w:val="Cmsor2"/>
        <w:spacing w:line="360" w:lineRule="auto"/>
        <w:jc w:val="both"/>
        <w:rPr>
          <w:rFonts w:ascii="Times New Roman" w:hAnsi="Times New Roman" w:cs="Times New Roman"/>
          <w:sz w:val="24"/>
          <w:szCs w:val="24"/>
        </w:rPr>
      </w:pPr>
      <w:bookmarkStart w:id="37" w:name="a-mérési-rendszer-felülvizsgálata"/>
      <w:bookmarkEnd w:id="36"/>
      <w:r w:rsidRPr="00B3363D">
        <w:rPr>
          <w:rFonts w:ascii="Times New Roman" w:hAnsi="Times New Roman" w:cs="Times New Roman"/>
          <w:sz w:val="24"/>
          <w:szCs w:val="24"/>
        </w:rPr>
        <w:t>1</w:t>
      </w:r>
      <w:r>
        <w:rPr>
          <w:rFonts w:ascii="Times New Roman" w:hAnsi="Times New Roman" w:cs="Times New Roman"/>
          <w:sz w:val="24"/>
          <w:szCs w:val="24"/>
        </w:rPr>
        <w:t>4</w:t>
      </w:r>
      <w:r w:rsidRPr="00B3363D">
        <w:rPr>
          <w:rFonts w:ascii="Times New Roman" w:hAnsi="Times New Roman" w:cs="Times New Roman"/>
          <w:sz w:val="24"/>
          <w:szCs w:val="24"/>
        </w:rPr>
        <w:t>.13. A mérési rendszer felülvizsgálata</w:t>
      </w:r>
    </w:p>
    <w:p w14:paraId="725331E5"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Az </w:t>
      </w:r>
      <w:proofErr w:type="spellStart"/>
      <w:r w:rsidRPr="00B3363D">
        <w:rPr>
          <w:rFonts w:ascii="Times New Roman" w:hAnsi="Times New Roman" w:cs="Times New Roman"/>
        </w:rPr>
        <w:t>intézményi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rendszer</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működését</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nevelőtestület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tapasztalatai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alapján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rendszeresen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figyelemmel</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kíséri</w:t>
      </w:r>
      <w:proofErr w:type="spellEnd"/>
      <w:r w:rsidRPr="00B3363D">
        <w:rPr>
          <w:rFonts w:ascii="Times New Roman" w:hAnsi="Times New Roman" w:cs="Times New Roman"/>
        </w:rPr>
        <w:t>.</w:t>
      </w:r>
    </w:p>
    <w:p w14:paraId="7CAE1E9D" w14:textId="77777777" w:rsidR="00B3363D" w:rsidRPr="00B3363D" w:rsidRDefault="00B3363D" w:rsidP="00B3363D">
      <w:pPr>
        <w:pStyle w:val="Szvegtrzs"/>
        <w:spacing w:line="360" w:lineRule="auto"/>
        <w:jc w:val="both"/>
      </w:pPr>
      <w:r w:rsidRPr="00B3363D">
        <w:t>A mérési rendszer és a hozzá kapcsolódó mérőeszköz felülvizsgálatára különösen akkor kerülhet sor, ha:</w:t>
      </w:r>
    </w:p>
    <w:p w14:paraId="3ED97A20"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Program </w:t>
      </w:r>
      <w:proofErr w:type="spellStart"/>
      <w:r w:rsidRPr="00B3363D">
        <w:rPr>
          <w:rFonts w:ascii="Times New Roman" w:hAnsi="Times New Roman" w:cs="Times New Roman"/>
        </w:rPr>
        <w:t>iskolai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élet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megkezdéséhez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szükséges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fejlettségre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vonatkozó</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kimeneti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jellemzői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módosulnak</w:t>
      </w:r>
      <w:proofErr w:type="spellEnd"/>
      <w:r w:rsidRPr="00B3363D">
        <w:rPr>
          <w:rFonts w:ascii="Times New Roman" w:hAnsi="Times New Roman" w:cs="Times New Roman"/>
        </w:rPr>
        <w:t>;</w:t>
      </w:r>
    </w:p>
    <w:p w14:paraId="382EF8AA"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jogszabályi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vagy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szakmai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változás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indokolja</w:t>
      </w:r>
      <w:proofErr w:type="spellEnd"/>
      <w:r w:rsidRPr="00B3363D">
        <w:rPr>
          <w:rFonts w:ascii="Times New Roman" w:hAnsi="Times New Roman" w:cs="Times New Roman"/>
        </w:rPr>
        <w:t>;</w:t>
      </w:r>
    </w:p>
    <w:p w14:paraId="7D065FD4"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alkalmazás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során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szerzett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tapasztalatok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alapján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valamely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szempont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pontosítása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szükségessé</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válik</w:t>
      </w:r>
      <w:proofErr w:type="spellEnd"/>
      <w:r w:rsidRPr="00B3363D">
        <w:rPr>
          <w:rFonts w:ascii="Times New Roman" w:hAnsi="Times New Roman" w:cs="Times New Roman"/>
        </w:rPr>
        <w:t>;</w:t>
      </w:r>
    </w:p>
    <w:p w14:paraId="7897528E"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intézményi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eredmények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elemzése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alapján</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rendszer</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továbbfejlesztése</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indokolt</w:t>
      </w:r>
      <w:proofErr w:type="spellEnd"/>
      <w:r w:rsidRPr="00B3363D">
        <w:rPr>
          <w:rFonts w:ascii="Times New Roman" w:hAnsi="Times New Roman" w:cs="Times New Roman"/>
        </w:rPr>
        <w:t>.</w:t>
      </w:r>
    </w:p>
    <w:p w14:paraId="60470C3E" w14:textId="77777777"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felülvizsgálat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célja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hogy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intézmény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gyakorlata</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továbbra</w:t>
      </w:r>
      <w:proofErr w:type="spellEnd"/>
      <w:r w:rsidRPr="00B3363D">
        <w:rPr>
          <w:rFonts w:ascii="Times New Roman" w:hAnsi="Times New Roman" w:cs="Times New Roman"/>
        </w:rPr>
        <w:t xml:space="preserve"> is a </w:t>
      </w:r>
      <w:proofErr w:type="spellStart"/>
      <w:r w:rsidRPr="00B3363D">
        <w:rPr>
          <w:rFonts w:ascii="Times New Roman" w:hAnsi="Times New Roman" w:cs="Times New Roman"/>
        </w:rPr>
        <w:t>gyermekek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fejlődését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támogató</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szakmailag</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egységes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tervezésben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jól</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alkalmazható</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rendszer</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maradjon</w:t>
      </w:r>
      <w:proofErr w:type="spellEnd"/>
      <w:r w:rsidRPr="00B3363D">
        <w:rPr>
          <w:rFonts w:ascii="Times New Roman" w:hAnsi="Times New Roman" w:cs="Times New Roman"/>
        </w:rPr>
        <w:t>.</w:t>
      </w:r>
    </w:p>
    <w:p w14:paraId="20AD8DB4" w14:textId="0A176E0C" w:rsidR="00B3363D" w:rsidRPr="00B3363D" w:rsidRDefault="00B3363D" w:rsidP="00B3363D">
      <w:pPr>
        <w:pStyle w:val="Cmsor2"/>
        <w:spacing w:line="360" w:lineRule="auto"/>
        <w:jc w:val="both"/>
        <w:rPr>
          <w:rFonts w:ascii="Times New Roman" w:hAnsi="Times New Roman" w:cs="Times New Roman"/>
          <w:sz w:val="24"/>
          <w:szCs w:val="24"/>
        </w:rPr>
      </w:pPr>
      <w:bookmarkStart w:id="38" w:name="X1816cd98b6dc9508d2f903e89bb6d5f010ba3ed"/>
      <w:bookmarkEnd w:id="37"/>
      <w:r w:rsidRPr="00B3363D">
        <w:rPr>
          <w:rFonts w:ascii="Times New Roman" w:hAnsi="Times New Roman" w:cs="Times New Roman"/>
          <w:sz w:val="24"/>
          <w:szCs w:val="24"/>
        </w:rPr>
        <w:t>1</w:t>
      </w:r>
      <w:r>
        <w:rPr>
          <w:rFonts w:ascii="Times New Roman" w:hAnsi="Times New Roman" w:cs="Times New Roman"/>
          <w:sz w:val="24"/>
          <w:szCs w:val="24"/>
        </w:rPr>
        <w:t>4</w:t>
      </w:r>
      <w:r w:rsidRPr="00B3363D">
        <w:rPr>
          <w:rFonts w:ascii="Times New Roman" w:hAnsi="Times New Roman" w:cs="Times New Roman"/>
          <w:sz w:val="24"/>
          <w:szCs w:val="24"/>
        </w:rPr>
        <w:t xml:space="preserve">.14. </w:t>
      </w:r>
      <w:bookmarkStart w:id="39" w:name="_Hlk239130150"/>
      <w:r w:rsidRPr="00B3363D">
        <w:rPr>
          <w:rFonts w:ascii="Times New Roman" w:hAnsi="Times New Roman" w:cs="Times New Roman"/>
          <w:sz w:val="24"/>
          <w:szCs w:val="24"/>
        </w:rPr>
        <w:t>A XI</w:t>
      </w:r>
      <w:r w:rsidR="002D2822">
        <w:rPr>
          <w:rFonts w:ascii="Times New Roman" w:hAnsi="Times New Roman" w:cs="Times New Roman"/>
          <w:sz w:val="24"/>
          <w:szCs w:val="24"/>
        </w:rPr>
        <w:t>V</w:t>
      </w:r>
      <w:r w:rsidRPr="00B3363D">
        <w:rPr>
          <w:rFonts w:ascii="Times New Roman" w:hAnsi="Times New Roman" w:cs="Times New Roman"/>
          <w:sz w:val="24"/>
          <w:szCs w:val="24"/>
        </w:rPr>
        <w:t>. fejezet melléklete – Pedagógiai mérő- és értékelőlap</w:t>
      </w:r>
      <w:bookmarkEnd w:id="39"/>
    </w:p>
    <w:p w14:paraId="3D21EA70" w14:textId="7FA6644E"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jelen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fejezetben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meghatározott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rendszer</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gyakorlati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megvalósítását</w:t>
      </w:r>
      <w:proofErr w:type="spellEnd"/>
      <w:r w:rsidRPr="00B3363D">
        <w:rPr>
          <w:rFonts w:ascii="Times New Roman" w:hAnsi="Times New Roman" w:cs="Times New Roman"/>
        </w:rPr>
        <w:t xml:space="preserve"> a XI</w:t>
      </w:r>
      <w:r>
        <w:rPr>
          <w:rFonts w:ascii="Times New Roman" w:hAnsi="Times New Roman" w:cs="Times New Roman"/>
        </w:rPr>
        <w:t>V</w:t>
      </w:r>
      <w:r w:rsidRPr="00B3363D">
        <w:rPr>
          <w:rFonts w:ascii="Times New Roman" w:hAnsi="Times New Roman" w:cs="Times New Roman"/>
        </w:rPr>
        <w:t xml:space="preserve">. </w:t>
      </w:r>
      <w:proofErr w:type="spellStart"/>
      <w:r w:rsidRPr="00B3363D">
        <w:rPr>
          <w:rFonts w:ascii="Times New Roman" w:hAnsi="Times New Roman" w:cs="Times New Roman"/>
        </w:rPr>
        <w:t>fejezet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mellékletét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képező</w:t>
      </w:r>
      <w:proofErr w:type="spellEnd"/>
      <w:r w:rsidRPr="00B3363D">
        <w:rPr>
          <w:rFonts w:ascii="Times New Roman" w:hAnsi="Times New Roman" w:cs="Times New Roman"/>
        </w:rPr>
        <w:t>:</w:t>
      </w:r>
    </w:p>
    <w:p w14:paraId="592B9F6E" w14:textId="77777777" w:rsidR="00B3363D" w:rsidRPr="00B3363D" w:rsidRDefault="00B3363D" w:rsidP="00B3363D">
      <w:pPr>
        <w:pStyle w:val="Szvegtrzs"/>
        <w:spacing w:line="360" w:lineRule="auto"/>
        <w:jc w:val="both"/>
      </w:pPr>
      <w:r w:rsidRPr="00B3363D">
        <w:rPr>
          <w:b/>
          <w:bCs/>
        </w:rPr>
        <w:t>„Iskolai élet megkezdéséhez szükséges fejlettség – Pedagógiai mérő- és értékelőlap”</w:t>
      </w:r>
    </w:p>
    <w:p w14:paraId="79902981" w14:textId="77777777" w:rsidR="00B3363D" w:rsidRPr="00B3363D" w:rsidRDefault="00B3363D" w:rsidP="00B3363D">
      <w:pPr>
        <w:pStyle w:val="Szvegtrzs"/>
        <w:spacing w:line="360" w:lineRule="auto"/>
        <w:jc w:val="both"/>
      </w:pPr>
      <w:r w:rsidRPr="00B3363D">
        <w:t>biztosítja.</w:t>
      </w:r>
    </w:p>
    <w:p w14:paraId="2A95454E" w14:textId="77777777" w:rsidR="00B3363D" w:rsidRPr="00B3363D" w:rsidRDefault="00B3363D" w:rsidP="00B3363D">
      <w:pPr>
        <w:pStyle w:val="Szvegtrzs"/>
        <w:spacing w:line="360" w:lineRule="auto"/>
        <w:jc w:val="both"/>
      </w:pPr>
      <w:r w:rsidRPr="00B3363D">
        <w:t>A mérő- és értékelőlap tartalmazza:</w:t>
      </w:r>
    </w:p>
    <w:p w14:paraId="3B909C86"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mérés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alapadatait</w:t>
      </w:r>
      <w:proofErr w:type="spellEnd"/>
      <w:r w:rsidRPr="00B3363D">
        <w:rPr>
          <w:rFonts w:ascii="Times New Roman" w:hAnsi="Times New Roman" w:cs="Times New Roman"/>
        </w:rPr>
        <w:t>;</w:t>
      </w:r>
    </w:p>
    <w:p w14:paraId="35D19CB1"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mérés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célját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alkalmazásának</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szempontjait</w:t>
      </w:r>
      <w:proofErr w:type="spellEnd"/>
      <w:r w:rsidRPr="00B3363D">
        <w:rPr>
          <w:rFonts w:ascii="Times New Roman" w:hAnsi="Times New Roman" w:cs="Times New Roman"/>
        </w:rPr>
        <w:t>;</w:t>
      </w:r>
    </w:p>
    <w:p w14:paraId="45750E3D"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pontozási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rendszert</w:t>
      </w:r>
      <w:proofErr w:type="spellEnd"/>
      <w:r w:rsidRPr="00B3363D">
        <w:rPr>
          <w:rFonts w:ascii="Times New Roman" w:hAnsi="Times New Roman" w:cs="Times New Roman"/>
        </w:rPr>
        <w:t>;</w:t>
      </w:r>
    </w:p>
    <w:p w14:paraId="36B00F21"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lastRenderedPageBreak/>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intézményi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értelmezési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sávokat</w:t>
      </w:r>
      <w:proofErr w:type="spellEnd"/>
      <w:r w:rsidRPr="00B3363D">
        <w:rPr>
          <w:rFonts w:ascii="Times New Roman" w:hAnsi="Times New Roman" w:cs="Times New Roman"/>
        </w:rPr>
        <w:t>;</w:t>
      </w:r>
    </w:p>
    <w:p w14:paraId="1B413E15"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tizenegy</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fejlettségi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terület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részletes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megfigyelhető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kimeneti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jellemzőit</w:t>
      </w:r>
      <w:proofErr w:type="spellEnd"/>
      <w:r w:rsidRPr="00B3363D">
        <w:rPr>
          <w:rFonts w:ascii="Times New Roman" w:hAnsi="Times New Roman" w:cs="Times New Roman"/>
        </w:rPr>
        <w:t>;</w:t>
      </w:r>
    </w:p>
    <w:p w14:paraId="30F75DFB"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területenkénti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pont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százalékos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összesítést</w:t>
      </w:r>
      <w:proofErr w:type="spellEnd"/>
      <w:r w:rsidRPr="00B3363D">
        <w:rPr>
          <w:rFonts w:ascii="Times New Roman" w:hAnsi="Times New Roman" w:cs="Times New Roman"/>
        </w:rPr>
        <w:t>;</w:t>
      </w:r>
    </w:p>
    <w:p w14:paraId="1CDD426C"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az</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egyéni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összesítő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értékelést</w:t>
      </w:r>
      <w:proofErr w:type="spellEnd"/>
      <w:r w:rsidRPr="00B3363D">
        <w:rPr>
          <w:rFonts w:ascii="Times New Roman" w:hAnsi="Times New Roman" w:cs="Times New Roman"/>
        </w:rPr>
        <w:t>;</w:t>
      </w:r>
    </w:p>
    <w:p w14:paraId="6F49F3B6"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szöveges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szempontjait</w:t>
      </w:r>
      <w:proofErr w:type="spellEnd"/>
      <w:r w:rsidRPr="00B3363D">
        <w:rPr>
          <w:rFonts w:ascii="Times New Roman" w:hAnsi="Times New Roman" w:cs="Times New Roman"/>
        </w:rPr>
        <w:t>;</w:t>
      </w:r>
    </w:p>
    <w:p w14:paraId="03177C17"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csoportszintű</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százalékos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összesítést</w:t>
      </w:r>
      <w:proofErr w:type="spellEnd"/>
      <w:r w:rsidRPr="00B3363D">
        <w:rPr>
          <w:rFonts w:ascii="Times New Roman" w:hAnsi="Times New Roman" w:cs="Times New Roman"/>
        </w:rPr>
        <w:t>;</w:t>
      </w:r>
    </w:p>
    <w:p w14:paraId="37003248" w14:textId="77777777" w:rsidR="00B3363D" w:rsidRPr="00B3363D" w:rsidRDefault="00B3363D" w:rsidP="00B3363D">
      <w:pPr>
        <w:pStyle w:val="Compact"/>
        <w:numPr>
          <w:ilvl w:val="0"/>
          <w:numId w:val="46"/>
        </w:numPr>
        <w:spacing w:line="360" w:lineRule="auto"/>
        <w:jc w:val="both"/>
        <w:rPr>
          <w:rFonts w:ascii="Times New Roman" w:hAnsi="Times New Roman" w:cs="Times New Roman"/>
        </w:rPr>
      </w:pPr>
      <w:proofErr w:type="spellStart"/>
      <w:r w:rsidRPr="00B3363D">
        <w:rPr>
          <w:rFonts w:ascii="Times New Roman" w:hAnsi="Times New Roman" w:cs="Times New Roman"/>
        </w:rPr>
        <w:t>valamint</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csoportszintű</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szöveges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elemzés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szempontjait</w:t>
      </w:r>
      <w:proofErr w:type="spellEnd"/>
      <w:r w:rsidRPr="00B3363D">
        <w:rPr>
          <w:rFonts w:ascii="Times New Roman" w:hAnsi="Times New Roman" w:cs="Times New Roman"/>
        </w:rPr>
        <w:t>.</w:t>
      </w:r>
    </w:p>
    <w:p w14:paraId="1D95C948" w14:textId="4F27A385" w:rsidR="00B3363D" w:rsidRPr="00B3363D" w:rsidRDefault="00B3363D" w:rsidP="00B3363D">
      <w:pPr>
        <w:pStyle w:val="FirstParagraph"/>
        <w:spacing w:line="360" w:lineRule="auto"/>
        <w:jc w:val="both"/>
        <w:rPr>
          <w:rFonts w:ascii="Times New Roman" w:hAnsi="Times New Roman" w:cs="Times New Roman"/>
        </w:rPr>
      </w:pPr>
      <w:r w:rsidRPr="00B3363D">
        <w:rPr>
          <w:rFonts w:ascii="Times New Roman" w:hAnsi="Times New Roman" w:cs="Times New Roman"/>
        </w:rPr>
        <w:t xml:space="preserve">A </w:t>
      </w:r>
      <w:proofErr w:type="spellStart"/>
      <w:r w:rsidRPr="00B3363D">
        <w:rPr>
          <w:rFonts w:ascii="Times New Roman" w:hAnsi="Times New Roman" w:cs="Times New Roman"/>
        </w:rPr>
        <w:t>mérő</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értékelőlap</w:t>
      </w:r>
      <w:proofErr w:type="spellEnd"/>
      <w:r w:rsidRPr="00B3363D">
        <w:rPr>
          <w:rFonts w:ascii="Times New Roman" w:hAnsi="Times New Roman" w:cs="Times New Roman"/>
        </w:rPr>
        <w:t xml:space="preserve"> a </w:t>
      </w:r>
      <w:proofErr w:type="spellStart"/>
      <w:r w:rsidRPr="00B3363D">
        <w:rPr>
          <w:rFonts w:ascii="Times New Roman" w:hAnsi="Times New Roman" w:cs="Times New Roman"/>
        </w:rPr>
        <w:t>Pedagógiai</w:t>
      </w:r>
      <w:proofErr w:type="spellEnd"/>
      <w:r w:rsidRPr="00B3363D">
        <w:rPr>
          <w:rFonts w:ascii="Times New Roman" w:hAnsi="Times New Roman" w:cs="Times New Roman"/>
        </w:rPr>
        <w:t xml:space="preserve"> Program XI</w:t>
      </w:r>
      <w:r>
        <w:rPr>
          <w:rFonts w:ascii="Times New Roman" w:hAnsi="Times New Roman" w:cs="Times New Roman"/>
        </w:rPr>
        <w:t>V</w:t>
      </w:r>
      <w:r w:rsidRPr="00B3363D">
        <w:rPr>
          <w:rFonts w:ascii="Times New Roman" w:hAnsi="Times New Roman" w:cs="Times New Roman"/>
        </w:rPr>
        <w:t xml:space="preserve">. </w:t>
      </w:r>
      <w:proofErr w:type="spellStart"/>
      <w:r w:rsidRPr="00B3363D">
        <w:rPr>
          <w:rFonts w:ascii="Times New Roman" w:hAnsi="Times New Roman" w:cs="Times New Roman"/>
        </w:rPr>
        <w:t>fejezetében</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meghatározott</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intézményi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mérési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és</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értékelési</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rPr>
        <w:t>rendszer</w:t>
      </w:r>
      <w:proofErr w:type="spellEnd"/>
      <w:r w:rsidRPr="00B3363D">
        <w:rPr>
          <w:rFonts w:ascii="Times New Roman" w:hAnsi="Times New Roman" w:cs="Times New Roman"/>
        </w:rPr>
        <w:t xml:space="preserve"> </w:t>
      </w:r>
      <w:proofErr w:type="spellStart"/>
      <w:r w:rsidRPr="00B3363D">
        <w:rPr>
          <w:rFonts w:ascii="Times New Roman" w:hAnsi="Times New Roman" w:cs="Times New Roman"/>
          <w:b/>
          <w:bCs/>
        </w:rPr>
        <w:t>egységes</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gyakorlati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alkalmazását</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szolgáló</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belső</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pedagógiai</w:t>
      </w:r>
      <w:proofErr w:type="spellEnd"/>
      <w:r w:rsidRPr="00B3363D">
        <w:rPr>
          <w:rFonts w:ascii="Times New Roman" w:hAnsi="Times New Roman" w:cs="Times New Roman"/>
          <w:b/>
          <w:bCs/>
        </w:rPr>
        <w:t xml:space="preserve"> </w:t>
      </w:r>
      <w:proofErr w:type="spellStart"/>
      <w:r w:rsidRPr="00B3363D">
        <w:rPr>
          <w:rFonts w:ascii="Times New Roman" w:hAnsi="Times New Roman" w:cs="Times New Roman"/>
          <w:b/>
          <w:bCs/>
        </w:rPr>
        <w:t>mérőeszköz</w:t>
      </w:r>
      <w:proofErr w:type="spellEnd"/>
      <w:r w:rsidRPr="00B3363D">
        <w:rPr>
          <w:rFonts w:ascii="Times New Roman" w:hAnsi="Times New Roman" w:cs="Times New Roman"/>
        </w:rPr>
        <w:t>.</w:t>
      </w:r>
    </w:p>
    <w:p w14:paraId="16578076" w14:textId="77777777" w:rsidR="00B3363D" w:rsidRPr="00B3363D" w:rsidRDefault="00B3363D" w:rsidP="00B3363D">
      <w:pPr>
        <w:pStyle w:val="Szvegtrzs"/>
        <w:spacing w:line="360" w:lineRule="auto"/>
        <w:jc w:val="both"/>
      </w:pPr>
      <w:r w:rsidRPr="00B3363D">
        <w:t>A mérőlap alkalmazása során az óvodapedagógus szakmai megítélése, a gyermek folyamatos pedagógiai megfigyelése és egyéni fejlődési sajátosságainak figyelembevétele elsődleges.</w:t>
      </w:r>
    </w:p>
    <w:p w14:paraId="35E7F646" w14:textId="77777777" w:rsidR="00B3363D" w:rsidRPr="00B3363D" w:rsidRDefault="00B3363D" w:rsidP="00B3363D">
      <w:pPr>
        <w:pStyle w:val="Szvegtrzs"/>
        <w:spacing w:line="360" w:lineRule="auto"/>
        <w:jc w:val="both"/>
      </w:pPr>
      <w:r w:rsidRPr="00B3363D">
        <w:t>A mérőlap nem önálló diagnosztikai eszköz, és nem helyettesíti a jogszabályban meghatározott szakértői vagy hatósági eljárást. Az intézményi mérés eredménye pedagógiai tájékozódást, fejlesztési tervezést és a gyermek fejlődésének nyomon követését szolgálja.</w:t>
      </w:r>
    </w:p>
    <w:bookmarkEnd w:id="21"/>
    <w:bookmarkEnd w:id="38"/>
    <w:p w14:paraId="135E5ECE" w14:textId="77777777" w:rsidR="00B3363D" w:rsidRDefault="00B3363D" w:rsidP="00B3363D">
      <w:pPr>
        <w:tabs>
          <w:tab w:val="left" w:pos="856"/>
        </w:tabs>
        <w:spacing w:before="138"/>
        <w:jc w:val="both"/>
      </w:pPr>
    </w:p>
    <w:p w14:paraId="4AFD5812" w14:textId="77777777" w:rsidR="0057757C" w:rsidRDefault="0057757C" w:rsidP="00B3363D">
      <w:pPr>
        <w:tabs>
          <w:tab w:val="left" w:pos="856"/>
        </w:tabs>
        <w:spacing w:before="138"/>
        <w:jc w:val="both"/>
      </w:pPr>
    </w:p>
    <w:p w14:paraId="50153E4D" w14:textId="77777777" w:rsidR="0057757C" w:rsidRDefault="0057757C" w:rsidP="00B3363D">
      <w:pPr>
        <w:tabs>
          <w:tab w:val="left" w:pos="856"/>
        </w:tabs>
        <w:spacing w:before="138"/>
        <w:jc w:val="both"/>
      </w:pPr>
    </w:p>
    <w:p w14:paraId="61E0313C" w14:textId="77777777" w:rsidR="0057757C" w:rsidRDefault="0057757C" w:rsidP="00B3363D">
      <w:pPr>
        <w:tabs>
          <w:tab w:val="left" w:pos="856"/>
        </w:tabs>
        <w:spacing w:before="138"/>
        <w:jc w:val="both"/>
      </w:pPr>
    </w:p>
    <w:p w14:paraId="1EC6F525" w14:textId="77777777" w:rsidR="0057757C" w:rsidRDefault="0057757C" w:rsidP="00B3363D">
      <w:pPr>
        <w:tabs>
          <w:tab w:val="left" w:pos="856"/>
        </w:tabs>
        <w:spacing w:before="138"/>
        <w:jc w:val="both"/>
      </w:pPr>
    </w:p>
    <w:p w14:paraId="7FB9D96B" w14:textId="77777777" w:rsidR="0057757C" w:rsidRDefault="0057757C" w:rsidP="00B3363D">
      <w:pPr>
        <w:tabs>
          <w:tab w:val="left" w:pos="856"/>
        </w:tabs>
        <w:spacing w:before="138"/>
        <w:jc w:val="both"/>
      </w:pPr>
    </w:p>
    <w:p w14:paraId="264F3077" w14:textId="77777777" w:rsidR="0057757C" w:rsidRDefault="0057757C" w:rsidP="00B3363D">
      <w:pPr>
        <w:tabs>
          <w:tab w:val="left" w:pos="856"/>
        </w:tabs>
        <w:spacing w:before="138"/>
        <w:jc w:val="both"/>
      </w:pPr>
    </w:p>
    <w:p w14:paraId="5B78C1FB" w14:textId="77777777" w:rsidR="0057757C" w:rsidRDefault="0057757C" w:rsidP="00B3363D">
      <w:pPr>
        <w:tabs>
          <w:tab w:val="left" w:pos="856"/>
        </w:tabs>
        <w:spacing w:before="138"/>
        <w:jc w:val="both"/>
      </w:pPr>
    </w:p>
    <w:p w14:paraId="72A40CFA" w14:textId="77777777" w:rsidR="0057757C" w:rsidRDefault="0057757C" w:rsidP="00B3363D">
      <w:pPr>
        <w:tabs>
          <w:tab w:val="left" w:pos="856"/>
        </w:tabs>
        <w:spacing w:before="138"/>
        <w:jc w:val="both"/>
      </w:pPr>
    </w:p>
    <w:p w14:paraId="0B9CD70A" w14:textId="77777777" w:rsidR="0057757C" w:rsidRDefault="0057757C" w:rsidP="00B3363D">
      <w:pPr>
        <w:tabs>
          <w:tab w:val="left" w:pos="856"/>
        </w:tabs>
        <w:spacing w:before="138"/>
        <w:jc w:val="both"/>
      </w:pPr>
    </w:p>
    <w:p w14:paraId="5D1B74CC" w14:textId="77777777" w:rsidR="0057757C" w:rsidRDefault="0057757C" w:rsidP="00B3363D">
      <w:pPr>
        <w:tabs>
          <w:tab w:val="left" w:pos="856"/>
        </w:tabs>
        <w:spacing w:before="138"/>
        <w:jc w:val="both"/>
      </w:pPr>
    </w:p>
    <w:p w14:paraId="5BA2DA0E" w14:textId="77777777" w:rsidR="0057757C" w:rsidRDefault="0057757C" w:rsidP="00B3363D">
      <w:pPr>
        <w:tabs>
          <w:tab w:val="left" w:pos="856"/>
        </w:tabs>
        <w:spacing w:before="138"/>
        <w:jc w:val="both"/>
      </w:pPr>
    </w:p>
    <w:p w14:paraId="7BA711BD" w14:textId="77777777" w:rsidR="0057757C" w:rsidRDefault="0057757C" w:rsidP="00B3363D">
      <w:pPr>
        <w:tabs>
          <w:tab w:val="left" w:pos="856"/>
        </w:tabs>
        <w:spacing w:before="138"/>
        <w:jc w:val="both"/>
      </w:pPr>
    </w:p>
    <w:p w14:paraId="3763DB0D" w14:textId="77777777" w:rsidR="0057757C" w:rsidRDefault="0057757C" w:rsidP="00B3363D">
      <w:pPr>
        <w:tabs>
          <w:tab w:val="left" w:pos="856"/>
        </w:tabs>
        <w:spacing w:before="138"/>
        <w:jc w:val="both"/>
      </w:pPr>
    </w:p>
    <w:p w14:paraId="3BE6603C" w14:textId="77777777" w:rsidR="0057757C" w:rsidRDefault="0057757C" w:rsidP="00B3363D">
      <w:pPr>
        <w:tabs>
          <w:tab w:val="left" w:pos="856"/>
        </w:tabs>
        <w:spacing w:before="138"/>
        <w:jc w:val="both"/>
      </w:pPr>
    </w:p>
    <w:p w14:paraId="6EAB43C5" w14:textId="77777777" w:rsidR="0057757C" w:rsidRDefault="0057757C" w:rsidP="00B3363D">
      <w:pPr>
        <w:tabs>
          <w:tab w:val="left" w:pos="856"/>
        </w:tabs>
        <w:spacing w:before="138"/>
        <w:jc w:val="both"/>
      </w:pPr>
    </w:p>
    <w:p w14:paraId="1918BC76" w14:textId="77777777" w:rsidR="0057757C" w:rsidRDefault="0057757C" w:rsidP="00B3363D">
      <w:pPr>
        <w:tabs>
          <w:tab w:val="left" w:pos="856"/>
        </w:tabs>
        <w:spacing w:before="138"/>
        <w:jc w:val="both"/>
      </w:pPr>
    </w:p>
    <w:p w14:paraId="0C4B0014" w14:textId="77777777" w:rsidR="00405B43" w:rsidRDefault="00405B43" w:rsidP="00B3363D">
      <w:pPr>
        <w:tabs>
          <w:tab w:val="left" w:pos="856"/>
        </w:tabs>
        <w:spacing w:before="138"/>
        <w:jc w:val="both"/>
      </w:pPr>
    </w:p>
    <w:p w14:paraId="47F2CE4D" w14:textId="77777777" w:rsidR="00405B43" w:rsidRDefault="00405B43" w:rsidP="00B3363D">
      <w:pPr>
        <w:tabs>
          <w:tab w:val="left" w:pos="856"/>
        </w:tabs>
        <w:spacing w:before="138"/>
        <w:jc w:val="both"/>
      </w:pPr>
    </w:p>
    <w:p w14:paraId="04EF212B" w14:textId="77777777" w:rsidR="00405B43" w:rsidRDefault="00405B43" w:rsidP="00B3363D">
      <w:pPr>
        <w:tabs>
          <w:tab w:val="left" w:pos="856"/>
        </w:tabs>
        <w:spacing w:before="138"/>
        <w:jc w:val="both"/>
      </w:pPr>
    </w:p>
    <w:p w14:paraId="5187376D" w14:textId="0E18C0F7" w:rsidR="00405B43" w:rsidRPr="00405B43" w:rsidRDefault="00405B43" w:rsidP="00405B43">
      <w:pPr>
        <w:tabs>
          <w:tab w:val="left" w:pos="856"/>
        </w:tabs>
        <w:spacing w:before="138"/>
        <w:jc w:val="both"/>
        <w:rPr>
          <w:b/>
          <w:bCs/>
        </w:rPr>
      </w:pPr>
    </w:p>
    <w:p w14:paraId="53E98EA4" w14:textId="77777777" w:rsidR="00405B43" w:rsidRPr="00405B43" w:rsidRDefault="00405B43" w:rsidP="00405B43">
      <w:pPr>
        <w:pStyle w:val="Cmsor1"/>
        <w:spacing w:line="360" w:lineRule="auto"/>
        <w:rPr>
          <w:rFonts w:ascii="Times New Roman" w:hAnsi="Times New Roman" w:cs="Times New Roman"/>
          <w:sz w:val="24"/>
          <w:szCs w:val="24"/>
        </w:rPr>
      </w:pPr>
      <w:bookmarkStart w:id="40" w:name="X6ad8a2797b94463459f3131957c94b22b5221e2"/>
      <w:r>
        <w:t xml:space="preserve">XV. </w:t>
      </w:r>
      <w:r w:rsidRPr="00405B43">
        <w:rPr>
          <w:rFonts w:ascii="Times New Roman" w:hAnsi="Times New Roman" w:cs="Times New Roman"/>
          <w:sz w:val="24"/>
          <w:szCs w:val="24"/>
        </w:rPr>
        <w:t>ZÁRÓ RENDELKEZÉSEK ÉS LEGITIMÁCIÓS ZÁRADÉK</w:t>
      </w:r>
    </w:p>
    <w:p w14:paraId="4211FD0C" w14:textId="77777777" w:rsidR="00405B43" w:rsidRPr="00405B43" w:rsidRDefault="00405B43" w:rsidP="00405B43">
      <w:pPr>
        <w:pStyle w:val="Cmsor2"/>
        <w:spacing w:line="360" w:lineRule="auto"/>
        <w:rPr>
          <w:rFonts w:ascii="Times New Roman" w:hAnsi="Times New Roman" w:cs="Times New Roman"/>
          <w:sz w:val="24"/>
          <w:szCs w:val="24"/>
        </w:rPr>
      </w:pPr>
      <w:bookmarkStart w:id="41" w:name="X83c19fcd1351077b2db5ff1339c1340ec2a2bc5"/>
      <w:r w:rsidRPr="00405B43">
        <w:rPr>
          <w:rFonts w:ascii="Times New Roman" w:hAnsi="Times New Roman" w:cs="Times New Roman"/>
          <w:sz w:val="24"/>
          <w:szCs w:val="24"/>
        </w:rPr>
        <w:t>15.1. A Pedagógiai Program elfogadása és jóváhagyása</w:t>
      </w:r>
    </w:p>
    <w:p w14:paraId="47259C89" w14:textId="77777777" w:rsidR="00405B43" w:rsidRPr="00405B43" w:rsidRDefault="00405B43" w:rsidP="00405B43">
      <w:pPr>
        <w:pStyle w:val="FirstParagraph"/>
        <w:spacing w:line="360" w:lineRule="auto"/>
        <w:rPr>
          <w:rFonts w:ascii="Times New Roman" w:hAnsi="Times New Roman" w:cs="Times New Roman"/>
        </w:rPr>
      </w:pPr>
      <w:r w:rsidRPr="00405B43">
        <w:rPr>
          <w:rFonts w:ascii="Times New Roman" w:hAnsi="Times New Roman" w:cs="Times New Roman"/>
        </w:rPr>
        <w:t xml:space="preserve">A </w:t>
      </w:r>
      <w:proofErr w:type="spellStart"/>
      <w:r w:rsidRPr="00405B43">
        <w:rPr>
          <w:rFonts w:ascii="Times New Roman" w:hAnsi="Times New Roman" w:cs="Times New Roman"/>
        </w:rPr>
        <w:t>Balatonvilágosi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Szivárvány</w:t>
      </w:r>
      <w:proofErr w:type="spellEnd"/>
      <w:r w:rsidRPr="00405B43">
        <w:rPr>
          <w:rFonts w:ascii="Times New Roman" w:hAnsi="Times New Roman" w:cs="Times New Roman"/>
        </w:rPr>
        <w:t xml:space="preserve"> Óvoda </w:t>
      </w:r>
      <w:proofErr w:type="spellStart"/>
      <w:r w:rsidRPr="00405B43">
        <w:rPr>
          <w:rFonts w:ascii="Times New Roman" w:hAnsi="Times New Roman" w:cs="Times New Roman"/>
        </w:rPr>
        <w:t>Pedagógiai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Programjának</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felülvizsgálatára</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és</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módosítására</w:t>
      </w:r>
      <w:proofErr w:type="spellEnd"/>
      <w:r w:rsidRPr="00405B43">
        <w:rPr>
          <w:rFonts w:ascii="Times New Roman" w:hAnsi="Times New Roman" w:cs="Times New Roman"/>
        </w:rPr>
        <w:t xml:space="preserve"> a </w:t>
      </w:r>
      <w:proofErr w:type="spellStart"/>
      <w:r w:rsidRPr="00405B43">
        <w:rPr>
          <w:rFonts w:ascii="Times New Roman" w:hAnsi="Times New Roman" w:cs="Times New Roman"/>
        </w:rPr>
        <w:t>jogszabályi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változások</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az</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intézményi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pedagógiai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gyakorlat</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valamint</w:t>
      </w:r>
      <w:proofErr w:type="spellEnd"/>
      <w:r w:rsidRPr="00405B43">
        <w:rPr>
          <w:rFonts w:ascii="Times New Roman" w:hAnsi="Times New Roman" w:cs="Times New Roman"/>
        </w:rPr>
        <w:t xml:space="preserve"> a </w:t>
      </w:r>
      <w:proofErr w:type="spellStart"/>
      <w:r w:rsidRPr="00405B43">
        <w:rPr>
          <w:rFonts w:ascii="Times New Roman" w:hAnsi="Times New Roman" w:cs="Times New Roman"/>
        </w:rPr>
        <w:t>nevelőtestület</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szakmai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tapasztalatai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alapján</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került</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sor</w:t>
      </w:r>
      <w:proofErr w:type="spellEnd"/>
      <w:r w:rsidRPr="00405B43">
        <w:rPr>
          <w:rFonts w:ascii="Times New Roman" w:hAnsi="Times New Roman" w:cs="Times New Roman"/>
        </w:rPr>
        <w:t>.</w:t>
      </w:r>
    </w:p>
    <w:p w14:paraId="700D4374" w14:textId="77777777" w:rsidR="00405B43" w:rsidRPr="00405B43" w:rsidRDefault="00405B43" w:rsidP="00405B43">
      <w:pPr>
        <w:pStyle w:val="Szvegtrzs"/>
        <w:spacing w:line="360" w:lineRule="auto"/>
      </w:pPr>
      <w:r w:rsidRPr="00405B43">
        <w:t>A Pedagógiai Programban foglaltak megvalósítása a Balatonvilágosi Szivárvány Óvoda valamennyi pedagógusának feladata.</w:t>
      </w:r>
    </w:p>
    <w:p w14:paraId="621AF835" w14:textId="77777777" w:rsidR="00405B43" w:rsidRPr="00405B43" w:rsidRDefault="00405B43" w:rsidP="00405B43">
      <w:pPr>
        <w:pStyle w:val="Szvegtrzs"/>
        <w:spacing w:line="360" w:lineRule="auto"/>
      </w:pPr>
    </w:p>
    <w:p w14:paraId="47E1A3B0" w14:textId="77777777" w:rsidR="00405B43" w:rsidRPr="00405B43" w:rsidRDefault="00405B43" w:rsidP="00405B43">
      <w:pPr>
        <w:pStyle w:val="Cmsor3"/>
        <w:spacing w:line="360" w:lineRule="auto"/>
        <w:rPr>
          <w:b/>
          <w:bCs/>
          <w:sz w:val="24"/>
          <w:szCs w:val="24"/>
        </w:rPr>
      </w:pPr>
      <w:r w:rsidRPr="00405B43">
        <w:rPr>
          <w:b/>
          <w:bCs/>
          <w:sz w:val="24"/>
          <w:szCs w:val="24"/>
        </w:rPr>
        <w:t>A nevelőtestület elfogadó nyilatkozata</w:t>
      </w:r>
    </w:p>
    <w:p w14:paraId="36517C2B" w14:textId="77777777" w:rsidR="00405B43" w:rsidRPr="00405B43" w:rsidRDefault="00405B43" w:rsidP="00405B43">
      <w:pPr>
        <w:pStyle w:val="FirstParagraph"/>
        <w:spacing w:line="360" w:lineRule="auto"/>
        <w:rPr>
          <w:rFonts w:ascii="Times New Roman" w:hAnsi="Times New Roman" w:cs="Times New Roman"/>
        </w:rPr>
      </w:pPr>
      <w:r w:rsidRPr="00405B43">
        <w:rPr>
          <w:rFonts w:ascii="Times New Roman" w:hAnsi="Times New Roman" w:cs="Times New Roman"/>
        </w:rPr>
        <w:t xml:space="preserve">A </w:t>
      </w:r>
      <w:proofErr w:type="spellStart"/>
      <w:r w:rsidRPr="00405B43">
        <w:rPr>
          <w:rFonts w:ascii="Times New Roman" w:hAnsi="Times New Roman" w:cs="Times New Roman"/>
        </w:rPr>
        <w:t>Balatonvilágosi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Szivárvány</w:t>
      </w:r>
      <w:proofErr w:type="spellEnd"/>
      <w:r w:rsidRPr="00405B43">
        <w:rPr>
          <w:rFonts w:ascii="Times New Roman" w:hAnsi="Times New Roman" w:cs="Times New Roman"/>
        </w:rPr>
        <w:t xml:space="preserve"> Óvoda </w:t>
      </w:r>
      <w:proofErr w:type="spellStart"/>
      <w:r w:rsidRPr="00405B43">
        <w:rPr>
          <w:rFonts w:ascii="Times New Roman" w:hAnsi="Times New Roman" w:cs="Times New Roman"/>
        </w:rPr>
        <w:t>nevelőtestülete</w:t>
      </w:r>
      <w:proofErr w:type="spellEnd"/>
      <w:r w:rsidRPr="00405B43">
        <w:rPr>
          <w:rFonts w:ascii="Times New Roman" w:hAnsi="Times New Roman" w:cs="Times New Roman"/>
        </w:rPr>
        <w:t xml:space="preserve"> a </w:t>
      </w:r>
      <w:proofErr w:type="spellStart"/>
      <w:r w:rsidRPr="00405B43">
        <w:rPr>
          <w:rFonts w:ascii="Times New Roman" w:hAnsi="Times New Roman" w:cs="Times New Roman"/>
        </w:rPr>
        <w:t>Pedagógiai</w:t>
      </w:r>
      <w:proofErr w:type="spellEnd"/>
      <w:r w:rsidRPr="00405B43">
        <w:rPr>
          <w:rFonts w:ascii="Times New Roman" w:hAnsi="Times New Roman" w:cs="Times New Roman"/>
        </w:rPr>
        <w:t xml:space="preserve"> Program </w:t>
      </w:r>
      <w:proofErr w:type="spellStart"/>
      <w:r w:rsidRPr="00405B43">
        <w:rPr>
          <w:rFonts w:ascii="Times New Roman" w:hAnsi="Times New Roman" w:cs="Times New Roman"/>
        </w:rPr>
        <w:t>felülvizsgált</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és</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módosított</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változatát</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megismerte</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megtárgyalta</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és</w:t>
      </w:r>
      <w:proofErr w:type="spellEnd"/>
      <w:r w:rsidRPr="00405B43">
        <w:rPr>
          <w:rFonts w:ascii="Times New Roman" w:hAnsi="Times New Roman" w:cs="Times New Roman"/>
        </w:rPr>
        <w:t xml:space="preserve"> a </w:t>
      </w:r>
      <w:proofErr w:type="spellStart"/>
      <w:r w:rsidRPr="00405B43">
        <w:rPr>
          <w:rFonts w:ascii="Times New Roman" w:hAnsi="Times New Roman" w:cs="Times New Roman"/>
        </w:rPr>
        <w:t>nemzeti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köznevelésről</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szóló</w:t>
      </w:r>
      <w:proofErr w:type="spellEnd"/>
      <w:r w:rsidRPr="00405B43">
        <w:rPr>
          <w:rFonts w:ascii="Times New Roman" w:hAnsi="Times New Roman" w:cs="Times New Roman"/>
        </w:rPr>
        <w:t xml:space="preserve"> 2011. </w:t>
      </w:r>
      <w:proofErr w:type="spellStart"/>
      <w:r w:rsidRPr="00405B43">
        <w:rPr>
          <w:rFonts w:ascii="Times New Roman" w:hAnsi="Times New Roman" w:cs="Times New Roman"/>
        </w:rPr>
        <w:t>évi</w:t>
      </w:r>
      <w:proofErr w:type="spellEnd"/>
      <w:r w:rsidRPr="00405B43">
        <w:rPr>
          <w:rFonts w:ascii="Times New Roman" w:hAnsi="Times New Roman" w:cs="Times New Roman"/>
        </w:rPr>
        <w:t xml:space="preserve"> CXC. </w:t>
      </w:r>
      <w:proofErr w:type="spellStart"/>
      <w:r w:rsidRPr="00405B43">
        <w:rPr>
          <w:rFonts w:ascii="Times New Roman" w:hAnsi="Times New Roman" w:cs="Times New Roman"/>
        </w:rPr>
        <w:t>törvény</w:t>
      </w:r>
      <w:proofErr w:type="spellEnd"/>
      <w:r w:rsidRPr="00405B43">
        <w:rPr>
          <w:rFonts w:ascii="Times New Roman" w:hAnsi="Times New Roman" w:cs="Times New Roman"/>
        </w:rPr>
        <w:t xml:space="preserve"> 26. § (1) </w:t>
      </w:r>
      <w:proofErr w:type="spellStart"/>
      <w:r w:rsidRPr="00405B43">
        <w:rPr>
          <w:rFonts w:ascii="Times New Roman" w:hAnsi="Times New Roman" w:cs="Times New Roman"/>
        </w:rPr>
        <w:t>bekezdésében</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meghatározott</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jogkörében</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b/>
          <w:bCs/>
        </w:rPr>
        <w:t>elfogadta</w:t>
      </w:r>
      <w:proofErr w:type="spellEnd"/>
      <w:r w:rsidRPr="00405B43">
        <w:rPr>
          <w:rFonts w:ascii="Times New Roman" w:hAnsi="Times New Roman" w:cs="Times New Roman"/>
        </w:rPr>
        <w:t>.</w:t>
      </w:r>
    </w:p>
    <w:p w14:paraId="6F15404E" w14:textId="77777777" w:rsidR="00405B43" w:rsidRPr="00405B43" w:rsidRDefault="00405B43" w:rsidP="00405B43">
      <w:pPr>
        <w:pStyle w:val="Szvegtrzs"/>
        <w:spacing w:line="360" w:lineRule="auto"/>
      </w:pPr>
      <w:r w:rsidRPr="00405B43">
        <w:t xml:space="preserve">Az elfogadás időpontja: </w:t>
      </w:r>
      <w:r w:rsidRPr="00405B43">
        <w:rPr>
          <w:b/>
          <w:bCs/>
        </w:rPr>
        <w:t>2026. augusztus 26.</w:t>
      </w:r>
    </w:p>
    <w:p w14:paraId="1D50E381" w14:textId="77777777" w:rsidR="00405B43" w:rsidRDefault="00405B43" w:rsidP="00405B43">
      <w:pPr>
        <w:pStyle w:val="Szvegtrzs"/>
        <w:spacing w:line="360" w:lineRule="auto"/>
      </w:pPr>
      <w:r w:rsidRPr="00405B43">
        <w:t>Kelt: Balatonvilágos, 2026. augusztus 26.</w:t>
      </w:r>
    </w:p>
    <w:p w14:paraId="29D66E58" w14:textId="77777777" w:rsidR="00405B43" w:rsidRPr="00405B43" w:rsidRDefault="00405B43" w:rsidP="00405B43">
      <w:pPr>
        <w:pStyle w:val="Szvegtrzs"/>
        <w:spacing w:line="360" w:lineRule="auto"/>
      </w:pPr>
    </w:p>
    <w:p w14:paraId="43348662" w14:textId="77777777" w:rsidR="00405B43" w:rsidRPr="00405B43" w:rsidRDefault="00405B43" w:rsidP="00405B43">
      <w:pPr>
        <w:pStyle w:val="Szvegtrzs"/>
        <w:spacing w:line="360" w:lineRule="auto"/>
        <w:jc w:val="center"/>
      </w:pPr>
      <w:r w:rsidRPr="00405B43">
        <w:t>…………………………………………</w:t>
      </w:r>
      <w:proofErr w:type="gramStart"/>
      <w:r w:rsidRPr="00405B43">
        <w:t>…….</w:t>
      </w:r>
      <w:proofErr w:type="gramEnd"/>
      <w:r w:rsidRPr="00405B43">
        <w:t>.</w:t>
      </w:r>
      <w:r w:rsidRPr="00405B43">
        <w:br/>
        <w:t>a nevelőtestület nevében</w:t>
      </w:r>
    </w:p>
    <w:p w14:paraId="5114321F" w14:textId="77777777" w:rsidR="00405B43" w:rsidRPr="00405B43" w:rsidRDefault="00405B43" w:rsidP="00405B43">
      <w:pPr>
        <w:pStyle w:val="Cmsor3"/>
        <w:spacing w:line="360" w:lineRule="auto"/>
        <w:rPr>
          <w:b/>
          <w:bCs/>
          <w:sz w:val="24"/>
          <w:szCs w:val="24"/>
        </w:rPr>
      </w:pPr>
      <w:bookmarkStart w:id="42" w:name="a-nevelőtestület-elfogadó-nyilatkozata"/>
      <w:bookmarkEnd w:id="42"/>
      <w:r w:rsidRPr="00405B43">
        <w:rPr>
          <w:b/>
          <w:bCs/>
          <w:sz w:val="24"/>
          <w:szCs w:val="24"/>
        </w:rPr>
        <w:t>Igazgatói jóváhagyás</w:t>
      </w:r>
    </w:p>
    <w:p w14:paraId="0ED3A4E8" w14:textId="77777777" w:rsidR="00405B43" w:rsidRPr="00405B43" w:rsidRDefault="00405B43" w:rsidP="00405B43">
      <w:pPr>
        <w:pStyle w:val="FirstParagraph"/>
        <w:spacing w:line="360" w:lineRule="auto"/>
        <w:rPr>
          <w:rFonts w:ascii="Times New Roman" w:hAnsi="Times New Roman" w:cs="Times New Roman"/>
        </w:rPr>
      </w:pPr>
      <w:r w:rsidRPr="00405B43">
        <w:rPr>
          <w:rFonts w:ascii="Times New Roman" w:hAnsi="Times New Roman" w:cs="Times New Roman"/>
        </w:rPr>
        <w:t xml:space="preserve">A </w:t>
      </w:r>
      <w:proofErr w:type="spellStart"/>
      <w:r w:rsidRPr="00405B43">
        <w:rPr>
          <w:rFonts w:ascii="Times New Roman" w:hAnsi="Times New Roman" w:cs="Times New Roman"/>
        </w:rPr>
        <w:t>Balatonvilágosi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Szivárvány</w:t>
      </w:r>
      <w:proofErr w:type="spellEnd"/>
      <w:r w:rsidRPr="00405B43">
        <w:rPr>
          <w:rFonts w:ascii="Times New Roman" w:hAnsi="Times New Roman" w:cs="Times New Roman"/>
        </w:rPr>
        <w:t xml:space="preserve"> Óvoda </w:t>
      </w:r>
      <w:proofErr w:type="spellStart"/>
      <w:r w:rsidRPr="00405B43">
        <w:rPr>
          <w:rFonts w:ascii="Times New Roman" w:hAnsi="Times New Roman" w:cs="Times New Roman"/>
        </w:rPr>
        <w:t>nevelőtestülete</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által</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elfogadott</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Pedagógiai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Programot</w:t>
      </w:r>
      <w:proofErr w:type="spellEnd"/>
      <w:r w:rsidRPr="00405B43">
        <w:rPr>
          <w:rFonts w:ascii="Times New Roman" w:hAnsi="Times New Roman" w:cs="Times New Roman"/>
        </w:rPr>
        <w:t xml:space="preserve"> a </w:t>
      </w:r>
      <w:proofErr w:type="spellStart"/>
      <w:r w:rsidRPr="00405B43">
        <w:rPr>
          <w:rFonts w:ascii="Times New Roman" w:hAnsi="Times New Roman" w:cs="Times New Roman"/>
        </w:rPr>
        <w:t>nemzeti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köznevelésről</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szóló</w:t>
      </w:r>
      <w:proofErr w:type="spellEnd"/>
      <w:r w:rsidRPr="00405B43">
        <w:rPr>
          <w:rFonts w:ascii="Times New Roman" w:hAnsi="Times New Roman" w:cs="Times New Roman"/>
        </w:rPr>
        <w:t xml:space="preserve"> 2011. </w:t>
      </w:r>
      <w:proofErr w:type="spellStart"/>
      <w:r w:rsidRPr="00405B43">
        <w:rPr>
          <w:rFonts w:ascii="Times New Roman" w:hAnsi="Times New Roman" w:cs="Times New Roman"/>
        </w:rPr>
        <w:t>évi</w:t>
      </w:r>
      <w:proofErr w:type="spellEnd"/>
      <w:r w:rsidRPr="00405B43">
        <w:rPr>
          <w:rFonts w:ascii="Times New Roman" w:hAnsi="Times New Roman" w:cs="Times New Roman"/>
        </w:rPr>
        <w:t xml:space="preserve"> CXC. </w:t>
      </w:r>
      <w:proofErr w:type="spellStart"/>
      <w:r w:rsidRPr="00405B43">
        <w:rPr>
          <w:rFonts w:ascii="Times New Roman" w:hAnsi="Times New Roman" w:cs="Times New Roman"/>
        </w:rPr>
        <w:t>törvény</w:t>
      </w:r>
      <w:proofErr w:type="spellEnd"/>
      <w:r w:rsidRPr="00405B43">
        <w:rPr>
          <w:rFonts w:ascii="Times New Roman" w:hAnsi="Times New Roman" w:cs="Times New Roman"/>
        </w:rPr>
        <w:t xml:space="preserve"> 26. § (1) </w:t>
      </w:r>
      <w:proofErr w:type="spellStart"/>
      <w:r w:rsidRPr="00405B43">
        <w:rPr>
          <w:rFonts w:ascii="Times New Roman" w:hAnsi="Times New Roman" w:cs="Times New Roman"/>
        </w:rPr>
        <w:t>bekezdésében</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meghatározott</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jogkörömben</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b/>
          <w:bCs/>
        </w:rPr>
        <w:t>jóváhagyom</w:t>
      </w:r>
      <w:proofErr w:type="spellEnd"/>
      <w:r w:rsidRPr="00405B43">
        <w:rPr>
          <w:rFonts w:ascii="Times New Roman" w:hAnsi="Times New Roman" w:cs="Times New Roman"/>
        </w:rPr>
        <w:t>.</w:t>
      </w:r>
    </w:p>
    <w:p w14:paraId="686A235B" w14:textId="77777777" w:rsidR="00405B43" w:rsidRDefault="00405B43" w:rsidP="00405B43">
      <w:pPr>
        <w:pStyle w:val="Szvegtrzs"/>
        <w:spacing w:line="360" w:lineRule="auto"/>
      </w:pPr>
      <w:r w:rsidRPr="00405B43">
        <w:t>Kelt: Balatonvilágos, 2026. augusztus 26.</w:t>
      </w:r>
    </w:p>
    <w:p w14:paraId="0784682C" w14:textId="77777777" w:rsidR="00405B43" w:rsidRPr="00405B43" w:rsidRDefault="00405B43" w:rsidP="00405B43">
      <w:pPr>
        <w:pStyle w:val="Szvegtrzs"/>
        <w:spacing w:line="360" w:lineRule="auto"/>
      </w:pPr>
    </w:p>
    <w:p w14:paraId="4ADB5A69" w14:textId="77777777" w:rsidR="00405B43" w:rsidRPr="00405B43" w:rsidRDefault="00405B43" w:rsidP="00405B43">
      <w:pPr>
        <w:pStyle w:val="Szvegtrzs"/>
        <w:spacing w:line="360" w:lineRule="auto"/>
        <w:jc w:val="center"/>
      </w:pPr>
      <w:r w:rsidRPr="00405B43">
        <w:t>…………………………………………</w:t>
      </w:r>
      <w:proofErr w:type="gramStart"/>
      <w:r w:rsidRPr="00405B43">
        <w:t>…….</w:t>
      </w:r>
      <w:proofErr w:type="gramEnd"/>
      <w:r w:rsidRPr="00405B43">
        <w:t>.</w:t>
      </w:r>
      <w:r w:rsidRPr="00405B43">
        <w:br/>
      </w:r>
      <w:r w:rsidRPr="00405B43">
        <w:rPr>
          <w:b/>
          <w:bCs/>
        </w:rPr>
        <w:t>Szöllősi Erika</w:t>
      </w:r>
      <w:r w:rsidRPr="00405B43">
        <w:br/>
        <w:t>igazgató</w:t>
      </w:r>
    </w:p>
    <w:p w14:paraId="5C284DC0" w14:textId="77777777" w:rsidR="00405B43" w:rsidRDefault="00405B43" w:rsidP="00405B43">
      <w:pPr>
        <w:pStyle w:val="Szvegtrzs"/>
        <w:spacing w:line="360" w:lineRule="auto"/>
        <w:jc w:val="center"/>
      </w:pPr>
      <w:r w:rsidRPr="00405B43">
        <w:t>P. H.</w:t>
      </w:r>
    </w:p>
    <w:p w14:paraId="108FCA0E" w14:textId="77777777" w:rsidR="00405B43" w:rsidRDefault="00405B43" w:rsidP="00405B43">
      <w:pPr>
        <w:pStyle w:val="Szvegtrzs"/>
        <w:spacing w:line="360" w:lineRule="auto"/>
        <w:jc w:val="center"/>
      </w:pPr>
    </w:p>
    <w:p w14:paraId="03B1FAE2" w14:textId="77777777" w:rsidR="00405B43" w:rsidRPr="00405B43" w:rsidRDefault="00405B43" w:rsidP="00405B43">
      <w:pPr>
        <w:pStyle w:val="Szvegtrzs"/>
        <w:spacing w:line="360" w:lineRule="auto"/>
        <w:jc w:val="center"/>
      </w:pPr>
    </w:p>
    <w:p w14:paraId="2B192446" w14:textId="77777777" w:rsidR="00DB636B" w:rsidRPr="00DB636B" w:rsidRDefault="00DB636B" w:rsidP="00DB636B">
      <w:pPr>
        <w:widowControl/>
        <w:autoSpaceDE/>
        <w:autoSpaceDN/>
        <w:spacing w:line="360" w:lineRule="auto"/>
        <w:rPr>
          <w:sz w:val="24"/>
          <w:szCs w:val="24"/>
          <w:lang w:eastAsia="hu-HU"/>
        </w:rPr>
      </w:pPr>
      <w:bookmarkStart w:id="43" w:name="igazgatói-jóváhagyás"/>
      <w:bookmarkStart w:id="44" w:name="hatálybalépés"/>
      <w:bookmarkEnd w:id="41"/>
      <w:bookmarkEnd w:id="43"/>
      <w:r w:rsidRPr="00DB636B">
        <w:rPr>
          <w:b/>
          <w:bCs/>
          <w:sz w:val="24"/>
          <w:szCs w:val="24"/>
          <w:lang w:eastAsia="hu-HU"/>
        </w:rPr>
        <w:lastRenderedPageBreak/>
        <w:t>Fenntartói nyilatkozat</w:t>
      </w:r>
    </w:p>
    <w:p w14:paraId="7E91669F" w14:textId="1E792253" w:rsidR="00DB636B" w:rsidRPr="00DB636B" w:rsidRDefault="00DB636B" w:rsidP="00DB636B">
      <w:pPr>
        <w:widowControl/>
        <w:autoSpaceDE/>
        <w:autoSpaceDN/>
        <w:spacing w:line="360" w:lineRule="auto"/>
        <w:rPr>
          <w:sz w:val="24"/>
          <w:szCs w:val="24"/>
          <w:lang w:eastAsia="hu-HU"/>
        </w:rPr>
      </w:pPr>
      <w:r w:rsidRPr="00DB636B">
        <w:rPr>
          <w:sz w:val="24"/>
          <w:szCs w:val="24"/>
          <w:lang w:eastAsia="hu-HU"/>
        </w:rPr>
        <w:t>Balatonvilágos Község Önkormányzat</w:t>
      </w:r>
      <w:r>
        <w:rPr>
          <w:sz w:val="24"/>
          <w:szCs w:val="24"/>
          <w:lang w:eastAsia="hu-HU"/>
        </w:rPr>
        <w:t>ának Képviselő Testülete</w:t>
      </w:r>
      <w:r w:rsidRPr="00DB636B">
        <w:rPr>
          <w:sz w:val="24"/>
          <w:szCs w:val="24"/>
          <w:lang w:eastAsia="hu-HU"/>
        </w:rPr>
        <w:t xml:space="preserve"> a Balatonvilágosi Szivárvány Óvoda Pedagógiai Programját megismerte. Megállapítja, hogy a Pedagógiai Program jelen felülvizsgálattal érintett rendelkezései a fenntartóra többletkötelezettséget nem hárítanak, ezért a nemzeti köznevelésről szóló 2011. évi CXC. törvény 26. § (1) bekezdése alapján Balatonvilágos Község Önkormányzata a Pedagógiai Program módosítását </w:t>
      </w:r>
      <w:r w:rsidRPr="00DB636B">
        <w:rPr>
          <w:b/>
          <w:bCs/>
          <w:sz w:val="24"/>
          <w:szCs w:val="24"/>
          <w:lang w:eastAsia="hu-HU"/>
        </w:rPr>
        <w:t>tudomásul veszi</w:t>
      </w:r>
      <w:r w:rsidRPr="00DB636B">
        <w:rPr>
          <w:sz w:val="24"/>
          <w:szCs w:val="24"/>
          <w:lang w:eastAsia="hu-HU"/>
        </w:rPr>
        <w:t>.</w:t>
      </w:r>
    </w:p>
    <w:p w14:paraId="2B1ACFC2" w14:textId="77777777" w:rsidR="00DB636B" w:rsidRPr="00DB636B" w:rsidRDefault="00DB636B" w:rsidP="00DB636B">
      <w:pPr>
        <w:widowControl/>
        <w:autoSpaceDE/>
        <w:autoSpaceDN/>
        <w:spacing w:line="360" w:lineRule="auto"/>
        <w:rPr>
          <w:sz w:val="24"/>
          <w:szCs w:val="24"/>
          <w:lang w:eastAsia="hu-HU"/>
        </w:rPr>
      </w:pPr>
      <w:r w:rsidRPr="00DB636B">
        <w:rPr>
          <w:b/>
          <w:bCs/>
          <w:sz w:val="24"/>
          <w:szCs w:val="24"/>
          <w:lang w:eastAsia="hu-HU"/>
        </w:rPr>
        <w:t>Fenntartói határozat száma:</w:t>
      </w:r>
      <w:r w:rsidRPr="00DB636B">
        <w:rPr>
          <w:sz w:val="24"/>
          <w:szCs w:val="24"/>
          <w:lang w:eastAsia="hu-HU"/>
        </w:rPr>
        <w:t xml:space="preserve"> ……/2026. (…………) </w:t>
      </w:r>
      <w:proofErr w:type="spellStart"/>
      <w:r w:rsidRPr="00DB636B">
        <w:rPr>
          <w:sz w:val="24"/>
          <w:szCs w:val="24"/>
          <w:lang w:eastAsia="hu-HU"/>
        </w:rPr>
        <w:t>kt.</w:t>
      </w:r>
      <w:proofErr w:type="spellEnd"/>
      <w:r w:rsidRPr="00DB636B">
        <w:rPr>
          <w:sz w:val="24"/>
          <w:szCs w:val="24"/>
          <w:lang w:eastAsia="hu-HU"/>
        </w:rPr>
        <w:t xml:space="preserve"> határozat</w:t>
      </w:r>
    </w:p>
    <w:p w14:paraId="3EA111D4" w14:textId="77777777" w:rsidR="00DB636B" w:rsidRDefault="00DB636B" w:rsidP="00DB636B">
      <w:pPr>
        <w:widowControl/>
        <w:autoSpaceDE/>
        <w:autoSpaceDN/>
        <w:spacing w:line="360" w:lineRule="auto"/>
        <w:rPr>
          <w:sz w:val="24"/>
          <w:szCs w:val="24"/>
          <w:lang w:eastAsia="hu-HU"/>
        </w:rPr>
      </w:pPr>
      <w:r w:rsidRPr="00DB636B">
        <w:rPr>
          <w:sz w:val="24"/>
          <w:szCs w:val="24"/>
          <w:lang w:eastAsia="hu-HU"/>
        </w:rPr>
        <w:t>Kelt: Balatonvilágos, 2026. …………………</w:t>
      </w:r>
    </w:p>
    <w:p w14:paraId="6718E1E2" w14:textId="77777777" w:rsidR="00DB636B" w:rsidRPr="00DB636B" w:rsidRDefault="00DB636B" w:rsidP="00DB636B">
      <w:pPr>
        <w:widowControl/>
        <w:autoSpaceDE/>
        <w:autoSpaceDN/>
        <w:spacing w:line="360" w:lineRule="auto"/>
        <w:rPr>
          <w:sz w:val="24"/>
          <w:szCs w:val="24"/>
          <w:lang w:eastAsia="hu-HU"/>
        </w:rPr>
      </w:pPr>
    </w:p>
    <w:p w14:paraId="4435CF60" w14:textId="6E1614EF" w:rsidR="00DB636B" w:rsidRPr="00DB636B" w:rsidRDefault="00DB636B" w:rsidP="00DB636B">
      <w:pPr>
        <w:widowControl/>
        <w:autoSpaceDE/>
        <w:autoSpaceDN/>
        <w:spacing w:line="360" w:lineRule="auto"/>
        <w:jc w:val="center"/>
        <w:rPr>
          <w:sz w:val="24"/>
          <w:szCs w:val="24"/>
          <w:lang w:eastAsia="hu-HU"/>
        </w:rPr>
      </w:pPr>
      <w:r w:rsidRPr="00DB636B">
        <w:rPr>
          <w:sz w:val="24"/>
          <w:szCs w:val="24"/>
          <w:lang w:eastAsia="hu-HU"/>
        </w:rPr>
        <w:t>........................................................</w:t>
      </w:r>
      <w:r w:rsidRPr="00DB636B">
        <w:rPr>
          <w:sz w:val="24"/>
          <w:szCs w:val="24"/>
          <w:lang w:eastAsia="hu-HU"/>
        </w:rPr>
        <w:br/>
        <w:t xml:space="preserve">a </w:t>
      </w:r>
      <w:r>
        <w:rPr>
          <w:sz w:val="24"/>
          <w:szCs w:val="24"/>
          <w:lang w:eastAsia="hu-HU"/>
        </w:rPr>
        <w:t>F</w:t>
      </w:r>
      <w:r w:rsidRPr="00DB636B">
        <w:rPr>
          <w:sz w:val="24"/>
          <w:szCs w:val="24"/>
          <w:lang w:eastAsia="hu-HU"/>
        </w:rPr>
        <w:t>enntartó képviseletében</w:t>
      </w:r>
    </w:p>
    <w:p w14:paraId="5F617C27" w14:textId="77777777" w:rsidR="00DB636B" w:rsidRPr="00DB636B" w:rsidRDefault="00DB636B" w:rsidP="00DB636B">
      <w:pPr>
        <w:widowControl/>
        <w:autoSpaceDE/>
        <w:autoSpaceDN/>
        <w:spacing w:line="360" w:lineRule="auto"/>
        <w:jc w:val="center"/>
        <w:rPr>
          <w:sz w:val="24"/>
          <w:szCs w:val="24"/>
          <w:lang w:eastAsia="hu-HU"/>
        </w:rPr>
      </w:pPr>
      <w:r w:rsidRPr="00DB636B">
        <w:rPr>
          <w:sz w:val="24"/>
          <w:szCs w:val="24"/>
          <w:lang w:eastAsia="hu-HU"/>
        </w:rPr>
        <w:t>P. H.</w:t>
      </w:r>
    </w:p>
    <w:p w14:paraId="39E4BBAF" w14:textId="77777777" w:rsidR="00DB636B" w:rsidRPr="00DB636B" w:rsidRDefault="00000000" w:rsidP="00DB636B">
      <w:pPr>
        <w:widowControl/>
        <w:autoSpaceDE/>
        <w:autoSpaceDN/>
        <w:spacing w:before="480" w:after="480"/>
        <w:rPr>
          <w:rFonts w:ascii="Arial" w:hAnsi="Arial" w:cs="Arial"/>
          <w:sz w:val="21"/>
          <w:szCs w:val="21"/>
          <w:lang w:eastAsia="hu-HU"/>
        </w:rPr>
      </w:pPr>
      <w:r>
        <w:rPr>
          <w:sz w:val="24"/>
          <w:szCs w:val="24"/>
          <w:lang w:eastAsia="hu-HU"/>
        </w:rPr>
        <w:pict w14:anchorId="55474B1B">
          <v:rect id="_x0000_i1025" style="width:0;height:1.5pt" o:hralign="center" o:hrstd="t" o:hr="t" fillcolor="#a0a0a0" stroked="f"/>
        </w:pict>
      </w:r>
    </w:p>
    <w:p w14:paraId="452BDC4E" w14:textId="77777777" w:rsidR="00405B43" w:rsidRPr="00405B43" w:rsidRDefault="00405B43" w:rsidP="00405B43">
      <w:pPr>
        <w:pStyle w:val="Cmsor2"/>
        <w:spacing w:line="360" w:lineRule="auto"/>
        <w:rPr>
          <w:rFonts w:ascii="Times New Roman" w:hAnsi="Times New Roman" w:cs="Times New Roman"/>
          <w:sz w:val="24"/>
          <w:szCs w:val="24"/>
        </w:rPr>
      </w:pPr>
      <w:r w:rsidRPr="00405B43">
        <w:rPr>
          <w:rFonts w:ascii="Times New Roman" w:hAnsi="Times New Roman" w:cs="Times New Roman"/>
          <w:sz w:val="24"/>
          <w:szCs w:val="24"/>
        </w:rPr>
        <w:t>15.2. Hatálybalépés</w:t>
      </w:r>
    </w:p>
    <w:p w14:paraId="6F046F1C" w14:textId="77777777" w:rsidR="00405B43" w:rsidRPr="00405B43" w:rsidRDefault="00405B43" w:rsidP="00405B43">
      <w:pPr>
        <w:pStyle w:val="Szvegtrzs"/>
        <w:spacing w:line="360" w:lineRule="auto"/>
      </w:pPr>
      <w:r w:rsidRPr="00405B43">
        <w:t>A hatálybalépéssel egyidejűleg az intézmény korábbi Pedagógiai Programjának jelen felülvizsgálattal érintett rendelkezései hatályukat vesztik.</w:t>
      </w:r>
    </w:p>
    <w:p w14:paraId="18276B14" w14:textId="77777777" w:rsidR="00405B43" w:rsidRPr="00405B43" w:rsidRDefault="00405B43" w:rsidP="00405B43">
      <w:pPr>
        <w:pStyle w:val="Szvegtrzs"/>
        <w:spacing w:line="360" w:lineRule="auto"/>
      </w:pPr>
      <w:r w:rsidRPr="00405B43">
        <w:t>A Pedagógiai Program hatálya kiterjed a Balatonvilágosi Szivárvány Óvodába járó gyermekekre, azok szüleire, törvényes képviselőire, valamint az intézmény valamennyi alkalmazottjára a rájuk vonatkozó rendelkezések tekintetében.</w:t>
      </w:r>
    </w:p>
    <w:bookmarkEnd w:id="44"/>
    <w:p w14:paraId="3B4392F1" w14:textId="77777777" w:rsidR="00405B43" w:rsidRPr="00405B43" w:rsidRDefault="00405B43" w:rsidP="00405B43">
      <w:pPr>
        <w:pStyle w:val="Cmsor2"/>
        <w:spacing w:line="360" w:lineRule="auto"/>
        <w:rPr>
          <w:rFonts w:ascii="Times New Roman" w:hAnsi="Times New Roman" w:cs="Times New Roman"/>
          <w:sz w:val="24"/>
          <w:szCs w:val="24"/>
        </w:rPr>
      </w:pPr>
      <w:r w:rsidRPr="00405B43">
        <w:rPr>
          <w:rFonts w:ascii="Times New Roman" w:hAnsi="Times New Roman" w:cs="Times New Roman"/>
          <w:sz w:val="24"/>
          <w:szCs w:val="24"/>
        </w:rPr>
        <w:t>15.3. A Pedagógiai Program nyilvánossága</w:t>
      </w:r>
    </w:p>
    <w:p w14:paraId="2A68F5A1" w14:textId="77777777" w:rsidR="00405B43" w:rsidRPr="00405B43" w:rsidRDefault="00405B43" w:rsidP="00405B43">
      <w:pPr>
        <w:pStyle w:val="FirstParagraph"/>
        <w:spacing w:line="360" w:lineRule="auto"/>
        <w:rPr>
          <w:rFonts w:ascii="Times New Roman" w:hAnsi="Times New Roman" w:cs="Times New Roman"/>
        </w:rPr>
      </w:pPr>
      <w:r w:rsidRPr="00405B43">
        <w:rPr>
          <w:rFonts w:ascii="Times New Roman" w:hAnsi="Times New Roman" w:cs="Times New Roman"/>
        </w:rPr>
        <w:t xml:space="preserve">A </w:t>
      </w:r>
      <w:proofErr w:type="spellStart"/>
      <w:r w:rsidRPr="00405B43">
        <w:rPr>
          <w:rFonts w:ascii="Times New Roman" w:hAnsi="Times New Roman" w:cs="Times New Roman"/>
        </w:rPr>
        <w:t>Pedagógiai</w:t>
      </w:r>
      <w:proofErr w:type="spellEnd"/>
      <w:r w:rsidRPr="00405B43">
        <w:rPr>
          <w:rFonts w:ascii="Times New Roman" w:hAnsi="Times New Roman" w:cs="Times New Roman"/>
        </w:rPr>
        <w:t xml:space="preserve"> Program </w:t>
      </w:r>
      <w:proofErr w:type="spellStart"/>
      <w:r w:rsidRPr="00405B43">
        <w:rPr>
          <w:rFonts w:ascii="Times New Roman" w:hAnsi="Times New Roman" w:cs="Times New Roman"/>
        </w:rPr>
        <w:t>nyilvános</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dokumentum</w:t>
      </w:r>
      <w:proofErr w:type="spellEnd"/>
      <w:r w:rsidRPr="00405B43">
        <w:rPr>
          <w:rFonts w:ascii="Times New Roman" w:hAnsi="Times New Roman" w:cs="Times New Roman"/>
        </w:rPr>
        <w:t>.</w:t>
      </w:r>
    </w:p>
    <w:p w14:paraId="17A3DF4F" w14:textId="77777777" w:rsidR="00405B43" w:rsidRPr="00405B43" w:rsidRDefault="00405B43" w:rsidP="00405B43">
      <w:pPr>
        <w:pStyle w:val="Szvegtrzs"/>
        <w:spacing w:line="360" w:lineRule="auto"/>
      </w:pPr>
      <w:r w:rsidRPr="00405B43">
        <w:t>Az intézmény biztosítja, hogy a Pedagógiai Program az érdeklődők számára megismerhető legyen. A dokumentum megtekinthető az intézményben, továbbá az intézmény által alkalmazott nyilvánossági felületen.</w:t>
      </w:r>
    </w:p>
    <w:p w14:paraId="04BA878F" w14:textId="77777777" w:rsidR="00405B43" w:rsidRPr="00405B43" w:rsidRDefault="00405B43" w:rsidP="00405B43">
      <w:pPr>
        <w:pStyle w:val="Szvegtrzs"/>
        <w:spacing w:line="360" w:lineRule="auto"/>
      </w:pPr>
      <w:r w:rsidRPr="00405B43">
        <w:t>A Pedagógiai Programmal kapcsolatban a szülők az igazgatótól, illetve az óvodapedagógusoktól kérhetnek tájékoztatást.</w:t>
      </w:r>
    </w:p>
    <w:p w14:paraId="02EF32B9" w14:textId="77777777" w:rsidR="00405B43" w:rsidRPr="00405B43" w:rsidRDefault="00405B43" w:rsidP="00405B43">
      <w:pPr>
        <w:pStyle w:val="Cmsor2"/>
        <w:spacing w:line="360" w:lineRule="auto"/>
        <w:rPr>
          <w:rFonts w:ascii="Times New Roman" w:hAnsi="Times New Roman" w:cs="Times New Roman"/>
          <w:sz w:val="24"/>
          <w:szCs w:val="24"/>
        </w:rPr>
      </w:pPr>
      <w:bookmarkStart w:id="45" w:name="a-pedagógiai-program-nyilvánossága"/>
      <w:bookmarkStart w:id="46" w:name="X7eaa5a3cb831324583cfcb0a7e2d7aace46f71d"/>
      <w:bookmarkEnd w:id="45"/>
      <w:r w:rsidRPr="00405B43">
        <w:rPr>
          <w:rFonts w:ascii="Times New Roman" w:hAnsi="Times New Roman" w:cs="Times New Roman"/>
          <w:sz w:val="24"/>
          <w:szCs w:val="24"/>
        </w:rPr>
        <w:t>15.4. A Pedagógiai Program felülvizsgálata és módosítása</w:t>
      </w:r>
    </w:p>
    <w:p w14:paraId="2D799868" w14:textId="77777777" w:rsidR="00405B43" w:rsidRPr="00405B43" w:rsidRDefault="00405B43" w:rsidP="00405B43">
      <w:pPr>
        <w:pStyle w:val="FirstParagraph"/>
        <w:spacing w:line="360" w:lineRule="auto"/>
        <w:rPr>
          <w:rFonts w:ascii="Times New Roman" w:hAnsi="Times New Roman" w:cs="Times New Roman"/>
        </w:rPr>
      </w:pPr>
      <w:r w:rsidRPr="00405B43">
        <w:rPr>
          <w:rFonts w:ascii="Times New Roman" w:hAnsi="Times New Roman" w:cs="Times New Roman"/>
        </w:rPr>
        <w:t xml:space="preserve">A </w:t>
      </w:r>
      <w:proofErr w:type="spellStart"/>
      <w:r w:rsidRPr="00405B43">
        <w:rPr>
          <w:rFonts w:ascii="Times New Roman" w:hAnsi="Times New Roman" w:cs="Times New Roman"/>
        </w:rPr>
        <w:t>Pedagógiai</w:t>
      </w:r>
      <w:proofErr w:type="spellEnd"/>
      <w:r w:rsidRPr="00405B43">
        <w:rPr>
          <w:rFonts w:ascii="Times New Roman" w:hAnsi="Times New Roman" w:cs="Times New Roman"/>
        </w:rPr>
        <w:t xml:space="preserve"> Program </w:t>
      </w:r>
      <w:proofErr w:type="spellStart"/>
      <w:r w:rsidRPr="00405B43">
        <w:rPr>
          <w:rFonts w:ascii="Times New Roman" w:hAnsi="Times New Roman" w:cs="Times New Roman"/>
        </w:rPr>
        <w:t>felülvizsgálatára</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sor</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kerül</w:t>
      </w:r>
      <w:proofErr w:type="spellEnd"/>
      <w:r w:rsidRPr="00405B43">
        <w:rPr>
          <w:rFonts w:ascii="Times New Roman" w:hAnsi="Times New Roman" w:cs="Times New Roman"/>
        </w:rPr>
        <w:t>:</w:t>
      </w:r>
    </w:p>
    <w:p w14:paraId="2CD8A647" w14:textId="77777777" w:rsidR="00405B43" w:rsidRPr="00405B43" w:rsidRDefault="00405B43" w:rsidP="00405B43">
      <w:pPr>
        <w:pStyle w:val="Compact"/>
        <w:numPr>
          <w:ilvl w:val="0"/>
          <w:numId w:val="57"/>
        </w:numPr>
        <w:spacing w:line="360" w:lineRule="auto"/>
        <w:rPr>
          <w:rFonts w:ascii="Times New Roman" w:hAnsi="Times New Roman" w:cs="Times New Roman"/>
        </w:rPr>
      </w:pPr>
      <w:proofErr w:type="spellStart"/>
      <w:r w:rsidRPr="00405B43">
        <w:rPr>
          <w:rFonts w:ascii="Times New Roman" w:hAnsi="Times New Roman" w:cs="Times New Roman"/>
        </w:rPr>
        <w:t>jogszabályváltozás</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esetén</w:t>
      </w:r>
      <w:proofErr w:type="spellEnd"/>
      <w:r w:rsidRPr="00405B43">
        <w:rPr>
          <w:rFonts w:ascii="Times New Roman" w:hAnsi="Times New Roman" w:cs="Times New Roman"/>
        </w:rPr>
        <w:t>;</w:t>
      </w:r>
    </w:p>
    <w:p w14:paraId="0E6FA9C5" w14:textId="77777777" w:rsidR="00405B43" w:rsidRPr="00405B43" w:rsidRDefault="00405B43" w:rsidP="00405B43">
      <w:pPr>
        <w:pStyle w:val="Compact"/>
        <w:numPr>
          <w:ilvl w:val="0"/>
          <w:numId w:val="57"/>
        </w:numPr>
        <w:spacing w:line="360" w:lineRule="auto"/>
        <w:rPr>
          <w:rFonts w:ascii="Times New Roman" w:hAnsi="Times New Roman" w:cs="Times New Roman"/>
        </w:rPr>
      </w:pPr>
      <w:proofErr w:type="spellStart"/>
      <w:r w:rsidRPr="00405B43">
        <w:rPr>
          <w:rFonts w:ascii="Times New Roman" w:hAnsi="Times New Roman" w:cs="Times New Roman"/>
        </w:rPr>
        <w:t>az</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Óvodai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nevelés</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országos</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alapprogramjának</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módosítása</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esetén</w:t>
      </w:r>
      <w:proofErr w:type="spellEnd"/>
      <w:r w:rsidRPr="00405B43">
        <w:rPr>
          <w:rFonts w:ascii="Times New Roman" w:hAnsi="Times New Roman" w:cs="Times New Roman"/>
        </w:rPr>
        <w:t>;</w:t>
      </w:r>
    </w:p>
    <w:p w14:paraId="6CD091FA" w14:textId="77777777" w:rsidR="00405B43" w:rsidRPr="00405B43" w:rsidRDefault="00405B43" w:rsidP="00405B43">
      <w:pPr>
        <w:pStyle w:val="Compact"/>
        <w:numPr>
          <w:ilvl w:val="0"/>
          <w:numId w:val="57"/>
        </w:numPr>
        <w:spacing w:line="360" w:lineRule="auto"/>
        <w:rPr>
          <w:rFonts w:ascii="Times New Roman" w:hAnsi="Times New Roman" w:cs="Times New Roman"/>
        </w:rPr>
      </w:pPr>
      <w:proofErr w:type="spellStart"/>
      <w:r w:rsidRPr="00405B43">
        <w:rPr>
          <w:rFonts w:ascii="Times New Roman" w:hAnsi="Times New Roman" w:cs="Times New Roman"/>
        </w:rPr>
        <w:lastRenderedPageBreak/>
        <w:t>az</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intézmény</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működését</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szakmai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feladatait</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érintő</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jelentős</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változás</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esetén</w:t>
      </w:r>
      <w:proofErr w:type="spellEnd"/>
      <w:r w:rsidRPr="00405B43">
        <w:rPr>
          <w:rFonts w:ascii="Times New Roman" w:hAnsi="Times New Roman" w:cs="Times New Roman"/>
        </w:rPr>
        <w:t>;</w:t>
      </w:r>
    </w:p>
    <w:p w14:paraId="187D127E" w14:textId="77777777" w:rsidR="00405B43" w:rsidRPr="00405B43" w:rsidRDefault="00405B43" w:rsidP="00405B43">
      <w:pPr>
        <w:pStyle w:val="Compact"/>
        <w:numPr>
          <w:ilvl w:val="0"/>
          <w:numId w:val="57"/>
        </w:numPr>
        <w:spacing w:line="360" w:lineRule="auto"/>
        <w:rPr>
          <w:rFonts w:ascii="Times New Roman" w:hAnsi="Times New Roman" w:cs="Times New Roman"/>
        </w:rPr>
      </w:pPr>
      <w:r w:rsidRPr="00405B43">
        <w:rPr>
          <w:rFonts w:ascii="Times New Roman" w:hAnsi="Times New Roman" w:cs="Times New Roman"/>
        </w:rPr>
        <w:t xml:space="preserve">a </w:t>
      </w:r>
      <w:proofErr w:type="spellStart"/>
      <w:r w:rsidRPr="00405B43">
        <w:rPr>
          <w:rFonts w:ascii="Times New Roman" w:hAnsi="Times New Roman" w:cs="Times New Roman"/>
        </w:rPr>
        <w:t>nevelőtestület</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szakmai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kezdeményezésére</w:t>
      </w:r>
      <w:proofErr w:type="spellEnd"/>
      <w:r w:rsidRPr="00405B43">
        <w:rPr>
          <w:rFonts w:ascii="Times New Roman" w:hAnsi="Times New Roman" w:cs="Times New Roman"/>
        </w:rPr>
        <w:t>;</w:t>
      </w:r>
    </w:p>
    <w:p w14:paraId="113B2A31" w14:textId="77777777" w:rsidR="00405B43" w:rsidRPr="00405B43" w:rsidRDefault="00405B43" w:rsidP="00405B43">
      <w:pPr>
        <w:pStyle w:val="Compact"/>
        <w:numPr>
          <w:ilvl w:val="0"/>
          <w:numId w:val="57"/>
        </w:numPr>
        <w:spacing w:line="360" w:lineRule="auto"/>
        <w:rPr>
          <w:rFonts w:ascii="Times New Roman" w:hAnsi="Times New Roman" w:cs="Times New Roman"/>
        </w:rPr>
      </w:pPr>
      <w:proofErr w:type="spellStart"/>
      <w:r w:rsidRPr="00405B43">
        <w:rPr>
          <w:rFonts w:ascii="Times New Roman" w:hAnsi="Times New Roman" w:cs="Times New Roman"/>
        </w:rPr>
        <w:t>valamint</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minden</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olyan</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esetben</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amikor</w:t>
      </w:r>
      <w:proofErr w:type="spellEnd"/>
      <w:r w:rsidRPr="00405B43">
        <w:rPr>
          <w:rFonts w:ascii="Times New Roman" w:hAnsi="Times New Roman" w:cs="Times New Roman"/>
        </w:rPr>
        <w:t xml:space="preserve"> a </w:t>
      </w:r>
      <w:proofErr w:type="spellStart"/>
      <w:r w:rsidRPr="00405B43">
        <w:rPr>
          <w:rFonts w:ascii="Times New Roman" w:hAnsi="Times New Roman" w:cs="Times New Roman"/>
        </w:rPr>
        <w:t>Pedagógiai</w:t>
      </w:r>
      <w:proofErr w:type="spellEnd"/>
      <w:r w:rsidRPr="00405B43">
        <w:rPr>
          <w:rFonts w:ascii="Times New Roman" w:hAnsi="Times New Roman" w:cs="Times New Roman"/>
        </w:rPr>
        <w:t xml:space="preserve"> Program </w:t>
      </w:r>
      <w:proofErr w:type="spellStart"/>
      <w:r w:rsidRPr="00405B43">
        <w:rPr>
          <w:rFonts w:ascii="Times New Roman" w:hAnsi="Times New Roman" w:cs="Times New Roman"/>
        </w:rPr>
        <w:t>módosítása</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az</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intézmény</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pedagógiai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munkájának</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eredményes</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megvalósítása</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érdekében</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indokolttá</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válik</w:t>
      </w:r>
      <w:proofErr w:type="spellEnd"/>
      <w:r w:rsidRPr="00405B43">
        <w:rPr>
          <w:rFonts w:ascii="Times New Roman" w:hAnsi="Times New Roman" w:cs="Times New Roman"/>
        </w:rPr>
        <w:t>.</w:t>
      </w:r>
    </w:p>
    <w:p w14:paraId="25CE590B" w14:textId="77777777" w:rsidR="00405B43" w:rsidRPr="00405B43" w:rsidRDefault="00405B43" w:rsidP="00405B43">
      <w:pPr>
        <w:pStyle w:val="FirstParagraph"/>
        <w:spacing w:line="360" w:lineRule="auto"/>
        <w:rPr>
          <w:rFonts w:ascii="Times New Roman" w:hAnsi="Times New Roman" w:cs="Times New Roman"/>
        </w:rPr>
      </w:pPr>
      <w:r w:rsidRPr="00405B43">
        <w:rPr>
          <w:rFonts w:ascii="Times New Roman" w:hAnsi="Times New Roman" w:cs="Times New Roman"/>
        </w:rPr>
        <w:t xml:space="preserve">A </w:t>
      </w:r>
      <w:proofErr w:type="spellStart"/>
      <w:r w:rsidRPr="00405B43">
        <w:rPr>
          <w:rFonts w:ascii="Times New Roman" w:hAnsi="Times New Roman" w:cs="Times New Roman"/>
        </w:rPr>
        <w:t>Pedagógiai</w:t>
      </w:r>
      <w:proofErr w:type="spellEnd"/>
      <w:r w:rsidRPr="00405B43">
        <w:rPr>
          <w:rFonts w:ascii="Times New Roman" w:hAnsi="Times New Roman" w:cs="Times New Roman"/>
        </w:rPr>
        <w:t xml:space="preserve"> Program </w:t>
      </w:r>
      <w:proofErr w:type="spellStart"/>
      <w:r w:rsidRPr="00405B43">
        <w:rPr>
          <w:rFonts w:ascii="Times New Roman" w:hAnsi="Times New Roman" w:cs="Times New Roman"/>
        </w:rPr>
        <w:t>módosításának</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elfogadására</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és</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jóváhagyására</w:t>
      </w:r>
      <w:proofErr w:type="spellEnd"/>
      <w:r w:rsidRPr="00405B43">
        <w:rPr>
          <w:rFonts w:ascii="Times New Roman" w:hAnsi="Times New Roman" w:cs="Times New Roman"/>
        </w:rPr>
        <w:t xml:space="preserve"> a </w:t>
      </w:r>
      <w:proofErr w:type="spellStart"/>
      <w:r w:rsidRPr="00405B43">
        <w:rPr>
          <w:rFonts w:ascii="Times New Roman" w:hAnsi="Times New Roman" w:cs="Times New Roman"/>
        </w:rPr>
        <w:t>mindenkor</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hatályos</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jogszabályi</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rendelkezések</w:t>
      </w:r>
      <w:proofErr w:type="spellEnd"/>
      <w:r w:rsidRPr="00405B43">
        <w:rPr>
          <w:rFonts w:ascii="Times New Roman" w:hAnsi="Times New Roman" w:cs="Times New Roman"/>
        </w:rPr>
        <w:t xml:space="preserve"> </w:t>
      </w:r>
      <w:proofErr w:type="spellStart"/>
      <w:r w:rsidRPr="00405B43">
        <w:rPr>
          <w:rFonts w:ascii="Times New Roman" w:hAnsi="Times New Roman" w:cs="Times New Roman"/>
        </w:rPr>
        <w:t>irányadók</w:t>
      </w:r>
      <w:proofErr w:type="spellEnd"/>
      <w:r w:rsidRPr="00405B43">
        <w:rPr>
          <w:rFonts w:ascii="Times New Roman" w:hAnsi="Times New Roman" w:cs="Times New Roman"/>
        </w:rPr>
        <w:t>.</w:t>
      </w:r>
      <w:bookmarkEnd w:id="40"/>
      <w:bookmarkEnd w:id="46"/>
    </w:p>
    <w:p w14:paraId="2B675181" w14:textId="77777777" w:rsidR="00AE0CFD" w:rsidRDefault="00AE0CFD" w:rsidP="00405B43">
      <w:pPr>
        <w:pStyle w:val="Szvegtrzs"/>
        <w:spacing w:line="360" w:lineRule="auto"/>
        <w:jc w:val="both"/>
      </w:pPr>
    </w:p>
    <w:p w14:paraId="3A6D6A96" w14:textId="77777777" w:rsidR="00405B43" w:rsidRDefault="00405B43" w:rsidP="00405B43">
      <w:pPr>
        <w:pStyle w:val="Szvegtrzs"/>
        <w:spacing w:line="360" w:lineRule="auto"/>
        <w:jc w:val="both"/>
      </w:pPr>
    </w:p>
    <w:p w14:paraId="77B92855" w14:textId="77777777" w:rsidR="00405B43" w:rsidRDefault="00405B43" w:rsidP="00405B43">
      <w:pPr>
        <w:pStyle w:val="Szvegtrzs"/>
        <w:spacing w:line="360" w:lineRule="auto"/>
        <w:jc w:val="both"/>
      </w:pPr>
    </w:p>
    <w:p w14:paraId="4E8E5D53" w14:textId="77777777" w:rsidR="00405B43" w:rsidRDefault="00405B43" w:rsidP="00405B43">
      <w:pPr>
        <w:pStyle w:val="Szvegtrzs"/>
        <w:spacing w:line="360" w:lineRule="auto"/>
        <w:jc w:val="both"/>
      </w:pPr>
    </w:p>
    <w:p w14:paraId="62F2A60D" w14:textId="77777777" w:rsidR="00405B43" w:rsidRDefault="00405B43" w:rsidP="00405B43">
      <w:pPr>
        <w:pStyle w:val="Szvegtrzs"/>
        <w:spacing w:line="360" w:lineRule="auto"/>
        <w:jc w:val="both"/>
      </w:pPr>
    </w:p>
    <w:p w14:paraId="53D0D5F9" w14:textId="77777777" w:rsidR="00405B43" w:rsidRDefault="00405B43" w:rsidP="00405B43">
      <w:pPr>
        <w:pStyle w:val="Szvegtrzs"/>
        <w:spacing w:line="360" w:lineRule="auto"/>
        <w:jc w:val="both"/>
      </w:pPr>
    </w:p>
    <w:p w14:paraId="5441A5BD" w14:textId="77777777" w:rsidR="00405B43" w:rsidRDefault="00405B43" w:rsidP="00405B43">
      <w:pPr>
        <w:pStyle w:val="Szvegtrzs"/>
        <w:spacing w:line="360" w:lineRule="auto"/>
        <w:jc w:val="both"/>
      </w:pPr>
    </w:p>
    <w:p w14:paraId="51CA08B6" w14:textId="77777777" w:rsidR="00405B43" w:rsidRDefault="00405B43" w:rsidP="00405B43">
      <w:pPr>
        <w:pStyle w:val="Szvegtrzs"/>
        <w:spacing w:line="360" w:lineRule="auto"/>
        <w:jc w:val="both"/>
      </w:pPr>
    </w:p>
    <w:p w14:paraId="450F51DD" w14:textId="77777777" w:rsidR="00405B43" w:rsidRDefault="00405B43" w:rsidP="00405B43">
      <w:pPr>
        <w:pStyle w:val="Szvegtrzs"/>
        <w:spacing w:line="360" w:lineRule="auto"/>
        <w:jc w:val="both"/>
      </w:pPr>
    </w:p>
    <w:p w14:paraId="47312E39" w14:textId="77777777" w:rsidR="00405B43" w:rsidRDefault="00405B43" w:rsidP="00405B43">
      <w:pPr>
        <w:pStyle w:val="Szvegtrzs"/>
        <w:spacing w:line="360" w:lineRule="auto"/>
        <w:jc w:val="both"/>
      </w:pPr>
    </w:p>
    <w:p w14:paraId="2757A741" w14:textId="77777777" w:rsidR="00405B43" w:rsidRDefault="00405B43" w:rsidP="00405B43">
      <w:pPr>
        <w:pStyle w:val="Szvegtrzs"/>
        <w:spacing w:line="360" w:lineRule="auto"/>
        <w:jc w:val="both"/>
      </w:pPr>
    </w:p>
    <w:p w14:paraId="7DDA84D4" w14:textId="77777777" w:rsidR="00405B43" w:rsidRDefault="00405B43" w:rsidP="00405B43">
      <w:pPr>
        <w:pStyle w:val="Szvegtrzs"/>
        <w:spacing w:line="360" w:lineRule="auto"/>
        <w:jc w:val="both"/>
      </w:pPr>
    </w:p>
    <w:p w14:paraId="403D63D9" w14:textId="77777777" w:rsidR="00405B43" w:rsidRDefault="00405B43" w:rsidP="00405B43">
      <w:pPr>
        <w:pStyle w:val="Szvegtrzs"/>
        <w:spacing w:line="360" w:lineRule="auto"/>
        <w:jc w:val="both"/>
      </w:pPr>
    </w:p>
    <w:p w14:paraId="56C28EF0" w14:textId="77777777" w:rsidR="00405B43" w:rsidRDefault="00405B43" w:rsidP="00405B43">
      <w:pPr>
        <w:pStyle w:val="Szvegtrzs"/>
        <w:spacing w:line="360" w:lineRule="auto"/>
        <w:jc w:val="both"/>
      </w:pPr>
    </w:p>
    <w:p w14:paraId="714A07FA" w14:textId="77777777" w:rsidR="00405B43" w:rsidRDefault="00405B43" w:rsidP="00405B43">
      <w:pPr>
        <w:pStyle w:val="Szvegtrzs"/>
        <w:spacing w:line="360" w:lineRule="auto"/>
        <w:jc w:val="both"/>
      </w:pPr>
    </w:p>
    <w:p w14:paraId="49C84663" w14:textId="77777777" w:rsidR="00405B43" w:rsidRDefault="00405B43" w:rsidP="00405B43">
      <w:pPr>
        <w:pStyle w:val="Szvegtrzs"/>
        <w:spacing w:line="360" w:lineRule="auto"/>
        <w:jc w:val="both"/>
      </w:pPr>
    </w:p>
    <w:p w14:paraId="1435589B" w14:textId="77777777" w:rsidR="00405B43" w:rsidRDefault="00405B43" w:rsidP="00405B43">
      <w:pPr>
        <w:pStyle w:val="Szvegtrzs"/>
        <w:spacing w:line="360" w:lineRule="auto"/>
        <w:jc w:val="both"/>
      </w:pPr>
    </w:p>
    <w:p w14:paraId="359BF20B" w14:textId="77777777" w:rsidR="00405B43" w:rsidRDefault="00405B43" w:rsidP="00405B43">
      <w:pPr>
        <w:pStyle w:val="Szvegtrzs"/>
        <w:spacing w:line="360" w:lineRule="auto"/>
        <w:jc w:val="both"/>
      </w:pPr>
    </w:p>
    <w:p w14:paraId="5D57A90F" w14:textId="77777777" w:rsidR="00405B43" w:rsidRDefault="00405B43" w:rsidP="00405B43">
      <w:pPr>
        <w:pStyle w:val="Szvegtrzs"/>
        <w:spacing w:line="360" w:lineRule="auto"/>
        <w:jc w:val="both"/>
      </w:pPr>
    </w:p>
    <w:p w14:paraId="48E7EBC4" w14:textId="77777777" w:rsidR="00405B43" w:rsidRDefault="00405B43" w:rsidP="00405B43">
      <w:pPr>
        <w:pStyle w:val="Szvegtrzs"/>
        <w:spacing w:line="360" w:lineRule="auto"/>
        <w:jc w:val="both"/>
      </w:pPr>
    </w:p>
    <w:p w14:paraId="09F8C998" w14:textId="77777777" w:rsidR="00405B43" w:rsidRDefault="00405B43" w:rsidP="00405B43">
      <w:pPr>
        <w:pStyle w:val="Szvegtrzs"/>
        <w:spacing w:line="360" w:lineRule="auto"/>
        <w:jc w:val="both"/>
      </w:pPr>
    </w:p>
    <w:p w14:paraId="32888559" w14:textId="77777777" w:rsidR="00405B43" w:rsidRDefault="00405B43" w:rsidP="00405B43">
      <w:pPr>
        <w:pStyle w:val="Szvegtrzs"/>
        <w:spacing w:line="360" w:lineRule="auto"/>
        <w:jc w:val="both"/>
      </w:pPr>
    </w:p>
    <w:p w14:paraId="052D13CB" w14:textId="77777777" w:rsidR="00405B43" w:rsidRDefault="00405B43" w:rsidP="00405B43">
      <w:pPr>
        <w:pStyle w:val="Szvegtrzs"/>
        <w:spacing w:line="360" w:lineRule="auto"/>
        <w:jc w:val="both"/>
      </w:pPr>
    </w:p>
    <w:p w14:paraId="6784CAB1" w14:textId="77777777" w:rsidR="00405B43" w:rsidRDefault="00405B43" w:rsidP="00405B43">
      <w:pPr>
        <w:pStyle w:val="Szvegtrzs"/>
        <w:spacing w:line="360" w:lineRule="auto"/>
        <w:jc w:val="both"/>
      </w:pPr>
    </w:p>
    <w:p w14:paraId="5ADEA464" w14:textId="77777777" w:rsidR="00405B43" w:rsidRDefault="00405B43" w:rsidP="00405B43">
      <w:pPr>
        <w:pStyle w:val="Szvegtrzs"/>
        <w:spacing w:line="360" w:lineRule="auto"/>
        <w:jc w:val="both"/>
      </w:pPr>
    </w:p>
    <w:p w14:paraId="4A3029E4" w14:textId="77777777" w:rsidR="00405B43" w:rsidRPr="00405B43" w:rsidRDefault="00405B43" w:rsidP="00405B43">
      <w:pPr>
        <w:pStyle w:val="Szvegtrzs"/>
        <w:spacing w:line="360" w:lineRule="auto"/>
        <w:jc w:val="both"/>
      </w:pPr>
    </w:p>
    <w:p w14:paraId="35AE95DC" w14:textId="77777777" w:rsidR="00AE0CFD" w:rsidRPr="0078531E" w:rsidRDefault="00AE0CFD" w:rsidP="009A0355">
      <w:pPr>
        <w:pStyle w:val="Szvegtrzs"/>
        <w:jc w:val="both"/>
      </w:pPr>
    </w:p>
    <w:p w14:paraId="05B7E427" w14:textId="682CCDC1" w:rsidR="00AE0CFD" w:rsidRPr="00F06471" w:rsidRDefault="0057757C" w:rsidP="00F06471">
      <w:pPr>
        <w:pStyle w:val="Szvegtrzs"/>
        <w:jc w:val="right"/>
        <w:rPr>
          <w:b/>
          <w:bCs/>
          <w:sz w:val="22"/>
          <w:szCs w:val="22"/>
        </w:rPr>
      </w:pPr>
      <w:r w:rsidRPr="00F06471">
        <w:rPr>
          <w:b/>
          <w:bCs/>
          <w:sz w:val="22"/>
          <w:szCs w:val="22"/>
        </w:rPr>
        <w:t>A XI</w:t>
      </w:r>
      <w:r w:rsidR="00F06471" w:rsidRPr="00F06471">
        <w:rPr>
          <w:b/>
          <w:bCs/>
          <w:sz w:val="22"/>
          <w:szCs w:val="22"/>
        </w:rPr>
        <w:t>V</w:t>
      </w:r>
      <w:r w:rsidRPr="00F06471">
        <w:rPr>
          <w:b/>
          <w:bCs/>
          <w:sz w:val="22"/>
          <w:szCs w:val="22"/>
        </w:rPr>
        <w:t>. fejezet melléklete – Pedagógiai mérő- és értékelőlap</w:t>
      </w:r>
    </w:p>
    <w:p w14:paraId="57D33D96" w14:textId="77777777" w:rsidR="0057757C" w:rsidRDefault="0057757C">
      <w:pPr>
        <w:pStyle w:val="Szvegtrzs"/>
      </w:pPr>
    </w:p>
    <w:p w14:paraId="2339614F" w14:textId="77777777" w:rsidR="0057757C" w:rsidRPr="0078531E" w:rsidRDefault="0057757C">
      <w:pPr>
        <w:pStyle w:val="Szvegtrzs"/>
      </w:pPr>
    </w:p>
    <w:p w14:paraId="0CCC0E99" w14:textId="77777777" w:rsidR="0057757C" w:rsidRPr="007F65A0" w:rsidRDefault="0057757C" w:rsidP="0057757C">
      <w:pPr>
        <w:jc w:val="center"/>
        <w:rPr>
          <w:sz w:val="24"/>
          <w:szCs w:val="24"/>
        </w:rPr>
      </w:pPr>
      <w:bookmarkStart w:id="47" w:name="_Hlk239130730"/>
      <w:r w:rsidRPr="007F65A0">
        <w:rPr>
          <w:b/>
          <w:sz w:val="24"/>
          <w:szCs w:val="24"/>
        </w:rPr>
        <w:t>ISKOLAI ÉLET MEGKEZDÉSÉHEZ SZÜKSÉGES FEJLETTSÉG</w:t>
      </w:r>
      <w:r w:rsidRPr="007F65A0">
        <w:rPr>
          <w:b/>
          <w:sz w:val="24"/>
          <w:szCs w:val="24"/>
        </w:rPr>
        <w:br/>
        <w:t>PEDAGÓGIAI MÉRŐ- ÉS ÉRTÉKELŐLAP</w:t>
      </w:r>
    </w:p>
    <w:bookmarkEnd w:id="47"/>
    <w:p w14:paraId="0B58B3B1" w14:textId="77777777" w:rsidR="0057757C" w:rsidRPr="007F65A0" w:rsidRDefault="0057757C" w:rsidP="0057757C">
      <w:pPr>
        <w:jc w:val="center"/>
        <w:rPr>
          <w:sz w:val="24"/>
          <w:szCs w:val="24"/>
        </w:rPr>
      </w:pPr>
      <w:r w:rsidRPr="007F65A0">
        <w:rPr>
          <w:i/>
          <w:sz w:val="24"/>
          <w:szCs w:val="24"/>
        </w:rPr>
        <w:t>A Balatonvilágosi Szivárvány Óvoda Pedagógiai Programjának XIII. fejezete alapján</w:t>
      </w:r>
    </w:p>
    <w:p w14:paraId="64F231F0" w14:textId="77777777" w:rsidR="0057757C" w:rsidRPr="007F65A0" w:rsidRDefault="0057757C" w:rsidP="0057757C">
      <w:pPr>
        <w:rPr>
          <w:sz w:val="24"/>
          <w:szCs w:val="24"/>
        </w:rPr>
      </w:pPr>
    </w:p>
    <w:tbl>
      <w:tblPr>
        <w:tblStyle w:val="Rcsostblzat"/>
        <w:tblW w:w="0" w:type="auto"/>
        <w:jc w:val="center"/>
        <w:tblLook w:val="04A0" w:firstRow="1" w:lastRow="0" w:firstColumn="1" w:lastColumn="0" w:noHBand="0" w:noVBand="1"/>
      </w:tblPr>
      <w:tblGrid>
        <w:gridCol w:w="2605"/>
        <w:gridCol w:w="2604"/>
        <w:gridCol w:w="2604"/>
        <w:gridCol w:w="2603"/>
      </w:tblGrid>
      <w:tr w:rsidR="0057757C" w:rsidRPr="007F65A0" w14:paraId="485E51C2" w14:textId="77777777" w:rsidTr="00D251EC">
        <w:trPr>
          <w:jc w:val="center"/>
        </w:trPr>
        <w:tc>
          <w:tcPr>
            <w:tcW w:w="2606" w:type="dxa"/>
            <w:vAlign w:val="center"/>
          </w:tcPr>
          <w:p w14:paraId="3A72BD92" w14:textId="77777777" w:rsidR="0057757C" w:rsidRPr="007F65A0" w:rsidRDefault="0057757C" w:rsidP="00D251EC">
            <w:pPr>
              <w:rPr>
                <w:sz w:val="24"/>
                <w:szCs w:val="24"/>
              </w:rPr>
            </w:pPr>
            <w:r w:rsidRPr="007F65A0">
              <w:rPr>
                <w:b/>
                <w:sz w:val="24"/>
                <w:szCs w:val="24"/>
              </w:rPr>
              <w:t>Gyermek neve:</w:t>
            </w:r>
          </w:p>
        </w:tc>
        <w:tc>
          <w:tcPr>
            <w:tcW w:w="2606" w:type="dxa"/>
            <w:vAlign w:val="center"/>
          </w:tcPr>
          <w:p w14:paraId="5EDF6DC4" w14:textId="77777777" w:rsidR="0057757C" w:rsidRPr="007F65A0" w:rsidRDefault="0057757C" w:rsidP="00D251EC">
            <w:pPr>
              <w:rPr>
                <w:sz w:val="24"/>
                <w:szCs w:val="24"/>
              </w:rPr>
            </w:pPr>
          </w:p>
        </w:tc>
        <w:tc>
          <w:tcPr>
            <w:tcW w:w="2606" w:type="dxa"/>
            <w:vAlign w:val="center"/>
          </w:tcPr>
          <w:p w14:paraId="3C82EF57" w14:textId="77777777" w:rsidR="0057757C" w:rsidRPr="007F65A0" w:rsidRDefault="0057757C" w:rsidP="00D251EC">
            <w:pPr>
              <w:rPr>
                <w:sz w:val="24"/>
                <w:szCs w:val="24"/>
              </w:rPr>
            </w:pPr>
            <w:r w:rsidRPr="007F65A0">
              <w:rPr>
                <w:b/>
                <w:sz w:val="24"/>
                <w:szCs w:val="24"/>
              </w:rPr>
              <w:t>Születési ideje:</w:t>
            </w:r>
          </w:p>
        </w:tc>
        <w:tc>
          <w:tcPr>
            <w:tcW w:w="2606" w:type="dxa"/>
            <w:vAlign w:val="center"/>
          </w:tcPr>
          <w:p w14:paraId="0624AF1B" w14:textId="77777777" w:rsidR="0057757C" w:rsidRPr="007F65A0" w:rsidRDefault="0057757C" w:rsidP="00D251EC">
            <w:pPr>
              <w:rPr>
                <w:sz w:val="24"/>
                <w:szCs w:val="24"/>
              </w:rPr>
            </w:pPr>
          </w:p>
        </w:tc>
      </w:tr>
      <w:tr w:rsidR="0057757C" w:rsidRPr="007F65A0" w14:paraId="1CEDEA3E" w14:textId="77777777" w:rsidTr="00D251EC">
        <w:trPr>
          <w:jc w:val="center"/>
        </w:trPr>
        <w:tc>
          <w:tcPr>
            <w:tcW w:w="2606" w:type="dxa"/>
            <w:vAlign w:val="center"/>
          </w:tcPr>
          <w:p w14:paraId="65736D18" w14:textId="77777777" w:rsidR="0057757C" w:rsidRPr="007F65A0" w:rsidRDefault="0057757C" w:rsidP="00D251EC">
            <w:pPr>
              <w:rPr>
                <w:sz w:val="24"/>
                <w:szCs w:val="24"/>
              </w:rPr>
            </w:pPr>
            <w:r w:rsidRPr="007F65A0">
              <w:rPr>
                <w:b/>
                <w:sz w:val="24"/>
                <w:szCs w:val="24"/>
              </w:rPr>
              <w:t>Csoport:</w:t>
            </w:r>
          </w:p>
        </w:tc>
        <w:tc>
          <w:tcPr>
            <w:tcW w:w="2606" w:type="dxa"/>
            <w:vAlign w:val="center"/>
          </w:tcPr>
          <w:p w14:paraId="182D27F5" w14:textId="77777777" w:rsidR="0057757C" w:rsidRPr="007F65A0" w:rsidRDefault="0057757C" w:rsidP="00D251EC">
            <w:pPr>
              <w:rPr>
                <w:sz w:val="24"/>
                <w:szCs w:val="24"/>
              </w:rPr>
            </w:pPr>
          </w:p>
        </w:tc>
        <w:tc>
          <w:tcPr>
            <w:tcW w:w="2606" w:type="dxa"/>
            <w:vAlign w:val="center"/>
          </w:tcPr>
          <w:p w14:paraId="1762AD9C" w14:textId="77777777" w:rsidR="0057757C" w:rsidRPr="007F65A0" w:rsidRDefault="0057757C" w:rsidP="00D251EC">
            <w:pPr>
              <w:rPr>
                <w:sz w:val="24"/>
                <w:szCs w:val="24"/>
              </w:rPr>
            </w:pPr>
            <w:r w:rsidRPr="007F65A0">
              <w:rPr>
                <w:b/>
                <w:sz w:val="24"/>
                <w:szCs w:val="24"/>
              </w:rPr>
              <w:t>Mérés időpontja:</w:t>
            </w:r>
          </w:p>
        </w:tc>
        <w:tc>
          <w:tcPr>
            <w:tcW w:w="2606" w:type="dxa"/>
            <w:vAlign w:val="center"/>
          </w:tcPr>
          <w:p w14:paraId="3FAAF7B6" w14:textId="77777777" w:rsidR="0057757C" w:rsidRPr="007F65A0" w:rsidRDefault="0057757C" w:rsidP="00D251EC">
            <w:pPr>
              <w:rPr>
                <w:sz w:val="24"/>
                <w:szCs w:val="24"/>
              </w:rPr>
            </w:pPr>
          </w:p>
        </w:tc>
      </w:tr>
      <w:tr w:rsidR="0057757C" w:rsidRPr="007F65A0" w14:paraId="79A5509F" w14:textId="77777777" w:rsidTr="00D251EC">
        <w:trPr>
          <w:jc w:val="center"/>
        </w:trPr>
        <w:tc>
          <w:tcPr>
            <w:tcW w:w="2606" w:type="dxa"/>
            <w:vAlign w:val="center"/>
          </w:tcPr>
          <w:p w14:paraId="6E40204A" w14:textId="77777777" w:rsidR="0057757C" w:rsidRPr="007F65A0" w:rsidRDefault="0057757C" w:rsidP="00D251EC">
            <w:pPr>
              <w:rPr>
                <w:sz w:val="24"/>
                <w:szCs w:val="24"/>
              </w:rPr>
            </w:pPr>
            <w:r w:rsidRPr="007F65A0">
              <w:rPr>
                <w:b/>
                <w:sz w:val="24"/>
                <w:szCs w:val="24"/>
              </w:rPr>
              <w:t>Óvodapedagógus:</w:t>
            </w:r>
          </w:p>
        </w:tc>
        <w:tc>
          <w:tcPr>
            <w:tcW w:w="2606" w:type="dxa"/>
            <w:vAlign w:val="center"/>
          </w:tcPr>
          <w:p w14:paraId="2D23B9EF" w14:textId="77777777" w:rsidR="0057757C" w:rsidRPr="007F65A0" w:rsidRDefault="0057757C" w:rsidP="00D251EC">
            <w:pPr>
              <w:rPr>
                <w:sz w:val="24"/>
                <w:szCs w:val="24"/>
              </w:rPr>
            </w:pPr>
          </w:p>
        </w:tc>
        <w:tc>
          <w:tcPr>
            <w:tcW w:w="2606" w:type="dxa"/>
            <w:vAlign w:val="center"/>
          </w:tcPr>
          <w:p w14:paraId="4EA0D3D3" w14:textId="77777777" w:rsidR="0057757C" w:rsidRPr="007F65A0" w:rsidRDefault="0057757C" w:rsidP="00D251EC">
            <w:pPr>
              <w:rPr>
                <w:sz w:val="24"/>
                <w:szCs w:val="24"/>
              </w:rPr>
            </w:pPr>
            <w:r w:rsidRPr="007F65A0">
              <w:rPr>
                <w:b/>
                <w:sz w:val="24"/>
                <w:szCs w:val="24"/>
              </w:rPr>
              <w:t>Életkor a méréskor:</w:t>
            </w:r>
          </w:p>
        </w:tc>
        <w:tc>
          <w:tcPr>
            <w:tcW w:w="2606" w:type="dxa"/>
            <w:vAlign w:val="center"/>
          </w:tcPr>
          <w:p w14:paraId="0AEB22DE" w14:textId="77777777" w:rsidR="0057757C" w:rsidRPr="007F65A0" w:rsidRDefault="0057757C" w:rsidP="00D251EC">
            <w:pPr>
              <w:rPr>
                <w:sz w:val="24"/>
                <w:szCs w:val="24"/>
              </w:rPr>
            </w:pPr>
          </w:p>
        </w:tc>
      </w:tr>
      <w:tr w:rsidR="0057757C" w:rsidRPr="007F65A0" w14:paraId="3413E2E8" w14:textId="77777777" w:rsidTr="00D251EC">
        <w:trPr>
          <w:jc w:val="center"/>
        </w:trPr>
        <w:tc>
          <w:tcPr>
            <w:tcW w:w="2606" w:type="dxa"/>
            <w:vAlign w:val="center"/>
          </w:tcPr>
          <w:p w14:paraId="5612E9E2" w14:textId="77777777" w:rsidR="0057757C" w:rsidRPr="007F65A0" w:rsidRDefault="0057757C" w:rsidP="00D251EC">
            <w:pPr>
              <w:rPr>
                <w:sz w:val="24"/>
                <w:szCs w:val="24"/>
              </w:rPr>
            </w:pPr>
            <w:r w:rsidRPr="007F65A0">
              <w:rPr>
                <w:b/>
                <w:sz w:val="24"/>
                <w:szCs w:val="24"/>
              </w:rPr>
              <w:t>Mérés jellege:</w:t>
            </w:r>
          </w:p>
        </w:tc>
        <w:tc>
          <w:tcPr>
            <w:tcW w:w="2606" w:type="dxa"/>
            <w:vAlign w:val="center"/>
          </w:tcPr>
          <w:p w14:paraId="2EA36256" w14:textId="77777777" w:rsidR="0057757C" w:rsidRPr="007F65A0" w:rsidRDefault="0057757C" w:rsidP="00D251EC">
            <w:pPr>
              <w:rPr>
                <w:sz w:val="24"/>
                <w:szCs w:val="24"/>
              </w:rPr>
            </w:pPr>
            <w:r w:rsidRPr="007F65A0">
              <w:rPr>
                <w:rFonts w:ascii="Segoe UI Symbol" w:hAnsi="Segoe UI Symbol" w:cs="Segoe UI Symbol"/>
                <w:sz w:val="24"/>
                <w:szCs w:val="24"/>
              </w:rPr>
              <w:t>☐</w:t>
            </w:r>
            <w:r w:rsidRPr="007F65A0">
              <w:rPr>
                <w:sz w:val="24"/>
                <w:szCs w:val="24"/>
              </w:rPr>
              <w:t xml:space="preserve"> </w:t>
            </w:r>
            <w:proofErr w:type="gramStart"/>
            <w:r w:rsidRPr="007F65A0">
              <w:rPr>
                <w:sz w:val="24"/>
                <w:szCs w:val="24"/>
              </w:rPr>
              <w:t xml:space="preserve">bemeneti  </w:t>
            </w:r>
            <w:r w:rsidRPr="007F65A0">
              <w:rPr>
                <w:rFonts w:ascii="Segoe UI Symbol" w:hAnsi="Segoe UI Symbol" w:cs="Segoe UI Symbol"/>
                <w:sz w:val="24"/>
                <w:szCs w:val="24"/>
              </w:rPr>
              <w:t>☐</w:t>
            </w:r>
            <w:proofErr w:type="gramEnd"/>
            <w:r w:rsidRPr="007F65A0">
              <w:rPr>
                <w:sz w:val="24"/>
                <w:szCs w:val="24"/>
              </w:rPr>
              <w:t xml:space="preserve"> </w:t>
            </w:r>
            <w:proofErr w:type="gramStart"/>
            <w:r w:rsidRPr="007F65A0">
              <w:rPr>
                <w:sz w:val="24"/>
                <w:szCs w:val="24"/>
              </w:rPr>
              <w:t xml:space="preserve">félévi  </w:t>
            </w:r>
            <w:r w:rsidRPr="007F65A0">
              <w:rPr>
                <w:rFonts w:ascii="Segoe UI Symbol" w:hAnsi="Segoe UI Symbol" w:cs="Segoe UI Symbol"/>
                <w:sz w:val="24"/>
                <w:szCs w:val="24"/>
              </w:rPr>
              <w:t>☐</w:t>
            </w:r>
            <w:proofErr w:type="gramEnd"/>
            <w:r w:rsidRPr="007F65A0">
              <w:rPr>
                <w:sz w:val="24"/>
                <w:szCs w:val="24"/>
              </w:rPr>
              <w:t xml:space="preserve"> kimeneti</w:t>
            </w:r>
          </w:p>
        </w:tc>
        <w:tc>
          <w:tcPr>
            <w:tcW w:w="2606" w:type="dxa"/>
            <w:vAlign w:val="center"/>
          </w:tcPr>
          <w:p w14:paraId="4D0051E9" w14:textId="77777777" w:rsidR="0057757C" w:rsidRPr="007F65A0" w:rsidRDefault="0057757C" w:rsidP="00D251EC">
            <w:pPr>
              <w:rPr>
                <w:sz w:val="24"/>
                <w:szCs w:val="24"/>
              </w:rPr>
            </w:pPr>
            <w:r w:rsidRPr="007F65A0">
              <w:rPr>
                <w:b/>
                <w:sz w:val="24"/>
                <w:szCs w:val="24"/>
              </w:rPr>
              <w:t>Nevelési év:</w:t>
            </w:r>
          </w:p>
        </w:tc>
        <w:tc>
          <w:tcPr>
            <w:tcW w:w="2606" w:type="dxa"/>
            <w:vAlign w:val="center"/>
          </w:tcPr>
          <w:p w14:paraId="20533B3A" w14:textId="77777777" w:rsidR="0057757C" w:rsidRPr="007F65A0" w:rsidRDefault="0057757C" w:rsidP="00D251EC">
            <w:pPr>
              <w:rPr>
                <w:sz w:val="24"/>
                <w:szCs w:val="24"/>
              </w:rPr>
            </w:pPr>
          </w:p>
        </w:tc>
      </w:tr>
    </w:tbl>
    <w:p w14:paraId="79F4B904" w14:textId="77777777" w:rsidR="0057757C" w:rsidRPr="007F65A0" w:rsidRDefault="0057757C" w:rsidP="0057757C">
      <w:pPr>
        <w:rPr>
          <w:sz w:val="24"/>
          <w:szCs w:val="24"/>
        </w:rPr>
      </w:pPr>
    </w:p>
    <w:p w14:paraId="3C6ACD62" w14:textId="77777777" w:rsidR="0057757C" w:rsidRPr="007F65A0" w:rsidRDefault="0057757C" w:rsidP="0057757C">
      <w:pPr>
        <w:pStyle w:val="Cmsor1"/>
        <w:rPr>
          <w:rFonts w:ascii="Times New Roman" w:hAnsi="Times New Roman" w:cs="Times New Roman"/>
          <w:sz w:val="24"/>
          <w:szCs w:val="24"/>
        </w:rPr>
      </w:pPr>
      <w:r w:rsidRPr="007F65A0">
        <w:rPr>
          <w:rFonts w:ascii="Times New Roman" w:hAnsi="Times New Roman" w:cs="Times New Roman"/>
          <w:sz w:val="24"/>
          <w:szCs w:val="24"/>
        </w:rPr>
        <w:t>1. A mérés célja és alkalmazása</w:t>
      </w:r>
    </w:p>
    <w:p w14:paraId="6855F70D" w14:textId="77777777" w:rsidR="0057757C" w:rsidRPr="007F65A0" w:rsidRDefault="0057757C" w:rsidP="0057757C">
      <w:pPr>
        <w:rPr>
          <w:sz w:val="24"/>
          <w:szCs w:val="24"/>
        </w:rPr>
      </w:pPr>
      <w:r w:rsidRPr="007F65A0">
        <w:rPr>
          <w:sz w:val="24"/>
          <w:szCs w:val="24"/>
        </w:rPr>
        <w:t>A mérőlap célja, hogy egységes, áttekinthető és számszerűsíthető formában segítse az iskolai élet megkezdéséhez szükséges fejlettség nyomon követését. A mérés a gyermek testi, szociális, akarati, érzékelési-észlelési, anyanyelvi-kommunikációs és értelmi fejlettségét, továbbá az óvodai műveltségtartalmakhoz kapcsolódó kimeneti jellemzőket vizsgálja.</w:t>
      </w:r>
    </w:p>
    <w:p w14:paraId="44F38E61" w14:textId="77777777" w:rsidR="0057757C" w:rsidRPr="007F65A0" w:rsidRDefault="0057757C" w:rsidP="0057757C">
      <w:pPr>
        <w:rPr>
          <w:sz w:val="24"/>
          <w:szCs w:val="24"/>
        </w:rPr>
      </w:pPr>
      <w:r w:rsidRPr="007F65A0">
        <w:rPr>
          <w:sz w:val="24"/>
          <w:szCs w:val="24"/>
        </w:rPr>
        <w:t>Az eredmény pedagógiai tájékozódást és fejlesztési tervezést szolgál. Nem helyettesíti a jogszabályban meghatározott szakértői vagy hatósági iskolaérettségi vizsgálatot. A százalékos eredményt mindig a gyermek egyéni fejlődési ütemével, megfigyelési tapasztalataival és a szöveges értékeléssel együtt kell értelmezni.</w:t>
      </w:r>
    </w:p>
    <w:p w14:paraId="4EAA0537" w14:textId="77777777" w:rsidR="0057757C" w:rsidRPr="007F65A0" w:rsidRDefault="0057757C" w:rsidP="0057757C">
      <w:pPr>
        <w:pStyle w:val="Cmsor1"/>
        <w:rPr>
          <w:rFonts w:ascii="Times New Roman" w:hAnsi="Times New Roman" w:cs="Times New Roman"/>
          <w:sz w:val="24"/>
          <w:szCs w:val="24"/>
        </w:rPr>
      </w:pPr>
      <w:r w:rsidRPr="007F65A0">
        <w:rPr>
          <w:rFonts w:ascii="Times New Roman" w:hAnsi="Times New Roman" w:cs="Times New Roman"/>
          <w:sz w:val="24"/>
          <w:szCs w:val="24"/>
        </w:rPr>
        <w:t>2. Pontozási rendszer</w:t>
      </w:r>
    </w:p>
    <w:tbl>
      <w:tblPr>
        <w:tblStyle w:val="Rcsostblzat"/>
        <w:tblW w:w="0" w:type="auto"/>
        <w:jc w:val="center"/>
        <w:tblLook w:val="04A0" w:firstRow="1" w:lastRow="0" w:firstColumn="1" w:lastColumn="0" w:noHBand="0" w:noVBand="1"/>
      </w:tblPr>
      <w:tblGrid>
        <w:gridCol w:w="3471"/>
        <w:gridCol w:w="3472"/>
        <w:gridCol w:w="3473"/>
      </w:tblGrid>
      <w:tr w:rsidR="0057757C" w:rsidRPr="007F65A0" w14:paraId="7A9ADDAC" w14:textId="77777777" w:rsidTr="00D251EC">
        <w:trPr>
          <w:tblHeader/>
          <w:jc w:val="center"/>
        </w:trPr>
        <w:tc>
          <w:tcPr>
            <w:tcW w:w="3475" w:type="dxa"/>
            <w:shd w:val="clear" w:color="auto" w:fill="D9EAF7"/>
            <w:vAlign w:val="center"/>
          </w:tcPr>
          <w:p w14:paraId="6B96F0FC" w14:textId="77777777" w:rsidR="0057757C" w:rsidRPr="007F65A0" w:rsidRDefault="0057757C" w:rsidP="00D251EC">
            <w:pPr>
              <w:jc w:val="center"/>
              <w:rPr>
                <w:sz w:val="24"/>
                <w:szCs w:val="24"/>
              </w:rPr>
            </w:pPr>
            <w:r w:rsidRPr="007F65A0">
              <w:rPr>
                <w:b/>
                <w:sz w:val="24"/>
                <w:szCs w:val="24"/>
              </w:rPr>
              <w:t>Pont</w:t>
            </w:r>
          </w:p>
        </w:tc>
        <w:tc>
          <w:tcPr>
            <w:tcW w:w="3475" w:type="dxa"/>
            <w:shd w:val="clear" w:color="auto" w:fill="D9EAF7"/>
            <w:vAlign w:val="center"/>
          </w:tcPr>
          <w:p w14:paraId="18A7E3DE" w14:textId="77777777" w:rsidR="0057757C" w:rsidRPr="007F65A0" w:rsidRDefault="0057757C" w:rsidP="00D251EC">
            <w:pPr>
              <w:jc w:val="center"/>
              <w:rPr>
                <w:sz w:val="24"/>
                <w:szCs w:val="24"/>
              </w:rPr>
            </w:pPr>
            <w:r w:rsidRPr="007F65A0">
              <w:rPr>
                <w:b/>
                <w:sz w:val="24"/>
                <w:szCs w:val="24"/>
              </w:rPr>
              <w:t>Értelmezés</w:t>
            </w:r>
          </w:p>
        </w:tc>
        <w:tc>
          <w:tcPr>
            <w:tcW w:w="3475" w:type="dxa"/>
            <w:shd w:val="clear" w:color="auto" w:fill="D9EAF7"/>
            <w:vAlign w:val="center"/>
          </w:tcPr>
          <w:p w14:paraId="7BDD79E9" w14:textId="77777777" w:rsidR="0057757C" w:rsidRPr="007F65A0" w:rsidRDefault="0057757C" w:rsidP="00D251EC">
            <w:pPr>
              <w:jc w:val="center"/>
              <w:rPr>
                <w:sz w:val="24"/>
                <w:szCs w:val="24"/>
              </w:rPr>
            </w:pPr>
            <w:r w:rsidRPr="007F65A0">
              <w:rPr>
                <w:b/>
                <w:sz w:val="24"/>
                <w:szCs w:val="24"/>
              </w:rPr>
              <w:t>Megfigyelési szempont</w:t>
            </w:r>
          </w:p>
        </w:tc>
      </w:tr>
      <w:tr w:rsidR="0057757C" w:rsidRPr="007F65A0" w14:paraId="7D1C0273" w14:textId="77777777" w:rsidTr="00D251EC">
        <w:trPr>
          <w:jc w:val="center"/>
        </w:trPr>
        <w:tc>
          <w:tcPr>
            <w:tcW w:w="3475" w:type="dxa"/>
            <w:vAlign w:val="center"/>
          </w:tcPr>
          <w:p w14:paraId="2236FD68" w14:textId="77777777" w:rsidR="0057757C" w:rsidRPr="007F65A0" w:rsidRDefault="0057757C" w:rsidP="00D251EC">
            <w:pPr>
              <w:rPr>
                <w:sz w:val="24"/>
                <w:szCs w:val="24"/>
              </w:rPr>
            </w:pPr>
            <w:r w:rsidRPr="007F65A0">
              <w:rPr>
                <w:b/>
                <w:sz w:val="24"/>
                <w:szCs w:val="24"/>
              </w:rPr>
              <w:t>0 pont</w:t>
            </w:r>
          </w:p>
        </w:tc>
        <w:tc>
          <w:tcPr>
            <w:tcW w:w="3475" w:type="dxa"/>
            <w:vAlign w:val="center"/>
          </w:tcPr>
          <w:p w14:paraId="32A4443E" w14:textId="77777777" w:rsidR="0057757C" w:rsidRPr="007F65A0" w:rsidRDefault="0057757C" w:rsidP="00D251EC">
            <w:pPr>
              <w:rPr>
                <w:sz w:val="24"/>
                <w:szCs w:val="24"/>
              </w:rPr>
            </w:pPr>
            <w:r w:rsidRPr="007F65A0">
              <w:rPr>
                <w:sz w:val="24"/>
                <w:szCs w:val="24"/>
              </w:rPr>
              <w:t>Még nem alakult ki</w:t>
            </w:r>
          </w:p>
        </w:tc>
        <w:tc>
          <w:tcPr>
            <w:tcW w:w="3475" w:type="dxa"/>
            <w:vAlign w:val="center"/>
          </w:tcPr>
          <w:p w14:paraId="62DAC09C" w14:textId="77777777" w:rsidR="0057757C" w:rsidRPr="007F65A0" w:rsidRDefault="0057757C" w:rsidP="00D251EC">
            <w:pPr>
              <w:rPr>
                <w:sz w:val="24"/>
                <w:szCs w:val="24"/>
              </w:rPr>
            </w:pPr>
            <w:r w:rsidRPr="007F65A0">
              <w:rPr>
                <w:sz w:val="24"/>
                <w:szCs w:val="24"/>
              </w:rPr>
              <w:t>A jellemző nem figyelhető meg, vagy csak teljes felnőtt segítséggel teljesül.</w:t>
            </w:r>
          </w:p>
        </w:tc>
      </w:tr>
      <w:tr w:rsidR="0057757C" w:rsidRPr="007F65A0" w14:paraId="1E6FB5C3" w14:textId="77777777" w:rsidTr="00D251EC">
        <w:trPr>
          <w:jc w:val="center"/>
        </w:trPr>
        <w:tc>
          <w:tcPr>
            <w:tcW w:w="3475" w:type="dxa"/>
            <w:vAlign w:val="center"/>
          </w:tcPr>
          <w:p w14:paraId="3696F78E" w14:textId="77777777" w:rsidR="0057757C" w:rsidRPr="007F65A0" w:rsidRDefault="0057757C" w:rsidP="00D251EC">
            <w:pPr>
              <w:rPr>
                <w:sz w:val="24"/>
                <w:szCs w:val="24"/>
              </w:rPr>
            </w:pPr>
            <w:r w:rsidRPr="007F65A0">
              <w:rPr>
                <w:b/>
                <w:sz w:val="24"/>
                <w:szCs w:val="24"/>
              </w:rPr>
              <w:t>1 pont</w:t>
            </w:r>
          </w:p>
        </w:tc>
        <w:tc>
          <w:tcPr>
            <w:tcW w:w="3475" w:type="dxa"/>
            <w:vAlign w:val="center"/>
          </w:tcPr>
          <w:p w14:paraId="58A3CD23" w14:textId="77777777" w:rsidR="0057757C" w:rsidRPr="007F65A0" w:rsidRDefault="0057757C" w:rsidP="00D251EC">
            <w:pPr>
              <w:rPr>
                <w:sz w:val="24"/>
                <w:szCs w:val="24"/>
              </w:rPr>
            </w:pPr>
            <w:r w:rsidRPr="007F65A0">
              <w:rPr>
                <w:sz w:val="24"/>
                <w:szCs w:val="24"/>
              </w:rPr>
              <w:t>Alakulóban / részben teljesül</w:t>
            </w:r>
          </w:p>
        </w:tc>
        <w:tc>
          <w:tcPr>
            <w:tcW w:w="3475" w:type="dxa"/>
            <w:vAlign w:val="center"/>
          </w:tcPr>
          <w:p w14:paraId="1F01ADA8" w14:textId="77777777" w:rsidR="0057757C" w:rsidRPr="007F65A0" w:rsidRDefault="0057757C" w:rsidP="00D251EC">
            <w:pPr>
              <w:rPr>
                <w:sz w:val="24"/>
                <w:szCs w:val="24"/>
              </w:rPr>
            </w:pPr>
            <w:r w:rsidRPr="007F65A0">
              <w:rPr>
                <w:sz w:val="24"/>
                <w:szCs w:val="24"/>
              </w:rPr>
              <w:t>A jellemző bizonytalanul, időszakosan, emlékeztetéssel vagy kisebb segítséggel jelenik meg.</w:t>
            </w:r>
          </w:p>
        </w:tc>
      </w:tr>
      <w:tr w:rsidR="0057757C" w:rsidRPr="007F65A0" w14:paraId="4303FF62" w14:textId="77777777" w:rsidTr="00D251EC">
        <w:trPr>
          <w:jc w:val="center"/>
        </w:trPr>
        <w:tc>
          <w:tcPr>
            <w:tcW w:w="3475" w:type="dxa"/>
            <w:vAlign w:val="center"/>
          </w:tcPr>
          <w:p w14:paraId="3E9CC85D" w14:textId="77777777" w:rsidR="0057757C" w:rsidRPr="007F65A0" w:rsidRDefault="0057757C" w:rsidP="00D251EC">
            <w:pPr>
              <w:rPr>
                <w:sz w:val="24"/>
                <w:szCs w:val="24"/>
              </w:rPr>
            </w:pPr>
            <w:r w:rsidRPr="007F65A0">
              <w:rPr>
                <w:b/>
                <w:sz w:val="24"/>
                <w:szCs w:val="24"/>
              </w:rPr>
              <w:t>2 pont</w:t>
            </w:r>
          </w:p>
        </w:tc>
        <w:tc>
          <w:tcPr>
            <w:tcW w:w="3475" w:type="dxa"/>
            <w:vAlign w:val="center"/>
          </w:tcPr>
          <w:p w14:paraId="1FBF7F6A" w14:textId="77777777" w:rsidR="0057757C" w:rsidRPr="007F65A0" w:rsidRDefault="0057757C" w:rsidP="00D251EC">
            <w:pPr>
              <w:rPr>
                <w:sz w:val="24"/>
                <w:szCs w:val="24"/>
              </w:rPr>
            </w:pPr>
            <w:r w:rsidRPr="007F65A0">
              <w:rPr>
                <w:sz w:val="24"/>
                <w:szCs w:val="24"/>
              </w:rPr>
              <w:t>Kialakult / életkornak megfelelő</w:t>
            </w:r>
          </w:p>
        </w:tc>
        <w:tc>
          <w:tcPr>
            <w:tcW w:w="3475" w:type="dxa"/>
            <w:vAlign w:val="center"/>
          </w:tcPr>
          <w:p w14:paraId="1087C101" w14:textId="77777777" w:rsidR="0057757C" w:rsidRPr="007F65A0" w:rsidRDefault="0057757C" w:rsidP="00D251EC">
            <w:pPr>
              <w:rPr>
                <w:sz w:val="24"/>
                <w:szCs w:val="24"/>
              </w:rPr>
            </w:pPr>
            <w:r w:rsidRPr="007F65A0">
              <w:rPr>
                <w:sz w:val="24"/>
                <w:szCs w:val="24"/>
              </w:rPr>
              <w:t>A jellemző önállóan, stabilan, többféle helyzetben megfigyelhető.</w:t>
            </w:r>
          </w:p>
        </w:tc>
      </w:tr>
    </w:tbl>
    <w:p w14:paraId="0B69190A" w14:textId="77777777" w:rsidR="0057757C" w:rsidRPr="007F65A0" w:rsidRDefault="0057757C" w:rsidP="0057757C">
      <w:pPr>
        <w:rPr>
          <w:sz w:val="24"/>
          <w:szCs w:val="24"/>
        </w:rPr>
      </w:pPr>
      <w:r w:rsidRPr="007F65A0">
        <w:rPr>
          <w:b/>
          <w:sz w:val="24"/>
          <w:szCs w:val="24"/>
        </w:rPr>
        <w:t xml:space="preserve">Százalékszámítás: </w:t>
      </w:r>
      <w:r w:rsidRPr="007F65A0">
        <w:rPr>
          <w:sz w:val="24"/>
          <w:szCs w:val="24"/>
        </w:rPr>
        <w:t>elért pontszám ÷ maximálisan elérhető pontszám × 100.</w:t>
      </w:r>
    </w:p>
    <w:p w14:paraId="59F23E37" w14:textId="77777777" w:rsidR="0057757C" w:rsidRPr="007F65A0" w:rsidRDefault="0057757C" w:rsidP="0057757C">
      <w:pPr>
        <w:pStyle w:val="Cmsor1"/>
        <w:rPr>
          <w:rFonts w:ascii="Times New Roman" w:hAnsi="Times New Roman" w:cs="Times New Roman"/>
          <w:sz w:val="24"/>
          <w:szCs w:val="24"/>
        </w:rPr>
      </w:pPr>
      <w:r w:rsidRPr="007F65A0">
        <w:rPr>
          <w:rFonts w:ascii="Times New Roman" w:hAnsi="Times New Roman" w:cs="Times New Roman"/>
          <w:sz w:val="24"/>
          <w:szCs w:val="24"/>
        </w:rPr>
        <w:t>3. Javasolt intézményi értelmezési sávok</w:t>
      </w:r>
    </w:p>
    <w:tbl>
      <w:tblPr>
        <w:tblStyle w:val="Rcsostblzat"/>
        <w:tblW w:w="0" w:type="auto"/>
        <w:jc w:val="center"/>
        <w:tblLook w:val="04A0" w:firstRow="1" w:lastRow="0" w:firstColumn="1" w:lastColumn="0" w:noHBand="0" w:noVBand="1"/>
      </w:tblPr>
      <w:tblGrid>
        <w:gridCol w:w="3472"/>
        <w:gridCol w:w="3472"/>
        <w:gridCol w:w="3472"/>
      </w:tblGrid>
      <w:tr w:rsidR="0057757C" w:rsidRPr="007F65A0" w14:paraId="50B564D9" w14:textId="77777777" w:rsidTr="00D251EC">
        <w:trPr>
          <w:tblHeader/>
          <w:jc w:val="center"/>
        </w:trPr>
        <w:tc>
          <w:tcPr>
            <w:tcW w:w="3475" w:type="dxa"/>
            <w:shd w:val="clear" w:color="auto" w:fill="D9EAF7"/>
            <w:vAlign w:val="center"/>
          </w:tcPr>
          <w:p w14:paraId="3D49BCEA" w14:textId="77777777" w:rsidR="0057757C" w:rsidRPr="007F65A0" w:rsidRDefault="0057757C" w:rsidP="00D251EC">
            <w:pPr>
              <w:jc w:val="center"/>
              <w:rPr>
                <w:sz w:val="24"/>
                <w:szCs w:val="24"/>
              </w:rPr>
            </w:pPr>
            <w:r w:rsidRPr="007F65A0">
              <w:rPr>
                <w:b/>
                <w:sz w:val="24"/>
                <w:szCs w:val="24"/>
              </w:rPr>
              <w:t>Eredmény</w:t>
            </w:r>
          </w:p>
        </w:tc>
        <w:tc>
          <w:tcPr>
            <w:tcW w:w="3475" w:type="dxa"/>
            <w:shd w:val="clear" w:color="auto" w:fill="D9EAF7"/>
            <w:vAlign w:val="center"/>
          </w:tcPr>
          <w:p w14:paraId="50E13D4A" w14:textId="77777777" w:rsidR="0057757C" w:rsidRPr="007F65A0" w:rsidRDefault="0057757C" w:rsidP="00D251EC">
            <w:pPr>
              <w:jc w:val="center"/>
              <w:rPr>
                <w:sz w:val="24"/>
                <w:szCs w:val="24"/>
              </w:rPr>
            </w:pPr>
            <w:r w:rsidRPr="007F65A0">
              <w:rPr>
                <w:b/>
                <w:sz w:val="24"/>
                <w:szCs w:val="24"/>
              </w:rPr>
              <w:t>Értelmezés</w:t>
            </w:r>
          </w:p>
        </w:tc>
        <w:tc>
          <w:tcPr>
            <w:tcW w:w="3475" w:type="dxa"/>
            <w:shd w:val="clear" w:color="auto" w:fill="D9EAF7"/>
            <w:vAlign w:val="center"/>
          </w:tcPr>
          <w:p w14:paraId="6BF92961" w14:textId="77777777" w:rsidR="0057757C" w:rsidRPr="007F65A0" w:rsidRDefault="0057757C" w:rsidP="00D251EC">
            <w:pPr>
              <w:jc w:val="center"/>
              <w:rPr>
                <w:sz w:val="24"/>
                <w:szCs w:val="24"/>
              </w:rPr>
            </w:pPr>
            <w:r w:rsidRPr="007F65A0">
              <w:rPr>
                <w:b/>
                <w:sz w:val="24"/>
                <w:szCs w:val="24"/>
              </w:rPr>
              <w:t>Pedagógiai teendő</w:t>
            </w:r>
          </w:p>
        </w:tc>
      </w:tr>
      <w:tr w:rsidR="0057757C" w:rsidRPr="007F65A0" w14:paraId="556390EC" w14:textId="77777777" w:rsidTr="00D251EC">
        <w:trPr>
          <w:jc w:val="center"/>
        </w:trPr>
        <w:tc>
          <w:tcPr>
            <w:tcW w:w="3475" w:type="dxa"/>
            <w:vAlign w:val="center"/>
          </w:tcPr>
          <w:p w14:paraId="59EAC75A" w14:textId="77777777" w:rsidR="0057757C" w:rsidRPr="007F65A0" w:rsidRDefault="0057757C" w:rsidP="00D251EC">
            <w:pPr>
              <w:rPr>
                <w:sz w:val="24"/>
                <w:szCs w:val="24"/>
              </w:rPr>
            </w:pPr>
            <w:r w:rsidRPr="007F65A0">
              <w:rPr>
                <w:b/>
                <w:sz w:val="24"/>
                <w:szCs w:val="24"/>
              </w:rPr>
              <w:t>90–100%</w:t>
            </w:r>
          </w:p>
        </w:tc>
        <w:tc>
          <w:tcPr>
            <w:tcW w:w="3475" w:type="dxa"/>
            <w:vAlign w:val="center"/>
          </w:tcPr>
          <w:p w14:paraId="1EEE9E77" w14:textId="77777777" w:rsidR="0057757C" w:rsidRPr="007F65A0" w:rsidRDefault="0057757C" w:rsidP="00D251EC">
            <w:pPr>
              <w:rPr>
                <w:sz w:val="24"/>
                <w:szCs w:val="24"/>
              </w:rPr>
            </w:pPr>
            <w:r w:rsidRPr="007F65A0">
              <w:rPr>
                <w:sz w:val="24"/>
                <w:szCs w:val="24"/>
              </w:rPr>
              <w:t>A terület életkorának megfelelően stabil</w:t>
            </w:r>
          </w:p>
        </w:tc>
        <w:tc>
          <w:tcPr>
            <w:tcW w:w="3475" w:type="dxa"/>
            <w:vAlign w:val="center"/>
          </w:tcPr>
          <w:p w14:paraId="4341FBBE" w14:textId="77777777" w:rsidR="0057757C" w:rsidRPr="007F65A0" w:rsidRDefault="0057757C" w:rsidP="00D251EC">
            <w:pPr>
              <w:rPr>
                <w:sz w:val="24"/>
                <w:szCs w:val="24"/>
              </w:rPr>
            </w:pPr>
            <w:r w:rsidRPr="007F65A0">
              <w:rPr>
                <w:sz w:val="24"/>
                <w:szCs w:val="24"/>
              </w:rPr>
              <w:t>Fenntartás, gazdagítás, differenciált kihívások.</w:t>
            </w:r>
          </w:p>
        </w:tc>
      </w:tr>
      <w:tr w:rsidR="0057757C" w:rsidRPr="007F65A0" w14:paraId="763A584A" w14:textId="77777777" w:rsidTr="00D251EC">
        <w:trPr>
          <w:jc w:val="center"/>
        </w:trPr>
        <w:tc>
          <w:tcPr>
            <w:tcW w:w="3475" w:type="dxa"/>
            <w:vAlign w:val="center"/>
          </w:tcPr>
          <w:p w14:paraId="67BB92F6" w14:textId="77777777" w:rsidR="0057757C" w:rsidRPr="007F65A0" w:rsidRDefault="0057757C" w:rsidP="00D251EC">
            <w:pPr>
              <w:rPr>
                <w:sz w:val="24"/>
                <w:szCs w:val="24"/>
              </w:rPr>
            </w:pPr>
            <w:r w:rsidRPr="007F65A0">
              <w:rPr>
                <w:b/>
                <w:sz w:val="24"/>
                <w:szCs w:val="24"/>
              </w:rPr>
              <w:t>75–89%</w:t>
            </w:r>
          </w:p>
        </w:tc>
        <w:tc>
          <w:tcPr>
            <w:tcW w:w="3475" w:type="dxa"/>
            <w:vAlign w:val="center"/>
          </w:tcPr>
          <w:p w14:paraId="2201D06B" w14:textId="77777777" w:rsidR="0057757C" w:rsidRPr="007F65A0" w:rsidRDefault="0057757C" w:rsidP="00D251EC">
            <w:pPr>
              <w:rPr>
                <w:sz w:val="24"/>
                <w:szCs w:val="24"/>
              </w:rPr>
            </w:pPr>
            <w:r w:rsidRPr="007F65A0">
              <w:rPr>
                <w:sz w:val="24"/>
                <w:szCs w:val="24"/>
              </w:rPr>
              <w:t>A terület nagyrészt kialakult</w:t>
            </w:r>
          </w:p>
        </w:tc>
        <w:tc>
          <w:tcPr>
            <w:tcW w:w="3475" w:type="dxa"/>
            <w:vAlign w:val="center"/>
          </w:tcPr>
          <w:p w14:paraId="3AA565AC" w14:textId="77777777" w:rsidR="0057757C" w:rsidRPr="007F65A0" w:rsidRDefault="0057757C" w:rsidP="00D251EC">
            <w:pPr>
              <w:rPr>
                <w:sz w:val="24"/>
                <w:szCs w:val="24"/>
              </w:rPr>
            </w:pPr>
            <w:r w:rsidRPr="007F65A0">
              <w:rPr>
                <w:sz w:val="24"/>
                <w:szCs w:val="24"/>
              </w:rPr>
              <w:t>Célzott megerősítés a bizonytalan indikátoroknál.</w:t>
            </w:r>
          </w:p>
        </w:tc>
      </w:tr>
      <w:tr w:rsidR="0057757C" w:rsidRPr="007F65A0" w14:paraId="0F3DBFAC" w14:textId="77777777" w:rsidTr="00D251EC">
        <w:trPr>
          <w:jc w:val="center"/>
        </w:trPr>
        <w:tc>
          <w:tcPr>
            <w:tcW w:w="3475" w:type="dxa"/>
            <w:vAlign w:val="center"/>
          </w:tcPr>
          <w:p w14:paraId="375A02CC" w14:textId="77777777" w:rsidR="0057757C" w:rsidRPr="007F65A0" w:rsidRDefault="0057757C" w:rsidP="00D251EC">
            <w:pPr>
              <w:rPr>
                <w:sz w:val="24"/>
                <w:szCs w:val="24"/>
              </w:rPr>
            </w:pPr>
            <w:r w:rsidRPr="007F65A0">
              <w:rPr>
                <w:b/>
                <w:sz w:val="24"/>
                <w:szCs w:val="24"/>
              </w:rPr>
              <w:t>60–74%</w:t>
            </w:r>
          </w:p>
        </w:tc>
        <w:tc>
          <w:tcPr>
            <w:tcW w:w="3475" w:type="dxa"/>
            <w:vAlign w:val="center"/>
          </w:tcPr>
          <w:p w14:paraId="132A25F4" w14:textId="77777777" w:rsidR="0057757C" w:rsidRPr="007F65A0" w:rsidRDefault="0057757C" w:rsidP="00D251EC">
            <w:pPr>
              <w:rPr>
                <w:sz w:val="24"/>
                <w:szCs w:val="24"/>
              </w:rPr>
            </w:pPr>
            <w:r w:rsidRPr="007F65A0">
              <w:rPr>
                <w:sz w:val="24"/>
                <w:szCs w:val="24"/>
              </w:rPr>
              <w:t>A terület fejlődő, több elem még alakul</w:t>
            </w:r>
          </w:p>
        </w:tc>
        <w:tc>
          <w:tcPr>
            <w:tcW w:w="3475" w:type="dxa"/>
            <w:vAlign w:val="center"/>
          </w:tcPr>
          <w:p w14:paraId="52FEACF3" w14:textId="77777777" w:rsidR="0057757C" w:rsidRPr="007F65A0" w:rsidRDefault="0057757C" w:rsidP="00D251EC">
            <w:pPr>
              <w:rPr>
                <w:sz w:val="24"/>
                <w:szCs w:val="24"/>
              </w:rPr>
            </w:pPr>
            <w:r w:rsidRPr="007F65A0">
              <w:rPr>
                <w:sz w:val="24"/>
                <w:szCs w:val="24"/>
              </w:rPr>
              <w:t>Egyéni fejlesztési célok kijelölése, rendszeres visszamérés.</w:t>
            </w:r>
          </w:p>
        </w:tc>
      </w:tr>
      <w:tr w:rsidR="0057757C" w:rsidRPr="007F65A0" w14:paraId="25052CFA" w14:textId="77777777" w:rsidTr="00D251EC">
        <w:trPr>
          <w:jc w:val="center"/>
        </w:trPr>
        <w:tc>
          <w:tcPr>
            <w:tcW w:w="3475" w:type="dxa"/>
            <w:vAlign w:val="center"/>
          </w:tcPr>
          <w:p w14:paraId="4EEED158" w14:textId="77777777" w:rsidR="0057757C" w:rsidRPr="007F65A0" w:rsidRDefault="0057757C" w:rsidP="00D251EC">
            <w:pPr>
              <w:rPr>
                <w:sz w:val="24"/>
                <w:szCs w:val="24"/>
              </w:rPr>
            </w:pPr>
            <w:r w:rsidRPr="007F65A0">
              <w:rPr>
                <w:b/>
                <w:sz w:val="24"/>
                <w:szCs w:val="24"/>
              </w:rPr>
              <w:t>0–59%</w:t>
            </w:r>
          </w:p>
        </w:tc>
        <w:tc>
          <w:tcPr>
            <w:tcW w:w="3475" w:type="dxa"/>
            <w:vAlign w:val="center"/>
          </w:tcPr>
          <w:p w14:paraId="3AE20F16" w14:textId="77777777" w:rsidR="0057757C" w:rsidRPr="007F65A0" w:rsidRDefault="0057757C" w:rsidP="00D251EC">
            <w:pPr>
              <w:rPr>
                <w:sz w:val="24"/>
                <w:szCs w:val="24"/>
              </w:rPr>
            </w:pPr>
            <w:r w:rsidRPr="007F65A0">
              <w:rPr>
                <w:sz w:val="24"/>
                <w:szCs w:val="24"/>
              </w:rPr>
              <w:t>A területen jelentősebb támogatás szükséges</w:t>
            </w:r>
          </w:p>
        </w:tc>
        <w:tc>
          <w:tcPr>
            <w:tcW w:w="3475" w:type="dxa"/>
            <w:vAlign w:val="center"/>
          </w:tcPr>
          <w:p w14:paraId="0D698AF9" w14:textId="77777777" w:rsidR="0057757C" w:rsidRPr="007F65A0" w:rsidRDefault="0057757C" w:rsidP="00D251EC">
            <w:pPr>
              <w:rPr>
                <w:sz w:val="24"/>
                <w:szCs w:val="24"/>
              </w:rPr>
            </w:pPr>
            <w:r w:rsidRPr="007F65A0">
              <w:rPr>
                <w:sz w:val="24"/>
                <w:szCs w:val="24"/>
              </w:rPr>
              <w:t>Részletes megfigyelés, célzott fejlesztés, szükség esetén szakember bevonásának mérlegelése.</w:t>
            </w:r>
          </w:p>
        </w:tc>
      </w:tr>
    </w:tbl>
    <w:p w14:paraId="529B4757" w14:textId="77777777" w:rsidR="0057757C" w:rsidRPr="007F65A0" w:rsidRDefault="0057757C" w:rsidP="0057757C">
      <w:pPr>
        <w:rPr>
          <w:sz w:val="24"/>
          <w:szCs w:val="24"/>
        </w:rPr>
      </w:pPr>
      <w:r w:rsidRPr="007F65A0">
        <w:rPr>
          <w:b/>
          <w:sz w:val="24"/>
          <w:szCs w:val="24"/>
        </w:rPr>
        <w:lastRenderedPageBreak/>
        <w:t xml:space="preserve">Fontos: </w:t>
      </w:r>
      <w:r w:rsidRPr="007F65A0">
        <w:rPr>
          <w:sz w:val="24"/>
          <w:szCs w:val="24"/>
        </w:rPr>
        <w:t>az összesített százalék önmagában nem dönt az iskolaérettségről. A Pedagógiai Program szerint az iskolaérettség testi, lelki és szociális érettség együttes meglétét kívánja meg.</w:t>
      </w:r>
    </w:p>
    <w:p w14:paraId="2A0CAA40" w14:textId="77777777" w:rsidR="0057757C" w:rsidRPr="007F65A0" w:rsidRDefault="0057757C" w:rsidP="0057757C">
      <w:pPr>
        <w:rPr>
          <w:sz w:val="24"/>
          <w:szCs w:val="24"/>
        </w:rPr>
      </w:pPr>
      <w:r w:rsidRPr="007F65A0">
        <w:rPr>
          <w:sz w:val="24"/>
          <w:szCs w:val="24"/>
        </w:rPr>
        <w:br w:type="page"/>
      </w:r>
    </w:p>
    <w:p w14:paraId="42EC2454" w14:textId="77777777" w:rsidR="0057757C" w:rsidRPr="007F65A0" w:rsidRDefault="0057757C" w:rsidP="0057757C">
      <w:pPr>
        <w:pStyle w:val="Cmsor1"/>
        <w:rPr>
          <w:rFonts w:ascii="Times New Roman" w:hAnsi="Times New Roman" w:cs="Times New Roman"/>
          <w:sz w:val="24"/>
          <w:szCs w:val="24"/>
        </w:rPr>
      </w:pPr>
      <w:r w:rsidRPr="007F65A0">
        <w:rPr>
          <w:rFonts w:ascii="Times New Roman" w:hAnsi="Times New Roman" w:cs="Times New Roman"/>
          <w:sz w:val="24"/>
          <w:szCs w:val="24"/>
        </w:rPr>
        <w:lastRenderedPageBreak/>
        <w:t>4. Egyéni mérőlap</w:t>
      </w:r>
    </w:p>
    <w:p w14:paraId="783A8480" w14:textId="77777777" w:rsidR="0057757C" w:rsidRPr="007F65A0" w:rsidRDefault="0057757C" w:rsidP="0057757C">
      <w:pPr>
        <w:rPr>
          <w:sz w:val="24"/>
          <w:szCs w:val="24"/>
        </w:rPr>
      </w:pPr>
      <w:r w:rsidRPr="007F65A0">
        <w:rPr>
          <w:sz w:val="24"/>
          <w:szCs w:val="24"/>
        </w:rPr>
        <w:t>A pontozás során minden indikátorhoz 0, 1 vagy 2 pont írható. A területi százalékot a területen elért pontszám és a maximális pontszám hányadosából kell kiszámítani.</w:t>
      </w:r>
    </w:p>
    <w:p w14:paraId="77FA2878" w14:textId="77777777" w:rsidR="0057757C" w:rsidRPr="007F65A0" w:rsidRDefault="0057757C" w:rsidP="0057757C">
      <w:pPr>
        <w:pStyle w:val="Cmsor2"/>
        <w:rPr>
          <w:rFonts w:ascii="Times New Roman" w:hAnsi="Times New Roman" w:cs="Times New Roman"/>
          <w:sz w:val="24"/>
          <w:szCs w:val="24"/>
        </w:rPr>
      </w:pPr>
      <w:r w:rsidRPr="007F65A0">
        <w:rPr>
          <w:rFonts w:ascii="Times New Roman" w:hAnsi="Times New Roman" w:cs="Times New Roman"/>
          <w:sz w:val="24"/>
          <w:szCs w:val="24"/>
        </w:rPr>
        <w:t>A. Önkiszolgálás és személyi higiéné</w:t>
      </w:r>
    </w:p>
    <w:tbl>
      <w:tblPr>
        <w:tblStyle w:val="Rcsostblzat"/>
        <w:tblW w:w="0" w:type="auto"/>
        <w:jc w:val="center"/>
        <w:tblLook w:val="04A0" w:firstRow="1" w:lastRow="0" w:firstColumn="1" w:lastColumn="0" w:noHBand="0" w:noVBand="1"/>
      </w:tblPr>
      <w:tblGrid>
        <w:gridCol w:w="2604"/>
        <w:gridCol w:w="2605"/>
        <w:gridCol w:w="2603"/>
        <w:gridCol w:w="2604"/>
      </w:tblGrid>
      <w:tr w:rsidR="0057757C" w:rsidRPr="007F65A0" w14:paraId="35D0B5A5" w14:textId="77777777" w:rsidTr="00D251EC">
        <w:trPr>
          <w:tblHeader/>
          <w:jc w:val="center"/>
        </w:trPr>
        <w:tc>
          <w:tcPr>
            <w:tcW w:w="2606" w:type="dxa"/>
            <w:shd w:val="clear" w:color="auto" w:fill="D9EAF7"/>
            <w:vAlign w:val="center"/>
          </w:tcPr>
          <w:p w14:paraId="52EF7B1B" w14:textId="77777777" w:rsidR="0057757C" w:rsidRPr="007F65A0" w:rsidRDefault="0057757C" w:rsidP="00D251EC">
            <w:pPr>
              <w:jc w:val="center"/>
              <w:rPr>
                <w:sz w:val="24"/>
                <w:szCs w:val="24"/>
              </w:rPr>
            </w:pPr>
            <w:r w:rsidRPr="007F65A0">
              <w:rPr>
                <w:b/>
                <w:sz w:val="24"/>
                <w:szCs w:val="24"/>
              </w:rPr>
              <w:t>Ssz.</w:t>
            </w:r>
          </w:p>
        </w:tc>
        <w:tc>
          <w:tcPr>
            <w:tcW w:w="2606" w:type="dxa"/>
            <w:shd w:val="clear" w:color="auto" w:fill="D9EAF7"/>
            <w:vAlign w:val="center"/>
          </w:tcPr>
          <w:p w14:paraId="485289DC" w14:textId="77777777" w:rsidR="0057757C" w:rsidRPr="007F65A0" w:rsidRDefault="0057757C" w:rsidP="00D251EC">
            <w:pPr>
              <w:jc w:val="center"/>
              <w:rPr>
                <w:sz w:val="24"/>
                <w:szCs w:val="24"/>
              </w:rPr>
            </w:pPr>
            <w:r w:rsidRPr="007F65A0">
              <w:rPr>
                <w:b/>
                <w:sz w:val="24"/>
                <w:szCs w:val="24"/>
              </w:rPr>
              <w:t>Megfigyelhető kimeneti jellemző</w:t>
            </w:r>
          </w:p>
        </w:tc>
        <w:tc>
          <w:tcPr>
            <w:tcW w:w="2606" w:type="dxa"/>
            <w:shd w:val="clear" w:color="auto" w:fill="D9EAF7"/>
            <w:vAlign w:val="center"/>
          </w:tcPr>
          <w:p w14:paraId="217F889A" w14:textId="77777777" w:rsidR="0057757C" w:rsidRPr="007F65A0" w:rsidRDefault="0057757C" w:rsidP="00D251EC">
            <w:pPr>
              <w:jc w:val="center"/>
              <w:rPr>
                <w:sz w:val="24"/>
                <w:szCs w:val="24"/>
              </w:rPr>
            </w:pPr>
            <w:r w:rsidRPr="007F65A0">
              <w:rPr>
                <w:b/>
                <w:sz w:val="24"/>
                <w:szCs w:val="24"/>
              </w:rPr>
              <w:t>Pont</w:t>
            </w:r>
            <w:r w:rsidRPr="007F65A0">
              <w:rPr>
                <w:b/>
                <w:sz w:val="24"/>
                <w:szCs w:val="24"/>
              </w:rPr>
              <w:br/>
              <w:t>0–2</w:t>
            </w:r>
          </w:p>
        </w:tc>
        <w:tc>
          <w:tcPr>
            <w:tcW w:w="2606" w:type="dxa"/>
            <w:shd w:val="clear" w:color="auto" w:fill="D9EAF7"/>
            <w:vAlign w:val="center"/>
          </w:tcPr>
          <w:p w14:paraId="34A840F5" w14:textId="77777777" w:rsidR="0057757C" w:rsidRPr="007F65A0" w:rsidRDefault="0057757C" w:rsidP="00D251EC">
            <w:pPr>
              <w:jc w:val="center"/>
              <w:rPr>
                <w:sz w:val="24"/>
                <w:szCs w:val="24"/>
              </w:rPr>
            </w:pPr>
            <w:r w:rsidRPr="007F65A0">
              <w:rPr>
                <w:b/>
                <w:sz w:val="24"/>
                <w:szCs w:val="24"/>
              </w:rPr>
              <w:t>Megjegyzés</w:t>
            </w:r>
          </w:p>
        </w:tc>
      </w:tr>
      <w:tr w:rsidR="0057757C" w:rsidRPr="007F65A0" w14:paraId="2ADDEDCF" w14:textId="77777777" w:rsidTr="00D251EC">
        <w:trPr>
          <w:jc w:val="center"/>
        </w:trPr>
        <w:tc>
          <w:tcPr>
            <w:tcW w:w="2606" w:type="dxa"/>
            <w:vAlign w:val="center"/>
          </w:tcPr>
          <w:p w14:paraId="22D54F17" w14:textId="77777777" w:rsidR="0057757C" w:rsidRPr="007F65A0" w:rsidRDefault="0057757C" w:rsidP="00D251EC">
            <w:pPr>
              <w:jc w:val="center"/>
              <w:rPr>
                <w:sz w:val="24"/>
                <w:szCs w:val="24"/>
              </w:rPr>
            </w:pPr>
            <w:r w:rsidRPr="007F65A0">
              <w:rPr>
                <w:sz w:val="24"/>
                <w:szCs w:val="24"/>
              </w:rPr>
              <w:t>1</w:t>
            </w:r>
          </w:p>
        </w:tc>
        <w:tc>
          <w:tcPr>
            <w:tcW w:w="2606" w:type="dxa"/>
            <w:vAlign w:val="center"/>
          </w:tcPr>
          <w:p w14:paraId="6C47D828" w14:textId="77777777" w:rsidR="0057757C" w:rsidRPr="007F65A0" w:rsidRDefault="0057757C" w:rsidP="00D251EC">
            <w:pPr>
              <w:rPr>
                <w:sz w:val="24"/>
                <w:szCs w:val="24"/>
              </w:rPr>
            </w:pPr>
            <w:r w:rsidRPr="007F65A0">
              <w:rPr>
                <w:sz w:val="24"/>
                <w:szCs w:val="24"/>
              </w:rPr>
              <w:t>Önállóan öltözik és vetkőzik.</w:t>
            </w:r>
          </w:p>
        </w:tc>
        <w:tc>
          <w:tcPr>
            <w:tcW w:w="2606" w:type="dxa"/>
            <w:vAlign w:val="center"/>
          </w:tcPr>
          <w:p w14:paraId="1B3C5638" w14:textId="77777777" w:rsidR="0057757C" w:rsidRPr="007F65A0" w:rsidRDefault="0057757C" w:rsidP="00D251EC">
            <w:pPr>
              <w:jc w:val="center"/>
              <w:rPr>
                <w:sz w:val="24"/>
                <w:szCs w:val="24"/>
              </w:rPr>
            </w:pPr>
          </w:p>
        </w:tc>
        <w:tc>
          <w:tcPr>
            <w:tcW w:w="2606" w:type="dxa"/>
            <w:vAlign w:val="center"/>
          </w:tcPr>
          <w:p w14:paraId="74C4542B" w14:textId="77777777" w:rsidR="0057757C" w:rsidRPr="007F65A0" w:rsidRDefault="0057757C" w:rsidP="00D251EC">
            <w:pPr>
              <w:rPr>
                <w:sz w:val="24"/>
                <w:szCs w:val="24"/>
              </w:rPr>
            </w:pPr>
          </w:p>
        </w:tc>
      </w:tr>
      <w:tr w:rsidR="0057757C" w:rsidRPr="007F65A0" w14:paraId="730B865A" w14:textId="77777777" w:rsidTr="00D251EC">
        <w:trPr>
          <w:jc w:val="center"/>
        </w:trPr>
        <w:tc>
          <w:tcPr>
            <w:tcW w:w="2606" w:type="dxa"/>
            <w:vAlign w:val="center"/>
          </w:tcPr>
          <w:p w14:paraId="1EF8DF2A" w14:textId="77777777" w:rsidR="0057757C" w:rsidRPr="007F65A0" w:rsidRDefault="0057757C" w:rsidP="00D251EC">
            <w:pPr>
              <w:jc w:val="center"/>
              <w:rPr>
                <w:sz w:val="24"/>
                <w:szCs w:val="24"/>
              </w:rPr>
            </w:pPr>
            <w:r w:rsidRPr="007F65A0">
              <w:rPr>
                <w:sz w:val="24"/>
                <w:szCs w:val="24"/>
              </w:rPr>
              <w:t>2</w:t>
            </w:r>
          </w:p>
        </w:tc>
        <w:tc>
          <w:tcPr>
            <w:tcW w:w="2606" w:type="dxa"/>
            <w:vAlign w:val="center"/>
          </w:tcPr>
          <w:p w14:paraId="4C96143E" w14:textId="77777777" w:rsidR="0057757C" w:rsidRPr="007F65A0" w:rsidRDefault="0057757C" w:rsidP="00D251EC">
            <w:pPr>
              <w:rPr>
                <w:sz w:val="24"/>
                <w:szCs w:val="24"/>
              </w:rPr>
            </w:pPr>
            <w:r w:rsidRPr="007F65A0">
              <w:rPr>
                <w:sz w:val="24"/>
                <w:szCs w:val="24"/>
              </w:rPr>
              <w:t>Gombol, fűz; ruháit összehajtogatja és a helyére teszi.</w:t>
            </w:r>
          </w:p>
        </w:tc>
        <w:tc>
          <w:tcPr>
            <w:tcW w:w="2606" w:type="dxa"/>
            <w:vAlign w:val="center"/>
          </w:tcPr>
          <w:p w14:paraId="34935B07" w14:textId="77777777" w:rsidR="0057757C" w:rsidRPr="007F65A0" w:rsidRDefault="0057757C" w:rsidP="00D251EC">
            <w:pPr>
              <w:jc w:val="center"/>
              <w:rPr>
                <w:sz w:val="24"/>
                <w:szCs w:val="24"/>
              </w:rPr>
            </w:pPr>
          </w:p>
        </w:tc>
        <w:tc>
          <w:tcPr>
            <w:tcW w:w="2606" w:type="dxa"/>
            <w:vAlign w:val="center"/>
          </w:tcPr>
          <w:p w14:paraId="1417E07B" w14:textId="77777777" w:rsidR="0057757C" w:rsidRPr="007F65A0" w:rsidRDefault="0057757C" w:rsidP="00D251EC">
            <w:pPr>
              <w:rPr>
                <w:sz w:val="24"/>
                <w:szCs w:val="24"/>
              </w:rPr>
            </w:pPr>
          </w:p>
        </w:tc>
      </w:tr>
      <w:tr w:rsidR="0057757C" w:rsidRPr="007F65A0" w14:paraId="106ED435" w14:textId="77777777" w:rsidTr="00D251EC">
        <w:trPr>
          <w:jc w:val="center"/>
        </w:trPr>
        <w:tc>
          <w:tcPr>
            <w:tcW w:w="2606" w:type="dxa"/>
            <w:vAlign w:val="center"/>
          </w:tcPr>
          <w:p w14:paraId="1C2E2954" w14:textId="77777777" w:rsidR="0057757C" w:rsidRPr="007F65A0" w:rsidRDefault="0057757C" w:rsidP="00D251EC">
            <w:pPr>
              <w:jc w:val="center"/>
              <w:rPr>
                <w:sz w:val="24"/>
                <w:szCs w:val="24"/>
              </w:rPr>
            </w:pPr>
            <w:r w:rsidRPr="007F65A0">
              <w:rPr>
                <w:sz w:val="24"/>
                <w:szCs w:val="24"/>
              </w:rPr>
              <w:t>3</w:t>
            </w:r>
          </w:p>
        </w:tc>
        <w:tc>
          <w:tcPr>
            <w:tcW w:w="2606" w:type="dxa"/>
            <w:vAlign w:val="center"/>
          </w:tcPr>
          <w:p w14:paraId="31F42E18" w14:textId="77777777" w:rsidR="0057757C" w:rsidRPr="007F65A0" w:rsidRDefault="0057757C" w:rsidP="00D251EC">
            <w:pPr>
              <w:rPr>
                <w:sz w:val="24"/>
                <w:szCs w:val="24"/>
              </w:rPr>
            </w:pPr>
            <w:r w:rsidRPr="007F65A0">
              <w:rPr>
                <w:sz w:val="24"/>
                <w:szCs w:val="24"/>
              </w:rPr>
              <w:t>Ügyel ruházata rendezettségére.</w:t>
            </w:r>
          </w:p>
        </w:tc>
        <w:tc>
          <w:tcPr>
            <w:tcW w:w="2606" w:type="dxa"/>
            <w:vAlign w:val="center"/>
          </w:tcPr>
          <w:p w14:paraId="7F99197E" w14:textId="77777777" w:rsidR="0057757C" w:rsidRPr="007F65A0" w:rsidRDefault="0057757C" w:rsidP="00D251EC">
            <w:pPr>
              <w:jc w:val="center"/>
              <w:rPr>
                <w:sz w:val="24"/>
                <w:szCs w:val="24"/>
              </w:rPr>
            </w:pPr>
          </w:p>
        </w:tc>
        <w:tc>
          <w:tcPr>
            <w:tcW w:w="2606" w:type="dxa"/>
            <w:vAlign w:val="center"/>
          </w:tcPr>
          <w:p w14:paraId="2F74019E" w14:textId="77777777" w:rsidR="0057757C" w:rsidRPr="007F65A0" w:rsidRDefault="0057757C" w:rsidP="00D251EC">
            <w:pPr>
              <w:rPr>
                <w:sz w:val="24"/>
                <w:szCs w:val="24"/>
              </w:rPr>
            </w:pPr>
          </w:p>
        </w:tc>
      </w:tr>
      <w:tr w:rsidR="0057757C" w:rsidRPr="007F65A0" w14:paraId="1C9C1F81" w14:textId="77777777" w:rsidTr="00D251EC">
        <w:trPr>
          <w:jc w:val="center"/>
        </w:trPr>
        <w:tc>
          <w:tcPr>
            <w:tcW w:w="2606" w:type="dxa"/>
            <w:vAlign w:val="center"/>
          </w:tcPr>
          <w:p w14:paraId="06CFA583" w14:textId="77777777" w:rsidR="0057757C" w:rsidRPr="007F65A0" w:rsidRDefault="0057757C" w:rsidP="00D251EC">
            <w:pPr>
              <w:jc w:val="center"/>
              <w:rPr>
                <w:sz w:val="24"/>
                <w:szCs w:val="24"/>
              </w:rPr>
            </w:pPr>
            <w:r w:rsidRPr="007F65A0">
              <w:rPr>
                <w:sz w:val="24"/>
                <w:szCs w:val="24"/>
              </w:rPr>
              <w:t>4</w:t>
            </w:r>
          </w:p>
        </w:tc>
        <w:tc>
          <w:tcPr>
            <w:tcW w:w="2606" w:type="dxa"/>
            <w:vAlign w:val="center"/>
          </w:tcPr>
          <w:p w14:paraId="670D452A" w14:textId="77777777" w:rsidR="0057757C" w:rsidRPr="007F65A0" w:rsidRDefault="0057757C" w:rsidP="00D251EC">
            <w:pPr>
              <w:rPr>
                <w:sz w:val="24"/>
                <w:szCs w:val="24"/>
              </w:rPr>
            </w:pPr>
            <w:r w:rsidRPr="007F65A0">
              <w:rPr>
                <w:sz w:val="24"/>
                <w:szCs w:val="24"/>
              </w:rPr>
              <w:t>Önállóan mos kezet és arcot, megfelelően törölközik.</w:t>
            </w:r>
          </w:p>
        </w:tc>
        <w:tc>
          <w:tcPr>
            <w:tcW w:w="2606" w:type="dxa"/>
            <w:vAlign w:val="center"/>
          </w:tcPr>
          <w:p w14:paraId="03234D67" w14:textId="77777777" w:rsidR="0057757C" w:rsidRPr="007F65A0" w:rsidRDefault="0057757C" w:rsidP="00D251EC">
            <w:pPr>
              <w:jc w:val="center"/>
              <w:rPr>
                <w:sz w:val="24"/>
                <w:szCs w:val="24"/>
              </w:rPr>
            </w:pPr>
          </w:p>
        </w:tc>
        <w:tc>
          <w:tcPr>
            <w:tcW w:w="2606" w:type="dxa"/>
            <w:vAlign w:val="center"/>
          </w:tcPr>
          <w:p w14:paraId="7C5D2688" w14:textId="77777777" w:rsidR="0057757C" w:rsidRPr="007F65A0" w:rsidRDefault="0057757C" w:rsidP="00D251EC">
            <w:pPr>
              <w:rPr>
                <w:sz w:val="24"/>
                <w:szCs w:val="24"/>
              </w:rPr>
            </w:pPr>
          </w:p>
        </w:tc>
      </w:tr>
      <w:tr w:rsidR="0057757C" w:rsidRPr="007F65A0" w14:paraId="30938532" w14:textId="77777777" w:rsidTr="00D251EC">
        <w:trPr>
          <w:jc w:val="center"/>
        </w:trPr>
        <w:tc>
          <w:tcPr>
            <w:tcW w:w="2606" w:type="dxa"/>
            <w:vAlign w:val="center"/>
          </w:tcPr>
          <w:p w14:paraId="2C71583A" w14:textId="77777777" w:rsidR="0057757C" w:rsidRPr="007F65A0" w:rsidRDefault="0057757C" w:rsidP="00D251EC">
            <w:pPr>
              <w:jc w:val="center"/>
              <w:rPr>
                <w:sz w:val="24"/>
                <w:szCs w:val="24"/>
              </w:rPr>
            </w:pPr>
            <w:r w:rsidRPr="007F65A0">
              <w:rPr>
                <w:sz w:val="24"/>
                <w:szCs w:val="24"/>
              </w:rPr>
              <w:t>5</w:t>
            </w:r>
          </w:p>
        </w:tc>
        <w:tc>
          <w:tcPr>
            <w:tcW w:w="2606" w:type="dxa"/>
            <w:vAlign w:val="center"/>
          </w:tcPr>
          <w:p w14:paraId="13528409" w14:textId="77777777" w:rsidR="0057757C" w:rsidRPr="007F65A0" w:rsidRDefault="0057757C" w:rsidP="00D251EC">
            <w:pPr>
              <w:rPr>
                <w:sz w:val="24"/>
                <w:szCs w:val="24"/>
              </w:rPr>
            </w:pPr>
            <w:r w:rsidRPr="007F65A0">
              <w:rPr>
                <w:sz w:val="24"/>
                <w:szCs w:val="24"/>
              </w:rPr>
              <w:t>Helyesen mos fogat, fogmosó eszközeit rendben tartja.</w:t>
            </w:r>
          </w:p>
        </w:tc>
        <w:tc>
          <w:tcPr>
            <w:tcW w:w="2606" w:type="dxa"/>
            <w:vAlign w:val="center"/>
          </w:tcPr>
          <w:p w14:paraId="5FA01460" w14:textId="77777777" w:rsidR="0057757C" w:rsidRPr="007F65A0" w:rsidRDefault="0057757C" w:rsidP="00D251EC">
            <w:pPr>
              <w:jc w:val="center"/>
              <w:rPr>
                <w:sz w:val="24"/>
                <w:szCs w:val="24"/>
              </w:rPr>
            </w:pPr>
          </w:p>
        </w:tc>
        <w:tc>
          <w:tcPr>
            <w:tcW w:w="2606" w:type="dxa"/>
            <w:vAlign w:val="center"/>
          </w:tcPr>
          <w:p w14:paraId="1B3A8F2E" w14:textId="77777777" w:rsidR="0057757C" w:rsidRPr="007F65A0" w:rsidRDefault="0057757C" w:rsidP="00D251EC">
            <w:pPr>
              <w:rPr>
                <w:sz w:val="24"/>
                <w:szCs w:val="24"/>
              </w:rPr>
            </w:pPr>
          </w:p>
        </w:tc>
      </w:tr>
      <w:tr w:rsidR="0057757C" w:rsidRPr="007F65A0" w14:paraId="5AD62800" w14:textId="77777777" w:rsidTr="00D251EC">
        <w:trPr>
          <w:jc w:val="center"/>
        </w:trPr>
        <w:tc>
          <w:tcPr>
            <w:tcW w:w="2606" w:type="dxa"/>
            <w:vAlign w:val="center"/>
          </w:tcPr>
          <w:p w14:paraId="26698C75" w14:textId="77777777" w:rsidR="0057757C" w:rsidRPr="007F65A0" w:rsidRDefault="0057757C" w:rsidP="00D251EC">
            <w:pPr>
              <w:jc w:val="center"/>
              <w:rPr>
                <w:sz w:val="24"/>
                <w:szCs w:val="24"/>
              </w:rPr>
            </w:pPr>
            <w:r w:rsidRPr="007F65A0">
              <w:rPr>
                <w:sz w:val="24"/>
                <w:szCs w:val="24"/>
              </w:rPr>
              <w:t>6</w:t>
            </w:r>
          </w:p>
        </w:tc>
        <w:tc>
          <w:tcPr>
            <w:tcW w:w="2606" w:type="dxa"/>
            <w:vAlign w:val="center"/>
          </w:tcPr>
          <w:p w14:paraId="3A3E2E4F" w14:textId="77777777" w:rsidR="0057757C" w:rsidRPr="007F65A0" w:rsidRDefault="0057757C" w:rsidP="00D251EC">
            <w:pPr>
              <w:rPr>
                <w:sz w:val="24"/>
                <w:szCs w:val="24"/>
              </w:rPr>
            </w:pPr>
            <w:r w:rsidRPr="007F65A0">
              <w:rPr>
                <w:sz w:val="24"/>
                <w:szCs w:val="24"/>
              </w:rPr>
              <w:t>Önállóan használja a WC-t és a higiénés eszközöket.</w:t>
            </w:r>
          </w:p>
        </w:tc>
        <w:tc>
          <w:tcPr>
            <w:tcW w:w="2606" w:type="dxa"/>
            <w:vAlign w:val="center"/>
          </w:tcPr>
          <w:p w14:paraId="7E836350" w14:textId="77777777" w:rsidR="0057757C" w:rsidRPr="007F65A0" w:rsidRDefault="0057757C" w:rsidP="00D251EC">
            <w:pPr>
              <w:jc w:val="center"/>
              <w:rPr>
                <w:sz w:val="24"/>
                <w:szCs w:val="24"/>
              </w:rPr>
            </w:pPr>
          </w:p>
        </w:tc>
        <w:tc>
          <w:tcPr>
            <w:tcW w:w="2606" w:type="dxa"/>
            <w:vAlign w:val="center"/>
          </w:tcPr>
          <w:p w14:paraId="1185F35E" w14:textId="77777777" w:rsidR="0057757C" w:rsidRPr="007F65A0" w:rsidRDefault="0057757C" w:rsidP="00D251EC">
            <w:pPr>
              <w:rPr>
                <w:sz w:val="24"/>
                <w:szCs w:val="24"/>
              </w:rPr>
            </w:pPr>
          </w:p>
        </w:tc>
      </w:tr>
      <w:tr w:rsidR="0057757C" w:rsidRPr="007F65A0" w14:paraId="532063F0" w14:textId="77777777" w:rsidTr="00D251EC">
        <w:trPr>
          <w:jc w:val="center"/>
        </w:trPr>
        <w:tc>
          <w:tcPr>
            <w:tcW w:w="2606" w:type="dxa"/>
            <w:vAlign w:val="center"/>
          </w:tcPr>
          <w:p w14:paraId="64C97372" w14:textId="77777777" w:rsidR="0057757C" w:rsidRPr="007F65A0" w:rsidRDefault="0057757C" w:rsidP="00D251EC">
            <w:pPr>
              <w:jc w:val="center"/>
              <w:rPr>
                <w:sz w:val="24"/>
                <w:szCs w:val="24"/>
              </w:rPr>
            </w:pPr>
            <w:r w:rsidRPr="007F65A0">
              <w:rPr>
                <w:sz w:val="24"/>
                <w:szCs w:val="24"/>
              </w:rPr>
              <w:t>7</w:t>
            </w:r>
          </w:p>
        </w:tc>
        <w:tc>
          <w:tcPr>
            <w:tcW w:w="2606" w:type="dxa"/>
            <w:vAlign w:val="center"/>
          </w:tcPr>
          <w:p w14:paraId="1F5EC863" w14:textId="77777777" w:rsidR="0057757C" w:rsidRPr="007F65A0" w:rsidRDefault="0057757C" w:rsidP="00D251EC">
            <w:pPr>
              <w:rPr>
                <w:sz w:val="24"/>
                <w:szCs w:val="24"/>
              </w:rPr>
            </w:pPr>
            <w:r w:rsidRPr="007F65A0">
              <w:rPr>
                <w:sz w:val="24"/>
                <w:szCs w:val="24"/>
              </w:rPr>
              <w:t>Szükség szerint helyesen használ papír zsebkendőt.</w:t>
            </w:r>
          </w:p>
        </w:tc>
        <w:tc>
          <w:tcPr>
            <w:tcW w:w="2606" w:type="dxa"/>
            <w:vAlign w:val="center"/>
          </w:tcPr>
          <w:p w14:paraId="123A4DFE" w14:textId="77777777" w:rsidR="0057757C" w:rsidRPr="007F65A0" w:rsidRDefault="0057757C" w:rsidP="00D251EC">
            <w:pPr>
              <w:jc w:val="center"/>
              <w:rPr>
                <w:sz w:val="24"/>
                <w:szCs w:val="24"/>
              </w:rPr>
            </w:pPr>
          </w:p>
        </w:tc>
        <w:tc>
          <w:tcPr>
            <w:tcW w:w="2606" w:type="dxa"/>
            <w:vAlign w:val="center"/>
          </w:tcPr>
          <w:p w14:paraId="61CEBC73" w14:textId="77777777" w:rsidR="0057757C" w:rsidRPr="007F65A0" w:rsidRDefault="0057757C" w:rsidP="00D251EC">
            <w:pPr>
              <w:rPr>
                <w:sz w:val="24"/>
                <w:szCs w:val="24"/>
              </w:rPr>
            </w:pPr>
          </w:p>
        </w:tc>
      </w:tr>
      <w:tr w:rsidR="0057757C" w:rsidRPr="007F65A0" w14:paraId="55CC7660" w14:textId="77777777" w:rsidTr="00D251EC">
        <w:trPr>
          <w:jc w:val="center"/>
        </w:trPr>
        <w:tc>
          <w:tcPr>
            <w:tcW w:w="2606" w:type="dxa"/>
            <w:vAlign w:val="center"/>
          </w:tcPr>
          <w:p w14:paraId="1CA6D810" w14:textId="77777777" w:rsidR="0057757C" w:rsidRPr="007F65A0" w:rsidRDefault="0057757C" w:rsidP="00D251EC">
            <w:pPr>
              <w:jc w:val="center"/>
              <w:rPr>
                <w:sz w:val="24"/>
                <w:szCs w:val="24"/>
              </w:rPr>
            </w:pPr>
            <w:r w:rsidRPr="007F65A0">
              <w:rPr>
                <w:sz w:val="24"/>
                <w:szCs w:val="24"/>
              </w:rPr>
              <w:t>8</w:t>
            </w:r>
          </w:p>
        </w:tc>
        <w:tc>
          <w:tcPr>
            <w:tcW w:w="2606" w:type="dxa"/>
            <w:vAlign w:val="center"/>
          </w:tcPr>
          <w:p w14:paraId="47BBAA8A" w14:textId="77777777" w:rsidR="0057757C" w:rsidRPr="007F65A0" w:rsidRDefault="0057757C" w:rsidP="00D251EC">
            <w:pPr>
              <w:rPr>
                <w:sz w:val="24"/>
                <w:szCs w:val="24"/>
              </w:rPr>
            </w:pPr>
            <w:r w:rsidRPr="007F65A0">
              <w:rPr>
                <w:sz w:val="24"/>
                <w:szCs w:val="24"/>
              </w:rPr>
              <w:t>Önállóan étkezik; kanalat, villát megfelelően használ.</w:t>
            </w:r>
          </w:p>
        </w:tc>
        <w:tc>
          <w:tcPr>
            <w:tcW w:w="2606" w:type="dxa"/>
            <w:vAlign w:val="center"/>
          </w:tcPr>
          <w:p w14:paraId="058A49FA" w14:textId="77777777" w:rsidR="0057757C" w:rsidRPr="007F65A0" w:rsidRDefault="0057757C" w:rsidP="00D251EC">
            <w:pPr>
              <w:jc w:val="center"/>
              <w:rPr>
                <w:sz w:val="24"/>
                <w:szCs w:val="24"/>
              </w:rPr>
            </w:pPr>
          </w:p>
        </w:tc>
        <w:tc>
          <w:tcPr>
            <w:tcW w:w="2606" w:type="dxa"/>
            <w:vAlign w:val="center"/>
          </w:tcPr>
          <w:p w14:paraId="2544A721" w14:textId="77777777" w:rsidR="0057757C" w:rsidRPr="007F65A0" w:rsidRDefault="0057757C" w:rsidP="00D251EC">
            <w:pPr>
              <w:rPr>
                <w:sz w:val="24"/>
                <w:szCs w:val="24"/>
              </w:rPr>
            </w:pPr>
          </w:p>
        </w:tc>
      </w:tr>
      <w:tr w:rsidR="0057757C" w:rsidRPr="007F65A0" w14:paraId="589C15D5" w14:textId="77777777" w:rsidTr="00D251EC">
        <w:trPr>
          <w:jc w:val="center"/>
        </w:trPr>
        <w:tc>
          <w:tcPr>
            <w:tcW w:w="2606" w:type="dxa"/>
            <w:vAlign w:val="center"/>
          </w:tcPr>
          <w:p w14:paraId="1FE63577" w14:textId="77777777" w:rsidR="0057757C" w:rsidRPr="007F65A0" w:rsidRDefault="0057757C" w:rsidP="00D251EC">
            <w:pPr>
              <w:jc w:val="center"/>
              <w:rPr>
                <w:sz w:val="24"/>
                <w:szCs w:val="24"/>
              </w:rPr>
            </w:pPr>
            <w:r w:rsidRPr="007F65A0">
              <w:rPr>
                <w:sz w:val="24"/>
                <w:szCs w:val="24"/>
              </w:rPr>
              <w:t>9</w:t>
            </w:r>
          </w:p>
        </w:tc>
        <w:tc>
          <w:tcPr>
            <w:tcW w:w="2606" w:type="dxa"/>
            <w:vAlign w:val="center"/>
          </w:tcPr>
          <w:p w14:paraId="5D9DE1FB" w14:textId="77777777" w:rsidR="0057757C" w:rsidRPr="007F65A0" w:rsidRDefault="0057757C" w:rsidP="00D251EC">
            <w:pPr>
              <w:rPr>
                <w:sz w:val="24"/>
                <w:szCs w:val="24"/>
              </w:rPr>
            </w:pPr>
            <w:r w:rsidRPr="007F65A0">
              <w:rPr>
                <w:sz w:val="24"/>
                <w:szCs w:val="24"/>
              </w:rPr>
              <w:t>Ismeri és betartja a kulturált étkezés alapvető szabályait.</w:t>
            </w:r>
          </w:p>
        </w:tc>
        <w:tc>
          <w:tcPr>
            <w:tcW w:w="2606" w:type="dxa"/>
            <w:vAlign w:val="center"/>
          </w:tcPr>
          <w:p w14:paraId="0CF34C87" w14:textId="77777777" w:rsidR="0057757C" w:rsidRPr="007F65A0" w:rsidRDefault="0057757C" w:rsidP="00D251EC">
            <w:pPr>
              <w:jc w:val="center"/>
              <w:rPr>
                <w:sz w:val="24"/>
                <w:szCs w:val="24"/>
              </w:rPr>
            </w:pPr>
          </w:p>
        </w:tc>
        <w:tc>
          <w:tcPr>
            <w:tcW w:w="2606" w:type="dxa"/>
            <w:vAlign w:val="center"/>
          </w:tcPr>
          <w:p w14:paraId="6CCB918F" w14:textId="77777777" w:rsidR="0057757C" w:rsidRPr="007F65A0" w:rsidRDefault="0057757C" w:rsidP="00D251EC">
            <w:pPr>
              <w:rPr>
                <w:sz w:val="24"/>
                <w:szCs w:val="24"/>
              </w:rPr>
            </w:pPr>
          </w:p>
        </w:tc>
      </w:tr>
      <w:tr w:rsidR="0057757C" w:rsidRPr="007F65A0" w14:paraId="2D840189" w14:textId="77777777" w:rsidTr="00D251EC">
        <w:trPr>
          <w:jc w:val="center"/>
        </w:trPr>
        <w:tc>
          <w:tcPr>
            <w:tcW w:w="2606" w:type="dxa"/>
            <w:vAlign w:val="center"/>
          </w:tcPr>
          <w:p w14:paraId="76FE6205" w14:textId="77777777" w:rsidR="0057757C" w:rsidRPr="007F65A0" w:rsidRDefault="0057757C" w:rsidP="00D251EC">
            <w:pPr>
              <w:jc w:val="center"/>
              <w:rPr>
                <w:sz w:val="24"/>
                <w:szCs w:val="24"/>
              </w:rPr>
            </w:pPr>
            <w:r w:rsidRPr="007F65A0">
              <w:rPr>
                <w:sz w:val="24"/>
                <w:szCs w:val="24"/>
              </w:rPr>
              <w:t>10</w:t>
            </w:r>
          </w:p>
        </w:tc>
        <w:tc>
          <w:tcPr>
            <w:tcW w:w="2606" w:type="dxa"/>
            <w:vAlign w:val="center"/>
          </w:tcPr>
          <w:p w14:paraId="18034B43" w14:textId="77777777" w:rsidR="0057757C" w:rsidRPr="007F65A0" w:rsidRDefault="0057757C" w:rsidP="00D251EC">
            <w:pPr>
              <w:rPr>
                <w:sz w:val="24"/>
                <w:szCs w:val="24"/>
              </w:rPr>
            </w:pPr>
            <w:r w:rsidRPr="007F65A0">
              <w:rPr>
                <w:sz w:val="24"/>
                <w:szCs w:val="24"/>
              </w:rPr>
              <w:t>Elfogad zöldséget, gyümölcsöt; rendszeres folyadékfogyasztási szokása kialakult.</w:t>
            </w:r>
          </w:p>
        </w:tc>
        <w:tc>
          <w:tcPr>
            <w:tcW w:w="2606" w:type="dxa"/>
            <w:vAlign w:val="center"/>
          </w:tcPr>
          <w:p w14:paraId="516AFD1D" w14:textId="77777777" w:rsidR="0057757C" w:rsidRPr="007F65A0" w:rsidRDefault="0057757C" w:rsidP="00D251EC">
            <w:pPr>
              <w:jc w:val="center"/>
              <w:rPr>
                <w:sz w:val="24"/>
                <w:szCs w:val="24"/>
              </w:rPr>
            </w:pPr>
          </w:p>
        </w:tc>
        <w:tc>
          <w:tcPr>
            <w:tcW w:w="2606" w:type="dxa"/>
            <w:vAlign w:val="center"/>
          </w:tcPr>
          <w:p w14:paraId="107D2F15" w14:textId="77777777" w:rsidR="0057757C" w:rsidRPr="007F65A0" w:rsidRDefault="0057757C" w:rsidP="00D251EC">
            <w:pPr>
              <w:rPr>
                <w:sz w:val="24"/>
                <w:szCs w:val="24"/>
              </w:rPr>
            </w:pPr>
          </w:p>
        </w:tc>
      </w:tr>
      <w:tr w:rsidR="0057757C" w:rsidRPr="007F65A0" w14:paraId="197A1D3F" w14:textId="77777777" w:rsidTr="00D251EC">
        <w:trPr>
          <w:jc w:val="center"/>
        </w:trPr>
        <w:tc>
          <w:tcPr>
            <w:tcW w:w="2606" w:type="dxa"/>
            <w:vAlign w:val="center"/>
          </w:tcPr>
          <w:p w14:paraId="3C3BB47E" w14:textId="77777777" w:rsidR="0057757C" w:rsidRPr="007F65A0" w:rsidRDefault="0057757C" w:rsidP="00D251EC">
            <w:pPr>
              <w:rPr>
                <w:sz w:val="24"/>
                <w:szCs w:val="24"/>
              </w:rPr>
            </w:pPr>
          </w:p>
        </w:tc>
        <w:tc>
          <w:tcPr>
            <w:tcW w:w="2606" w:type="dxa"/>
            <w:shd w:val="clear" w:color="auto" w:fill="EEF5FB"/>
            <w:vAlign w:val="center"/>
          </w:tcPr>
          <w:p w14:paraId="598829CD" w14:textId="77777777" w:rsidR="0057757C" w:rsidRPr="007F65A0" w:rsidRDefault="0057757C" w:rsidP="00D251EC">
            <w:pPr>
              <w:rPr>
                <w:sz w:val="24"/>
                <w:szCs w:val="24"/>
              </w:rPr>
            </w:pPr>
            <w:r w:rsidRPr="007F65A0">
              <w:rPr>
                <w:b/>
                <w:sz w:val="24"/>
                <w:szCs w:val="24"/>
              </w:rPr>
              <w:t>Területi összesítés – maximum 20 pont</w:t>
            </w:r>
          </w:p>
        </w:tc>
        <w:tc>
          <w:tcPr>
            <w:tcW w:w="2606" w:type="dxa"/>
            <w:shd w:val="clear" w:color="auto" w:fill="EEF5FB"/>
            <w:vAlign w:val="center"/>
          </w:tcPr>
          <w:p w14:paraId="57B88A1E" w14:textId="77777777" w:rsidR="0057757C" w:rsidRPr="007F65A0" w:rsidRDefault="0057757C" w:rsidP="00D251EC">
            <w:pPr>
              <w:rPr>
                <w:sz w:val="24"/>
                <w:szCs w:val="24"/>
              </w:rPr>
            </w:pPr>
            <w:r w:rsidRPr="007F65A0">
              <w:rPr>
                <w:b/>
                <w:sz w:val="24"/>
                <w:szCs w:val="24"/>
              </w:rPr>
              <w:t>____ / 20</w:t>
            </w:r>
          </w:p>
        </w:tc>
        <w:tc>
          <w:tcPr>
            <w:tcW w:w="2606" w:type="dxa"/>
            <w:shd w:val="clear" w:color="auto" w:fill="EEF5FB"/>
            <w:vAlign w:val="center"/>
          </w:tcPr>
          <w:p w14:paraId="5D978946" w14:textId="77777777" w:rsidR="0057757C" w:rsidRPr="007F65A0" w:rsidRDefault="0057757C" w:rsidP="00D251EC">
            <w:pPr>
              <w:rPr>
                <w:sz w:val="24"/>
                <w:szCs w:val="24"/>
              </w:rPr>
            </w:pPr>
            <w:r w:rsidRPr="007F65A0">
              <w:rPr>
                <w:b/>
                <w:sz w:val="24"/>
                <w:szCs w:val="24"/>
              </w:rPr>
              <w:t>______ %</w:t>
            </w:r>
          </w:p>
        </w:tc>
      </w:tr>
    </w:tbl>
    <w:p w14:paraId="7CC0B30E" w14:textId="77777777" w:rsidR="0057757C" w:rsidRPr="007F65A0" w:rsidRDefault="0057757C" w:rsidP="0057757C">
      <w:pPr>
        <w:rPr>
          <w:sz w:val="24"/>
          <w:szCs w:val="24"/>
        </w:rPr>
      </w:pPr>
    </w:p>
    <w:p w14:paraId="07A210A2" w14:textId="77777777" w:rsidR="0057757C" w:rsidRPr="007F65A0" w:rsidRDefault="0057757C" w:rsidP="0057757C">
      <w:pPr>
        <w:pStyle w:val="Cmsor2"/>
        <w:rPr>
          <w:rFonts w:ascii="Times New Roman" w:hAnsi="Times New Roman" w:cs="Times New Roman"/>
          <w:sz w:val="24"/>
          <w:szCs w:val="24"/>
        </w:rPr>
      </w:pPr>
      <w:r w:rsidRPr="007F65A0">
        <w:rPr>
          <w:rFonts w:ascii="Times New Roman" w:hAnsi="Times New Roman" w:cs="Times New Roman"/>
          <w:sz w:val="24"/>
          <w:szCs w:val="24"/>
        </w:rPr>
        <w:t>B. Környezeti higiéné és környezettudatos magatartás</w:t>
      </w:r>
    </w:p>
    <w:tbl>
      <w:tblPr>
        <w:tblStyle w:val="Rcsostblzat"/>
        <w:tblW w:w="0" w:type="auto"/>
        <w:jc w:val="center"/>
        <w:tblLook w:val="04A0" w:firstRow="1" w:lastRow="0" w:firstColumn="1" w:lastColumn="0" w:noHBand="0" w:noVBand="1"/>
      </w:tblPr>
      <w:tblGrid>
        <w:gridCol w:w="2604"/>
        <w:gridCol w:w="2605"/>
        <w:gridCol w:w="2603"/>
        <w:gridCol w:w="2604"/>
      </w:tblGrid>
      <w:tr w:rsidR="0057757C" w:rsidRPr="007F65A0" w14:paraId="08C81497" w14:textId="77777777" w:rsidTr="00D251EC">
        <w:trPr>
          <w:tblHeader/>
          <w:jc w:val="center"/>
        </w:trPr>
        <w:tc>
          <w:tcPr>
            <w:tcW w:w="2606" w:type="dxa"/>
            <w:shd w:val="clear" w:color="auto" w:fill="D9EAF7"/>
            <w:vAlign w:val="center"/>
          </w:tcPr>
          <w:p w14:paraId="6F64C3BB" w14:textId="77777777" w:rsidR="0057757C" w:rsidRPr="007F65A0" w:rsidRDefault="0057757C" w:rsidP="00D251EC">
            <w:pPr>
              <w:jc w:val="center"/>
              <w:rPr>
                <w:sz w:val="24"/>
                <w:szCs w:val="24"/>
              </w:rPr>
            </w:pPr>
            <w:r w:rsidRPr="007F65A0">
              <w:rPr>
                <w:b/>
                <w:sz w:val="24"/>
                <w:szCs w:val="24"/>
              </w:rPr>
              <w:t>Ssz.</w:t>
            </w:r>
          </w:p>
        </w:tc>
        <w:tc>
          <w:tcPr>
            <w:tcW w:w="2606" w:type="dxa"/>
            <w:shd w:val="clear" w:color="auto" w:fill="D9EAF7"/>
            <w:vAlign w:val="center"/>
          </w:tcPr>
          <w:p w14:paraId="07B5D592" w14:textId="77777777" w:rsidR="0057757C" w:rsidRPr="007F65A0" w:rsidRDefault="0057757C" w:rsidP="00D251EC">
            <w:pPr>
              <w:jc w:val="center"/>
              <w:rPr>
                <w:sz w:val="24"/>
                <w:szCs w:val="24"/>
              </w:rPr>
            </w:pPr>
            <w:r w:rsidRPr="007F65A0">
              <w:rPr>
                <w:b/>
                <w:sz w:val="24"/>
                <w:szCs w:val="24"/>
              </w:rPr>
              <w:t>Megfigyelhető kimeneti jellemző</w:t>
            </w:r>
          </w:p>
        </w:tc>
        <w:tc>
          <w:tcPr>
            <w:tcW w:w="2606" w:type="dxa"/>
            <w:shd w:val="clear" w:color="auto" w:fill="D9EAF7"/>
            <w:vAlign w:val="center"/>
          </w:tcPr>
          <w:p w14:paraId="65CF0699" w14:textId="77777777" w:rsidR="0057757C" w:rsidRPr="007F65A0" w:rsidRDefault="0057757C" w:rsidP="00D251EC">
            <w:pPr>
              <w:jc w:val="center"/>
              <w:rPr>
                <w:sz w:val="24"/>
                <w:szCs w:val="24"/>
              </w:rPr>
            </w:pPr>
            <w:r w:rsidRPr="007F65A0">
              <w:rPr>
                <w:b/>
                <w:sz w:val="24"/>
                <w:szCs w:val="24"/>
              </w:rPr>
              <w:t>Pont</w:t>
            </w:r>
            <w:r w:rsidRPr="007F65A0">
              <w:rPr>
                <w:b/>
                <w:sz w:val="24"/>
                <w:szCs w:val="24"/>
              </w:rPr>
              <w:br/>
              <w:t>0–2</w:t>
            </w:r>
          </w:p>
        </w:tc>
        <w:tc>
          <w:tcPr>
            <w:tcW w:w="2606" w:type="dxa"/>
            <w:shd w:val="clear" w:color="auto" w:fill="D9EAF7"/>
            <w:vAlign w:val="center"/>
          </w:tcPr>
          <w:p w14:paraId="523CFD23" w14:textId="77777777" w:rsidR="0057757C" w:rsidRPr="007F65A0" w:rsidRDefault="0057757C" w:rsidP="00D251EC">
            <w:pPr>
              <w:jc w:val="center"/>
              <w:rPr>
                <w:sz w:val="24"/>
                <w:szCs w:val="24"/>
              </w:rPr>
            </w:pPr>
            <w:r w:rsidRPr="007F65A0">
              <w:rPr>
                <w:b/>
                <w:sz w:val="24"/>
                <w:szCs w:val="24"/>
              </w:rPr>
              <w:t>Megjegyzés</w:t>
            </w:r>
          </w:p>
        </w:tc>
      </w:tr>
      <w:tr w:rsidR="0057757C" w:rsidRPr="007F65A0" w14:paraId="3FEA79BE" w14:textId="77777777" w:rsidTr="00D251EC">
        <w:trPr>
          <w:jc w:val="center"/>
        </w:trPr>
        <w:tc>
          <w:tcPr>
            <w:tcW w:w="2606" w:type="dxa"/>
            <w:vAlign w:val="center"/>
          </w:tcPr>
          <w:p w14:paraId="7ECA9568" w14:textId="77777777" w:rsidR="0057757C" w:rsidRPr="007F65A0" w:rsidRDefault="0057757C" w:rsidP="00D251EC">
            <w:pPr>
              <w:jc w:val="center"/>
              <w:rPr>
                <w:sz w:val="24"/>
                <w:szCs w:val="24"/>
              </w:rPr>
            </w:pPr>
            <w:r w:rsidRPr="007F65A0">
              <w:rPr>
                <w:sz w:val="24"/>
                <w:szCs w:val="24"/>
              </w:rPr>
              <w:t>1</w:t>
            </w:r>
          </w:p>
        </w:tc>
        <w:tc>
          <w:tcPr>
            <w:tcW w:w="2606" w:type="dxa"/>
            <w:vAlign w:val="center"/>
          </w:tcPr>
          <w:p w14:paraId="3CD2AB98" w14:textId="77777777" w:rsidR="0057757C" w:rsidRPr="007F65A0" w:rsidRDefault="0057757C" w:rsidP="00D251EC">
            <w:pPr>
              <w:rPr>
                <w:sz w:val="24"/>
                <w:szCs w:val="24"/>
              </w:rPr>
            </w:pPr>
            <w:r w:rsidRPr="007F65A0">
              <w:rPr>
                <w:sz w:val="24"/>
                <w:szCs w:val="24"/>
              </w:rPr>
              <w:t>A hulladékot a kijelölt gyűjtőhelyre teszi.</w:t>
            </w:r>
          </w:p>
        </w:tc>
        <w:tc>
          <w:tcPr>
            <w:tcW w:w="2606" w:type="dxa"/>
            <w:vAlign w:val="center"/>
          </w:tcPr>
          <w:p w14:paraId="790DC6F3" w14:textId="77777777" w:rsidR="0057757C" w:rsidRPr="007F65A0" w:rsidRDefault="0057757C" w:rsidP="00D251EC">
            <w:pPr>
              <w:jc w:val="center"/>
              <w:rPr>
                <w:sz w:val="24"/>
                <w:szCs w:val="24"/>
              </w:rPr>
            </w:pPr>
          </w:p>
        </w:tc>
        <w:tc>
          <w:tcPr>
            <w:tcW w:w="2606" w:type="dxa"/>
            <w:vAlign w:val="center"/>
          </w:tcPr>
          <w:p w14:paraId="2096453A" w14:textId="77777777" w:rsidR="0057757C" w:rsidRPr="007F65A0" w:rsidRDefault="0057757C" w:rsidP="00D251EC">
            <w:pPr>
              <w:rPr>
                <w:sz w:val="24"/>
                <w:szCs w:val="24"/>
              </w:rPr>
            </w:pPr>
          </w:p>
        </w:tc>
      </w:tr>
      <w:tr w:rsidR="0057757C" w:rsidRPr="007F65A0" w14:paraId="7F443A72" w14:textId="77777777" w:rsidTr="00D251EC">
        <w:trPr>
          <w:jc w:val="center"/>
        </w:trPr>
        <w:tc>
          <w:tcPr>
            <w:tcW w:w="2606" w:type="dxa"/>
            <w:vAlign w:val="center"/>
          </w:tcPr>
          <w:p w14:paraId="214D464B" w14:textId="77777777" w:rsidR="0057757C" w:rsidRPr="007F65A0" w:rsidRDefault="0057757C" w:rsidP="00D251EC">
            <w:pPr>
              <w:jc w:val="center"/>
              <w:rPr>
                <w:sz w:val="24"/>
                <w:szCs w:val="24"/>
              </w:rPr>
            </w:pPr>
            <w:r w:rsidRPr="007F65A0">
              <w:rPr>
                <w:sz w:val="24"/>
                <w:szCs w:val="24"/>
              </w:rPr>
              <w:t>2</w:t>
            </w:r>
          </w:p>
        </w:tc>
        <w:tc>
          <w:tcPr>
            <w:tcW w:w="2606" w:type="dxa"/>
            <w:vAlign w:val="center"/>
          </w:tcPr>
          <w:p w14:paraId="2C8E5DAD" w14:textId="77777777" w:rsidR="0057757C" w:rsidRPr="007F65A0" w:rsidRDefault="0057757C" w:rsidP="00D251EC">
            <w:pPr>
              <w:rPr>
                <w:sz w:val="24"/>
                <w:szCs w:val="24"/>
              </w:rPr>
            </w:pPr>
            <w:r w:rsidRPr="007F65A0">
              <w:rPr>
                <w:sz w:val="24"/>
                <w:szCs w:val="24"/>
              </w:rPr>
              <w:t>Vigyáz az eszközök állapotára, használat után a helyére teszi őket.</w:t>
            </w:r>
          </w:p>
        </w:tc>
        <w:tc>
          <w:tcPr>
            <w:tcW w:w="2606" w:type="dxa"/>
            <w:vAlign w:val="center"/>
          </w:tcPr>
          <w:p w14:paraId="6CAC72B0" w14:textId="77777777" w:rsidR="0057757C" w:rsidRPr="007F65A0" w:rsidRDefault="0057757C" w:rsidP="00D251EC">
            <w:pPr>
              <w:jc w:val="center"/>
              <w:rPr>
                <w:sz w:val="24"/>
                <w:szCs w:val="24"/>
              </w:rPr>
            </w:pPr>
          </w:p>
        </w:tc>
        <w:tc>
          <w:tcPr>
            <w:tcW w:w="2606" w:type="dxa"/>
            <w:vAlign w:val="center"/>
          </w:tcPr>
          <w:p w14:paraId="2EB8B6A9" w14:textId="77777777" w:rsidR="0057757C" w:rsidRPr="007F65A0" w:rsidRDefault="0057757C" w:rsidP="00D251EC">
            <w:pPr>
              <w:rPr>
                <w:sz w:val="24"/>
                <w:szCs w:val="24"/>
              </w:rPr>
            </w:pPr>
          </w:p>
        </w:tc>
      </w:tr>
      <w:tr w:rsidR="0057757C" w:rsidRPr="007F65A0" w14:paraId="51050AAD" w14:textId="77777777" w:rsidTr="00D251EC">
        <w:trPr>
          <w:jc w:val="center"/>
        </w:trPr>
        <w:tc>
          <w:tcPr>
            <w:tcW w:w="2606" w:type="dxa"/>
            <w:vAlign w:val="center"/>
          </w:tcPr>
          <w:p w14:paraId="77832B6F" w14:textId="77777777" w:rsidR="0057757C" w:rsidRPr="007F65A0" w:rsidRDefault="0057757C" w:rsidP="00D251EC">
            <w:pPr>
              <w:jc w:val="center"/>
              <w:rPr>
                <w:sz w:val="24"/>
                <w:szCs w:val="24"/>
              </w:rPr>
            </w:pPr>
            <w:r w:rsidRPr="007F65A0">
              <w:rPr>
                <w:sz w:val="24"/>
                <w:szCs w:val="24"/>
              </w:rPr>
              <w:t>3</w:t>
            </w:r>
          </w:p>
        </w:tc>
        <w:tc>
          <w:tcPr>
            <w:tcW w:w="2606" w:type="dxa"/>
            <w:vAlign w:val="center"/>
          </w:tcPr>
          <w:p w14:paraId="7E26439F" w14:textId="77777777" w:rsidR="0057757C" w:rsidRPr="007F65A0" w:rsidRDefault="0057757C" w:rsidP="00D251EC">
            <w:pPr>
              <w:rPr>
                <w:sz w:val="24"/>
                <w:szCs w:val="24"/>
              </w:rPr>
            </w:pPr>
            <w:r w:rsidRPr="007F65A0">
              <w:rPr>
                <w:sz w:val="24"/>
                <w:szCs w:val="24"/>
              </w:rPr>
              <w:t>Felismeri a rendezett, tiszta, esztétikus környezet értékét.</w:t>
            </w:r>
          </w:p>
        </w:tc>
        <w:tc>
          <w:tcPr>
            <w:tcW w:w="2606" w:type="dxa"/>
            <w:vAlign w:val="center"/>
          </w:tcPr>
          <w:p w14:paraId="1CFD262C" w14:textId="77777777" w:rsidR="0057757C" w:rsidRPr="007F65A0" w:rsidRDefault="0057757C" w:rsidP="00D251EC">
            <w:pPr>
              <w:jc w:val="center"/>
              <w:rPr>
                <w:sz w:val="24"/>
                <w:szCs w:val="24"/>
              </w:rPr>
            </w:pPr>
          </w:p>
        </w:tc>
        <w:tc>
          <w:tcPr>
            <w:tcW w:w="2606" w:type="dxa"/>
            <w:vAlign w:val="center"/>
          </w:tcPr>
          <w:p w14:paraId="36AE1FC1" w14:textId="77777777" w:rsidR="0057757C" w:rsidRPr="007F65A0" w:rsidRDefault="0057757C" w:rsidP="00D251EC">
            <w:pPr>
              <w:rPr>
                <w:sz w:val="24"/>
                <w:szCs w:val="24"/>
              </w:rPr>
            </w:pPr>
          </w:p>
        </w:tc>
      </w:tr>
      <w:tr w:rsidR="0057757C" w:rsidRPr="007F65A0" w14:paraId="1CA071E5" w14:textId="77777777" w:rsidTr="00D251EC">
        <w:trPr>
          <w:jc w:val="center"/>
        </w:trPr>
        <w:tc>
          <w:tcPr>
            <w:tcW w:w="2606" w:type="dxa"/>
            <w:vAlign w:val="center"/>
          </w:tcPr>
          <w:p w14:paraId="49776756" w14:textId="77777777" w:rsidR="0057757C" w:rsidRPr="007F65A0" w:rsidRDefault="0057757C" w:rsidP="00D251EC">
            <w:pPr>
              <w:jc w:val="center"/>
              <w:rPr>
                <w:sz w:val="24"/>
                <w:szCs w:val="24"/>
              </w:rPr>
            </w:pPr>
            <w:r w:rsidRPr="007F65A0">
              <w:rPr>
                <w:sz w:val="24"/>
                <w:szCs w:val="24"/>
              </w:rPr>
              <w:lastRenderedPageBreak/>
              <w:t>4</w:t>
            </w:r>
          </w:p>
        </w:tc>
        <w:tc>
          <w:tcPr>
            <w:tcW w:w="2606" w:type="dxa"/>
            <w:vAlign w:val="center"/>
          </w:tcPr>
          <w:p w14:paraId="04C43BF1" w14:textId="77777777" w:rsidR="0057757C" w:rsidRPr="007F65A0" w:rsidRDefault="0057757C" w:rsidP="00D251EC">
            <w:pPr>
              <w:rPr>
                <w:sz w:val="24"/>
                <w:szCs w:val="24"/>
              </w:rPr>
            </w:pPr>
            <w:r w:rsidRPr="007F65A0">
              <w:rPr>
                <w:sz w:val="24"/>
                <w:szCs w:val="24"/>
              </w:rPr>
              <w:t>Észreveszi és helyteleníti a piszkos, szemetes, rendezetlen környezetet.</w:t>
            </w:r>
          </w:p>
        </w:tc>
        <w:tc>
          <w:tcPr>
            <w:tcW w:w="2606" w:type="dxa"/>
            <w:vAlign w:val="center"/>
          </w:tcPr>
          <w:p w14:paraId="773C3D07" w14:textId="77777777" w:rsidR="0057757C" w:rsidRPr="007F65A0" w:rsidRDefault="0057757C" w:rsidP="00D251EC">
            <w:pPr>
              <w:jc w:val="center"/>
              <w:rPr>
                <w:sz w:val="24"/>
                <w:szCs w:val="24"/>
              </w:rPr>
            </w:pPr>
          </w:p>
        </w:tc>
        <w:tc>
          <w:tcPr>
            <w:tcW w:w="2606" w:type="dxa"/>
            <w:vAlign w:val="center"/>
          </w:tcPr>
          <w:p w14:paraId="5CFE2363" w14:textId="77777777" w:rsidR="0057757C" w:rsidRPr="007F65A0" w:rsidRDefault="0057757C" w:rsidP="00D251EC">
            <w:pPr>
              <w:rPr>
                <w:sz w:val="24"/>
                <w:szCs w:val="24"/>
              </w:rPr>
            </w:pPr>
          </w:p>
        </w:tc>
      </w:tr>
      <w:tr w:rsidR="0057757C" w:rsidRPr="007F65A0" w14:paraId="327D17DF" w14:textId="77777777" w:rsidTr="00D251EC">
        <w:trPr>
          <w:jc w:val="center"/>
        </w:trPr>
        <w:tc>
          <w:tcPr>
            <w:tcW w:w="2606" w:type="dxa"/>
            <w:vAlign w:val="center"/>
          </w:tcPr>
          <w:p w14:paraId="523E2B5E" w14:textId="77777777" w:rsidR="0057757C" w:rsidRPr="007F65A0" w:rsidRDefault="0057757C" w:rsidP="00D251EC">
            <w:pPr>
              <w:jc w:val="center"/>
              <w:rPr>
                <w:sz w:val="24"/>
                <w:szCs w:val="24"/>
              </w:rPr>
            </w:pPr>
            <w:r w:rsidRPr="007F65A0">
              <w:rPr>
                <w:sz w:val="24"/>
                <w:szCs w:val="24"/>
              </w:rPr>
              <w:t>5</w:t>
            </w:r>
          </w:p>
        </w:tc>
        <w:tc>
          <w:tcPr>
            <w:tcW w:w="2606" w:type="dxa"/>
            <w:vAlign w:val="center"/>
          </w:tcPr>
          <w:p w14:paraId="3612926F" w14:textId="77777777" w:rsidR="0057757C" w:rsidRPr="007F65A0" w:rsidRDefault="0057757C" w:rsidP="00D251EC">
            <w:pPr>
              <w:rPr>
                <w:sz w:val="24"/>
                <w:szCs w:val="24"/>
              </w:rPr>
            </w:pPr>
            <w:r w:rsidRPr="007F65A0">
              <w:rPr>
                <w:sz w:val="24"/>
                <w:szCs w:val="24"/>
              </w:rPr>
              <w:t>Szívesen részt vesz a környezet szépítésében, rendezésében.</w:t>
            </w:r>
          </w:p>
        </w:tc>
        <w:tc>
          <w:tcPr>
            <w:tcW w:w="2606" w:type="dxa"/>
            <w:vAlign w:val="center"/>
          </w:tcPr>
          <w:p w14:paraId="01888BA3" w14:textId="77777777" w:rsidR="0057757C" w:rsidRPr="007F65A0" w:rsidRDefault="0057757C" w:rsidP="00D251EC">
            <w:pPr>
              <w:jc w:val="center"/>
              <w:rPr>
                <w:sz w:val="24"/>
                <w:szCs w:val="24"/>
              </w:rPr>
            </w:pPr>
          </w:p>
        </w:tc>
        <w:tc>
          <w:tcPr>
            <w:tcW w:w="2606" w:type="dxa"/>
            <w:vAlign w:val="center"/>
          </w:tcPr>
          <w:p w14:paraId="6E61A17D" w14:textId="77777777" w:rsidR="0057757C" w:rsidRPr="007F65A0" w:rsidRDefault="0057757C" w:rsidP="00D251EC">
            <w:pPr>
              <w:rPr>
                <w:sz w:val="24"/>
                <w:szCs w:val="24"/>
              </w:rPr>
            </w:pPr>
          </w:p>
        </w:tc>
      </w:tr>
      <w:tr w:rsidR="0057757C" w:rsidRPr="007F65A0" w14:paraId="4EC6E2EF" w14:textId="77777777" w:rsidTr="00D251EC">
        <w:trPr>
          <w:jc w:val="center"/>
        </w:trPr>
        <w:tc>
          <w:tcPr>
            <w:tcW w:w="2606" w:type="dxa"/>
            <w:vAlign w:val="center"/>
          </w:tcPr>
          <w:p w14:paraId="040994C4" w14:textId="77777777" w:rsidR="0057757C" w:rsidRPr="007F65A0" w:rsidRDefault="0057757C" w:rsidP="00D251EC">
            <w:pPr>
              <w:jc w:val="center"/>
              <w:rPr>
                <w:sz w:val="24"/>
                <w:szCs w:val="24"/>
              </w:rPr>
            </w:pPr>
            <w:r w:rsidRPr="007F65A0">
              <w:rPr>
                <w:sz w:val="24"/>
                <w:szCs w:val="24"/>
              </w:rPr>
              <w:t>6</w:t>
            </w:r>
          </w:p>
        </w:tc>
        <w:tc>
          <w:tcPr>
            <w:tcW w:w="2606" w:type="dxa"/>
            <w:vAlign w:val="center"/>
          </w:tcPr>
          <w:p w14:paraId="7E9CD301" w14:textId="77777777" w:rsidR="0057757C" w:rsidRPr="007F65A0" w:rsidRDefault="0057757C" w:rsidP="00D251EC">
            <w:pPr>
              <w:rPr>
                <w:sz w:val="24"/>
                <w:szCs w:val="24"/>
              </w:rPr>
            </w:pPr>
            <w:r w:rsidRPr="007F65A0">
              <w:rPr>
                <w:sz w:val="24"/>
                <w:szCs w:val="24"/>
              </w:rPr>
              <w:t>Tapasztalatai vannak a környezet védelmének alapvető tennivalóiról.</w:t>
            </w:r>
          </w:p>
        </w:tc>
        <w:tc>
          <w:tcPr>
            <w:tcW w:w="2606" w:type="dxa"/>
            <w:vAlign w:val="center"/>
          </w:tcPr>
          <w:p w14:paraId="6157C938" w14:textId="77777777" w:rsidR="0057757C" w:rsidRPr="007F65A0" w:rsidRDefault="0057757C" w:rsidP="00D251EC">
            <w:pPr>
              <w:jc w:val="center"/>
              <w:rPr>
                <w:sz w:val="24"/>
                <w:szCs w:val="24"/>
              </w:rPr>
            </w:pPr>
          </w:p>
        </w:tc>
        <w:tc>
          <w:tcPr>
            <w:tcW w:w="2606" w:type="dxa"/>
            <w:vAlign w:val="center"/>
          </w:tcPr>
          <w:p w14:paraId="7FCF4CEB" w14:textId="77777777" w:rsidR="0057757C" w:rsidRPr="007F65A0" w:rsidRDefault="0057757C" w:rsidP="00D251EC">
            <w:pPr>
              <w:rPr>
                <w:sz w:val="24"/>
                <w:szCs w:val="24"/>
              </w:rPr>
            </w:pPr>
          </w:p>
        </w:tc>
      </w:tr>
      <w:tr w:rsidR="0057757C" w:rsidRPr="007F65A0" w14:paraId="699B72EA" w14:textId="77777777" w:rsidTr="00D251EC">
        <w:trPr>
          <w:jc w:val="center"/>
        </w:trPr>
        <w:tc>
          <w:tcPr>
            <w:tcW w:w="2606" w:type="dxa"/>
            <w:vAlign w:val="center"/>
          </w:tcPr>
          <w:p w14:paraId="3EFCC590" w14:textId="77777777" w:rsidR="0057757C" w:rsidRPr="007F65A0" w:rsidRDefault="0057757C" w:rsidP="00D251EC">
            <w:pPr>
              <w:rPr>
                <w:sz w:val="24"/>
                <w:szCs w:val="24"/>
              </w:rPr>
            </w:pPr>
          </w:p>
        </w:tc>
        <w:tc>
          <w:tcPr>
            <w:tcW w:w="2606" w:type="dxa"/>
            <w:shd w:val="clear" w:color="auto" w:fill="EEF5FB"/>
            <w:vAlign w:val="center"/>
          </w:tcPr>
          <w:p w14:paraId="0233FDE2" w14:textId="77777777" w:rsidR="0057757C" w:rsidRPr="007F65A0" w:rsidRDefault="0057757C" w:rsidP="00D251EC">
            <w:pPr>
              <w:rPr>
                <w:sz w:val="24"/>
                <w:szCs w:val="24"/>
              </w:rPr>
            </w:pPr>
            <w:r w:rsidRPr="007F65A0">
              <w:rPr>
                <w:b/>
                <w:sz w:val="24"/>
                <w:szCs w:val="24"/>
              </w:rPr>
              <w:t>Területi összesítés – maximum 12 pont</w:t>
            </w:r>
          </w:p>
        </w:tc>
        <w:tc>
          <w:tcPr>
            <w:tcW w:w="2606" w:type="dxa"/>
            <w:shd w:val="clear" w:color="auto" w:fill="EEF5FB"/>
            <w:vAlign w:val="center"/>
          </w:tcPr>
          <w:p w14:paraId="1F9F6F0A" w14:textId="77777777" w:rsidR="0057757C" w:rsidRPr="007F65A0" w:rsidRDefault="0057757C" w:rsidP="00D251EC">
            <w:pPr>
              <w:rPr>
                <w:sz w:val="24"/>
                <w:szCs w:val="24"/>
              </w:rPr>
            </w:pPr>
            <w:r w:rsidRPr="007F65A0">
              <w:rPr>
                <w:b/>
                <w:sz w:val="24"/>
                <w:szCs w:val="24"/>
              </w:rPr>
              <w:t>____ / 12</w:t>
            </w:r>
          </w:p>
        </w:tc>
        <w:tc>
          <w:tcPr>
            <w:tcW w:w="2606" w:type="dxa"/>
            <w:shd w:val="clear" w:color="auto" w:fill="EEF5FB"/>
            <w:vAlign w:val="center"/>
          </w:tcPr>
          <w:p w14:paraId="4273A55B" w14:textId="77777777" w:rsidR="0057757C" w:rsidRPr="007F65A0" w:rsidRDefault="0057757C" w:rsidP="00D251EC">
            <w:pPr>
              <w:rPr>
                <w:sz w:val="24"/>
                <w:szCs w:val="24"/>
              </w:rPr>
            </w:pPr>
            <w:r w:rsidRPr="007F65A0">
              <w:rPr>
                <w:b/>
                <w:sz w:val="24"/>
                <w:szCs w:val="24"/>
              </w:rPr>
              <w:t>______ %</w:t>
            </w:r>
          </w:p>
        </w:tc>
      </w:tr>
    </w:tbl>
    <w:p w14:paraId="0B947991" w14:textId="77777777" w:rsidR="0057757C" w:rsidRPr="007F65A0" w:rsidRDefault="0057757C" w:rsidP="0057757C">
      <w:pPr>
        <w:rPr>
          <w:sz w:val="24"/>
          <w:szCs w:val="24"/>
        </w:rPr>
      </w:pPr>
    </w:p>
    <w:p w14:paraId="5A085B22" w14:textId="77777777" w:rsidR="0057757C" w:rsidRPr="007F65A0" w:rsidRDefault="0057757C" w:rsidP="0057757C">
      <w:pPr>
        <w:pStyle w:val="Cmsor2"/>
        <w:rPr>
          <w:rFonts w:ascii="Times New Roman" w:hAnsi="Times New Roman" w:cs="Times New Roman"/>
          <w:sz w:val="24"/>
          <w:szCs w:val="24"/>
        </w:rPr>
      </w:pPr>
      <w:r w:rsidRPr="007F65A0">
        <w:rPr>
          <w:rFonts w:ascii="Times New Roman" w:hAnsi="Times New Roman" w:cs="Times New Roman"/>
          <w:sz w:val="24"/>
          <w:szCs w:val="24"/>
        </w:rPr>
        <w:t>C. Szociális és érzelmi érettség</w:t>
      </w:r>
    </w:p>
    <w:tbl>
      <w:tblPr>
        <w:tblStyle w:val="Rcsostblzat"/>
        <w:tblW w:w="0" w:type="auto"/>
        <w:jc w:val="center"/>
        <w:tblLook w:val="04A0" w:firstRow="1" w:lastRow="0" w:firstColumn="1" w:lastColumn="0" w:noHBand="0" w:noVBand="1"/>
      </w:tblPr>
      <w:tblGrid>
        <w:gridCol w:w="2603"/>
        <w:gridCol w:w="2606"/>
        <w:gridCol w:w="2603"/>
        <w:gridCol w:w="2604"/>
      </w:tblGrid>
      <w:tr w:rsidR="0057757C" w:rsidRPr="007F65A0" w14:paraId="68B46D1E" w14:textId="77777777" w:rsidTr="00D251EC">
        <w:trPr>
          <w:tblHeader/>
          <w:jc w:val="center"/>
        </w:trPr>
        <w:tc>
          <w:tcPr>
            <w:tcW w:w="2606" w:type="dxa"/>
            <w:shd w:val="clear" w:color="auto" w:fill="D9EAF7"/>
            <w:vAlign w:val="center"/>
          </w:tcPr>
          <w:p w14:paraId="0D9D0EAE" w14:textId="77777777" w:rsidR="0057757C" w:rsidRPr="007F65A0" w:rsidRDefault="0057757C" w:rsidP="00D251EC">
            <w:pPr>
              <w:jc w:val="center"/>
              <w:rPr>
                <w:sz w:val="24"/>
                <w:szCs w:val="24"/>
              </w:rPr>
            </w:pPr>
            <w:r w:rsidRPr="007F65A0">
              <w:rPr>
                <w:b/>
                <w:sz w:val="24"/>
                <w:szCs w:val="24"/>
              </w:rPr>
              <w:t>Ssz.</w:t>
            </w:r>
          </w:p>
        </w:tc>
        <w:tc>
          <w:tcPr>
            <w:tcW w:w="2606" w:type="dxa"/>
            <w:shd w:val="clear" w:color="auto" w:fill="D9EAF7"/>
            <w:vAlign w:val="center"/>
          </w:tcPr>
          <w:p w14:paraId="5D48EF31" w14:textId="77777777" w:rsidR="0057757C" w:rsidRPr="007F65A0" w:rsidRDefault="0057757C" w:rsidP="00D251EC">
            <w:pPr>
              <w:jc w:val="center"/>
              <w:rPr>
                <w:sz w:val="24"/>
                <w:szCs w:val="24"/>
              </w:rPr>
            </w:pPr>
            <w:r w:rsidRPr="007F65A0">
              <w:rPr>
                <w:b/>
                <w:sz w:val="24"/>
                <w:szCs w:val="24"/>
              </w:rPr>
              <w:t>Megfigyelhető kimeneti jellemző</w:t>
            </w:r>
          </w:p>
        </w:tc>
        <w:tc>
          <w:tcPr>
            <w:tcW w:w="2606" w:type="dxa"/>
            <w:shd w:val="clear" w:color="auto" w:fill="D9EAF7"/>
            <w:vAlign w:val="center"/>
          </w:tcPr>
          <w:p w14:paraId="520D1DAA" w14:textId="77777777" w:rsidR="0057757C" w:rsidRPr="007F65A0" w:rsidRDefault="0057757C" w:rsidP="00D251EC">
            <w:pPr>
              <w:jc w:val="center"/>
              <w:rPr>
                <w:sz w:val="24"/>
                <w:szCs w:val="24"/>
              </w:rPr>
            </w:pPr>
            <w:r w:rsidRPr="007F65A0">
              <w:rPr>
                <w:b/>
                <w:sz w:val="24"/>
                <w:szCs w:val="24"/>
              </w:rPr>
              <w:t>Pont</w:t>
            </w:r>
            <w:r w:rsidRPr="007F65A0">
              <w:rPr>
                <w:b/>
                <w:sz w:val="24"/>
                <w:szCs w:val="24"/>
              </w:rPr>
              <w:br/>
              <w:t>0–2</w:t>
            </w:r>
          </w:p>
        </w:tc>
        <w:tc>
          <w:tcPr>
            <w:tcW w:w="2606" w:type="dxa"/>
            <w:shd w:val="clear" w:color="auto" w:fill="D9EAF7"/>
            <w:vAlign w:val="center"/>
          </w:tcPr>
          <w:p w14:paraId="5C37EE0E" w14:textId="77777777" w:rsidR="0057757C" w:rsidRPr="007F65A0" w:rsidRDefault="0057757C" w:rsidP="00D251EC">
            <w:pPr>
              <w:jc w:val="center"/>
              <w:rPr>
                <w:sz w:val="24"/>
                <w:szCs w:val="24"/>
              </w:rPr>
            </w:pPr>
            <w:r w:rsidRPr="007F65A0">
              <w:rPr>
                <w:b/>
                <w:sz w:val="24"/>
                <w:szCs w:val="24"/>
              </w:rPr>
              <w:t>Megjegyzés</w:t>
            </w:r>
          </w:p>
        </w:tc>
      </w:tr>
      <w:tr w:rsidR="0057757C" w:rsidRPr="007F65A0" w14:paraId="0C2A3112" w14:textId="77777777" w:rsidTr="00D251EC">
        <w:trPr>
          <w:jc w:val="center"/>
        </w:trPr>
        <w:tc>
          <w:tcPr>
            <w:tcW w:w="2606" w:type="dxa"/>
            <w:vAlign w:val="center"/>
          </w:tcPr>
          <w:p w14:paraId="6CCB1686" w14:textId="77777777" w:rsidR="0057757C" w:rsidRPr="007F65A0" w:rsidRDefault="0057757C" w:rsidP="00D251EC">
            <w:pPr>
              <w:jc w:val="center"/>
              <w:rPr>
                <w:sz w:val="24"/>
                <w:szCs w:val="24"/>
              </w:rPr>
            </w:pPr>
            <w:r w:rsidRPr="007F65A0">
              <w:rPr>
                <w:sz w:val="24"/>
                <w:szCs w:val="24"/>
              </w:rPr>
              <w:t>1</w:t>
            </w:r>
          </w:p>
        </w:tc>
        <w:tc>
          <w:tcPr>
            <w:tcW w:w="2606" w:type="dxa"/>
            <w:vAlign w:val="center"/>
          </w:tcPr>
          <w:p w14:paraId="462C11D5" w14:textId="77777777" w:rsidR="0057757C" w:rsidRPr="007F65A0" w:rsidRDefault="0057757C" w:rsidP="00D251EC">
            <w:pPr>
              <w:rPr>
                <w:sz w:val="24"/>
                <w:szCs w:val="24"/>
              </w:rPr>
            </w:pPr>
            <w:r w:rsidRPr="007F65A0">
              <w:rPr>
                <w:sz w:val="24"/>
                <w:szCs w:val="24"/>
              </w:rPr>
              <w:t>Elfogadja a felnőtt közeledését és irányítását.</w:t>
            </w:r>
          </w:p>
        </w:tc>
        <w:tc>
          <w:tcPr>
            <w:tcW w:w="2606" w:type="dxa"/>
            <w:vAlign w:val="center"/>
          </w:tcPr>
          <w:p w14:paraId="23B4FBA9" w14:textId="77777777" w:rsidR="0057757C" w:rsidRPr="007F65A0" w:rsidRDefault="0057757C" w:rsidP="00D251EC">
            <w:pPr>
              <w:jc w:val="center"/>
              <w:rPr>
                <w:sz w:val="24"/>
                <w:szCs w:val="24"/>
              </w:rPr>
            </w:pPr>
          </w:p>
        </w:tc>
        <w:tc>
          <w:tcPr>
            <w:tcW w:w="2606" w:type="dxa"/>
            <w:vAlign w:val="center"/>
          </w:tcPr>
          <w:p w14:paraId="71274FB8" w14:textId="77777777" w:rsidR="0057757C" w:rsidRPr="007F65A0" w:rsidRDefault="0057757C" w:rsidP="00D251EC">
            <w:pPr>
              <w:rPr>
                <w:sz w:val="24"/>
                <w:szCs w:val="24"/>
              </w:rPr>
            </w:pPr>
          </w:p>
        </w:tc>
      </w:tr>
      <w:tr w:rsidR="0057757C" w:rsidRPr="007F65A0" w14:paraId="2AE2278D" w14:textId="77777777" w:rsidTr="00D251EC">
        <w:trPr>
          <w:jc w:val="center"/>
        </w:trPr>
        <w:tc>
          <w:tcPr>
            <w:tcW w:w="2606" w:type="dxa"/>
            <w:vAlign w:val="center"/>
          </w:tcPr>
          <w:p w14:paraId="49A93051" w14:textId="77777777" w:rsidR="0057757C" w:rsidRPr="007F65A0" w:rsidRDefault="0057757C" w:rsidP="00D251EC">
            <w:pPr>
              <w:jc w:val="center"/>
              <w:rPr>
                <w:sz w:val="24"/>
                <w:szCs w:val="24"/>
              </w:rPr>
            </w:pPr>
            <w:r w:rsidRPr="007F65A0">
              <w:rPr>
                <w:sz w:val="24"/>
                <w:szCs w:val="24"/>
              </w:rPr>
              <w:t>2</w:t>
            </w:r>
          </w:p>
        </w:tc>
        <w:tc>
          <w:tcPr>
            <w:tcW w:w="2606" w:type="dxa"/>
            <w:vAlign w:val="center"/>
          </w:tcPr>
          <w:p w14:paraId="7AAF76C7" w14:textId="77777777" w:rsidR="0057757C" w:rsidRPr="007F65A0" w:rsidRDefault="0057757C" w:rsidP="00D251EC">
            <w:pPr>
              <w:rPr>
                <w:sz w:val="24"/>
                <w:szCs w:val="24"/>
              </w:rPr>
            </w:pPr>
            <w:r w:rsidRPr="007F65A0">
              <w:rPr>
                <w:sz w:val="24"/>
                <w:szCs w:val="24"/>
              </w:rPr>
              <w:t>Elfogadja társait és társai közeledését.</w:t>
            </w:r>
          </w:p>
        </w:tc>
        <w:tc>
          <w:tcPr>
            <w:tcW w:w="2606" w:type="dxa"/>
            <w:vAlign w:val="center"/>
          </w:tcPr>
          <w:p w14:paraId="386CAAF4" w14:textId="77777777" w:rsidR="0057757C" w:rsidRPr="007F65A0" w:rsidRDefault="0057757C" w:rsidP="00D251EC">
            <w:pPr>
              <w:jc w:val="center"/>
              <w:rPr>
                <w:sz w:val="24"/>
                <w:szCs w:val="24"/>
              </w:rPr>
            </w:pPr>
          </w:p>
        </w:tc>
        <w:tc>
          <w:tcPr>
            <w:tcW w:w="2606" w:type="dxa"/>
            <w:vAlign w:val="center"/>
          </w:tcPr>
          <w:p w14:paraId="3BE71374" w14:textId="77777777" w:rsidR="0057757C" w:rsidRPr="007F65A0" w:rsidRDefault="0057757C" w:rsidP="00D251EC">
            <w:pPr>
              <w:rPr>
                <w:sz w:val="24"/>
                <w:szCs w:val="24"/>
              </w:rPr>
            </w:pPr>
          </w:p>
        </w:tc>
      </w:tr>
      <w:tr w:rsidR="0057757C" w:rsidRPr="007F65A0" w14:paraId="645E9CAB" w14:textId="77777777" w:rsidTr="00D251EC">
        <w:trPr>
          <w:jc w:val="center"/>
        </w:trPr>
        <w:tc>
          <w:tcPr>
            <w:tcW w:w="2606" w:type="dxa"/>
            <w:vAlign w:val="center"/>
          </w:tcPr>
          <w:p w14:paraId="411420F8" w14:textId="77777777" w:rsidR="0057757C" w:rsidRPr="007F65A0" w:rsidRDefault="0057757C" w:rsidP="00D251EC">
            <w:pPr>
              <w:jc w:val="center"/>
              <w:rPr>
                <w:sz w:val="24"/>
                <w:szCs w:val="24"/>
              </w:rPr>
            </w:pPr>
            <w:r w:rsidRPr="007F65A0">
              <w:rPr>
                <w:sz w:val="24"/>
                <w:szCs w:val="24"/>
              </w:rPr>
              <w:t>3</w:t>
            </w:r>
          </w:p>
        </w:tc>
        <w:tc>
          <w:tcPr>
            <w:tcW w:w="2606" w:type="dxa"/>
            <w:vAlign w:val="center"/>
          </w:tcPr>
          <w:p w14:paraId="3C418E47" w14:textId="77777777" w:rsidR="0057757C" w:rsidRPr="007F65A0" w:rsidRDefault="0057757C" w:rsidP="00D251EC">
            <w:pPr>
              <w:rPr>
                <w:sz w:val="24"/>
                <w:szCs w:val="24"/>
              </w:rPr>
            </w:pPr>
            <w:r w:rsidRPr="007F65A0">
              <w:rPr>
                <w:sz w:val="24"/>
                <w:szCs w:val="24"/>
              </w:rPr>
              <w:t>Beilleszkedik a közösségbe, közös tevékenységekben részt vesz.</w:t>
            </w:r>
          </w:p>
        </w:tc>
        <w:tc>
          <w:tcPr>
            <w:tcW w:w="2606" w:type="dxa"/>
            <w:vAlign w:val="center"/>
          </w:tcPr>
          <w:p w14:paraId="39FC1EDF" w14:textId="77777777" w:rsidR="0057757C" w:rsidRPr="007F65A0" w:rsidRDefault="0057757C" w:rsidP="00D251EC">
            <w:pPr>
              <w:jc w:val="center"/>
              <w:rPr>
                <w:sz w:val="24"/>
                <w:szCs w:val="24"/>
              </w:rPr>
            </w:pPr>
          </w:p>
        </w:tc>
        <w:tc>
          <w:tcPr>
            <w:tcW w:w="2606" w:type="dxa"/>
            <w:vAlign w:val="center"/>
          </w:tcPr>
          <w:p w14:paraId="18392C21" w14:textId="77777777" w:rsidR="0057757C" w:rsidRPr="007F65A0" w:rsidRDefault="0057757C" w:rsidP="00D251EC">
            <w:pPr>
              <w:rPr>
                <w:sz w:val="24"/>
                <w:szCs w:val="24"/>
              </w:rPr>
            </w:pPr>
          </w:p>
        </w:tc>
      </w:tr>
      <w:tr w:rsidR="0057757C" w:rsidRPr="007F65A0" w14:paraId="23DC1A2A" w14:textId="77777777" w:rsidTr="00D251EC">
        <w:trPr>
          <w:jc w:val="center"/>
        </w:trPr>
        <w:tc>
          <w:tcPr>
            <w:tcW w:w="2606" w:type="dxa"/>
            <w:vAlign w:val="center"/>
          </w:tcPr>
          <w:p w14:paraId="1CAD2C2F" w14:textId="77777777" w:rsidR="0057757C" w:rsidRPr="007F65A0" w:rsidRDefault="0057757C" w:rsidP="00D251EC">
            <w:pPr>
              <w:jc w:val="center"/>
              <w:rPr>
                <w:sz w:val="24"/>
                <w:szCs w:val="24"/>
              </w:rPr>
            </w:pPr>
            <w:r w:rsidRPr="007F65A0">
              <w:rPr>
                <w:sz w:val="24"/>
                <w:szCs w:val="24"/>
              </w:rPr>
              <w:t>4</w:t>
            </w:r>
          </w:p>
        </w:tc>
        <w:tc>
          <w:tcPr>
            <w:tcW w:w="2606" w:type="dxa"/>
            <w:vAlign w:val="center"/>
          </w:tcPr>
          <w:p w14:paraId="3A84B54E" w14:textId="77777777" w:rsidR="0057757C" w:rsidRPr="007F65A0" w:rsidRDefault="0057757C" w:rsidP="00D251EC">
            <w:pPr>
              <w:rPr>
                <w:sz w:val="24"/>
                <w:szCs w:val="24"/>
              </w:rPr>
            </w:pPr>
            <w:r w:rsidRPr="007F65A0">
              <w:rPr>
                <w:sz w:val="24"/>
                <w:szCs w:val="24"/>
              </w:rPr>
              <w:t>Képes alkalmazkodni, együttműködni, szükség szerint kezdeményezni.</w:t>
            </w:r>
          </w:p>
        </w:tc>
        <w:tc>
          <w:tcPr>
            <w:tcW w:w="2606" w:type="dxa"/>
            <w:vAlign w:val="center"/>
          </w:tcPr>
          <w:p w14:paraId="102C4DF3" w14:textId="77777777" w:rsidR="0057757C" w:rsidRPr="007F65A0" w:rsidRDefault="0057757C" w:rsidP="00D251EC">
            <w:pPr>
              <w:jc w:val="center"/>
              <w:rPr>
                <w:sz w:val="24"/>
                <w:szCs w:val="24"/>
              </w:rPr>
            </w:pPr>
          </w:p>
        </w:tc>
        <w:tc>
          <w:tcPr>
            <w:tcW w:w="2606" w:type="dxa"/>
            <w:vAlign w:val="center"/>
          </w:tcPr>
          <w:p w14:paraId="0EB72A3D" w14:textId="77777777" w:rsidR="0057757C" w:rsidRPr="007F65A0" w:rsidRDefault="0057757C" w:rsidP="00D251EC">
            <w:pPr>
              <w:rPr>
                <w:sz w:val="24"/>
                <w:szCs w:val="24"/>
              </w:rPr>
            </w:pPr>
          </w:p>
        </w:tc>
      </w:tr>
      <w:tr w:rsidR="0057757C" w:rsidRPr="007F65A0" w14:paraId="7D893940" w14:textId="77777777" w:rsidTr="00D251EC">
        <w:trPr>
          <w:jc w:val="center"/>
        </w:trPr>
        <w:tc>
          <w:tcPr>
            <w:tcW w:w="2606" w:type="dxa"/>
            <w:vAlign w:val="center"/>
          </w:tcPr>
          <w:p w14:paraId="4DE472FB" w14:textId="77777777" w:rsidR="0057757C" w:rsidRPr="007F65A0" w:rsidRDefault="0057757C" w:rsidP="00D251EC">
            <w:pPr>
              <w:jc w:val="center"/>
              <w:rPr>
                <w:sz w:val="24"/>
                <w:szCs w:val="24"/>
              </w:rPr>
            </w:pPr>
            <w:r w:rsidRPr="007F65A0">
              <w:rPr>
                <w:sz w:val="24"/>
                <w:szCs w:val="24"/>
              </w:rPr>
              <w:t>5</w:t>
            </w:r>
          </w:p>
        </w:tc>
        <w:tc>
          <w:tcPr>
            <w:tcW w:w="2606" w:type="dxa"/>
            <w:vAlign w:val="center"/>
          </w:tcPr>
          <w:p w14:paraId="501BEA17" w14:textId="77777777" w:rsidR="0057757C" w:rsidRPr="007F65A0" w:rsidRDefault="0057757C" w:rsidP="00D251EC">
            <w:pPr>
              <w:rPr>
                <w:sz w:val="24"/>
                <w:szCs w:val="24"/>
              </w:rPr>
            </w:pPr>
            <w:r w:rsidRPr="007F65A0">
              <w:rPr>
                <w:sz w:val="24"/>
                <w:szCs w:val="24"/>
              </w:rPr>
              <w:t>Kapcsolatteremtésben kezdeményező vagy elfogadó.</w:t>
            </w:r>
          </w:p>
        </w:tc>
        <w:tc>
          <w:tcPr>
            <w:tcW w:w="2606" w:type="dxa"/>
            <w:vAlign w:val="center"/>
          </w:tcPr>
          <w:p w14:paraId="59F04534" w14:textId="77777777" w:rsidR="0057757C" w:rsidRPr="007F65A0" w:rsidRDefault="0057757C" w:rsidP="00D251EC">
            <w:pPr>
              <w:jc w:val="center"/>
              <w:rPr>
                <w:sz w:val="24"/>
                <w:szCs w:val="24"/>
              </w:rPr>
            </w:pPr>
          </w:p>
        </w:tc>
        <w:tc>
          <w:tcPr>
            <w:tcW w:w="2606" w:type="dxa"/>
            <w:vAlign w:val="center"/>
          </w:tcPr>
          <w:p w14:paraId="719BB55A" w14:textId="77777777" w:rsidR="0057757C" w:rsidRPr="007F65A0" w:rsidRDefault="0057757C" w:rsidP="00D251EC">
            <w:pPr>
              <w:rPr>
                <w:sz w:val="24"/>
                <w:szCs w:val="24"/>
              </w:rPr>
            </w:pPr>
          </w:p>
        </w:tc>
      </w:tr>
      <w:tr w:rsidR="0057757C" w:rsidRPr="007F65A0" w14:paraId="585C1E61" w14:textId="77777777" w:rsidTr="00D251EC">
        <w:trPr>
          <w:jc w:val="center"/>
        </w:trPr>
        <w:tc>
          <w:tcPr>
            <w:tcW w:w="2606" w:type="dxa"/>
            <w:vAlign w:val="center"/>
          </w:tcPr>
          <w:p w14:paraId="14663A53" w14:textId="77777777" w:rsidR="0057757C" w:rsidRPr="007F65A0" w:rsidRDefault="0057757C" w:rsidP="00D251EC">
            <w:pPr>
              <w:jc w:val="center"/>
              <w:rPr>
                <w:sz w:val="24"/>
                <w:szCs w:val="24"/>
              </w:rPr>
            </w:pPr>
            <w:r w:rsidRPr="007F65A0">
              <w:rPr>
                <w:sz w:val="24"/>
                <w:szCs w:val="24"/>
              </w:rPr>
              <w:t>6</w:t>
            </w:r>
          </w:p>
        </w:tc>
        <w:tc>
          <w:tcPr>
            <w:tcW w:w="2606" w:type="dxa"/>
            <w:vAlign w:val="center"/>
          </w:tcPr>
          <w:p w14:paraId="30D82F2F" w14:textId="77777777" w:rsidR="0057757C" w:rsidRPr="007F65A0" w:rsidRDefault="0057757C" w:rsidP="00D251EC">
            <w:pPr>
              <w:rPr>
                <w:sz w:val="24"/>
                <w:szCs w:val="24"/>
              </w:rPr>
            </w:pPr>
            <w:r w:rsidRPr="007F65A0">
              <w:rPr>
                <w:sz w:val="24"/>
                <w:szCs w:val="24"/>
              </w:rPr>
              <w:t>Szükség esetén segíti társait és a felnőtteket.</w:t>
            </w:r>
          </w:p>
        </w:tc>
        <w:tc>
          <w:tcPr>
            <w:tcW w:w="2606" w:type="dxa"/>
            <w:vAlign w:val="center"/>
          </w:tcPr>
          <w:p w14:paraId="7096FE48" w14:textId="77777777" w:rsidR="0057757C" w:rsidRPr="007F65A0" w:rsidRDefault="0057757C" w:rsidP="00D251EC">
            <w:pPr>
              <w:jc w:val="center"/>
              <w:rPr>
                <w:sz w:val="24"/>
                <w:szCs w:val="24"/>
              </w:rPr>
            </w:pPr>
          </w:p>
        </w:tc>
        <w:tc>
          <w:tcPr>
            <w:tcW w:w="2606" w:type="dxa"/>
            <w:vAlign w:val="center"/>
          </w:tcPr>
          <w:p w14:paraId="6BA5F2AF" w14:textId="77777777" w:rsidR="0057757C" w:rsidRPr="007F65A0" w:rsidRDefault="0057757C" w:rsidP="00D251EC">
            <w:pPr>
              <w:rPr>
                <w:sz w:val="24"/>
                <w:szCs w:val="24"/>
              </w:rPr>
            </w:pPr>
          </w:p>
        </w:tc>
      </w:tr>
      <w:tr w:rsidR="0057757C" w:rsidRPr="007F65A0" w14:paraId="570F3E57" w14:textId="77777777" w:rsidTr="00D251EC">
        <w:trPr>
          <w:jc w:val="center"/>
        </w:trPr>
        <w:tc>
          <w:tcPr>
            <w:tcW w:w="2606" w:type="dxa"/>
            <w:vAlign w:val="center"/>
          </w:tcPr>
          <w:p w14:paraId="61066459" w14:textId="77777777" w:rsidR="0057757C" w:rsidRPr="007F65A0" w:rsidRDefault="0057757C" w:rsidP="00D251EC">
            <w:pPr>
              <w:jc w:val="center"/>
              <w:rPr>
                <w:sz w:val="24"/>
                <w:szCs w:val="24"/>
              </w:rPr>
            </w:pPr>
            <w:r w:rsidRPr="007F65A0">
              <w:rPr>
                <w:sz w:val="24"/>
                <w:szCs w:val="24"/>
              </w:rPr>
              <w:t>7</w:t>
            </w:r>
          </w:p>
        </w:tc>
        <w:tc>
          <w:tcPr>
            <w:tcW w:w="2606" w:type="dxa"/>
            <w:vAlign w:val="center"/>
          </w:tcPr>
          <w:p w14:paraId="4D44A6DD" w14:textId="77777777" w:rsidR="0057757C" w:rsidRPr="007F65A0" w:rsidRDefault="0057757C" w:rsidP="00D251EC">
            <w:pPr>
              <w:rPr>
                <w:sz w:val="24"/>
                <w:szCs w:val="24"/>
              </w:rPr>
            </w:pPr>
            <w:r w:rsidRPr="007F65A0">
              <w:rPr>
                <w:sz w:val="24"/>
                <w:szCs w:val="24"/>
              </w:rPr>
              <w:t>Felismer alapvető erkölcsi értékeket (jó–rossz, igazság–hazugság).</w:t>
            </w:r>
          </w:p>
        </w:tc>
        <w:tc>
          <w:tcPr>
            <w:tcW w:w="2606" w:type="dxa"/>
            <w:vAlign w:val="center"/>
          </w:tcPr>
          <w:p w14:paraId="5DC241C7" w14:textId="77777777" w:rsidR="0057757C" w:rsidRPr="007F65A0" w:rsidRDefault="0057757C" w:rsidP="00D251EC">
            <w:pPr>
              <w:jc w:val="center"/>
              <w:rPr>
                <w:sz w:val="24"/>
                <w:szCs w:val="24"/>
              </w:rPr>
            </w:pPr>
          </w:p>
        </w:tc>
        <w:tc>
          <w:tcPr>
            <w:tcW w:w="2606" w:type="dxa"/>
            <w:vAlign w:val="center"/>
          </w:tcPr>
          <w:p w14:paraId="006252CD" w14:textId="77777777" w:rsidR="0057757C" w:rsidRPr="007F65A0" w:rsidRDefault="0057757C" w:rsidP="00D251EC">
            <w:pPr>
              <w:rPr>
                <w:sz w:val="24"/>
                <w:szCs w:val="24"/>
              </w:rPr>
            </w:pPr>
          </w:p>
        </w:tc>
      </w:tr>
      <w:tr w:rsidR="0057757C" w:rsidRPr="007F65A0" w14:paraId="14793151" w14:textId="77777777" w:rsidTr="00D251EC">
        <w:trPr>
          <w:jc w:val="center"/>
        </w:trPr>
        <w:tc>
          <w:tcPr>
            <w:tcW w:w="2606" w:type="dxa"/>
            <w:vAlign w:val="center"/>
          </w:tcPr>
          <w:p w14:paraId="7ED76E76" w14:textId="77777777" w:rsidR="0057757C" w:rsidRPr="007F65A0" w:rsidRDefault="0057757C" w:rsidP="00D251EC">
            <w:pPr>
              <w:jc w:val="center"/>
              <w:rPr>
                <w:sz w:val="24"/>
                <w:szCs w:val="24"/>
              </w:rPr>
            </w:pPr>
            <w:r w:rsidRPr="007F65A0">
              <w:rPr>
                <w:sz w:val="24"/>
                <w:szCs w:val="24"/>
              </w:rPr>
              <w:t>8</w:t>
            </w:r>
          </w:p>
        </w:tc>
        <w:tc>
          <w:tcPr>
            <w:tcW w:w="2606" w:type="dxa"/>
            <w:vAlign w:val="center"/>
          </w:tcPr>
          <w:p w14:paraId="29B5B1CF" w14:textId="77777777" w:rsidR="0057757C" w:rsidRPr="007F65A0" w:rsidRDefault="0057757C" w:rsidP="00D251EC">
            <w:pPr>
              <w:rPr>
                <w:sz w:val="24"/>
                <w:szCs w:val="24"/>
              </w:rPr>
            </w:pPr>
            <w:r w:rsidRPr="007F65A0">
              <w:rPr>
                <w:sz w:val="24"/>
                <w:szCs w:val="24"/>
              </w:rPr>
              <w:t>Képes együttérzésre.</w:t>
            </w:r>
          </w:p>
        </w:tc>
        <w:tc>
          <w:tcPr>
            <w:tcW w:w="2606" w:type="dxa"/>
            <w:vAlign w:val="center"/>
          </w:tcPr>
          <w:p w14:paraId="3A731F4D" w14:textId="77777777" w:rsidR="0057757C" w:rsidRPr="007F65A0" w:rsidRDefault="0057757C" w:rsidP="00D251EC">
            <w:pPr>
              <w:jc w:val="center"/>
              <w:rPr>
                <w:sz w:val="24"/>
                <w:szCs w:val="24"/>
              </w:rPr>
            </w:pPr>
          </w:p>
        </w:tc>
        <w:tc>
          <w:tcPr>
            <w:tcW w:w="2606" w:type="dxa"/>
            <w:vAlign w:val="center"/>
          </w:tcPr>
          <w:p w14:paraId="6D84A34A" w14:textId="77777777" w:rsidR="0057757C" w:rsidRPr="007F65A0" w:rsidRDefault="0057757C" w:rsidP="00D251EC">
            <w:pPr>
              <w:rPr>
                <w:sz w:val="24"/>
                <w:szCs w:val="24"/>
              </w:rPr>
            </w:pPr>
          </w:p>
        </w:tc>
      </w:tr>
      <w:tr w:rsidR="0057757C" w:rsidRPr="007F65A0" w14:paraId="7D31E2AA" w14:textId="77777777" w:rsidTr="00D251EC">
        <w:trPr>
          <w:jc w:val="center"/>
        </w:trPr>
        <w:tc>
          <w:tcPr>
            <w:tcW w:w="2606" w:type="dxa"/>
            <w:vAlign w:val="center"/>
          </w:tcPr>
          <w:p w14:paraId="0865A567" w14:textId="77777777" w:rsidR="0057757C" w:rsidRPr="007F65A0" w:rsidRDefault="0057757C" w:rsidP="00D251EC">
            <w:pPr>
              <w:jc w:val="center"/>
              <w:rPr>
                <w:sz w:val="24"/>
                <w:szCs w:val="24"/>
              </w:rPr>
            </w:pPr>
            <w:r w:rsidRPr="007F65A0">
              <w:rPr>
                <w:sz w:val="24"/>
                <w:szCs w:val="24"/>
              </w:rPr>
              <w:t>9</w:t>
            </w:r>
          </w:p>
        </w:tc>
        <w:tc>
          <w:tcPr>
            <w:tcW w:w="2606" w:type="dxa"/>
            <w:vAlign w:val="center"/>
          </w:tcPr>
          <w:p w14:paraId="3E872401" w14:textId="77777777" w:rsidR="0057757C" w:rsidRPr="007F65A0" w:rsidRDefault="0057757C" w:rsidP="00D251EC">
            <w:pPr>
              <w:rPr>
                <w:sz w:val="24"/>
                <w:szCs w:val="24"/>
              </w:rPr>
            </w:pPr>
            <w:r w:rsidRPr="007F65A0">
              <w:rPr>
                <w:sz w:val="24"/>
                <w:szCs w:val="24"/>
              </w:rPr>
              <w:t>Ismeri és alkalmazza a közösségi viselkedés alapvető szabályait.</w:t>
            </w:r>
          </w:p>
        </w:tc>
        <w:tc>
          <w:tcPr>
            <w:tcW w:w="2606" w:type="dxa"/>
            <w:vAlign w:val="center"/>
          </w:tcPr>
          <w:p w14:paraId="617D0E0E" w14:textId="77777777" w:rsidR="0057757C" w:rsidRPr="007F65A0" w:rsidRDefault="0057757C" w:rsidP="00D251EC">
            <w:pPr>
              <w:jc w:val="center"/>
              <w:rPr>
                <w:sz w:val="24"/>
                <w:szCs w:val="24"/>
              </w:rPr>
            </w:pPr>
          </w:p>
        </w:tc>
        <w:tc>
          <w:tcPr>
            <w:tcW w:w="2606" w:type="dxa"/>
            <w:vAlign w:val="center"/>
          </w:tcPr>
          <w:p w14:paraId="15912B2C" w14:textId="77777777" w:rsidR="0057757C" w:rsidRPr="007F65A0" w:rsidRDefault="0057757C" w:rsidP="00D251EC">
            <w:pPr>
              <w:rPr>
                <w:sz w:val="24"/>
                <w:szCs w:val="24"/>
              </w:rPr>
            </w:pPr>
          </w:p>
        </w:tc>
      </w:tr>
      <w:tr w:rsidR="0057757C" w:rsidRPr="007F65A0" w14:paraId="4A4B6825" w14:textId="77777777" w:rsidTr="00D251EC">
        <w:trPr>
          <w:jc w:val="center"/>
        </w:trPr>
        <w:tc>
          <w:tcPr>
            <w:tcW w:w="2606" w:type="dxa"/>
            <w:vAlign w:val="center"/>
          </w:tcPr>
          <w:p w14:paraId="7DD18FFC" w14:textId="77777777" w:rsidR="0057757C" w:rsidRPr="007F65A0" w:rsidRDefault="0057757C" w:rsidP="00D251EC">
            <w:pPr>
              <w:jc w:val="center"/>
              <w:rPr>
                <w:sz w:val="24"/>
                <w:szCs w:val="24"/>
              </w:rPr>
            </w:pPr>
            <w:r w:rsidRPr="007F65A0">
              <w:rPr>
                <w:sz w:val="24"/>
                <w:szCs w:val="24"/>
              </w:rPr>
              <w:t>10</w:t>
            </w:r>
          </w:p>
        </w:tc>
        <w:tc>
          <w:tcPr>
            <w:tcW w:w="2606" w:type="dxa"/>
            <w:vAlign w:val="center"/>
          </w:tcPr>
          <w:p w14:paraId="6B8DBD0A" w14:textId="77777777" w:rsidR="0057757C" w:rsidRPr="007F65A0" w:rsidRDefault="0057757C" w:rsidP="00D251EC">
            <w:pPr>
              <w:rPr>
                <w:sz w:val="24"/>
                <w:szCs w:val="24"/>
              </w:rPr>
            </w:pPr>
            <w:r w:rsidRPr="007F65A0">
              <w:rPr>
                <w:sz w:val="24"/>
                <w:szCs w:val="24"/>
              </w:rPr>
              <w:t>Képes mások beszédét végighallgatni.</w:t>
            </w:r>
          </w:p>
        </w:tc>
        <w:tc>
          <w:tcPr>
            <w:tcW w:w="2606" w:type="dxa"/>
            <w:vAlign w:val="center"/>
          </w:tcPr>
          <w:p w14:paraId="379A2AA2" w14:textId="77777777" w:rsidR="0057757C" w:rsidRPr="007F65A0" w:rsidRDefault="0057757C" w:rsidP="00D251EC">
            <w:pPr>
              <w:jc w:val="center"/>
              <w:rPr>
                <w:sz w:val="24"/>
                <w:szCs w:val="24"/>
              </w:rPr>
            </w:pPr>
          </w:p>
        </w:tc>
        <w:tc>
          <w:tcPr>
            <w:tcW w:w="2606" w:type="dxa"/>
            <w:vAlign w:val="center"/>
          </w:tcPr>
          <w:p w14:paraId="30626863" w14:textId="77777777" w:rsidR="0057757C" w:rsidRPr="007F65A0" w:rsidRDefault="0057757C" w:rsidP="00D251EC">
            <w:pPr>
              <w:rPr>
                <w:sz w:val="24"/>
                <w:szCs w:val="24"/>
              </w:rPr>
            </w:pPr>
          </w:p>
        </w:tc>
      </w:tr>
      <w:tr w:rsidR="0057757C" w:rsidRPr="007F65A0" w14:paraId="31BC876C" w14:textId="77777777" w:rsidTr="00D251EC">
        <w:trPr>
          <w:jc w:val="center"/>
        </w:trPr>
        <w:tc>
          <w:tcPr>
            <w:tcW w:w="2606" w:type="dxa"/>
            <w:vAlign w:val="center"/>
          </w:tcPr>
          <w:p w14:paraId="49E72689" w14:textId="77777777" w:rsidR="0057757C" w:rsidRPr="007F65A0" w:rsidRDefault="0057757C" w:rsidP="00D251EC">
            <w:pPr>
              <w:rPr>
                <w:sz w:val="24"/>
                <w:szCs w:val="24"/>
              </w:rPr>
            </w:pPr>
          </w:p>
        </w:tc>
        <w:tc>
          <w:tcPr>
            <w:tcW w:w="2606" w:type="dxa"/>
            <w:shd w:val="clear" w:color="auto" w:fill="EEF5FB"/>
            <w:vAlign w:val="center"/>
          </w:tcPr>
          <w:p w14:paraId="43BE4078" w14:textId="77777777" w:rsidR="0057757C" w:rsidRPr="007F65A0" w:rsidRDefault="0057757C" w:rsidP="00D251EC">
            <w:pPr>
              <w:rPr>
                <w:sz w:val="24"/>
                <w:szCs w:val="24"/>
              </w:rPr>
            </w:pPr>
            <w:r w:rsidRPr="007F65A0">
              <w:rPr>
                <w:b/>
                <w:sz w:val="24"/>
                <w:szCs w:val="24"/>
              </w:rPr>
              <w:t>Területi összesítés – maximum 20 pont</w:t>
            </w:r>
          </w:p>
        </w:tc>
        <w:tc>
          <w:tcPr>
            <w:tcW w:w="2606" w:type="dxa"/>
            <w:shd w:val="clear" w:color="auto" w:fill="EEF5FB"/>
            <w:vAlign w:val="center"/>
          </w:tcPr>
          <w:p w14:paraId="74BC083E" w14:textId="77777777" w:rsidR="0057757C" w:rsidRPr="007F65A0" w:rsidRDefault="0057757C" w:rsidP="00D251EC">
            <w:pPr>
              <w:rPr>
                <w:sz w:val="24"/>
                <w:szCs w:val="24"/>
              </w:rPr>
            </w:pPr>
            <w:r w:rsidRPr="007F65A0">
              <w:rPr>
                <w:b/>
                <w:sz w:val="24"/>
                <w:szCs w:val="24"/>
              </w:rPr>
              <w:t>____ / 20</w:t>
            </w:r>
          </w:p>
        </w:tc>
        <w:tc>
          <w:tcPr>
            <w:tcW w:w="2606" w:type="dxa"/>
            <w:shd w:val="clear" w:color="auto" w:fill="EEF5FB"/>
            <w:vAlign w:val="center"/>
          </w:tcPr>
          <w:p w14:paraId="6C952BC1" w14:textId="77777777" w:rsidR="0057757C" w:rsidRPr="007F65A0" w:rsidRDefault="0057757C" w:rsidP="00D251EC">
            <w:pPr>
              <w:rPr>
                <w:sz w:val="24"/>
                <w:szCs w:val="24"/>
              </w:rPr>
            </w:pPr>
            <w:r w:rsidRPr="007F65A0">
              <w:rPr>
                <w:b/>
                <w:sz w:val="24"/>
                <w:szCs w:val="24"/>
              </w:rPr>
              <w:t>______ %</w:t>
            </w:r>
          </w:p>
        </w:tc>
      </w:tr>
    </w:tbl>
    <w:p w14:paraId="28A3FAE6" w14:textId="77777777" w:rsidR="0057757C" w:rsidRPr="007F65A0" w:rsidRDefault="0057757C" w:rsidP="0057757C">
      <w:pPr>
        <w:rPr>
          <w:sz w:val="24"/>
          <w:szCs w:val="24"/>
        </w:rPr>
      </w:pPr>
    </w:p>
    <w:p w14:paraId="35DD1A07" w14:textId="77777777" w:rsidR="0057757C" w:rsidRPr="007F65A0" w:rsidRDefault="0057757C" w:rsidP="0057757C">
      <w:pPr>
        <w:pStyle w:val="Cmsor2"/>
        <w:rPr>
          <w:rFonts w:ascii="Times New Roman" w:hAnsi="Times New Roman" w:cs="Times New Roman"/>
          <w:sz w:val="24"/>
          <w:szCs w:val="24"/>
        </w:rPr>
      </w:pPr>
      <w:r w:rsidRPr="007F65A0">
        <w:rPr>
          <w:rFonts w:ascii="Times New Roman" w:hAnsi="Times New Roman" w:cs="Times New Roman"/>
          <w:sz w:val="24"/>
          <w:szCs w:val="24"/>
        </w:rPr>
        <w:t>D. Akarati tulajdonságok, feladattudat</w:t>
      </w:r>
    </w:p>
    <w:tbl>
      <w:tblPr>
        <w:tblStyle w:val="Rcsostblzat"/>
        <w:tblW w:w="0" w:type="auto"/>
        <w:jc w:val="center"/>
        <w:tblLook w:val="04A0" w:firstRow="1" w:lastRow="0" w:firstColumn="1" w:lastColumn="0" w:noHBand="0" w:noVBand="1"/>
      </w:tblPr>
      <w:tblGrid>
        <w:gridCol w:w="2604"/>
        <w:gridCol w:w="2605"/>
        <w:gridCol w:w="2603"/>
        <w:gridCol w:w="2604"/>
      </w:tblGrid>
      <w:tr w:rsidR="0057757C" w:rsidRPr="007F65A0" w14:paraId="7ACE1A25" w14:textId="77777777" w:rsidTr="00D251EC">
        <w:trPr>
          <w:tblHeader/>
          <w:jc w:val="center"/>
        </w:trPr>
        <w:tc>
          <w:tcPr>
            <w:tcW w:w="2606" w:type="dxa"/>
            <w:shd w:val="clear" w:color="auto" w:fill="D9EAF7"/>
            <w:vAlign w:val="center"/>
          </w:tcPr>
          <w:p w14:paraId="7E3C5B87" w14:textId="77777777" w:rsidR="0057757C" w:rsidRPr="007F65A0" w:rsidRDefault="0057757C" w:rsidP="00D251EC">
            <w:pPr>
              <w:jc w:val="center"/>
              <w:rPr>
                <w:sz w:val="24"/>
                <w:szCs w:val="24"/>
              </w:rPr>
            </w:pPr>
            <w:r w:rsidRPr="007F65A0">
              <w:rPr>
                <w:b/>
                <w:sz w:val="24"/>
                <w:szCs w:val="24"/>
              </w:rPr>
              <w:lastRenderedPageBreak/>
              <w:t>Ssz.</w:t>
            </w:r>
          </w:p>
        </w:tc>
        <w:tc>
          <w:tcPr>
            <w:tcW w:w="2606" w:type="dxa"/>
            <w:shd w:val="clear" w:color="auto" w:fill="D9EAF7"/>
            <w:vAlign w:val="center"/>
          </w:tcPr>
          <w:p w14:paraId="6C9033D7" w14:textId="77777777" w:rsidR="0057757C" w:rsidRPr="007F65A0" w:rsidRDefault="0057757C" w:rsidP="00D251EC">
            <w:pPr>
              <w:jc w:val="center"/>
              <w:rPr>
                <w:sz w:val="24"/>
                <w:szCs w:val="24"/>
              </w:rPr>
            </w:pPr>
            <w:r w:rsidRPr="007F65A0">
              <w:rPr>
                <w:b/>
                <w:sz w:val="24"/>
                <w:szCs w:val="24"/>
              </w:rPr>
              <w:t>Megfigyelhető kimeneti jellemző</w:t>
            </w:r>
          </w:p>
        </w:tc>
        <w:tc>
          <w:tcPr>
            <w:tcW w:w="2606" w:type="dxa"/>
            <w:shd w:val="clear" w:color="auto" w:fill="D9EAF7"/>
            <w:vAlign w:val="center"/>
          </w:tcPr>
          <w:p w14:paraId="7321AB39" w14:textId="77777777" w:rsidR="0057757C" w:rsidRPr="007F65A0" w:rsidRDefault="0057757C" w:rsidP="00D251EC">
            <w:pPr>
              <w:jc w:val="center"/>
              <w:rPr>
                <w:sz w:val="24"/>
                <w:szCs w:val="24"/>
              </w:rPr>
            </w:pPr>
            <w:r w:rsidRPr="007F65A0">
              <w:rPr>
                <w:b/>
                <w:sz w:val="24"/>
                <w:szCs w:val="24"/>
              </w:rPr>
              <w:t>Pont</w:t>
            </w:r>
            <w:r w:rsidRPr="007F65A0">
              <w:rPr>
                <w:b/>
                <w:sz w:val="24"/>
                <w:szCs w:val="24"/>
              </w:rPr>
              <w:br/>
              <w:t>0–2</w:t>
            </w:r>
          </w:p>
        </w:tc>
        <w:tc>
          <w:tcPr>
            <w:tcW w:w="2606" w:type="dxa"/>
            <w:shd w:val="clear" w:color="auto" w:fill="D9EAF7"/>
            <w:vAlign w:val="center"/>
          </w:tcPr>
          <w:p w14:paraId="6DB2AE1A" w14:textId="77777777" w:rsidR="0057757C" w:rsidRPr="007F65A0" w:rsidRDefault="0057757C" w:rsidP="00D251EC">
            <w:pPr>
              <w:jc w:val="center"/>
              <w:rPr>
                <w:sz w:val="24"/>
                <w:szCs w:val="24"/>
              </w:rPr>
            </w:pPr>
            <w:r w:rsidRPr="007F65A0">
              <w:rPr>
                <w:b/>
                <w:sz w:val="24"/>
                <w:szCs w:val="24"/>
              </w:rPr>
              <w:t>Megjegyzés</w:t>
            </w:r>
          </w:p>
        </w:tc>
      </w:tr>
      <w:tr w:rsidR="0057757C" w:rsidRPr="007F65A0" w14:paraId="3D3D6334" w14:textId="77777777" w:rsidTr="00D251EC">
        <w:trPr>
          <w:jc w:val="center"/>
        </w:trPr>
        <w:tc>
          <w:tcPr>
            <w:tcW w:w="2606" w:type="dxa"/>
            <w:vAlign w:val="center"/>
          </w:tcPr>
          <w:p w14:paraId="4FCE03A3" w14:textId="77777777" w:rsidR="0057757C" w:rsidRPr="007F65A0" w:rsidRDefault="0057757C" w:rsidP="00D251EC">
            <w:pPr>
              <w:jc w:val="center"/>
              <w:rPr>
                <w:sz w:val="24"/>
                <w:szCs w:val="24"/>
              </w:rPr>
            </w:pPr>
            <w:r w:rsidRPr="007F65A0">
              <w:rPr>
                <w:sz w:val="24"/>
                <w:szCs w:val="24"/>
              </w:rPr>
              <w:t>1</w:t>
            </w:r>
          </w:p>
        </w:tc>
        <w:tc>
          <w:tcPr>
            <w:tcW w:w="2606" w:type="dxa"/>
            <w:vAlign w:val="center"/>
          </w:tcPr>
          <w:p w14:paraId="2D6E6A58" w14:textId="77777777" w:rsidR="0057757C" w:rsidRPr="007F65A0" w:rsidRDefault="0057757C" w:rsidP="00D251EC">
            <w:pPr>
              <w:rPr>
                <w:sz w:val="24"/>
                <w:szCs w:val="24"/>
              </w:rPr>
            </w:pPr>
            <w:r w:rsidRPr="007F65A0">
              <w:rPr>
                <w:sz w:val="24"/>
                <w:szCs w:val="24"/>
              </w:rPr>
              <w:t>Feladatvégzésben motiválható és motivált.</w:t>
            </w:r>
          </w:p>
        </w:tc>
        <w:tc>
          <w:tcPr>
            <w:tcW w:w="2606" w:type="dxa"/>
            <w:vAlign w:val="center"/>
          </w:tcPr>
          <w:p w14:paraId="7FF27B8B" w14:textId="77777777" w:rsidR="0057757C" w:rsidRPr="007F65A0" w:rsidRDefault="0057757C" w:rsidP="00D251EC">
            <w:pPr>
              <w:jc w:val="center"/>
              <w:rPr>
                <w:sz w:val="24"/>
                <w:szCs w:val="24"/>
              </w:rPr>
            </w:pPr>
          </w:p>
        </w:tc>
        <w:tc>
          <w:tcPr>
            <w:tcW w:w="2606" w:type="dxa"/>
            <w:vAlign w:val="center"/>
          </w:tcPr>
          <w:p w14:paraId="147A91F0" w14:textId="77777777" w:rsidR="0057757C" w:rsidRPr="007F65A0" w:rsidRDefault="0057757C" w:rsidP="00D251EC">
            <w:pPr>
              <w:rPr>
                <w:sz w:val="24"/>
                <w:szCs w:val="24"/>
              </w:rPr>
            </w:pPr>
          </w:p>
        </w:tc>
      </w:tr>
      <w:tr w:rsidR="0057757C" w:rsidRPr="007F65A0" w14:paraId="56DD9EDE" w14:textId="77777777" w:rsidTr="00D251EC">
        <w:trPr>
          <w:jc w:val="center"/>
        </w:trPr>
        <w:tc>
          <w:tcPr>
            <w:tcW w:w="2606" w:type="dxa"/>
            <w:vAlign w:val="center"/>
          </w:tcPr>
          <w:p w14:paraId="77139283" w14:textId="77777777" w:rsidR="0057757C" w:rsidRPr="007F65A0" w:rsidRDefault="0057757C" w:rsidP="00D251EC">
            <w:pPr>
              <w:jc w:val="center"/>
              <w:rPr>
                <w:sz w:val="24"/>
                <w:szCs w:val="24"/>
              </w:rPr>
            </w:pPr>
            <w:r w:rsidRPr="007F65A0">
              <w:rPr>
                <w:sz w:val="24"/>
                <w:szCs w:val="24"/>
              </w:rPr>
              <w:t>2</w:t>
            </w:r>
          </w:p>
        </w:tc>
        <w:tc>
          <w:tcPr>
            <w:tcW w:w="2606" w:type="dxa"/>
            <w:vAlign w:val="center"/>
          </w:tcPr>
          <w:p w14:paraId="44E89683" w14:textId="77777777" w:rsidR="0057757C" w:rsidRPr="007F65A0" w:rsidRDefault="0057757C" w:rsidP="00D251EC">
            <w:pPr>
              <w:rPr>
                <w:sz w:val="24"/>
                <w:szCs w:val="24"/>
              </w:rPr>
            </w:pPr>
            <w:r w:rsidRPr="007F65A0">
              <w:rPr>
                <w:sz w:val="24"/>
                <w:szCs w:val="24"/>
              </w:rPr>
              <w:t>Befejezi, amit elkezdett.</w:t>
            </w:r>
          </w:p>
        </w:tc>
        <w:tc>
          <w:tcPr>
            <w:tcW w:w="2606" w:type="dxa"/>
            <w:vAlign w:val="center"/>
          </w:tcPr>
          <w:p w14:paraId="29E30139" w14:textId="77777777" w:rsidR="0057757C" w:rsidRPr="007F65A0" w:rsidRDefault="0057757C" w:rsidP="00D251EC">
            <w:pPr>
              <w:jc w:val="center"/>
              <w:rPr>
                <w:sz w:val="24"/>
                <w:szCs w:val="24"/>
              </w:rPr>
            </w:pPr>
          </w:p>
        </w:tc>
        <w:tc>
          <w:tcPr>
            <w:tcW w:w="2606" w:type="dxa"/>
            <w:vAlign w:val="center"/>
          </w:tcPr>
          <w:p w14:paraId="04B2B530" w14:textId="77777777" w:rsidR="0057757C" w:rsidRPr="007F65A0" w:rsidRDefault="0057757C" w:rsidP="00D251EC">
            <w:pPr>
              <w:rPr>
                <w:sz w:val="24"/>
                <w:szCs w:val="24"/>
              </w:rPr>
            </w:pPr>
          </w:p>
        </w:tc>
      </w:tr>
      <w:tr w:rsidR="0057757C" w:rsidRPr="007F65A0" w14:paraId="27E5D56F" w14:textId="77777777" w:rsidTr="00D251EC">
        <w:trPr>
          <w:jc w:val="center"/>
        </w:trPr>
        <w:tc>
          <w:tcPr>
            <w:tcW w:w="2606" w:type="dxa"/>
            <w:vAlign w:val="center"/>
          </w:tcPr>
          <w:p w14:paraId="0F249FD7" w14:textId="77777777" w:rsidR="0057757C" w:rsidRPr="007F65A0" w:rsidRDefault="0057757C" w:rsidP="00D251EC">
            <w:pPr>
              <w:jc w:val="center"/>
              <w:rPr>
                <w:sz w:val="24"/>
                <w:szCs w:val="24"/>
              </w:rPr>
            </w:pPr>
            <w:r w:rsidRPr="007F65A0">
              <w:rPr>
                <w:sz w:val="24"/>
                <w:szCs w:val="24"/>
              </w:rPr>
              <w:t>3</w:t>
            </w:r>
          </w:p>
        </w:tc>
        <w:tc>
          <w:tcPr>
            <w:tcW w:w="2606" w:type="dxa"/>
            <w:vAlign w:val="center"/>
          </w:tcPr>
          <w:p w14:paraId="0B14B1E2" w14:textId="77777777" w:rsidR="0057757C" w:rsidRPr="007F65A0" w:rsidRDefault="0057757C" w:rsidP="00D251EC">
            <w:pPr>
              <w:rPr>
                <w:sz w:val="24"/>
                <w:szCs w:val="24"/>
              </w:rPr>
            </w:pPr>
            <w:r w:rsidRPr="007F65A0">
              <w:rPr>
                <w:sz w:val="24"/>
                <w:szCs w:val="24"/>
              </w:rPr>
              <w:t>Kitartása életkorának megfelelő.</w:t>
            </w:r>
          </w:p>
        </w:tc>
        <w:tc>
          <w:tcPr>
            <w:tcW w:w="2606" w:type="dxa"/>
            <w:vAlign w:val="center"/>
          </w:tcPr>
          <w:p w14:paraId="33F8D61D" w14:textId="77777777" w:rsidR="0057757C" w:rsidRPr="007F65A0" w:rsidRDefault="0057757C" w:rsidP="00D251EC">
            <w:pPr>
              <w:jc w:val="center"/>
              <w:rPr>
                <w:sz w:val="24"/>
                <w:szCs w:val="24"/>
              </w:rPr>
            </w:pPr>
          </w:p>
        </w:tc>
        <w:tc>
          <w:tcPr>
            <w:tcW w:w="2606" w:type="dxa"/>
            <w:vAlign w:val="center"/>
          </w:tcPr>
          <w:p w14:paraId="6C3AD40D" w14:textId="77777777" w:rsidR="0057757C" w:rsidRPr="007F65A0" w:rsidRDefault="0057757C" w:rsidP="00D251EC">
            <w:pPr>
              <w:rPr>
                <w:sz w:val="24"/>
                <w:szCs w:val="24"/>
              </w:rPr>
            </w:pPr>
          </w:p>
        </w:tc>
      </w:tr>
      <w:tr w:rsidR="0057757C" w:rsidRPr="007F65A0" w14:paraId="461EC73C" w14:textId="77777777" w:rsidTr="00D251EC">
        <w:trPr>
          <w:jc w:val="center"/>
        </w:trPr>
        <w:tc>
          <w:tcPr>
            <w:tcW w:w="2606" w:type="dxa"/>
            <w:vAlign w:val="center"/>
          </w:tcPr>
          <w:p w14:paraId="3739CD94" w14:textId="77777777" w:rsidR="0057757C" w:rsidRPr="007F65A0" w:rsidRDefault="0057757C" w:rsidP="00D251EC">
            <w:pPr>
              <w:jc w:val="center"/>
              <w:rPr>
                <w:sz w:val="24"/>
                <w:szCs w:val="24"/>
              </w:rPr>
            </w:pPr>
            <w:r w:rsidRPr="007F65A0">
              <w:rPr>
                <w:sz w:val="24"/>
                <w:szCs w:val="24"/>
              </w:rPr>
              <w:t>4</w:t>
            </w:r>
          </w:p>
        </w:tc>
        <w:tc>
          <w:tcPr>
            <w:tcW w:w="2606" w:type="dxa"/>
            <w:vAlign w:val="center"/>
          </w:tcPr>
          <w:p w14:paraId="3F9080D4" w14:textId="77777777" w:rsidR="0057757C" w:rsidRPr="007F65A0" w:rsidRDefault="0057757C" w:rsidP="00D251EC">
            <w:pPr>
              <w:rPr>
                <w:sz w:val="24"/>
                <w:szCs w:val="24"/>
              </w:rPr>
            </w:pPr>
            <w:r w:rsidRPr="007F65A0">
              <w:rPr>
                <w:sz w:val="24"/>
                <w:szCs w:val="24"/>
              </w:rPr>
              <w:t>Akadályoztatás esetén képes kivárni.</w:t>
            </w:r>
          </w:p>
        </w:tc>
        <w:tc>
          <w:tcPr>
            <w:tcW w:w="2606" w:type="dxa"/>
            <w:vAlign w:val="center"/>
          </w:tcPr>
          <w:p w14:paraId="25AB2B98" w14:textId="77777777" w:rsidR="0057757C" w:rsidRPr="007F65A0" w:rsidRDefault="0057757C" w:rsidP="00D251EC">
            <w:pPr>
              <w:jc w:val="center"/>
              <w:rPr>
                <w:sz w:val="24"/>
                <w:szCs w:val="24"/>
              </w:rPr>
            </w:pPr>
          </w:p>
        </w:tc>
        <w:tc>
          <w:tcPr>
            <w:tcW w:w="2606" w:type="dxa"/>
            <w:vAlign w:val="center"/>
          </w:tcPr>
          <w:p w14:paraId="32B4333F" w14:textId="77777777" w:rsidR="0057757C" w:rsidRPr="007F65A0" w:rsidRDefault="0057757C" w:rsidP="00D251EC">
            <w:pPr>
              <w:rPr>
                <w:sz w:val="24"/>
                <w:szCs w:val="24"/>
              </w:rPr>
            </w:pPr>
          </w:p>
        </w:tc>
      </w:tr>
      <w:tr w:rsidR="0057757C" w:rsidRPr="007F65A0" w14:paraId="18681F4D" w14:textId="77777777" w:rsidTr="00D251EC">
        <w:trPr>
          <w:jc w:val="center"/>
        </w:trPr>
        <w:tc>
          <w:tcPr>
            <w:tcW w:w="2606" w:type="dxa"/>
            <w:vAlign w:val="center"/>
          </w:tcPr>
          <w:p w14:paraId="25CE305A" w14:textId="77777777" w:rsidR="0057757C" w:rsidRPr="007F65A0" w:rsidRDefault="0057757C" w:rsidP="00D251EC">
            <w:pPr>
              <w:jc w:val="center"/>
              <w:rPr>
                <w:sz w:val="24"/>
                <w:szCs w:val="24"/>
              </w:rPr>
            </w:pPr>
            <w:r w:rsidRPr="007F65A0">
              <w:rPr>
                <w:sz w:val="24"/>
                <w:szCs w:val="24"/>
              </w:rPr>
              <w:t>5</w:t>
            </w:r>
          </w:p>
        </w:tc>
        <w:tc>
          <w:tcPr>
            <w:tcW w:w="2606" w:type="dxa"/>
            <w:vAlign w:val="center"/>
          </w:tcPr>
          <w:p w14:paraId="7221A138" w14:textId="77777777" w:rsidR="0057757C" w:rsidRPr="007F65A0" w:rsidRDefault="0057757C" w:rsidP="00D251EC">
            <w:pPr>
              <w:rPr>
                <w:sz w:val="24"/>
                <w:szCs w:val="24"/>
              </w:rPr>
            </w:pPr>
            <w:r w:rsidRPr="007F65A0">
              <w:rPr>
                <w:sz w:val="24"/>
                <w:szCs w:val="24"/>
              </w:rPr>
              <w:t>Feladattudata kialakult vagy stabilan kialakulóban van.</w:t>
            </w:r>
          </w:p>
        </w:tc>
        <w:tc>
          <w:tcPr>
            <w:tcW w:w="2606" w:type="dxa"/>
            <w:vAlign w:val="center"/>
          </w:tcPr>
          <w:p w14:paraId="0F32C7D9" w14:textId="77777777" w:rsidR="0057757C" w:rsidRPr="007F65A0" w:rsidRDefault="0057757C" w:rsidP="00D251EC">
            <w:pPr>
              <w:jc w:val="center"/>
              <w:rPr>
                <w:sz w:val="24"/>
                <w:szCs w:val="24"/>
              </w:rPr>
            </w:pPr>
          </w:p>
        </w:tc>
        <w:tc>
          <w:tcPr>
            <w:tcW w:w="2606" w:type="dxa"/>
            <w:vAlign w:val="center"/>
          </w:tcPr>
          <w:p w14:paraId="2A2995E4" w14:textId="77777777" w:rsidR="0057757C" w:rsidRPr="007F65A0" w:rsidRDefault="0057757C" w:rsidP="00D251EC">
            <w:pPr>
              <w:rPr>
                <w:sz w:val="24"/>
                <w:szCs w:val="24"/>
              </w:rPr>
            </w:pPr>
          </w:p>
        </w:tc>
      </w:tr>
      <w:tr w:rsidR="0057757C" w:rsidRPr="007F65A0" w14:paraId="6CB63143" w14:textId="77777777" w:rsidTr="00D251EC">
        <w:trPr>
          <w:jc w:val="center"/>
        </w:trPr>
        <w:tc>
          <w:tcPr>
            <w:tcW w:w="2606" w:type="dxa"/>
            <w:vAlign w:val="center"/>
          </w:tcPr>
          <w:p w14:paraId="6D858DC8" w14:textId="77777777" w:rsidR="0057757C" w:rsidRPr="007F65A0" w:rsidRDefault="0057757C" w:rsidP="00D251EC">
            <w:pPr>
              <w:jc w:val="center"/>
              <w:rPr>
                <w:sz w:val="24"/>
                <w:szCs w:val="24"/>
              </w:rPr>
            </w:pPr>
            <w:r w:rsidRPr="007F65A0">
              <w:rPr>
                <w:sz w:val="24"/>
                <w:szCs w:val="24"/>
              </w:rPr>
              <w:t>6</w:t>
            </w:r>
          </w:p>
        </w:tc>
        <w:tc>
          <w:tcPr>
            <w:tcW w:w="2606" w:type="dxa"/>
            <w:vAlign w:val="center"/>
          </w:tcPr>
          <w:p w14:paraId="379D366E" w14:textId="77777777" w:rsidR="0057757C" w:rsidRPr="007F65A0" w:rsidRDefault="0057757C" w:rsidP="00D251EC">
            <w:pPr>
              <w:rPr>
                <w:sz w:val="24"/>
                <w:szCs w:val="24"/>
              </w:rPr>
            </w:pPr>
            <w:r w:rsidRPr="007F65A0">
              <w:rPr>
                <w:sz w:val="24"/>
                <w:szCs w:val="24"/>
              </w:rPr>
              <w:t>Feladatát megérti és megtartja.</w:t>
            </w:r>
          </w:p>
        </w:tc>
        <w:tc>
          <w:tcPr>
            <w:tcW w:w="2606" w:type="dxa"/>
            <w:vAlign w:val="center"/>
          </w:tcPr>
          <w:p w14:paraId="253DEEB5" w14:textId="77777777" w:rsidR="0057757C" w:rsidRPr="007F65A0" w:rsidRDefault="0057757C" w:rsidP="00D251EC">
            <w:pPr>
              <w:jc w:val="center"/>
              <w:rPr>
                <w:sz w:val="24"/>
                <w:szCs w:val="24"/>
              </w:rPr>
            </w:pPr>
          </w:p>
        </w:tc>
        <w:tc>
          <w:tcPr>
            <w:tcW w:w="2606" w:type="dxa"/>
            <w:vAlign w:val="center"/>
          </w:tcPr>
          <w:p w14:paraId="53FB59F0" w14:textId="77777777" w:rsidR="0057757C" w:rsidRPr="007F65A0" w:rsidRDefault="0057757C" w:rsidP="00D251EC">
            <w:pPr>
              <w:rPr>
                <w:sz w:val="24"/>
                <w:szCs w:val="24"/>
              </w:rPr>
            </w:pPr>
          </w:p>
        </w:tc>
      </w:tr>
      <w:tr w:rsidR="0057757C" w:rsidRPr="007F65A0" w14:paraId="51978173" w14:textId="77777777" w:rsidTr="00D251EC">
        <w:trPr>
          <w:jc w:val="center"/>
        </w:trPr>
        <w:tc>
          <w:tcPr>
            <w:tcW w:w="2606" w:type="dxa"/>
            <w:vAlign w:val="center"/>
          </w:tcPr>
          <w:p w14:paraId="248CD8D1" w14:textId="77777777" w:rsidR="0057757C" w:rsidRPr="007F65A0" w:rsidRDefault="0057757C" w:rsidP="00D251EC">
            <w:pPr>
              <w:jc w:val="center"/>
              <w:rPr>
                <w:sz w:val="24"/>
                <w:szCs w:val="24"/>
              </w:rPr>
            </w:pPr>
            <w:r w:rsidRPr="007F65A0">
              <w:rPr>
                <w:sz w:val="24"/>
                <w:szCs w:val="24"/>
              </w:rPr>
              <w:t>7</w:t>
            </w:r>
          </w:p>
        </w:tc>
        <w:tc>
          <w:tcPr>
            <w:tcW w:w="2606" w:type="dxa"/>
            <w:vAlign w:val="center"/>
          </w:tcPr>
          <w:p w14:paraId="4A669EF8" w14:textId="77777777" w:rsidR="0057757C" w:rsidRPr="007F65A0" w:rsidRDefault="0057757C" w:rsidP="00D251EC">
            <w:pPr>
              <w:rPr>
                <w:sz w:val="24"/>
                <w:szCs w:val="24"/>
              </w:rPr>
            </w:pPr>
            <w:r w:rsidRPr="007F65A0">
              <w:rPr>
                <w:sz w:val="24"/>
                <w:szCs w:val="24"/>
              </w:rPr>
              <w:t>Munkatempója megfelelően fejlődik.</w:t>
            </w:r>
          </w:p>
        </w:tc>
        <w:tc>
          <w:tcPr>
            <w:tcW w:w="2606" w:type="dxa"/>
            <w:vAlign w:val="center"/>
          </w:tcPr>
          <w:p w14:paraId="5DED7026" w14:textId="77777777" w:rsidR="0057757C" w:rsidRPr="007F65A0" w:rsidRDefault="0057757C" w:rsidP="00D251EC">
            <w:pPr>
              <w:jc w:val="center"/>
              <w:rPr>
                <w:sz w:val="24"/>
                <w:szCs w:val="24"/>
              </w:rPr>
            </w:pPr>
          </w:p>
        </w:tc>
        <w:tc>
          <w:tcPr>
            <w:tcW w:w="2606" w:type="dxa"/>
            <w:vAlign w:val="center"/>
          </w:tcPr>
          <w:p w14:paraId="78F45CC2" w14:textId="77777777" w:rsidR="0057757C" w:rsidRPr="007F65A0" w:rsidRDefault="0057757C" w:rsidP="00D251EC">
            <w:pPr>
              <w:rPr>
                <w:sz w:val="24"/>
                <w:szCs w:val="24"/>
              </w:rPr>
            </w:pPr>
          </w:p>
        </w:tc>
      </w:tr>
      <w:tr w:rsidR="0057757C" w:rsidRPr="007F65A0" w14:paraId="66AFAFA0" w14:textId="77777777" w:rsidTr="00D251EC">
        <w:trPr>
          <w:jc w:val="center"/>
        </w:trPr>
        <w:tc>
          <w:tcPr>
            <w:tcW w:w="2606" w:type="dxa"/>
            <w:vAlign w:val="center"/>
          </w:tcPr>
          <w:p w14:paraId="3C4E0619" w14:textId="77777777" w:rsidR="0057757C" w:rsidRPr="007F65A0" w:rsidRDefault="0057757C" w:rsidP="00D251EC">
            <w:pPr>
              <w:jc w:val="center"/>
              <w:rPr>
                <w:sz w:val="24"/>
                <w:szCs w:val="24"/>
              </w:rPr>
            </w:pPr>
            <w:r w:rsidRPr="007F65A0">
              <w:rPr>
                <w:sz w:val="24"/>
                <w:szCs w:val="24"/>
              </w:rPr>
              <w:t>8</w:t>
            </w:r>
          </w:p>
        </w:tc>
        <w:tc>
          <w:tcPr>
            <w:tcW w:w="2606" w:type="dxa"/>
            <w:vAlign w:val="center"/>
          </w:tcPr>
          <w:p w14:paraId="184CC773" w14:textId="77777777" w:rsidR="0057757C" w:rsidRPr="007F65A0" w:rsidRDefault="0057757C" w:rsidP="00D251EC">
            <w:pPr>
              <w:rPr>
                <w:sz w:val="24"/>
                <w:szCs w:val="24"/>
              </w:rPr>
            </w:pPr>
            <w:r w:rsidRPr="007F65A0">
              <w:rPr>
                <w:sz w:val="24"/>
                <w:szCs w:val="24"/>
              </w:rPr>
              <w:t>Önfegyelme, önkontrollja életkorának megfelelően működik.</w:t>
            </w:r>
          </w:p>
        </w:tc>
        <w:tc>
          <w:tcPr>
            <w:tcW w:w="2606" w:type="dxa"/>
            <w:vAlign w:val="center"/>
          </w:tcPr>
          <w:p w14:paraId="548C3C80" w14:textId="77777777" w:rsidR="0057757C" w:rsidRPr="007F65A0" w:rsidRDefault="0057757C" w:rsidP="00D251EC">
            <w:pPr>
              <w:jc w:val="center"/>
              <w:rPr>
                <w:sz w:val="24"/>
                <w:szCs w:val="24"/>
              </w:rPr>
            </w:pPr>
          </w:p>
        </w:tc>
        <w:tc>
          <w:tcPr>
            <w:tcW w:w="2606" w:type="dxa"/>
            <w:vAlign w:val="center"/>
          </w:tcPr>
          <w:p w14:paraId="22F9DD68" w14:textId="77777777" w:rsidR="0057757C" w:rsidRPr="007F65A0" w:rsidRDefault="0057757C" w:rsidP="00D251EC">
            <w:pPr>
              <w:rPr>
                <w:sz w:val="24"/>
                <w:szCs w:val="24"/>
              </w:rPr>
            </w:pPr>
          </w:p>
        </w:tc>
      </w:tr>
      <w:tr w:rsidR="0057757C" w:rsidRPr="007F65A0" w14:paraId="5307B152" w14:textId="77777777" w:rsidTr="00D251EC">
        <w:trPr>
          <w:jc w:val="center"/>
        </w:trPr>
        <w:tc>
          <w:tcPr>
            <w:tcW w:w="2606" w:type="dxa"/>
            <w:vAlign w:val="center"/>
          </w:tcPr>
          <w:p w14:paraId="7CF18CF3" w14:textId="77777777" w:rsidR="0057757C" w:rsidRPr="007F65A0" w:rsidRDefault="0057757C" w:rsidP="00D251EC">
            <w:pPr>
              <w:jc w:val="center"/>
              <w:rPr>
                <w:sz w:val="24"/>
                <w:szCs w:val="24"/>
              </w:rPr>
            </w:pPr>
            <w:r w:rsidRPr="007F65A0">
              <w:rPr>
                <w:sz w:val="24"/>
                <w:szCs w:val="24"/>
              </w:rPr>
              <w:t>9</w:t>
            </w:r>
          </w:p>
        </w:tc>
        <w:tc>
          <w:tcPr>
            <w:tcW w:w="2606" w:type="dxa"/>
            <w:vAlign w:val="center"/>
          </w:tcPr>
          <w:p w14:paraId="59B941D5" w14:textId="77777777" w:rsidR="0057757C" w:rsidRPr="007F65A0" w:rsidRDefault="0057757C" w:rsidP="00D251EC">
            <w:pPr>
              <w:rPr>
                <w:sz w:val="24"/>
                <w:szCs w:val="24"/>
              </w:rPr>
            </w:pPr>
            <w:r w:rsidRPr="007F65A0">
              <w:rPr>
                <w:sz w:val="24"/>
                <w:szCs w:val="24"/>
              </w:rPr>
              <w:t>Önállóan próbál megoldást keresni.</w:t>
            </w:r>
          </w:p>
        </w:tc>
        <w:tc>
          <w:tcPr>
            <w:tcW w:w="2606" w:type="dxa"/>
            <w:vAlign w:val="center"/>
          </w:tcPr>
          <w:p w14:paraId="331F7673" w14:textId="77777777" w:rsidR="0057757C" w:rsidRPr="007F65A0" w:rsidRDefault="0057757C" w:rsidP="00D251EC">
            <w:pPr>
              <w:jc w:val="center"/>
              <w:rPr>
                <w:sz w:val="24"/>
                <w:szCs w:val="24"/>
              </w:rPr>
            </w:pPr>
          </w:p>
        </w:tc>
        <w:tc>
          <w:tcPr>
            <w:tcW w:w="2606" w:type="dxa"/>
            <w:vAlign w:val="center"/>
          </w:tcPr>
          <w:p w14:paraId="590FED19" w14:textId="77777777" w:rsidR="0057757C" w:rsidRPr="007F65A0" w:rsidRDefault="0057757C" w:rsidP="00D251EC">
            <w:pPr>
              <w:rPr>
                <w:sz w:val="24"/>
                <w:szCs w:val="24"/>
              </w:rPr>
            </w:pPr>
          </w:p>
        </w:tc>
      </w:tr>
      <w:tr w:rsidR="0057757C" w:rsidRPr="007F65A0" w14:paraId="795AE53C" w14:textId="77777777" w:rsidTr="00D251EC">
        <w:trPr>
          <w:jc w:val="center"/>
        </w:trPr>
        <w:tc>
          <w:tcPr>
            <w:tcW w:w="2606" w:type="dxa"/>
            <w:vAlign w:val="center"/>
          </w:tcPr>
          <w:p w14:paraId="692A7D70" w14:textId="77777777" w:rsidR="0057757C" w:rsidRPr="007F65A0" w:rsidRDefault="0057757C" w:rsidP="00D251EC">
            <w:pPr>
              <w:jc w:val="center"/>
              <w:rPr>
                <w:sz w:val="24"/>
                <w:szCs w:val="24"/>
              </w:rPr>
            </w:pPr>
            <w:r w:rsidRPr="007F65A0">
              <w:rPr>
                <w:sz w:val="24"/>
                <w:szCs w:val="24"/>
              </w:rPr>
              <w:t>10</w:t>
            </w:r>
          </w:p>
        </w:tc>
        <w:tc>
          <w:tcPr>
            <w:tcW w:w="2606" w:type="dxa"/>
            <w:vAlign w:val="center"/>
          </w:tcPr>
          <w:p w14:paraId="1E1B2C0C" w14:textId="77777777" w:rsidR="0057757C" w:rsidRPr="007F65A0" w:rsidRDefault="0057757C" w:rsidP="00D251EC">
            <w:pPr>
              <w:rPr>
                <w:sz w:val="24"/>
                <w:szCs w:val="24"/>
              </w:rPr>
            </w:pPr>
            <w:r w:rsidRPr="007F65A0">
              <w:rPr>
                <w:sz w:val="24"/>
                <w:szCs w:val="24"/>
              </w:rPr>
              <w:t>Szükség szerint kreatív megoldást alkalmaz.</w:t>
            </w:r>
          </w:p>
        </w:tc>
        <w:tc>
          <w:tcPr>
            <w:tcW w:w="2606" w:type="dxa"/>
            <w:vAlign w:val="center"/>
          </w:tcPr>
          <w:p w14:paraId="13759397" w14:textId="77777777" w:rsidR="0057757C" w:rsidRPr="007F65A0" w:rsidRDefault="0057757C" w:rsidP="00D251EC">
            <w:pPr>
              <w:jc w:val="center"/>
              <w:rPr>
                <w:sz w:val="24"/>
                <w:szCs w:val="24"/>
              </w:rPr>
            </w:pPr>
          </w:p>
        </w:tc>
        <w:tc>
          <w:tcPr>
            <w:tcW w:w="2606" w:type="dxa"/>
            <w:vAlign w:val="center"/>
          </w:tcPr>
          <w:p w14:paraId="20ABC96C" w14:textId="77777777" w:rsidR="0057757C" w:rsidRPr="007F65A0" w:rsidRDefault="0057757C" w:rsidP="00D251EC">
            <w:pPr>
              <w:rPr>
                <w:sz w:val="24"/>
                <w:szCs w:val="24"/>
              </w:rPr>
            </w:pPr>
          </w:p>
        </w:tc>
      </w:tr>
      <w:tr w:rsidR="0057757C" w:rsidRPr="007F65A0" w14:paraId="5A7FD0C9" w14:textId="77777777" w:rsidTr="00D251EC">
        <w:trPr>
          <w:jc w:val="center"/>
        </w:trPr>
        <w:tc>
          <w:tcPr>
            <w:tcW w:w="2606" w:type="dxa"/>
            <w:vAlign w:val="center"/>
          </w:tcPr>
          <w:p w14:paraId="2F19270F" w14:textId="77777777" w:rsidR="0057757C" w:rsidRPr="007F65A0" w:rsidRDefault="0057757C" w:rsidP="00D251EC">
            <w:pPr>
              <w:rPr>
                <w:sz w:val="24"/>
                <w:szCs w:val="24"/>
              </w:rPr>
            </w:pPr>
          </w:p>
        </w:tc>
        <w:tc>
          <w:tcPr>
            <w:tcW w:w="2606" w:type="dxa"/>
            <w:shd w:val="clear" w:color="auto" w:fill="EEF5FB"/>
            <w:vAlign w:val="center"/>
          </w:tcPr>
          <w:p w14:paraId="72FC3274" w14:textId="77777777" w:rsidR="0057757C" w:rsidRPr="007F65A0" w:rsidRDefault="0057757C" w:rsidP="00D251EC">
            <w:pPr>
              <w:rPr>
                <w:sz w:val="24"/>
                <w:szCs w:val="24"/>
              </w:rPr>
            </w:pPr>
            <w:r w:rsidRPr="007F65A0">
              <w:rPr>
                <w:b/>
                <w:sz w:val="24"/>
                <w:szCs w:val="24"/>
              </w:rPr>
              <w:t>Területi összesítés – maximum 20 pont</w:t>
            </w:r>
          </w:p>
        </w:tc>
        <w:tc>
          <w:tcPr>
            <w:tcW w:w="2606" w:type="dxa"/>
            <w:shd w:val="clear" w:color="auto" w:fill="EEF5FB"/>
            <w:vAlign w:val="center"/>
          </w:tcPr>
          <w:p w14:paraId="50287B55" w14:textId="77777777" w:rsidR="0057757C" w:rsidRPr="007F65A0" w:rsidRDefault="0057757C" w:rsidP="00D251EC">
            <w:pPr>
              <w:rPr>
                <w:sz w:val="24"/>
                <w:szCs w:val="24"/>
              </w:rPr>
            </w:pPr>
            <w:r w:rsidRPr="007F65A0">
              <w:rPr>
                <w:b/>
                <w:sz w:val="24"/>
                <w:szCs w:val="24"/>
              </w:rPr>
              <w:t>____ / 20</w:t>
            </w:r>
          </w:p>
        </w:tc>
        <w:tc>
          <w:tcPr>
            <w:tcW w:w="2606" w:type="dxa"/>
            <w:shd w:val="clear" w:color="auto" w:fill="EEF5FB"/>
            <w:vAlign w:val="center"/>
          </w:tcPr>
          <w:p w14:paraId="3C105B00" w14:textId="77777777" w:rsidR="0057757C" w:rsidRPr="007F65A0" w:rsidRDefault="0057757C" w:rsidP="00D251EC">
            <w:pPr>
              <w:rPr>
                <w:sz w:val="24"/>
                <w:szCs w:val="24"/>
              </w:rPr>
            </w:pPr>
            <w:r w:rsidRPr="007F65A0">
              <w:rPr>
                <w:b/>
                <w:sz w:val="24"/>
                <w:szCs w:val="24"/>
              </w:rPr>
              <w:t>______ %</w:t>
            </w:r>
          </w:p>
        </w:tc>
      </w:tr>
    </w:tbl>
    <w:p w14:paraId="74799B4A" w14:textId="77777777" w:rsidR="0057757C" w:rsidRPr="007F65A0" w:rsidRDefault="0057757C" w:rsidP="0057757C">
      <w:pPr>
        <w:rPr>
          <w:sz w:val="24"/>
          <w:szCs w:val="24"/>
        </w:rPr>
      </w:pPr>
    </w:p>
    <w:p w14:paraId="784751C7" w14:textId="77777777" w:rsidR="0057757C" w:rsidRPr="007F65A0" w:rsidRDefault="0057757C" w:rsidP="0057757C">
      <w:pPr>
        <w:pStyle w:val="Cmsor2"/>
        <w:rPr>
          <w:rFonts w:ascii="Times New Roman" w:hAnsi="Times New Roman" w:cs="Times New Roman"/>
          <w:sz w:val="24"/>
          <w:szCs w:val="24"/>
        </w:rPr>
      </w:pPr>
      <w:r w:rsidRPr="007F65A0">
        <w:rPr>
          <w:rFonts w:ascii="Times New Roman" w:hAnsi="Times New Roman" w:cs="Times New Roman"/>
          <w:sz w:val="24"/>
          <w:szCs w:val="24"/>
        </w:rPr>
        <w:t>E. Mozgás, testi képességek, testséma és dominancia</w:t>
      </w:r>
    </w:p>
    <w:tbl>
      <w:tblPr>
        <w:tblStyle w:val="Rcsostblzat"/>
        <w:tblW w:w="0" w:type="auto"/>
        <w:jc w:val="center"/>
        <w:tblLook w:val="04A0" w:firstRow="1" w:lastRow="0" w:firstColumn="1" w:lastColumn="0" w:noHBand="0" w:noVBand="1"/>
      </w:tblPr>
      <w:tblGrid>
        <w:gridCol w:w="2604"/>
        <w:gridCol w:w="2605"/>
        <w:gridCol w:w="2603"/>
        <w:gridCol w:w="2604"/>
      </w:tblGrid>
      <w:tr w:rsidR="0057757C" w:rsidRPr="007F65A0" w14:paraId="7E6D1BED" w14:textId="77777777" w:rsidTr="00D251EC">
        <w:trPr>
          <w:tblHeader/>
          <w:jc w:val="center"/>
        </w:trPr>
        <w:tc>
          <w:tcPr>
            <w:tcW w:w="2606" w:type="dxa"/>
            <w:shd w:val="clear" w:color="auto" w:fill="D9EAF7"/>
            <w:vAlign w:val="center"/>
          </w:tcPr>
          <w:p w14:paraId="63192EB6" w14:textId="77777777" w:rsidR="0057757C" w:rsidRPr="007F65A0" w:rsidRDefault="0057757C" w:rsidP="00D251EC">
            <w:pPr>
              <w:jc w:val="center"/>
              <w:rPr>
                <w:sz w:val="24"/>
                <w:szCs w:val="24"/>
              </w:rPr>
            </w:pPr>
            <w:r w:rsidRPr="007F65A0">
              <w:rPr>
                <w:b/>
                <w:sz w:val="24"/>
                <w:szCs w:val="24"/>
              </w:rPr>
              <w:t>Ssz.</w:t>
            </w:r>
          </w:p>
        </w:tc>
        <w:tc>
          <w:tcPr>
            <w:tcW w:w="2606" w:type="dxa"/>
            <w:shd w:val="clear" w:color="auto" w:fill="D9EAF7"/>
            <w:vAlign w:val="center"/>
          </w:tcPr>
          <w:p w14:paraId="5821D9DA" w14:textId="77777777" w:rsidR="0057757C" w:rsidRPr="007F65A0" w:rsidRDefault="0057757C" w:rsidP="00D251EC">
            <w:pPr>
              <w:jc w:val="center"/>
              <w:rPr>
                <w:sz w:val="24"/>
                <w:szCs w:val="24"/>
              </w:rPr>
            </w:pPr>
            <w:r w:rsidRPr="007F65A0">
              <w:rPr>
                <w:b/>
                <w:sz w:val="24"/>
                <w:szCs w:val="24"/>
              </w:rPr>
              <w:t>Megfigyelhető kimeneti jellemző</w:t>
            </w:r>
          </w:p>
        </w:tc>
        <w:tc>
          <w:tcPr>
            <w:tcW w:w="2606" w:type="dxa"/>
            <w:shd w:val="clear" w:color="auto" w:fill="D9EAF7"/>
            <w:vAlign w:val="center"/>
          </w:tcPr>
          <w:p w14:paraId="25AF62F4" w14:textId="77777777" w:rsidR="0057757C" w:rsidRPr="007F65A0" w:rsidRDefault="0057757C" w:rsidP="00D251EC">
            <w:pPr>
              <w:jc w:val="center"/>
              <w:rPr>
                <w:sz w:val="24"/>
                <w:szCs w:val="24"/>
              </w:rPr>
            </w:pPr>
            <w:r w:rsidRPr="007F65A0">
              <w:rPr>
                <w:b/>
                <w:sz w:val="24"/>
                <w:szCs w:val="24"/>
              </w:rPr>
              <w:t>Pont</w:t>
            </w:r>
            <w:r w:rsidRPr="007F65A0">
              <w:rPr>
                <w:b/>
                <w:sz w:val="24"/>
                <w:szCs w:val="24"/>
              </w:rPr>
              <w:br/>
              <w:t>0–2</w:t>
            </w:r>
          </w:p>
        </w:tc>
        <w:tc>
          <w:tcPr>
            <w:tcW w:w="2606" w:type="dxa"/>
            <w:shd w:val="clear" w:color="auto" w:fill="D9EAF7"/>
            <w:vAlign w:val="center"/>
          </w:tcPr>
          <w:p w14:paraId="5473ED8D" w14:textId="77777777" w:rsidR="0057757C" w:rsidRPr="007F65A0" w:rsidRDefault="0057757C" w:rsidP="00D251EC">
            <w:pPr>
              <w:jc w:val="center"/>
              <w:rPr>
                <w:sz w:val="24"/>
                <w:szCs w:val="24"/>
              </w:rPr>
            </w:pPr>
            <w:r w:rsidRPr="007F65A0">
              <w:rPr>
                <w:b/>
                <w:sz w:val="24"/>
                <w:szCs w:val="24"/>
              </w:rPr>
              <w:t>Megjegyzés</w:t>
            </w:r>
          </w:p>
        </w:tc>
      </w:tr>
      <w:tr w:rsidR="0057757C" w:rsidRPr="007F65A0" w14:paraId="6B310932" w14:textId="77777777" w:rsidTr="00D251EC">
        <w:trPr>
          <w:jc w:val="center"/>
        </w:trPr>
        <w:tc>
          <w:tcPr>
            <w:tcW w:w="2606" w:type="dxa"/>
            <w:vAlign w:val="center"/>
          </w:tcPr>
          <w:p w14:paraId="3AD54DE8" w14:textId="77777777" w:rsidR="0057757C" w:rsidRPr="007F65A0" w:rsidRDefault="0057757C" w:rsidP="00D251EC">
            <w:pPr>
              <w:jc w:val="center"/>
              <w:rPr>
                <w:sz w:val="24"/>
                <w:szCs w:val="24"/>
              </w:rPr>
            </w:pPr>
            <w:r w:rsidRPr="007F65A0">
              <w:rPr>
                <w:sz w:val="24"/>
                <w:szCs w:val="24"/>
              </w:rPr>
              <w:t>1</w:t>
            </w:r>
          </w:p>
        </w:tc>
        <w:tc>
          <w:tcPr>
            <w:tcW w:w="2606" w:type="dxa"/>
            <w:vAlign w:val="center"/>
          </w:tcPr>
          <w:p w14:paraId="241A8C08" w14:textId="77777777" w:rsidR="0057757C" w:rsidRPr="007F65A0" w:rsidRDefault="0057757C" w:rsidP="00D251EC">
            <w:pPr>
              <w:rPr>
                <w:sz w:val="24"/>
                <w:szCs w:val="24"/>
              </w:rPr>
            </w:pPr>
            <w:r w:rsidRPr="007F65A0">
              <w:rPr>
                <w:sz w:val="24"/>
                <w:szCs w:val="24"/>
              </w:rPr>
              <w:t>Szívesen, felszabadultan mozog.</w:t>
            </w:r>
          </w:p>
        </w:tc>
        <w:tc>
          <w:tcPr>
            <w:tcW w:w="2606" w:type="dxa"/>
            <w:vAlign w:val="center"/>
          </w:tcPr>
          <w:p w14:paraId="297AE513" w14:textId="77777777" w:rsidR="0057757C" w:rsidRPr="007F65A0" w:rsidRDefault="0057757C" w:rsidP="00D251EC">
            <w:pPr>
              <w:jc w:val="center"/>
              <w:rPr>
                <w:sz w:val="24"/>
                <w:szCs w:val="24"/>
              </w:rPr>
            </w:pPr>
          </w:p>
        </w:tc>
        <w:tc>
          <w:tcPr>
            <w:tcW w:w="2606" w:type="dxa"/>
            <w:vAlign w:val="center"/>
          </w:tcPr>
          <w:p w14:paraId="6AB2DF65" w14:textId="77777777" w:rsidR="0057757C" w:rsidRPr="007F65A0" w:rsidRDefault="0057757C" w:rsidP="00D251EC">
            <w:pPr>
              <w:rPr>
                <w:sz w:val="24"/>
                <w:szCs w:val="24"/>
              </w:rPr>
            </w:pPr>
          </w:p>
        </w:tc>
      </w:tr>
      <w:tr w:rsidR="0057757C" w:rsidRPr="007F65A0" w14:paraId="4AA46D0B" w14:textId="77777777" w:rsidTr="00D251EC">
        <w:trPr>
          <w:jc w:val="center"/>
        </w:trPr>
        <w:tc>
          <w:tcPr>
            <w:tcW w:w="2606" w:type="dxa"/>
            <w:vAlign w:val="center"/>
          </w:tcPr>
          <w:p w14:paraId="533AA565" w14:textId="77777777" w:rsidR="0057757C" w:rsidRPr="007F65A0" w:rsidRDefault="0057757C" w:rsidP="00D251EC">
            <w:pPr>
              <w:jc w:val="center"/>
              <w:rPr>
                <w:sz w:val="24"/>
                <w:szCs w:val="24"/>
              </w:rPr>
            </w:pPr>
            <w:r w:rsidRPr="007F65A0">
              <w:rPr>
                <w:sz w:val="24"/>
                <w:szCs w:val="24"/>
              </w:rPr>
              <w:t>2</w:t>
            </w:r>
          </w:p>
        </w:tc>
        <w:tc>
          <w:tcPr>
            <w:tcW w:w="2606" w:type="dxa"/>
            <w:vAlign w:val="center"/>
          </w:tcPr>
          <w:p w14:paraId="0BE7F2A1" w14:textId="77777777" w:rsidR="0057757C" w:rsidRPr="007F65A0" w:rsidRDefault="0057757C" w:rsidP="00D251EC">
            <w:pPr>
              <w:rPr>
                <w:sz w:val="24"/>
                <w:szCs w:val="24"/>
              </w:rPr>
            </w:pPr>
            <w:r w:rsidRPr="007F65A0">
              <w:rPr>
                <w:sz w:val="24"/>
                <w:szCs w:val="24"/>
              </w:rPr>
              <w:t>Nagymozgásait helyesen, stabilan, túlmozgások nélkül végzi.</w:t>
            </w:r>
          </w:p>
        </w:tc>
        <w:tc>
          <w:tcPr>
            <w:tcW w:w="2606" w:type="dxa"/>
            <w:vAlign w:val="center"/>
          </w:tcPr>
          <w:p w14:paraId="5C53C348" w14:textId="77777777" w:rsidR="0057757C" w:rsidRPr="007F65A0" w:rsidRDefault="0057757C" w:rsidP="00D251EC">
            <w:pPr>
              <w:jc w:val="center"/>
              <w:rPr>
                <w:sz w:val="24"/>
                <w:szCs w:val="24"/>
              </w:rPr>
            </w:pPr>
          </w:p>
        </w:tc>
        <w:tc>
          <w:tcPr>
            <w:tcW w:w="2606" w:type="dxa"/>
            <w:vAlign w:val="center"/>
          </w:tcPr>
          <w:p w14:paraId="14779539" w14:textId="77777777" w:rsidR="0057757C" w:rsidRPr="007F65A0" w:rsidRDefault="0057757C" w:rsidP="00D251EC">
            <w:pPr>
              <w:rPr>
                <w:sz w:val="24"/>
                <w:szCs w:val="24"/>
              </w:rPr>
            </w:pPr>
          </w:p>
        </w:tc>
      </w:tr>
      <w:tr w:rsidR="0057757C" w:rsidRPr="007F65A0" w14:paraId="2049D115" w14:textId="77777777" w:rsidTr="00D251EC">
        <w:trPr>
          <w:jc w:val="center"/>
        </w:trPr>
        <w:tc>
          <w:tcPr>
            <w:tcW w:w="2606" w:type="dxa"/>
            <w:vAlign w:val="center"/>
          </w:tcPr>
          <w:p w14:paraId="20F827D3" w14:textId="77777777" w:rsidR="0057757C" w:rsidRPr="007F65A0" w:rsidRDefault="0057757C" w:rsidP="00D251EC">
            <w:pPr>
              <w:jc w:val="center"/>
              <w:rPr>
                <w:sz w:val="24"/>
                <w:szCs w:val="24"/>
              </w:rPr>
            </w:pPr>
            <w:r w:rsidRPr="007F65A0">
              <w:rPr>
                <w:sz w:val="24"/>
                <w:szCs w:val="24"/>
              </w:rPr>
              <w:t>3</w:t>
            </w:r>
          </w:p>
        </w:tc>
        <w:tc>
          <w:tcPr>
            <w:tcW w:w="2606" w:type="dxa"/>
            <w:vAlign w:val="center"/>
          </w:tcPr>
          <w:p w14:paraId="6B1C818C" w14:textId="77777777" w:rsidR="0057757C" w:rsidRPr="007F65A0" w:rsidRDefault="0057757C" w:rsidP="00D251EC">
            <w:pPr>
              <w:rPr>
                <w:sz w:val="24"/>
                <w:szCs w:val="24"/>
              </w:rPr>
            </w:pPr>
            <w:r w:rsidRPr="007F65A0">
              <w:rPr>
                <w:sz w:val="24"/>
                <w:szCs w:val="24"/>
              </w:rPr>
              <w:t>Mozgása jól koordinált és harmonikus.</w:t>
            </w:r>
          </w:p>
        </w:tc>
        <w:tc>
          <w:tcPr>
            <w:tcW w:w="2606" w:type="dxa"/>
            <w:vAlign w:val="center"/>
          </w:tcPr>
          <w:p w14:paraId="3FA2C508" w14:textId="77777777" w:rsidR="0057757C" w:rsidRPr="007F65A0" w:rsidRDefault="0057757C" w:rsidP="00D251EC">
            <w:pPr>
              <w:jc w:val="center"/>
              <w:rPr>
                <w:sz w:val="24"/>
                <w:szCs w:val="24"/>
              </w:rPr>
            </w:pPr>
          </w:p>
        </w:tc>
        <w:tc>
          <w:tcPr>
            <w:tcW w:w="2606" w:type="dxa"/>
            <w:vAlign w:val="center"/>
          </w:tcPr>
          <w:p w14:paraId="626D9068" w14:textId="77777777" w:rsidR="0057757C" w:rsidRPr="007F65A0" w:rsidRDefault="0057757C" w:rsidP="00D251EC">
            <w:pPr>
              <w:rPr>
                <w:sz w:val="24"/>
                <w:szCs w:val="24"/>
              </w:rPr>
            </w:pPr>
          </w:p>
        </w:tc>
      </w:tr>
      <w:tr w:rsidR="0057757C" w:rsidRPr="007F65A0" w14:paraId="6C800467" w14:textId="77777777" w:rsidTr="00D251EC">
        <w:trPr>
          <w:jc w:val="center"/>
        </w:trPr>
        <w:tc>
          <w:tcPr>
            <w:tcW w:w="2606" w:type="dxa"/>
            <w:vAlign w:val="center"/>
          </w:tcPr>
          <w:p w14:paraId="4AE6CA4D" w14:textId="77777777" w:rsidR="0057757C" w:rsidRPr="007F65A0" w:rsidRDefault="0057757C" w:rsidP="00D251EC">
            <w:pPr>
              <w:jc w:val="center"/>
              <w:rPr>
                <w:sz w:val="24"/>
                <w:szCs w:val="24"/>
              </w:rPr>
            </w:pPr>
            <w:r w:rsidRPr="007F65A0">
              <w:rPr>
                <w:sz w:val="24"/>
                <w:szCs w:val="24"/>
              </w:rPr>
              <w:t>4</w:t>
            </w:r>
          </w:p>
        </w:tc>
        <w:tc>
          <w:tcPr>
            <w:tcW w:w="2606" w:type="dxa"/>
            <w:vAlign w:val="center"/>
          </w:tcPr>
          <w:p w14:paraId="12EBC43E" w14:textId="77777777" w:rsidR="0057757C" w:rsidRPr="007F65A0" w:rsidRDefault="0057757C" w:rsidP="00D251EC">
            <w:pPr>
              <w:rPr>
                <w:sz w:val="24"/>
                <w:szCs w:val="24"/>
              </w:rPr>
            </w:pPr>
            <w:r w:rsidRPr="007F65A0">
              <w:rPr>
                <w:sz w:val="24"/>
                <w:szCs w:val="24"/>
              </w:rPr>
              <w:t>Eszközöket helyesen fog és használ.</w:t>
            </w:r>
          </w:p>
        </w:tc>
        <w:tc>
          <w:tcPr>
            <w:tcW w:w="2606" w:type="dxa"/>
            <w:vAlign w:val="center"/>
          </w:tcPr>
          <w:p w14:paraId="79D430F2" w14:textId="77777777" w:rsidR="0057757C" w:rsidRPr="007F65A0" w:rsidRDefault="0057757C" w:rsidP="00D251EC">
            <w:pPr>
              <w:jc w:val="center"/>
              <w:rPr>
                <w:sz w:val="24"/>
                <w:szCs w:val="24"/>
              </w:rPr>
            </w:pPr>
          </w:p>
        </w:tc>
        <w:tc>
          <w:tcPr>
            <w:tcW w:w="2606" w:type="dxa"/>
            <w:vAlign w:val="center"/>
          </w:tcPr>
          <w:p w14:paraId="5C66BD7B" w14:textId="77777777" w:rsidR="0057757C" w:rsidRPr="007F65A0" w:rsidRDefault="0057757C" w:rsidP="00D251EC">
            <w:pPr>
              <w:rPr>
                <w:sz w:val="24"/>
                <w:szCs w:val="24"/>
              </w:rPr>
            </w:pPr>
          </w:p>
        </w:tc>
      </w:tr>
      <w:tr w:rsidR="0057757C" w:rsidRPr="007F65A0" w14:paraId="3F8372E4" w14:textId="77777777" w:rsidTr="00D251EC">
        <w:trPr>
          <w:jc w:val="center"/>
        </w:trPr>
        <w:tc>
          <w:tcPr>
            <w:tcW w:w="2606" w:type="dxa"/>
            <w:vAlign w:val="center"/>
          </w:tcPr>
          <w:p w14:paraId="0635D2C4" w14:textId="77777777" w:rsidR="0057757C" w:rsidRPr="007F65A0" w:rsidRDefault="0057757C" w:rsidP="00D251EC">
            <w:pPr>
              <w:jc w:val="center"/>
              <w:rPr>
                <w:sz w:val="24"/>
                <w:szCs w:val="24"/>
              </w:rPr>
            </w:pPr>
            <w:r w:rsidRPr="007F65A0">
              <w:rPr>
                <w:sz w:val="24"/>
                <w:szCs w:val="24"/>
              </w:rPr>
              <w:t>5</w:t>
            </w:r>
          </w:p>
        </w:tc>
        <w:tc>
          <w:tcPr>
            <w:tcW w:w="2606" w:type="dxa"/>
            <w:vAlign w:val="center"/>
          </w:tcPr>
          <w:p w14:paraId="59E359AE" w14:textId="77777777" w:rsidR="0057757C" w:rsidRPr="007F65A0" w:rsidRDefault="0057757C" w:rsidP="00D251EC">
            <w:pPr>
              <w:rPr>
                <w:sz w:val="24"/>
                <w:szCs w:val="24"/>
              </w:rPr>
            </w:pPr>
            <w:r w:rsidRPr="007F65A0">
              <w:rPr>
                <w:sz w:val="24"/>
                <w:szCs w:val="24"/>
              </w:rPr>
              <w:t>Ujjmozgása ügyes, finommozgása fejlett.</w:t>
            </w:r>
          </w:p>
        </w:tc>
        <w:tc>
          <w:tcPr>
            <w:tcW w:w="2606" w:type="dxa"/>
            <w:vAlign w:val="center"/>
          </w:tcPr>
          <w:p w14:paraId="01F4560F" w14:textId="77777777" w:rsidR="0057757C" w:rsidRPr="007F65A0" w:rsidRDefault="0057757C" w:rsidP="00D251EC">
            <w:pPr>
              <w:jc w:val="center"/>
              <w:rPr>
                <w:sz w:val="24"/>
                <w:szCs w:val="24"/>
              </w:rPr>
            </w:pPr>
          </w:p>
        </w:tc>
        <w:tc>
          <w:tcPr>
            <w:tcW w:w="2606" w:type="dxa"/>
            <w:vAlign w:val="center"/>
          </w:tcPr>
          <w:p w14:paraId="15963BDE" w14:textId="77777777" w:rsidR="0057757C" w:rsidRPr="007F65A0" w:rsidRDefault="0057757C" w:rsidP="00D251EC">
            <w:pPr>
              <w:rPr>
                <w:sz w:val="24"/>
                <w:szCs w:val="24"/>
              </w:rPr>
            </w:pPr>
          </w:p>
        </w:tc>
      </w:tr>
      <w:tr w:rsidR="0057757C" w:rsidRPr="007F65A0" w14:paraId="3B173C4C" w14:textId="77777777" w:rsidTr="00D251EC">
        <w:trPr>
          <w:jc w:val="center"/>
        </w:trPr>
        <w:tc>
          <w:tcPr>
            <w:tcW w:w="2606" w:type="dxa"/>
            <w:vAlign w:val="center"/>
          </w:tcPr>
          <w:p w14:paraId="30DB6AFF" w14:textId="77777777" w:rsidR="0057757C" w:rsidRPr="007F65A0" w:rsidRDefault="0057757C" w:rsidP="00D251EC">
            <w:pPr>
              <w:jc w:val="center"/>
              <w:rPr>
                <w:sz w:val="24"/>
                <w:szCs w:val="24"/>
              </w:rPr>
            </w:pPr>
            <w:r w:rsidRPr="007F65A0">
              <w:rPr>
                <w:sz w:val="24"/>
                <w:szCs w:val="24"/>
              </w:rPr>
              <w:t>6</w:t>
            </w:r>
          </w:p>
        </w:tc>
        <w:tc>
          <w:tcPr>
            <w:tcW w:w="2606" w:type="dxa"/>
            <w:vAlign w:val="center"/>
          </w:tcPr>
          <w:p w14:paraId="6CA48E21" w14:textId="77777777" w:rsidR="0057757C" w:rsidRPr="007F65A0" w:rsidRDefault="0057757C" w:rsidP="00D251EC">
            <w:pPr>
              <w:rPr>
                <w:sz w:val="24"/>
                <w:szCs w:val="24"/>
              </w:rPr>
            </w:pPr>
            <w:r w:rsidRPr="007F65A0">
              <w:rPr>
                <w:sz w:val="24"/>
                <w:szCs w:val="24"/>
              </w:rPr>
              <w:t>Főbb és apróbb testrészeit felismeri, megmutatja, megnevezi.</w:t>
            </w:r>
          </w:p>
        </w:tc>
        <w:tc>
          <w:tcPr>
            <w:tcW w:w="2606" w:type="dxa"/>
            <w:vAlign w:val="center"/>
          </w:tcPr>
          <w:p w14:paraId="7FED6B7D" w14:textId="77777777" w:rsidR="0057757C" w:rsidRPr="007F65A0" w:rsidRDefault="0057757C" w:rsidP="00D251EC">
            <w:pPr>
              <w:jc w:val="center"/>
              <w:rPr>
                <w:sz w:val="24"/>
                <w:szCs w:val="24"/>
              </w:rPr>
            </w:pPr>
          </w:p>
        </w:tc>
        <w:tc>
          <w:tcPr>
            <w:tcW w:w="2606" w:type="dxa"/>
            <w:vAlign w:val="center"/>
          </w:tcPr>
          <w:p w14:paraId="5241A301" w14:textId="77777777" w:rsidR="0057757C" w:rsidRPr="007F65A0" w:rsidRDefault="0057757C" w:rsidP="00D251EC">
            <w:pPr>
              <w:rPr>
                <w:sz w:val="24"/>
                <w:szCs w:val="24"/>
              </w:rPr>
            </w:pPr>
          </w:p>
        </w:tc>
      </w:tr>
      <w:tr w:rsidR="0057757C" w:rsidRPr="007F65A0" w14:paraId="12E605DC" w14:textId="77777777" w:rsidTr="00D251EC">
        <w:trPr>
          <w:jc w:val="center"/>
        </w:trPr>
        <w:tc>
          <w:tcPr>
            <w:tcW w:w="2606" w:type="dxa"/>
            <w:vAlign w:val="center"/>
          </w:tcPr>
          <w:p w14:paraId="05710EC6" w14:textId="77777777" w:rsidR="0057757C" w:rsidRPr="007F65A0" w:rsidRDefault="0057757C" w:rsidP="00D251EC">
            <w:pPr>
              <w:jc w:val="center"/>
              <w:rPr>
                <w:sz w:val="24"/>
                <w:szCs w:val="24"/>
              </w:rPr>
            </w:pPr>
            <w:r w:rsidRPr="007F65A0">
              <w:rPr>
                <w:sz w:val="24"/>
                <w:szCs w:val="24"/>
              </w:rPr>
              <w:t>7</w:t>
            </w:r>
          </w:p>
        </w:tc>
        <w:tc>
          <w:tcPr>
            <w:tcW w:w="2606" w:type="dxa"/>
            <w:vAlign w:val="center"/>
          </w:tcPr>
          <w:p w14:paraId="5D506944" w14:textId="77777777" w:rsidR="0057757C" w:rsidRPr="007F65A0" w:rsidRDefault="0057757C" w:rsidP="00D251EC">
            <w:pPr>
              <w:rPr>
                <w:sz w:val="24"/>
                <w:szCs w:val="24"/>
              </w:rPr>
            </w:pPr>
            <w:r w:rsidRPr="007F65A0">
              <w:rPr>
                <w:sz w:val="24"/>
                <w:szCs w:val="24"/>
              </w:rPr>
              <w:t>Testrészei funkcióját ismeri.</w:t>
            </w:r>
          </w:p>
        </w:tc>
        <w:tc>
          <w:tcPr>
            <w:tcW w:w="2606" w:type="dxa"/>
            <w:vAlign w:val="center"/>
          </w:tcPr>
          <w:p w14:paraId="70E33D67" w14:textId="77777777" w:rsidR="0057757C" w:rsidRPr="007F65A0" w:rsidRDefault="0057757C" w:rsidP="00D251EC">
            <w:pPr>
              <w:jc w:val="center"/>
              <w:rPr>
                <w:sz w:val="24"/>
                <w:szCs w:val="24"/>
              </w:rPr>
            </w:pPr>
          </w:p>
        </w:tc>
        <w:tc>
          <w:tcPr>
            <w:tcW w:w="2606" w:type="dxa"/>
            <w:vAlign w:val="center"/>
          </w:tcPr>
          <w:p w14:paraId="58B7813E" w14:textId="77777777" w:rsidR="0057757C" w:rsidRPr="007F65A0" w:rsidRDefault="0057757C" w:rsidP="00D251EC">
            <w:pPr>
              <w:rPr>
                <w:sz w:val="24"/>
                <w:szCs w:val="24"/>
              </w:rPr>
            </w:pPr>
          </w:p>
        </w:tc>
      </w:tr>
      <w:tr w:rsidR="0057757C" w:rsidRPr="007F65A0" w14:paraId="4779327D" w14:textId="77777777" w:rsidTr="00D251EC">
        <w:trPr>
          <w:jc w:val="center"/>
        </w:trPr>
        <w:tc>
          <w:tcPr>
            <w:tcW w:w="2606" w:type="dxa"/>
            <w:vAlign w:val="center"/>
          </w:tcPr>
          <w:p w14:paraId="1D7B96B3" w14:textId="77777777" w:rsidR="0057757C" w:rsidRPr="007F65A0" w:rsidRDefault="0057757C" w:rsidP="00D251EC">
            <w:pPr>
              <w:jc w:val="center"/>
              <w:rPr>
                <w:sz w:val="24"/>
                <w:szCs w:val="24"/>
              </w:rPr>
            </w:pPr>
            <w:r w:rsidRPr="007F65A0">
              <w:rPr>
                <w:sz w:val="24"/>
                <w:szCs w:val="24"/>
              </w:rPr>
              <w:t>8</w:t>
            </w:r>
          </w:p>
        </w:tc>
        <w:tc>
          <w:tcPr>
            <w:tcW w:w="2606" w:type="dxa"/>
            <w:vAlign w:val="center"/>
          </w:tcPr>
          <w:p w14:paraId="29511956" w14:textId="77777777" w:rsidR="0057757C" w:rsidRPr="007F65A0" w:rsidRDefault="0057757C" w:rsidP="00D251EC">
            <w:pPr>
              <w:rPr>
                <w:sz w:val="24"/>
                <w:szCs w:val="24"/>
              </w:rPr>
            </w:pPr>
            <w:r w:rsidRPr="007F65A0">
              <w:rPr>
                <w:sz w:val="24"/>
                <w:szCs w:val="24"/>
              </w:rPr>
              <w:t>Jobb–bal oldalát, elülső–hátulsó testhelyzetét érzékeli.</w:t>
            </w:r>
          </w:p>
        </w:tc>
        <w:tc>
          <w:tcPr>
            <w:tcW w:w="2606" w:type="dxa"/>
            <w:vAlign w:val="center"/>
          </w:tcPr>
          <w:p w14:paraId="2745B696" w14:textId="77777777" w:rsidR="0057757C" w:rsidRPr="007F65A0" w:rsidRDefault="0057757C" w:rsidP="00D251EC">
            <w:pPr>
              <w:jc w:val="center"/>
              <w:rPr>
                <w:sz w:val="24"/>
                <w:szCs w:val="24"/>
              </w:rPr>
            </w:pPr>
          </w:p>
        </w:tc>
        <w:tc>
          <w:tcPr>
            <w:tcW w:w="2606" w:type="dxa"/>
            <w:vAlign w:val="center"/>
          </w:tcPr>
          <w:p w14:paraId="387A50C4" w14:textId="77777777" w:rsidR="0057757C" w:rsidRPr="007F65A0" w:rsidRDefault="0057757C" w:rsidP="00D251EC">
            <w:pPr>
              <w:rPr>
                <w:sz w:val="24"/>
                <w:szCs w:val="24"/>
              </w:rPr>
            </w:pPr>
          </w:p>
        </w:tc>
      </w:tr>
      <w:tr w:rsidR="0057757C" w:rsidRPr="007F65A0" w14:paraId="6A85FD59" w14:textId="77777777" w:rsidTr="00D251EC">
        <w:trPr>
          <w:jc w:val="center"/>
        </w:trPr>
        <w:tc>
          <w:tcPr>
            <w:tcW w:w="2606" w:type="dxa"/>
            <w:vAlign w:val="center"/>
          </w:tcPr>
          <w:p w14:paraId="0F92C399" w14:textId="77777777" w:rsidR="0057757C" w:rsidRPr="007F65A0" w:rsidRDefault="0057757C" w:rsidP="00D251EC">
            <w:pPr>
              <w:jc w:val="center"/>
              <w:rPr>
                <w:sz w:val="24"/>
                <w:szCs w:val="24"/>
              </w:rPr>
            </w:pPr>
            <w:r w:rsidRPr="007F65A0">
              <w:rPr>
                <w:sz w:val="24"/>
                <w:szCs w:val="24"/>
              </w:rPr>
              <w:lastRenderedPageBreak/>
              <w:t>9</w:t>
            </w:r>
          </w:p>
        </w:tc>
        <w:tc>
          <w:tcPr>
            <w:tcW w:w="2606" w:type="dxa"/>
            <w:vAlign w:val="center"/>
          </w:tcPr>
          <w:p w14:paraId="0C66846D" w14:textId="77777777" w:rsidR="0057757C" w:rsidRPr="007F65A0" w:rsidRDefault="0057757C" w:rsidP="00D251EC">
            <w:pPr>
              <w:rPr>
                <w:sz w:val="24"/>
                <w:szCs w:val="24"/>
              </w:rPr>
            </w:pPr>
            <w:r w:rsidRPr="007F65A0">
              <w:rPr>
                <w:sz w:val="24"/>
                <w:szCs w:val="24"/>
              </w:rPr>
              <w:t>Domináns oldala kialakult (jobb vagy bal).</w:t>
            </w:r>
          </w:p>
        </w:tc>
        <w:tc>
          <w:tcPr>
            <w:tcW w:w="2606" w:type="dxa"/>
            <w:vAlign w:val="center"/>
          </w:tcPr>
          <w:p w14:paraId="53F2F3C8" w14:textId="77777777" w:rsidR="0057757C" w:rsidRPr="007F65A0" w:rsidRDefault="0057757C" w:rsidP="00D251EC">
            <w:pPr>
              <w:jc w:val="center"/>
              <w:rPr>
                <w:sz w:val="24"/>
                <w:szCs w:val="24"/>
              </w:rPr>
            </w:pPr>
          </w:p>
        </w:tc>
        <w:tc>
          <w:tcPr>
            <w:tcW w:w="2606" w:type="dxa"/>
            <w:vAlign w:val="center"/>
          </w:tcPr>
          <w:p w14:paraId="2A7F239D" w14:textId="77777777" w:rsidR="0057757C" w:rsidRPr="007F65A0" w:rsidRDefault="0057757C" w:rsidP="00D251EC">
            <w:pPr>
              <w:rPr>
                <w:sz w:val="24"/>
                <w:szCs w:val="24"/>
              </w:rPr>
            </w:pPr>
          </w:p>
        </w:tc>
      </w:tr>
      <w:tr w:rsidR="0057757C" w:rsidRPr="007F65A0" w14:paraId="71E00A7F" w14:textId="77777777" w:rsidTr="00D251EC">
        <w:trPr>
          <w:jc w:val="center"/>
        </w:trPr>
        <w:tc>
          <w:tcPr>
            <w:tcW w:w="2606" w:type="dxa"/>
            <w:vAlign w:val="center"/>
          </w:tcPr>
          <w:p w14:paraId="31552BD4" w14:textId="77777777" w:rsidR="0057757C" w:rsidRPr="007F65A0" w:rsidRDefault="0057757C" w:rsidP="00D251EC">
            <w:pPr>
              <w:jc w:val="center"/>
              <w:rPr>
                <w:sz w:val="24"/>
                <w:szCs w:val="24"/>
              </w:rPr>
            </w:pPr>
            <w:r w:rsidRPr="007F65A0">
              <w:rPr>
                <w:sz w:val="24"/>
                <w:szCs w:val="24"/>
              </w:rPr>
              <w:t>10</w:t>
            </w:r>
          </w:p>
        </w:tc>
        <w:tc>
          <w:tcPr>
            <w:tcW w:w="2606" w:type="dxa"/>
            <w:vAlign w:val="center"/>
          </w:tcPr>
          <w:p w14:paraId="2B7F3E75" w14:textId="77777777" w:rsidR="0057757C" w:rsidRPr="007F65A0" w:rsidRDefault="0057757C" w:rsidP="00D251EC">
            <w:pPr>
              <w:rPr>
                <w:sz w:val="24"/>
                <w:szCs w:val="24"/>
              </w:rPr>
            </w:pPr>
            <w:r w:rsidRPr="007F65A0">
              <w:rPr>
                <w:sz w:val="24"/>
                <w:szCs w:val="24"/>
              </w:rPr>
              <w:t>Állóképessége, ereje, ügyessége életkorának és egyéni adottságainak megfelelő.</w:t>
            </w:r>
          </w:p>
        </w:tc>
        <w:tc>
          <w:tcPr>
            <w:tcW w:w="2606" w:type="dxa"/>
            <w:vAlign w:val="center"/>
          </w:tcPr>
          <w:p w14:paraId="4B8BCB32" w14:textId="77777777" w:rsidR="0057757C" w:rsidRPr="007F65A0" w:rsidRDefault="0057757C" w:rsidP="00D251EC">
            <w:pPr>
              <w:jc w:val="center"/>
              <w:rPr>
                <w:sz w:val="24"/>
                <w:szCs w:val="24"/>
              </w:rPr>
            </w:pPr>
          </w:p>
        </w:tc>
        <w:tc>
          <w:tcPr>
            <w:tcW w:w="2606" w:type="dxa"/>
            <w:vAlign w:val="center"/>
          </w:tcPr>
          <w:p w14:paraId="4CFF1BF3" w14:textId="77777777" w:rsidR="0057757C" w:rsidRPr="007F65A0" w:rsidRDefault="0057757C" w:rsidP="00D251EC">
            <w:pPr>
              <w:rPr>
                <w:sz w:val="24"/>
                <w:szCs w:val="24"/>
              </w:rPr>
            </w:pPr>
          </w:p>
        </w:tc>
      </w:tr>
      <w:tr w:rsidR="0057757C" w:rsidRPr="007F65A0" w14:paraId="719DB17B" w14:textId="77777777" w:rsidTr="00D251EC">
        <w:trPr>
          <w:jc w:val="center"/>
        </w:trPr>
        <w:tc>
          <w:tcPr>
            <w:tcW w:w="2606" w:type="dxa"/>
            <w:vAlign w:val="center"/>
          </w:tcPr>
          <w:p w14:paraId="3AFFA672" w14:textId="77777777" w:rsidR="0057757C" w:rsidRPr="007F65A0" w:rsidRDefault="0057757C" w:rsidP="00D251EC">
            <w:pPr>
              <w:rPr>
                <w:sz w:val="24"/>
                <w:szCs w:val="24"/>
              </w:rPr>
            </w:pPr>
          </w:p>
        </w:tc>
        <w:tc>
          <w:tcPr>
            <w:tcW w:w="2606" w:type="dxa"/>
            <w:shd w:val="clear" w:color="auto" w:fill="EEF5FB"/>
            <w:vAlign w:val="center"/>
          </w:tcPr>
          <w:p w14:paraId="7CA12413" w14:textId="77777777" w:rsidR="0057757C" w:rsidRPr="007F65A0" w:rsidRDefault="0057757C" w:rsidP="00D251EC">
            <w:pPr>
              <w:rPr>
                <w:sz w:val="24"/>
                <w:szCs w:val="24"/>
              </w:rPr>
            </w:pPr>
            <w:r w:rsidRPr="007F65A0">
              <w:rPr>
                <w:b/>
                <w:sz w:val="24"/>
                <w:szCs w:val="24"/>
              </w:rPr>
              <w:t>Területi összesítés – maximum 20 pont</w:t>
            </w:r>
          </w:p>
        </w:tc>
        <w:tc>
          <w:tcPr>
            <w:tcW w:w="2606" w:type="dxa"/>
            <w:shd w:val="clear" w:color="auto" w:fill="EEF5FB"/>
            <w:vAlign w:val="center"/>
          </w:tcPr>
          <w:p w14:paraId="4CF1E3BD" w14:textId="77777777" w:rsidR="0057757C" w:rsidRPr="007F65A0" w:rsidRDefault="0057757C" w:rsidP="00D251EC">
            <w:pPr>
              <w:rPr>
                <w:sz w:val="24"/>
                <w:szCs w:val="24"/>
              </w:rPr>
            </w:pPr>
            <w:r w:rsidRPr="007F65A0">
              <w:rPr>
                <w:b/>
                <w:sz w:val="24"/>
                <w:szCs w:val="24"/>
              </w:rPr>
              <w:t>____ / 20</w:t>
            </w:r>
          </w:p>
        </w:tc>
        <w:tc>
          <w:tcPr>
            <w:tcW w:w="2606" w:type="dxa"/>
            <w:shd w:val="clear" w:color="auto" w:fill="EEF5FB"/>
            <w:vAlign w:val="center"/>
          </w:tcPr>
          <w:p w14:paraId="76BAA6CB" w14:textId="77777777" w:rsidR="0057757C" w:rsidRPr="007F65A0" w:rsidRDefault="0057757C" w:rsidP="00D251EC">
            <w:pPr>
              <w:rPr>
                <w:sz w:val="24"/>
                <w:szCs w:val="24"/>
              </w:rPr>
            </w:pPr>
            <w:r w:rsidRPr="007F65A0">
              <w:rPr>
                <w:b/>
                <w:sz w:val="24"/>
                <w:szCs w:val="24"/>
              </w:rPr>
              <w:t>______ %</w:t>
            </w:r>
          </w:p>
        </w:tc>
      </w:tr>
    </w:tbl>
    <w:p w14:paraId="49AE9FB6" w14:textId="77777777" w:rsidR="0057757C" w:rsidRPr="007F65A0" w:rsidRDefault="0057757C" w:rsidP="0057757C">
      <w:pPr>
        <w:rPr>
          <w:sz w:val="24"/>
          <w:szCs w:val="24"/>
        </w:rPr>
      </w:pPr>
    </w:p>
    <w:p w14:paraId="4B31F5D6" w14:textId="77777777" w:rsidR="0057757C" w:rsidRPr="007F65A0" w:rsidRDefault="0057757C" w:rsidP="0057757C">
      <w:pPr>
        <w:pStyle w:val="Cmsor2"/>
        <w:rPr>
          <w:rFonts w:ascii="Times New Roman" w:hAnsi="Times New Roman" w:cs="Times New Roman"/>
          <w:sz w:val="24"/>
          <w:szCs w:val="24"/>
        </w:rPr>
      </w:pPr>
      <w:r w:rsidRPr="007F65A0">
        <w:rPr>
          <w:rFonts w:ascii="Times New Roman" w:hAnsi="Times New Roman" w:cs="Times New Roman"/>
          <w:sz w:val="24"/>
          <w:szCs w:val="24"/>
        </w:rPr>
        <w:t>F. Érzékelés, észlelés és téri tájékozódás</w:t>
      </w:r>
    </w:p>
    <w:tbl>
      <w:tblPr>
        <w:tblStyle w:val="Rcsostblzat"/>
        <w:tblW w:w="0" w:type="auto"/>
        <w:jc w:val="center"/>
        <w:tblLook w:val="04A0" w:firstRow="1" w:lastRow="0" w:firstColumn="1" w:lastColumn="0" w:noHBand="0" w:noVBand="1"/>
      </w:tblPr>
      <w:tblGrid>
        <w:gridCol w:w="2604"/>
        <w:gridCol w:w="2605"/>
        <w:gridCol w:w="2603"/>
        <w:gridCol w:w="2604"/>
      </w:tblGrid>
      <w:tr w:rsidR="0057757C" w:rsidRPr="007F65A0" w14:paraId="5966DA3E" w14:textId="77777777" w:rsidTr="00D251EC">
        <w:trPr>
          <w:tblHeader/>
          <w:jc w:val="center"/>
        </w:trPr>
        <w:tc>
          <w:tcPr>
            <w:tcW w:w="2606" w:type="dxa"/>
            <w:shd w:val="clear" w:color="auto" w:fill="D9EAF7"/>
            <w:vAlign w:val="center"/>
          </w:tcPr>
          <w:p w14:paraId="56B10216" w14:textId="77777777" w:rsidR="0057757C" w:rsidRPr="007F65A0" w:rsidRDefault="0057757C" w:rsidP="00D251EC">
            <w:pPr>
              <w:jc w:val="center"/>
              <w:rPr>
                <w:sz w:val="24"/>
                <w:szCs w:val="24"/>
              </w:rPr>
            </w:pPr>
            <w:r w:rsidRPr="007F65A0">
              <w:rPr>
                <w:b/>
                <w:sz w:val="24"/>
                <w:szCs w:val="24"/>
              </w:rPr>
              <w:t>Ssz.</w:t>
            </w:r>
          </w:p>
        </w:tc>
        <w:tc>
          <w:tcPr>
            <w:tcW w:w="2606" w:type="dxa"/>
            <w:shd w:val="clear" w:color="auto" w:fill="D9EAF7"/>
            <w:vAlign w:val="center"/>
          </w:tcPr>
          <w:p w14:paraId="5FA9DCAF" w14:textId="77777777" w:rsidR="0057757C" w:rsidRPr="007F65A0" w:rsidRDefault="0057757C" w:rsidP="00D251EC">
            <w:pPr>
              <w:jc w:val="center"/>
              <w:rPr>
                <w:sz w:val="24"/>
                <w:szCs w:val="24"/>
              </w:rPr>
            </w:pPr>
            <w:r w:rsidRPr="007F65A0">
              <w:rPr>
                <w:b/>
                <w:sz w:val="24"/>
                <w:szCs w:val="24"/>
              </w:rPr>
              <w:t>Megfigyelhető kimeneti jellemző</w:t>
            </w:r>
          </w:p>
        </w:tc>
        <w:tc>
          <w:tcPr>
            <w:tcW w:w="2606" w:type="dxa"/>
            <w:shd w:val="clear" w:color="auto" w:fill="D9EAF7"/>
            <w:vAlign w:val="center"/>
          </w:tcPr>
          <w:p w14:paraId="1284057C" w14:textId="77777777" w:rsidR="0057757C" w:rsidRPr="007F65A0" w:rsidRDefault="0057757C" w:rsidP="00D251EC">
            <w:pPr>
              <w:jc w:val="center"/>
              <w:rPr>
                <w:sz w:val="24"/>
                <w:szCs w:val="24"/>
              </w:rPr>
            </w:pPr>
            <w:r w:rsidRPr="007F65A0">
              <w:rPr>
                <w:b/>
                <w:sz w:val="24"/>
                <w:szCs w:val="24"/>
              </w:rPr>
              <w:t>Pont</w:t>
            </w:r>
            <w:r w:rsidRPr="007F65A0">
              <w:rPr>
                <w:b/>
                <w:sz w:val="24"/>
                <w:szCs w:val="24"/>
              </w:rPr>
              <w:br/>
              <w:t>0–2</w:t>
            </w:r>
          </w:p>
        </w:tc>
        <w:tc>
          <w:tcPr>
            <w:tcW w:w="2606" w:type="dxa"/>
            <w:shd w:val="clear" w:color="auto" w:fill="D9EAF7"/>
            <w:vAlign w:val="center"/>
          </w:tcPr>
          <w:p w14:paraId="6DD32CB4" w14:textId="77777777" w:rsidR="0057757C" w:rsidRPr="007F65A0" w:rsidRDefault="0057757C" w:rsidP="00D251EC">
            <w:pPr>
              <w:jc w:val="center"/>
              <w:rPr>
                <w:sz w:val="24"/>
                <w:szCs w:val="24"/>
              </w:rPr>
            </w:pPr>
            <w:r w:rsidRPr="007F65A0">
              <w:rPr>
                <w:b/>
                <w:sz w:val="24"/>
                <w:szCs w:val="24"/>
              </w:rPr>
              <w:t>Megjegyzés</w:t>
            </w:r>
          </w:p>
        </w:tc>
      </w:tr>
      <w:tr w:rsidR="0057757C" w:rsidRPr="007F65A0" w14:paraId="16CD3C9D" w14:textId="77777777" w:rsidTr="00D251EC">
        <w:trPr>
          <w:jc w:val="center"/>
        </w:trPr>
        <w:tc>
          <w:tcPr>
            <w:tcW w:w="2606" w:type="dxa"/>
            <w:vAlign w:val="center"/>
          </w:tcPr>
          <w:p w14:paraId="59CF693E" w14:textId="77777777" w:rsidR="0057757C" w:rsidRPr="007F65A0" w:rsidRDefault="0057757C" w:rsidP="00D251EC">
            <w:pPr>
              <w:jc w:val="center"/>
              <w:rPr>
                <w:sz w:val="24"/>
                <w:szCs w:val="24"/>
              </w:rPr>
            </w:pPr>
            <w:r w:rsidRPr="007F65A0">
              <w:rPr>
                <w:sz w:val="24"/>
                <w:szCs w:val="24"/>
              </w:rPr>
              <w:t>1</w:t>
            </w:r>
          </w:p>
        </w:tc>
        <w:tc>
          <w:tcPr>
            <w:tcW w:w="2606" w:type="dxa"/>
            <w:vAlign w:val="center"/>
          </w:tcPr>
          <w:p w14:paraId="05055EDF" w14:textId="77777777" w:rsidR="0057757C" w:rsidRPr="007F65A0" w:rsidRDefault="0057757C" w:rsidP="00D251EC">
            <w:pPr>
              <w:rPr>
                <w:sz w:val="24"/>
                <w:szCs w:val="24"/>
              </w:rPr>
            </w:pPr>
            <w:r w:rsidRPr="007F65A0">
              <w:rPr>
                <w:sz w:val="24"/>
                <w:szCs w:val="24"/>
              </w:rPr>
              <w:t>Utasítás szerint tud mozogni a térben.</w:t>
            </w:r>
          </w:p>
        </w:tc>
        <w:tc>
          <w:tcPr>
            <w:tcW w:w="2606" w:type="dxa"/>
            <w:vAlign w:val="center"/>
          </w:tcPr>
          <w:p w14:paraId="3A154157" w14:textId="77777777" w:rsidR="0057757C" w:rsidRPr="007F65A0" w:rsidRDefault="0057757C" w:rsidP="00D251EC">
            <w:pPr>
              <w:jc w:val="center"/>
              <w:rPr>
                <w:sz w:val="24"/>
                <w:szCs w:val="24"/>
              </w:rPr>
            </w:pPr>
          </w:p>
        </w:tc>
        <w:tc>
          <w:tcPr>
            <w:tcW w:w="2606" w:type="dxa"/>
            <w:vAlign w:val="center"/>
          </w:tcPr>
          <w:p w14:paraId="5C788683" w14:textId="77777777" w:rsidR="0057757C" w:rsidRPr="007F65A0" w:rsidRDefault="0057757C" w:rsidP="00D251EC">
            <w:pPr>
              <w:rPr>
                <w:sz w:val="24"/>
                <w:szCs w:val="24"/>
              </w:rPr>
            </w:pPr>
          </w:p>
        </w:tc>
      </w:tr>
      <w:tr w:rsidR="0057757C" w:rsidRPr="007F65A0" w14:paraId="20BEFFE4" w14:textId="77777777" w:rsidTr="00D251EC">
        <w:trPr>
          <w:jc w:val="center"/>
        </w:trPr>
        <w:tc>
          <w:tcPr>
            <w:tcW w:w="2606" w:type="dxa"/>
            <w:vAlign w:val="center"/>
          </w:tcPr>
          <w:p w14:paraId="5A9B1186" w14:textId="77777777" w:rsidR="0057757C" w:rsidRPr="007F65A0" w:rsidRDefault="0057757C" w:rsidP="00D251EC">
            <w:pPr>
              <w:jc w:val="center"/>
              <w:rPr>
                <w:sz w:val="24"/>
                <w:szCs w:val="24"/>
              </w:rPr>
            </w:pPr>
            <w:r w:rsidRPr="007F65A0">
              <w:rPr>
                <w:sz w:val="24"/>
                <w:szCs w:val="24"/>
              </w:rPr>
              <w:t>2</w:t>
            </w:r>
          </w:p>
        </w:tc>
        <w:tc>
          <w:tcPr>
            <w:tcW w:w="2606" w:type="dxa"/>
            <w:vAlign w:val="center"/>
          </w:tcPr>
          <w:p w14:paraId="09FC2E41" w14:textId="77777777" w:rsidR="0057757C" w:rsidRPr="007F65A0" w:rsidRDefault="0057757C" w:rsidP="00D251EC">
            <w:pPr>
              <w:rPr>
                <w:sz w:val="24"/>
                <w:szCs w:val="24"/>
              </w:rPr>
            </w:pPr>
            <w:r w:rsidRPr="007F65A0">
              <w:rPr>
                <w:sz w:val="24"/>
                <w:szCs w:val="24"/>
              </w:rPr>
              <w:t>Tárgyakat utasítás szerint elhelyez a térben.</w:t>
            </w:r>
          </w:p>
        </w:tc>
        <w:tc>
          <w:tcPr>
            <w:tcW w:w="2606" w:type="dxa"/>
            <w:vAlign w:val="center"/>
          </w:tcPr>
          <w:p w14:paraId="2A872EA9" w14:textId="77777777" w:rsidR="0057757C" w:rsidRPr="007F65A0" w:rsidRDefault="0057757C" w:rsidP="00D251EC">
            <w:pPr>
              <w:jc w:val="center"/>
              <w:rPr>
                <w:sz w:val="24"/>
                <w:szCs w:val="24"/>
              </w:rPr>
            </w:pPr>
          </w:p>
        </w:tc>
        <w:tc>
          <w:tcPr>
            <w:tcW w:w="2606" w:type="dxa"/>
            <w:vAlign w:val="center"/>
          </w:tcPr>
          <w:p w14:paraId="1F15C1F8" w14:textId="77777777" w:rsidR="0057757C" w:rsidRPr="007F65A0" w:rsidRDefault="0057757C" w:rsidP="00D251EC">
            <w:pPr>
              <w:rPr>
                <w:sz w:val="24"/>
                <w:szCs w:val="24"/>
              </w:rPr>
            </w:pPr>
          </w:p>
        </w:tc>
      </w:tr>
      <w:tr w:rsidR="0057757C" w:rsidRPr="007F65A0" w14:paraId="63C89478" w14:textId="77777777" w:rsidTr="00D251EC">
        <w:trPr>
          <w:jc w:val="center"/>
        </w:trPr>
        <w:tc>
          <w:tcPr>
            <w:tcW w:w="2606" w:type="dxa"/>
            <w:vAlign w:val="center"/>
          </w:tcPr>
          <w:p w14:paraId="5A6B9B87" w14:textId="77777777" w:rsidR="0057757C" w:rsidRPr="007F65A0" w:rsidRDefault="0057757C" w:rsidP="00D251EC">
            <w:pPr>
              <w:jc w:val="center"/>
              <w:rPr>
                <w:sz w:val="24"/>
                <w:szCs w:val="24"/>
              </w:rPr>
            </w:pPr>
            <w:r w:rsidRPr="007F65A0">
              <w:rPr>
                <w:sz w:val="24"/>
                <w:szCs w:val="24"/>
              </w:rPr>
              <w:t>3</w:t>
            </w:r>
          </w:p>
        </w:tc>
        <w:tc>
          <w:tcPr>
            <w:tcW w:w="2606" w:type="dxa"/>
            <w:vAlign w:val="center"/>
          </w:tcPr>
          <w:p w14:paraId="6D3A71BE" w14:textId="77777777" w:rsidR="0057757C" w:rsidRPr="007F65A0" w:rsidRDefault="0057757C" w:rsidP="00D251EC">
            <w:pPr>
              <w:rPr>
                <w:sz w:val="24"/>
                <w:szCs w:val="24"/>
              </w:rPr>
            </w:pPr>
            <w:r w:rsidRPr="007F65A0">
              <w:rPr>
                <w:sz w:val="24"/>
                <w:szCs w:val="24"/>
              </w:rPr>
              <w:t>Tárgyak térbeli helyzetét felismeri.</w:t>
            </w:r>
          </w:p>
        </w:tc>
        <w:tc>
          <w:tcPr>
            <w:tcW w:w="2606" w:type="dxa"/>
            <w:vAlign w:val="center"/>
          </w:tcPr>
          <w:p w14:paraId="762A6ED8" w14:textId="77777777" w:rsidR="0057757C" w:rsidRPr="007F65A0" w:rsidRDefault="0057757C" w:rsidP="00D251EC">
            <w:pPr>
              <w:jc w:val="center"/>
              <w:rPr>
                <w:sz w:val="24"/>
                <w:szCs w:val="24"/>
              </w:rPr>
            </w:pPr>
          </w:p>
        </w:tc>
        <w:tc>
          <w:tcPr>
            <w:tcW w:w="2606" w:type="dxa"/>
            <w:vAlign w:val="center"/>
          </w:tcPr>
          <w:p w14:paraId="54EB592A" w14:textId="77777777" w:rsidR="0057757C" w:rsidRPr="007F65A0" w:rsidRDefault="0057757C" w:rsidP="00D251EC">
            <w:pPr>
              <w:rPr>
                <w:sz w:val="24"/>
                <w:szCs w:val="24"/>
              </w:rPr>
            </w:pPr>
          </w:p>
        </w:tc>
      </w:tr>
      <w:tr w:rsidR="0057757C" w:rsidRPr="007F65A0" w14:paraId="5A395937" w14:textId="77777777" w:rsidTr="00D251EC">
        <w:trPr>
          <w:jc w:val="center"/>
        </w:trPr>
        <w:tc>
          <w:tcPr>
            <w:tcW w:w="2606" w:type="dxa"/>
            <w:vAlign w:val="center"/>
          </w:tcPr>
          <w:p w14:paraId="20F4B53C" w14:textId="77777777" w:rsidR="0057757C" w:rsidRPr="007F65A0" w:rsidRDefault="0057757C" w:rsidP="00D251EC">
            <w:pPr>
              <w:jc w:val="center"/>
              <w:rPr>
                <w:sz w:val="24"/>
                <w:szCs w:val="24"/>
              </w:rPr>
            </w:pPr>
            <w:r w:rsidRPr="007F65A0">
              <w:rPr>
                <w:sz w:val="24"/>
                <w:szCs w:val="24"/>
              </w:rPr>
              <w:t>4</w:t>
            </w:r>
          </w:p>
        </w:tc>
        <w:tc>
          <w:tcPr>
            <w:tcW w:w="2606" w:type="dxa"/>
            <w:vAlign w:val="center"/>
          </w:tcPr>
          <w:p w14:paraId="66D97904" w14:textId="77777777" w:rsidR="0057757C" w:rsidRPr="007F65A0" w:rsidRDefault="0057757C" w:rsidP="00D251EC">
            <w:pPr>
              <w:rPr>
                <w:sz w:val="24"/>
                <w:szCs w:val="24"/>
              </w:rPr>
            </w:pPr>
            <w:r w:rsidRPr="007F65A0">
              <w:rPr>
                <w:sz w:val="24"/>
                <w:szCs w:val="24"/>
              </w:rPr>
              <w:t>Helyesen használja a téri relációk kifejezéseit (alatt, fölött, mellett, előtt, mögött stb.).</w:t>
            </w:r>
          </w:p>
        </w:tc>
        <w:tc>
          <w:tcPr>
            <w:tcW w:w="2606" w:type="dxa"/>
            <w:vAlign w:val="center"/>
          </w:tcPr>
          <w:p w14:paraId="40046D76" w14:textId="77777777" w:rsidR="0057757C" w:rsidRPr="007F65A0" w:rsidRDefault="0057757C" w:rsidP="00D251EC">
            <w:pPr>
              <w:jc w:val="center"/>
              <w:rPr>
                <w:sz w:val="24"/>
                <w:szCs w:val="24"/>
              </w:rPr>
            </w:pPr>
          </w:p>
        </w:tc>
        <w:tc>
          <w:tcPr>
            <w:tcW w:w="2606" w:type="dxa"/>
            <w:vAlign w:val="center"/>
          </w:tcPr>
          <w:p w14:paraId="04E82E00" w14:textId="77777777" w:rsidR="0057757C" w:rsidRPr="007F65A0" w:rsidRDefault="0057757C" w:rsidP="00D251EC">
            <w:pPr>
              <w:rPr>
                <w:sz w:val="24"/>
                <w:szCs w:val="24"/>
              </w:rPr>
            </w:pPr>
          </w:p>
        </w:tc>
      </w:tr>
      <w:tr w:rsidR="0057757C" w:rsidRPr="007F65A0" w14:paraId="5A357C40" w14:textId="77777777" w:rsidTr="00D251EC">
        <w:trPr>
          <w:jc w:val="center"/>
        </w:trPr>
        <w:tc>
          <w:tcPr>
            <w:tcW w:w="2606" w:type="dxa"/>
            <w:vAlign w:val="center"/>
          </w:tcPr>
          <w:p w14:paraId="65207B0E" w14:textId="77777777" w:rsidR="0057757C" w:rsidRPr="007F65A0" w:rsidRDefault="0057757C" w:rsidP="00D251EC">
            <w:pPr>
              <w:jc w:val="center"/>
              <w:rPr>
                <w:sz w:val="24"/>
                <w:szCs w:val="24"/>
              </w:rPr>
            </w:pPr>
            <w:r w:rsidRPr="007F65A0">
              <w:rPr>
                <w:sz w:val="24"/>
                <w:szCs w:val="24"/>
              </w:rPr>
              <w:t>5</w:t>
            </w:r>
          </w:p>
        </w:tc>
        <w:tc>
          <w:tcPr>
            <w:tcW w:w="2606" w:type="dxa"/>
            <w:vAlign w:val="center"/>
          </w:tcPr>
          <w:p w14:paraId="2A1DAD64" w14:textId="77777777" w:rsidR="0057757C" w:rsidRPr="007F65A0" w:rsidRDefault="0057757C" w:rsidP="00D251EC">
            <w:pPr>
              <w:rPr>
                <w:sz w:val="24"/>
                <w:szCs w:val="24"/>
              </w:rPr>
            </w:pPr>
            <w:r w:rsidRPr="007F65A0">
              <w:rPr>
                <w:sz w:val="24"/>
                <w:szCs w:val="24"/>
              </w:rPr>
              <w:t>Alak, méret, szín és forma alapján képes differenciálni.</w:t>
            </w:r>
          </w:p>
        </w:tc>
        <w:tc>
          <w:tcPr>
            <w:tcW w:w="2606" w:type="dxa"/>
            <w:vAlign w:val="center"/>
          </w:tcPr>
          <w:p w14:paraId="4F919EFB" w14:textId="77777777" w:rsidR="0057757C" w:rsidRPr="007F65A0" w:rsidRDefault="0057757C" w:rsidP="00D251EC">
            <w:pPr>
              <w:jc w:val="center"/>
              <w:rPr>
                <w:sz w:val="24"/>
                <w:szCs w:val="24"/>
              </w:rPr>
            </w:pPr>
          </w:p>
        </w:tc>
        <w:tc>
          <w:tcPr>
            <w:tcW w:w="2606" w:type="dxa"/>
            <w:vAlign w:val="center"/>
          </w:tcPr>
          <w:p w14:paraId="208CF23B" w14:textId="77777777" w:rsidR="0057757C" w:rsidRPr="007F65A0" w:rsidRDefault="0057757C" w:rsidP="00D251EC">
            <w:pPr>
              <w:rPr>
                <w:sz w:val="24"/>
                <w:szCs w:val="24"/>
              </w:rPr>
            </w:pPr>
          </w:p>
        </w:tc>
      </w:tr>
      <w:tr w:rsidR="0057757C" w:rsidRPr="007F65A0" w14:paraId="7937E98A" w14:textId="77777777" w:rsidTr="00D251EC">
        <w:trPr>
          <w:jc w:val="center"/>
        </w:trPr>
        <w:tc>
          <w:tcPr>
            <w:tcW w:w="2606" w:type="dxa"/>
            <w:vAlign w:val="center"/>
          </w:tcPr>
          <w:p w14:paraId="50EC93A4" w14:textId="77777777" w:rsidR="0057757C" w:rsidRPr="007F65A0" w:rsidRDefault="0057757C" w:rsidP="00D251EC">
            <w:pPr>
              <w:jc w:val="center"/>
              <w:rPr>
                <w:sz w:val="24"/>
                <w:szCs w:val="24"/>
              </w:rPr>
            </w:pPr>
            <w:r w:rsidRPr="007F65A0">
              <w:rPr>
                <w:sz w:val="24"/>
                <w:szCs w:val="24"/>
              </w:rPr>
              <w:t>6</w:t>
            </w:r>
          </w:p>
        </w:tc>
        <w:tc>
          <w:tcPr>
            <w:tcW w:w="2606" w:type="dxa"/>
            <w:vAlign w:val="center"/>
          </w:tcPr>
          <w:p w14:paraId="1EE8E61A" w14:textId="77777777" w:rsidR="0057757C" w:rsidRPr="007F65A0" w:rsidRDefault="0057757C" w:rsidP="00D251EC">
            <w:pPr>
              <w:rPr>
                <w:sz w:val="24"/>
                <w:szCs w:val="24"/>
              </w:rPr>
            </w:pPr>
            <w:r w:rsidRPr="007F65A0">
              <w:rPr>
                <w:sz w:val="24"/>
                <w:szCs w:val="24"/>
              </w:rPr>
              <w:t>Vizuális ritmust felismer, folytat vagy létrehoz.</w:t>
            </w:r>
          </w:p>
        </w:tc>
        <w:tc>
          <w:tcPr>
            <w:tcW w:w="2606" w:type="dxa"/>
            <w:vAlign w:val="center"/>
          </w:tcPr>
          <w:p w14:paraId="67D04005" w14:textId="77777777" w:rsidR="0057757C" w:rsidRPr="007F65A0" w:rsidRDefault="0057757C" w:rsidP="00D251EC">
            <w:pPr>
              <w:jc w:val="center"/>
              <w:rPr>
                <w:sz w:val="24"/>
                <w:szCs w:val="24"/>
              </w:rPr>
            </w:pPr>
          </w:p>
        </w:tc>
        <w:tc>
          <w:tcPr>
            <w:tcW w:w="2606" w:type="dxa"/>
            <w:vAlign w:val="center"/>
          </w:tcPr>
          <w:p w14:paraId="3B34F215" w14:textId="77777777" w:rsidR="0057757C" w:rsidRPr="007F65A0" w:rsidRDefault="0057757C" w:rsidP="00D251EC">
            <w:pPr>
              <w:rPr>
                <w:sz w:val="24"/>
                <w:szCs w:val="24"/>
              </w:rPr>
            </w:pPr>
          </w:p>
        </w:tc>
      </w:tr>
      <w:tr w:rsidR="0057757C" w:rsidRPr="007F65A0" w14:paraId="071C3640" w14:textId="77777777" w:rsidTr="00D251EC">
        <w:trPr>
          <w:jc w:val="center"/>
        </w:trPr>
        <w:tc>
          <w:tcPr>
            <w:tcW w:w="2606" w:type="dxa"/>
            <w:vAlign w:val="center"/>
          </w:tcPr>
          <w:p w14:paraId="71075222" w14:textId="77777777" w:rsidR="0057757C" w:rsidRPr="007F65A0" w:rsidRDefault="0057757C" w:rsidP="00D251EC">
            <w:pPr>
              <w:jc w:val="center"/>
              <w:rPr>
                <w:sz w:val="24"/>
                <w:szCs w:val="24"/>
              </w:rPr>
            </w:pPr>
            <w:r w:rsidRPr="007F65A0">
              <w:rPr>
                <w:sz w:val="24"/>
                <w:szCs w:val="24"/>
              </w:rPr>
              <w:t>7</w:t>
            </w:r>
          </w:p>
        </w:tc>
        <w:tc>
          <w:tcPr>
            <w:tcW w:w="2606" w:type="dxa"/>
            <w:vAlign w:val="center"/>
          </w:tcPr>
          <w:p w14:paraId="40E6DE0F" w14:textId="77777777" w:rsidR="0057757C" w:rsidRPr="007F65A0" w:rsidRDefault="0057757C" w:rsidP="00D251EC">
            <w:pPr>
              <w:rPr>
                <w:sz w:val="24"/>
                <w:szCs w:val="24"/>
              </w:rPr>
            </w:pPr>
            <w:r w:rsidRPr="007F65A0">
              <w:rPr>
                <w:sz w:val="24"/>
                <w:szCs w:val="24"/>
              </w:rPr>
              <w:t>Vizuális helyzeteket, szimmetriát felismer.</w:t>
            </w:r>
          </w:p>
        </w:tc>
        <w:tc>
          <w:tcPr>
            <w:tcW w:w="2606" w:type="dxa"/>
            <w:vAlign w:val="center"/>
          </w:tcPr>
          <w:p w14:paraId="73E1BB17" w14:textId="77777777" w:rsidR="0057757C" w:rsidRPr="007F65A0" w:rsidRDefault="0057757C" w:rsidP="00D251EC">
            <w:pPr>
              <w:jc w:val="center"/>
              <w:rPr>
                <w:sz w:val="24"/>
                <w:szCs w:val="24"/>
              </w:rPr>
            </w:pPr>
          </w:p>
        </w:tc>
        <w:tc>
          <w:tcPr>
            <w:tcW w:w="2606" w:type="dxa"/>
            <w:vAlign w:val="center"/>
          </w:tcPr>
          <w:p w14:paraId="35D352CC" w14:textId="77777777" w:rsidR="0057757C" w:rsidRPr="007F65A0" w:rsidRDefault="0057757C" w:rsidP="00D251EC">
            <w:pPr>
              <w:rPr>
                <w:sz w:val="24"/>
                <w:szCs w:val="24"/>
              </w:rPr>
            </w:pPr>
          </w:p>
        </w:tc>
      </w:tr>
      <w:tr w:rsidR="0057757C" w:rsidRPr="007F65A0" w14:paraId="29DB66AC" w14:textId="77777777" w:rsidTr="00D251EC">
        <w:trPr>
          <w:jc w:val="center"/>
        </w:trPr>
        <w:tc>
          <w:tcPr>
            <w:tcW w:w="2606" w:type="dxa"/>
            <w:vAlign w:val="center"/>
          </w:tcPr>
          <w:p w14:paraId="6059FC6E" w14:textId="77777777" w:rsidR="0057757C" w:rsidRPr="007F65A0" w:rsidRDefault="0057757C" w:rsidP="00D251EC">
            <w:pPr>
              <w:jc w:val="center"/>
              <w:rPr>
                <w:sz w:val="24"/>
                <w:szCs w:val="24"/>
              </w:rPr>
            </w:pPr>
            <w:r w:rsidRPr="007F65A0">
              <w:rPr>
                <w:sz w:val="24"/>
                <w:szCs w:val="24"/>
              </w:rPr>
              <w:t>8</w:t>
            </w:r>
          </w:p>
        </w:tc>
        <w:tc>
          <w:tcPr>
            <w:tcW w:w="2606" w:type="dxa"/>
            <w:vAlign w:val="center"/>
          </w:tcPr>
          <w:p w14:paraId="7735F73A" w14:textId="77777777" w:rsidR="0057757C" w:rsidRPr="007F65A0" w:rsidRDefault="0057757C" w:rsidP="00D251EC">
            <w:pPr>
              <w:rPr>
                <w:sz w:val="24"/>
                <w:szCs w:val="24"/>
              </w:rPr>
            </w:pPr>
            <w:r w:rsidRPr="007F65A0">
              <w:rPr>
                <w:sz w:val="24"/>
                <w:szCs w:val="24"/>
              </w:rPr>
              <w:t>Mozgó tárgyat szemmel követ.</w:t>
            </w:r>
          </w:p>
        </w:tc>
        <w:tc>
          <w:tcPr>
            <w:tcW w:w="2606" w:type="dxa"/>
            <w:vAlign w:val="center"/>
          </w:tcPr>
          <w:p w14:paraId="6C5A6228" w14:textId="77777777" w:rsidR="0057757C" w:rsidRPr="007F65A0" w:rsidRDefault="0057757C" w:rsidP="00D251EC">
            <w:pPr>
              <w:jc w:val="center"/>
              <w:rPr>
                <w:sz w:val="24"/>
                <w:szCs w:val="24"/>
              </w:rPr>
            </w:pPr>
          </w:p>
        </w:tc>
        <w:tc>
          <w:tcPr>
            <w:tcW w:w="2606" w:type="dxa"/>
            <w:vAlign w:val="center"/>
          </w:tcPr>
          <w:p w14:paraId="62747C8F" w14:textId="77777777" w:rsidR="0057757C" w:rsidRPr="007F65A0" w:rsidRDefault="0057757C" w:rsidP="00D251EC">
            <w:pPr>
              <w:rPr>
                <w:sz w:val="24"/>
                <w:szCs w:val="24"/>
              </w:rPr>
            </w:pPr>
          </w:p>
        </w:tc>
      </w:tr>
      <w:tr w:rsidR="0057757C" w:rsidRPr="007F65A0" w14:paraId="30E6BB70" w14:textId="77777777" w:rsidTr="00D251EC">
        <w:trPr>
          <w:jc w:val="center"/>
        </w:trPr>
        <w:tc>
          <w:tcPr>
            <w:tcW w:w="2606" w:type="dxa"/>
            <w:vAlign w:val="center"/>
          </w:tcPr>
          <w:p w14:paraId="60FE9D76" w14:textId="77777777" w:rsidR="0057757C" w:rsidRPr="007F65A0" w:rsidRDefault="0057757C" w:rsidP="00D251EC">
            <w:pPr>
              <w:jc w:val="center"/>
              <w:rPr>
                <w:sz w:val="24"/>
                <w:szCs w:val="24"/>
              </w:rPr>
            </w:pPr>
            <w:r w:rsidRPr="007F65A0">
              <w:rPr>
                <w:sz w:val="24"/>
                <w:szCs w:val="24"/>
              </w:rPr>
              <w:t>9</w:t>
            </w:r>
          </w:p>
        </w:tc>
        <w:tc>
          <w:tcPr>
            <w:tcW w:w="2606" w:type="dxa"/>
            <w:vAlign w:val="center"/>
          </w:tcPr>
          <w:p w14:paraId="22EBB4ED" w14:textId="77777777" w:rsidR="0057757C" w:rsidRPr="007F65A0" w:rsidRDefault="0057757C" w:rsidP="00D251EC">
            <w:pPr>
              <w:rPr>
                <w:sz w:val="24"/>
                <w:szCs w:val="24"/>
              </w:rPr>
            </w:pPr>
            <w:r w:rsidRPr="007F65A0">
              <w:rPr>
                <w:sz w:val="24"/>
                <w:szCs w:val="24"/>
              </w:rPr>
              <w:t>Képsor alapján időrendet állapít meg.</w:t>
            </w:r>
          </w:p>
        </w:tc>
        <w:tc>
          <w:tcPr>
            <w:tcW w:w="2606" w:type="dxa"/>
            <w:vAlign w:val="center"/>
          </w:tcPr>
          <w:p w14:paraId="4788A1A4" w14:textId="77777777" w:rsidR="0057757C" w:rsidRPr="007F65A0" w:rsidRDefault="0057757C" w:rsidP="00D251EC">
            <w:pPr>
              <w:jc w:val="center"/>
              <w:rPr>
                <w:sz w:val="24"/>
                <w:szCs w:val="24"/>
              </w:rPr>
            </w:pPr>
          </w:p>
        </w:tc>
        <w:tc>
          <w:tcPr>
            <w:tcW w:w="2606" w:type="dxa"/>
            <w:vAlign w:val="center"/>
          </w:tcPr>
          <w:p w14:paraId="5FADFD99" w14:textId="77777777" w:rsidR="0057757C" w:rsidRPr="007F65A0" w:rsidRDefault="0057757C" w:rsidP="00D251EC">
            <w:pPr>
              <w:rPr>
                <w:sz w:val="24"/>
                <w:szCs w:val="24"/>
              </w:rPr>
            </w:pPr>
          </w:p>
        </w:tc>
      </w:tr>
      <w:tr w:rsidR="0057757C" w:rsidRPr="007F65A0" w14:paraId="749D043C" w14:textId="77777777" w:rsidTr="00D251EC">
        <w:trPr>
          <w:jc w:val="center"/>
        </w:trPr>
        <w:tc>
          <w:tcPr>
            <w:tcW w:w="2606" w:type="dxa"/>
            <w:vAlign w:val="center"/>
          </w:tcPr>
          <w:p w14:paraId="1EB17DE6" w14:textId="77777777" w:rsidR="0057757C" w:rsidRPr="007F65A0" w:rsidRDefault="0057757C" w:rsidP="00D251EC">
            <w:pPr>
              <w:jc w:val="center"/>
              <w:rPr>
                <w:sz w:val="24"/>
                <w:szCs w:val="24"/>
              </w:rPr>
            </w:pPr>
            <w:r w:rsidRPr="007F65A0">
              <w:rPr>
                <w:sz w:val="24"/>
                <w:szCs w:val="24"/>
              </w:rPr>
              <w:t>10</w:t>
            </w:r>
          </w:p>
        </w:tc>
        <w:tc>
          <w:tcPr>
            <w:tcW w:w="2606" w:type="dxa"/>
            <w:vAlign w:val="center"/>
          </w:tcPr>
          <w:p w14:paraId="1A379B9A" w14:textId="77777777" w:rsidR="0057757C" w:rsidRPr="007F65A0" w:rsidRDefault="0057757C" w:rsidP="00D251EC">
            <w:pPr>
              <w:rPr>
                <w:sz w:val="24"/>
                <w:szCs w:val="24"/>
              </w:rPr>
            </w:pPr>
            <w:r w:rsidRPr="007F65A0">
              <w:rPr>
                <w:sz w:val="24"/>
                <w:szCs w:val="24"/>
              </w:rPr>
              <w:t>Hiányos képet, részletet felismer; vizuális emlékezete megfelelő.</w:t>
            </w:r>
          </w:p>
        </w:tc>
        <w:tc>
          <w:tcPr>
            <w:tcW w:w="2606" w:type="dxa"/>
            <w:vAlign w:val="center"/>
          </w:tcPr>
          <w:p w14:paraId="62591B84" w14:textId="77777777" w:rsidR="0057757C" w:rsidRPr="007F65A0" w:rsidRDefault="0057757C" w:rsidP="00D251EC">
            <w:pPr>
              <w:jc w:val="center"/>
              <w:rPr>
                <w:sz w:val="24"/>
                <w:szCs w:val="24"/>
              </w:rPr>
            </w:pPr>
          </w:p>
        </w:tc>
        <w:tc>
          <w:tcPr>
            <w:tcW w:w="2606" w:type="dxa"/>
            <w:vAlign w:val="center"/>
          </w:tcPr>
          <w:p w14:paraId="0F81761E" w14:textId="77777777" w:rsidR="0057757C" w:rsidRPr="007F65A0" w:rsidRDefault="0057757C" w:rsidP="00D251EC">
            <w:pPr>
              <w:rPr>
                <w:sz w:val="24"/>
                <w:szCs w:val="24"/>
              </w:rPr>
            </w:pPr>
          </w:p>
        </w:tc>
      </w:tr>
      <w:tr w:rsidR="0057757C" w:rsidRPr="007F65A0" w14:paraId="5B544709" w14:textId="77777777" w:rsidTr="00D251EC">
        <w:trPr>
          <w:jc w:val="center"/>
        </w:trPr>
        <w:tc>
          <w:tcPr>
            <w:tcW w:w="2606" w:type="dxa"/>
            <w:vAlign w:val="center"/>
          </w:tcPr>
          <w:p w14:paraId="46B8597F" w14:textId="77777777" w:rsidR="0057757C" w:rsidRPr="007F65A0" w:rsidRDefault="0057757C" w:rsidP="00D251EC">
            <w:pPr>
              <w:jc w:val="center"/>
              <w:rPr>
                <w:sz w:val="24"/>
                <w:szCs w:val="24"/>
              </w:rPr>
            </w:pPr>
            <w:r w:rsidRPr="007F65A0">
              <w:rPr>
                <w:sz w:val="24"/>
                <w:szCs w:val="24"/>
              </w:rPr>
              <w:t>11</w:t>
            </w:r>
          </w:p>
        </w:tc>
        <w:tc>
          <w:tcPr>
            <w:tcW w:w="2606" w:type="dxa"/>
            <w:vAlign w:val="center"/>
          </w:tcPr>
          <w:p w14:paraId="294E45F7" w14:textId="77777777" w:rsidR="0057757C" w:rsidRPr="007F65A0" w:rsidRDefault="0057757C" w:rsidP="00D251EC">
            <w:pPr>
              <w:rPr>
                <w:sz w:val="24"/>
                <w:szCs w:val="24"/>
              </w:rPr>
            </w:pPr>
            <w:r w:rsidRPr="007F65A0">
              <w:rPr>
                <w:sz w:val="24"/>
                <w:szCs w:val="24"/>
              </w:rPr>
              <w:t>Hangokat észlel, felismer, megkülönböztet és ismétel.</w:t>
            </w:r>
          </w:p>
        </w:tc>
        <w:tc>
          <w:tcPr>
            <w:tcW w:w="2606" w:type="dxa"/>
            <w:vAlign w:val="center"/>
          </w:tcPr>
          <w:p w14:paraId="3ADECCA1" w14:textId="77777777" w:rsidR="0057757C" w:rsidRPr="007F65A0" w:rsidRDefault="0057757C" w:rsidP="00D251EC">
            <w:pPr>
              <w:jc w:val="center"/>
              <w:rPr>
                <w:sz w:val="24"/>
                <w:szCs w:val="24"/>
              </w:rPr>
            </w:pPr>
          </w:p>
        </w:tc>
        <w:tc>
          <w:tcPr>
            <w:tcW w:w="2606" w:type="dxa"/>
            <w:vAlign w:val="center"/>
          </w:tcPr>
          <w:p w14:paraId="105D034C" w14:textId="77777777" w:rsidR="0057757C" w:rsidRPr="007F65A0" w:rsidRDefault="0057757C" w:rsidP="00D251EC">
            <w:pPr>
              <w:rPr>
                <w:sz w:val="24"/>
                <w:szCs w:val="24"/>
              </w:rPr>
            </w:pPr>
          </w:p>
        </w:tc>
      </w:tr>
      <w:tr w:rsidR="0057757C" w:rsidRPr="007F65A0" w14:paraId="521EAF16" w14:textId="77777777" w:rsidTr="00D251EC">
        <w:trPr>
          <w:jc w:val="center"/>
        </w:trPr>
        <w:tc>
          <w:tcPr>
            <w:tcW w:w="2606" w:type="dxa"/>
            <w:vAlign w:val="center"/>
          </w:tcPr>
          <w:p w14:paraId="4B360899" w14:textId="77777777" w:rsidR="0057757C" w:rsidRPr="007F65A0" w:rsidRDefault="0057757C" w:rsidP="00D251EC">
            <w:pPr>
              <w:jc w:val="center"/>
              <w:rPr>
                <w:sz w:val="24"/>
                <w:szCs w:val="24"/>
              </w:rPr>
            </w:pPr>
            <w:r w:rsidRPr="007F65A0">
              <w:rPr>
                <w:sz w:val="24"/>
                <w:szCs w:val="24"/>
              </w:rPr>
              <w:t>12</w:t>
            </w:r>
          </w:p>
        </w:tc>
        <w:tc>
          <w:tcPr>
            <w:tcW w:w="2606" w:type="dxa"/>
            <w:vAlign w:val="center"/>
          </w:tcPr>
          <w:p w14:paraId="72F4B7BC" w14:textId="77777777" w:rsidR="0057757C" w:rsidRPr="007F65A0" w:rsidRDefault="0057757C" w:rsidP="00D251EC">
            <w:pPr>
              <w:rPr>
                <w:sz w:val="24"/>
                <w:szCs w:val="24"/>
              </w:rPr>
            </w:pPr>
            <w:r w:rsidRPr="007F65A0">
              <w:rPr>
                <w:sz w:val="24"/>
                <w:szCs w:val="24"/>
              </w:rPr>
              <w:t>Szavakat pontosan ismétel, a hozzá intézett beszédet pontosan megérti.</w:t>
            </w:r>
          </w:p>
        </w:tc>
        <w:tc>
          <w:tcPr>
            <w:tcW w:w="2606" w:type="dxa"/>
            <w:vAlign w:val="center"/>
          </w:tcPr>
          <w:p w14:paraId="3139A58D" w14:textId="77777777" w:rsidR="0057757C" w:rsidRPr="007F65A0" w:rsidRDefault="0057757C" w:rsidP="00D251EC">
            <w:pPr>
              <w:jc w:val="center"/>
              <w:rPr>
                <w:sz w:val="24"/>
                <w:szCs w:val="24"/>
              </w:rPr>
            </w:pPr>
          </w:p>
        </w:tc>
        <w:tc>
          <w:tcPr>
            <w:tcW w:w="2606" w:type="dxa"/>
            <w:vAlign w:val="center"/>
          </w:tcPr>
          <w:p w14:paraId="0B90EE9D" w14:textId="77777777" w:rsidR="0057757C" w:rsidRPr="007F65A0" w:rsidRDefault="0057757C" w:rsidP="00D251EC">
            <w:pPr>
              <w:rPr>
                <w:sz w:val="24"/>
                <w:szCs w:val="24"/>
              </w:rPr>
            </w:pPr>
          </w:p>
        </w:tc>
      </w:tr>
      <w:tr w:rsidR="0057757C" w:rsidRPr="007F65A0" w14:paraId="26656ED8" w14:textId="77777777" w:rsidTr="00D251EC">
        <w:trPr>
          <w:jc w:val="center"/>
        </w:trPr>
        <w:tc>
          <w:tcPr>
            <w:tcW w:w="2606" w:type="dxa"/>
            <w:vAlign w:val="center"/>
          </w:tcPr>
          <w:p w14:paraId="7E2FC5B7" w14:textId="77777777" w:rsidR="0057757C" w:rsidRPr="007F65A0" w:rsidRDefault="0057757C" w:rsidP="00D251EC">
            <w:pPr>
              <w:rPr>
                <w:sz w:val="24"/>
                <w:szCs w:val="24"/>
              </w:rPr>
            </w:pPr>
          </w:p>
        </w:tc>
        <w:tc>
          <w:tcPr>
            <w:tcW w:w="2606" w:type="dxa"/>
            <w:shd w:val="clear" w:color="auto" w:fill="EEF5FB"/>
            <w:vAlign w:val="center"/>
          </w:tcPr>
          <w:p w14:paraId="09C0FECF" w14:textId="77777777" w:rsidR="0057757C" w:rsidRPr="007F65A0" w:rsidRDefault="0057757C" w:rsidP="00D251EC">
            <w:pPr>
              <w:rPr>
                <w:sz w:val="24"/>
                <w:szCs w:val="24"/>
              </w:rPr>
            </w:pPr>
            <w:r w:rsidRPr="007F65A0">
              <w:rPr>
                <w:b/>
                <w:sz w:val="24"/>
                <w:szCs w:val="24"/>
              </w:rPr>
              <w:t>Területi összesítés – maximum 24 pont</w:t>
            </w:r>
          </w:p>
        </w:tc>
        <w:tc>
          <w:tcPr>
            <w:tcW w:w="2606" w:type="dxa"/>
            <w:shd w:val="clear" w:color="auto" w:fill="EEF5FB"/>
            <w:vAlign w:val="center"/>
          </w:tcPr>
          <w:p w14:paraId="4BFC1275" w14:textId="77777777" w:rsidR="0057757C" w:rsidRPr="007F65A0" w:rsidRDefault="0057757C" w:rsidP="00D251EC">
            <w:pPr>
              <w:rPr>
                <w:sz w:val="24"/>
                <w:szCs w:val="24"/>
              </w:rPr>
            </w:pPr>
            <w:r w:rsidRPr="007F65A0">
              <w:rPr>
                <w:b/>
                <w:sz w:val="24"/>
                <w:szCs w:val="24"/>
              </w:rPr>
              <w:t>____ / 24</w:t>
            </w:r>
          </w:p>
        </w:tc>
        <w:tc>
          <w:tcPr>
            <w:tcW w:w="2606" w:type="dxa"/>
            <w:shd w:val="clear" w:color="auto" w:fill="EEF5FB"/>
            <w:vAlign w:val="center"/>
          </w:tcPr>
          <w:p w14:paraId="205CE261" w14:textId="77777777" w:rsidR="0057757C" w:rsidRPr="007F65A0" w:rsidRDefault="0057757C" w:rsidP="00D251EC">
            <w:pPr>
              <w:rPr>
                <w:sz w:val="24"/>
                <w:szCs w:val="24"/>
              </w:rPr>
            </w:pPr>
            <w:r w:rsidRPr="007F65A0">
              <w:rPr>
                <w:b/>
                <w:sz w:val="24"/>
                <w:szCs w:val="24"/>
              </w:rPr>
              <w:t>______ %</w:t>
            </w:r>
          </w:p>
        </w:tc>
      </w:tr>
    </w:tbl>
    <w:p w14:paraId="1C5A1283" w14:textId="77777777" w:rsidR="0057757C" w:rsidRPr="007F65A0" w:rsidRDefault="0057757C" w:rsidP="0057757C">
      <w:pPr>
        <w:rPr>
          <w:sz w:val="24"/>
          <w:szCs w:val="24"/>
        </w:rPr>
      </w:pPr>
    </w:p>
    <w:p w14:paraId="4684EE5A" w14:textId="77777777" w:rsidR="0057757C" w:rsidRPr="007F65A0" w:rsidRDefault="0057757C" w:rsidP="0057757C">
      <w:pPr>
        <w:pStyle w:val="Cmsor2"/>
        <w:rPr>
          <w:rFonts w:ascii="Times New Roman" w:hAnsi="Times New Roman" w:cs="Times New Roman"/>
          <w:sz w:val="24"/>
          <w:szCs w:val="24"/>
        </w:rPr>
      </w:pPr>
      <w:r w:rsidRPr="007F65A0">
        <w:rPr>
          <w:rFonts w:ascii="Times New Roman" w:hAnsi="Times New Roman" w:cs="Times New Roman"/>
          <w:sz w:val="24"/>
          <w:szCs w:val="24"/>
        </w:rPr>
        <w:t>G. Anyanyelvi és kommunikációs képességek</w:t>
      </w:r>
    </w:p>
    <w:tbl>
      <w:tblPr>
        <w:tblStyle w:val="Rcsostblzat"/>
        <w:tblW w:w="0" w:type="auto"/>
        <w:jc w:val="center"/>
        <w:tblLook w:val="04A0" w:firstRow="1" w:lastRow="0" w:firstColumn="1" w:lastColumn="0" w:noHBand="0" w:noVBand="1"/>
      </w:tblPr>
      <w:tblGrid>
        <w:gridCol w:w="2603"/>
        <w:gridCol w:w="2606"/>
        <w:gridCol w:w="2603"/>
        <w:gridCol w:w="2604"/>
      </w:tblGrid>
      <w:tr w:rsidR="0057757C" w:rsidRPr="007F65A0" w14:paraId="48838E6B" w14:textId="77777777" w:rsidTr="00D251EC">
        <w:trPr>
          <w:tblHeader/>
          <w:jc w:val="center"/>
        </w:trPr>
        <w:tc>
          <w:tcPr>
            <w:tcW w:w="2606" w:type="dxa"/>
            <w:shd w:val="clear" w:color="auto" w:fill="D9EAF7"/>
            <w:vAlign w:val="center"/>
          </w:tcPr>
          <w:p w14:paraId="74B8C676" w14:textId="77777777" w:rsidR="0057757C" w:rsidRPr="007F65A0" w:rsidRDefault="0057757C" w:rsidP="00D251EC">
            <w:pPr>
              <w:jc w:val="center"/>
              <w:rPr>
                <w:sz w:val="24"/>
                <w:szCs w:val="24"/>
              </w:rPr>
            </w:pPr>
            <w:r w:rsidRPr="007F65A0">
              <w:rPr>
                <w:b/>
                <w:sz w:val="24"/>
                <w:szCs w:val="24"/>
              </w:rPr>
              <w:t>Ssz.</w:t>
            </w:r>
          </w:p>
        </w:tc>
        <w:tc>
          <w:tcPr>
            <w:tcW w:w="2606" w:type="dxa"/>
            <w:shd w:val="clear" w:color="auto" w:fill="D9EAF7"/>
            <w:vAlign w:val="center"/>
          </w:tcPr>
          <w:p w14:paraId="6FA29FEA" w14:textId="77777777" w:rsidR="0057757C" w:rsidRPr="007F65A0" w:rsidRDefault="0057757C" w:rsidP="00D251EC">
            <w:pPr>
              <w:jc w:val="center"/>
              <w:rPr>
                <w:sz w:val="24"/>
                <w:szCs w:val="24"/>
              </w:rPr>
            </w:pPr>
            <w:r w:rsidRPr="007F65A0">
              <w:rPr>
                <w:b/>
                <w:sz w:val="24"/>
                <w:szCs w:val="24"/>
              </w:rPr>
              <w:t>Megfigyelhető kimeneti jellemző</w:t>
            </w:r>
          </w:p>
        </w:tc>
        <w:tc>
          <w:tcPr>
            <w:tcW w:w="2606" w:type="dxa"/>
            <w:shd w:val="clear" w:color="auto" w:fill="D9EAF7"/>
            <w:vAlign w:val="center"/>
          </w:tcPr>
          <w:p w14:paraId="4CDDC85F" w14:textId="77777777" w:rsidR="0057757C" w:rsidRPr="007F65A0" w:rsidRDefault="0057757C" w:rsidP="00D251EC">
            <w:pPr>
              <w:jc w:val="center"/>
              <w:rPr>
                <w:sz w:val="24"/>
                <w:szCs w:val="24"/>
              </w:rPr>
            </w:pPr>
            <w:r w:rsidRPr="007F65A0">
              <w:rPr>
                <w:b/>
                <w:sz w:val="24"/>
                <w:szCs w:val="24"/>
              </w:rPr>
              <w:t>Pont</w:t>
            </w:r>
            <w:r w:rsidRPr="007F65A0">
              <w:rPr>
                <w:b/>
                <w:sz w:val="24"/>
                <w:szCs w:val="24"/>
              </w:rPr>
              <w:br/>
              <w:t>0–2</w:t>
            </w:r>
          </w:p>
        </w:tc>
        <w:tc>
          <w:tcPr>
            <w:tcW w:w="2606" w:type="dxa"/>
            <w:shd w:val="clear" w:color="auto" w:fill="D9EAF7"/>
            <w:vAlign w:val="center"/>
          </w:tcPr>
          <w:p w14:paraId="735CC1CB" w14:textId="77777777" w:rsidR="0057757C" w:rsidRPr="007F65A0" w:rsidRDefault="0057757C" w:rsidP="00D251EC">
            <w:pPr>
              <w:jc w:val="center"/>
              <w:rPr>
                <w:sz w:val="24"/>
                <w:szCs w:val="24"/>
              </w:rPr>
            </w:pPr>
            <w:r w:rsidRPr="007F65A0">
              <w:rPr>
                <w:b/>
                <w:sz w:val="24"/>
                <w:szCs w:val="24"/>
              </w:rPr>
              <w:t>Megjegyzés</w:t>
            </w:r>
          </w:p>
        </w:tc>
      </w:tr>
      <w:tr w:rsidR="0057757C" w:rsidRPr="007F65A0" w14:paraId="619419EB" w14:textId="77777777" w:rsidTr="00D251EC">
        <w:trPr>
          <w:jc w:val="center"/>
        </w:trPr>
        <w:tc>
          <w:tcPr>
            <w:tcW w:w="2606" w:type="dxa"/>
            <w:vAlign w:val="center"/>
          </w:tcPr>
          <w:p w14:paraId="79FB7A81" w14:textId="77777777" w:rsidR="0057757C" w:rsidRPr="007F65A0" w:rsidRDefault="0057757C" w:rsidP="00D251EC">
            <w:pPr>
              <w:jc w:val="center"/>
              <w:rPr>
                <w:sz w:val="24"/>
                <w:szCs w:val="24"/>
              </w:rPr>
            </w:pPr>
            <w:r w:rsidRPr="007F65A0">
              <w:rPr>
                <w:sz w:val="24"/>
                <w:szCs w:val="24"/>
              </w:rPr>
              <w:t>1</w:t>
            </w:r>
          </w:p>
        </w:tc>
        <w:tc>
          <w:tcPr>
            <w:tcW w:w="2606" w:type="dxa"/>
            <w:vAlign w:val="center"/>
          </w:tcPr>
          <w:p w14:paraId="3F97ACB0" w14:textId="77777777" w:rsidR="0057757C" w:rsidRPr="007F65A0" w:rsidRDefault="0057757C" w:rsidP="00D251EC">
            <w:pPr>
              <w:rPr>
                <w:sz w:val="24"/>
                <w:szCs w:val="24"/>
              </w:rPr>
            </w:pPr>
            <w:r w:rsidRPr="007F65A0">
              <w:rPr>
                <w:sz w:val="24"/>
                <w:szCs w:val="24"/>
              </w:rPr>
              <w:t>Érthetően beszél.</w:t>
            </w:r>
          </w:p>
        </w:tc>
        <w:tc>
          <w:tcPr>
            <w:tcW w:w="2606" w:type="dxa"/>
            <w:vAlign w:val="center"/>
          </w:tcPr>
          <w:p w14:paraId="38C89F4C" w14:textId="77777777" w:rsidR="0057757C" w:rsidRPr="007F65A0" w:rsidRDefault="0057757C" w:rsidP="00D251EC">
            <w:pPr>
              <w:jc w:val="center"/>
              <w:rPr>
                <w:sz w:val="24"/>
                <w:szCs w:val="24"/>
              </w:rPr>
            </w:pPr>
          </w:p>
        </w:tc>
        <w:tc>
          <w:tcPr>
            <w:tcW w:w="2606" w:type="dxa"/>
            <w:vAlign w:val="center"/>
          </w:tcPr>
          <w:p w14:paraId="03940BC4" w14:textId="77777777" w:rsidR="0057757C" w:rsidRPr="007F65A0" w:rsidRDefault="0057757C" w:rsidP="00D251EC">
            <w:pPr>
              <w:rPr>
                <w:sz w:val="24"/>
                <w:szCs w:val="24"/>
              </w:rPr>
            </w:pPr>
          </w:p>
        </w:tc>
      </w:tr>
      <w:tr w:rsidR="0057757C" w:rsidRPr="007F65A0" w14:paraId="3EA0DACD" w14:textId="77777777" w:rsidTr="00D251EC">
        <w:trPr>
          <w:jc w:val="center"/>
        </w:trPr>
        <w:tc>
          <w:tcPr>
            <w:tcW w:w="2606" w:type="dxa"/>
            <w:vAlign w:val="center"/>
          </w:tcPr>
          <w:p w14:paraId="09B343A9" w14:textId="77777777" w:rsidR="0057757C" w:rsidRPr="007F65A0" w:rsidRDefault="0057757C" w:rsidP="00D251EC">
            <w:pPr>
              <w:jc w:val="center"/>
              <w:rPr>
                <w:sz w:val="24"/>
                <w:szCs w:val="24"/>
              </w:rPr>
            </w:pPr>
            <w:r w:rsidRPr="007F65A0">
              <w:rPr>
                <w:sz w:val="24"/>
                <w:szCs w:val="24"/>
              </w:rPr>
              <w:t>2</w:t>
            </w:r>
          </w:p>
        </w:tc>
        <w:tc>
          <w:tcPr>
            <w:tcW w:w="2606" w:type="dxa"/>
            <w:vAlign w:val="center"/>
          </w:tcPr>
          <w:p w14:paraId="3D376477" w14:textId="77777777" w:rsidR="0057757C" w:rsidRPr="007F65A0" w:rsidRDefault="0057757C" w:rsidP="00D251EC">
            <w:pPr>
              <w:rPr>
                <w:sz w:val="24"/>
                <w:szCs w:val="24"/>
              </w:rPr>
            </w:pPr>
            <w:r w:rsidRPr="007F65A0">
              <w:rPr>
                <w:sz w:val="24"/>
                <w:szCs w:val="24"/>
              </w:rPr>
              <w:t>Szívesen kommunikál.</w:t>
            </w:r>
          </w:p>
        </w:tc>
        <w:tc>
          <w:tcPr>
            <w:tcW w:w="2606" w:type="dxa"/>
            <w:vAlign w:val="center"/>
          </w:tcPr>
          <w:p w14:paraId="1115FA4E" w14:textId="77777777" w:rsidR="0057757C" w:rsidRPr="007F65A0" w:rsidRDefault="0057757C" w:rsidP="00D251EC">
            <w:pPr>
              <w:jc w:val="center"/>
              <w:rPr>
                <w:sz w:val="24"/>
                <w:szCs w:val="24"/>
              </w:rPr>
            </w:pPr>
          </w:p>
        </w:tc>
        <w:tc>
          <w:tcPr>
            <w:tcW w:w="2606" w:type="dxa"/>
            <w:vAlign w:val="center"/>
          </w:tcPr>
          <w:p w14:paraId="13304A58" w14:textId="77777777" w:rsidR="0057757C" w:rsidRPr="007F65A0" w:rsidRDefault="0057757C" w:rsidP="00D251EC">
            <w:pPr>
              <w:rPr>
                <w:sz w:val="24"/>
                <w:szCs w:val="24"/>
              </w:rPr>
            </w:pPr>
          </w:p>
        </w:tc>
      </w:tr>
      <w:tr w:rsidR="0057757C" w:rsidRPr="007F65A0" w14:paraId="28870AE2" w14:textId="77777777" w:rsidTr="00D251EC">
        <w:trPr>
          <w:jc w:val="center"/>
        </w:trPr>
        <w:tc>
          <w:tcPr>
            <w:tcW w:w="2606" w:type="dxa"/>
            <w:vAlign w:val="center"/>
          </w:tcPr>
          <w:p w14:paraId="3BF6B33B" w14:textId="77777777" w:rsidR="0057757C" w:rsidRPr="007F65A0" w:rsidRDefault="0057757C" w:rsidP="00D251EC">
            <w:pPr>
              <w:jc w:val="center"/>
              <w:rPr>
                <w:sz w:val="24"/>
                <w:szCs w:val="24"/>
              </w:rPr>
            </w:pPr>
            <w:r w:rsidRPr="007F65A0">
              <w:rPr>
                <w:sz w:val="24"/>
                <w:szCs w:val="24"/>
              </w:rPr>
              <w:t>3</w:t>
            </w:r>
          </w:p>
        </w:tc>
        <w:tc>
          <w:tcPr>
            <w:tcW w:w="2606" w:type="dxa"/>
            <w:vAlign w:val="center"/>
          </w:tcPr>
          <w:p w14:paraId="0246A03A" w14:textId="77777777" w:rsidR="0057757C" w:rsidRPr="007F65A0" w:rsidRDefault="0057757C" w:rsidP="00D251EC">
            <w:pPr>
              <w:rPr>
                <w:sz w:val="24"/>
                <w:szCs w:val="24"/>
              </w:rPr>
            </w:pPr>
            <w:r w:rsidRPr="007F65A0">
              <w:rPr>
                <w:sz w:val="24"/>
                <w:szCs w:val="24"/>
              </w:rPr>
              <w:t>Hanglejtése és hangsúlyozása a magyar nyelvnek megfelelő.</w:t>
            </w:r>
          </w:p>
        </w:tc>
        <w:tc>
          <w:tcPr>
            <w:tcW w:w="2606" w:type="dxa"/>
            <w:vAlign w:val="center"/>
          </w:tcPr>
          <w:p w14:paraId="6A7D709D" w14:textId="77777777" w:rsidR="0057757C" w:rsidRPr="007F65A0" w:rsidRDefault="0057757C" w:rsidP="00D251EC">
            <w:pPr>
              <w:jc w:val="center"/>
              <w:rPr>
                <w:sz w:val="24"/>
                <w:szCs w:val="24"/>
              </w:rPr>
            </w:pPr>
          </w:p>
        </w:tc>
        <w:tc>
          <w:tcPr>
            <w:tcW w:w="2606" w:type="dxa"/>
            <w:vAlign w:val="center"/>
          </w:tcPr>
          <w:p w14:paraId="695622EF" w14:textId="77777777" w:rsidR="0057757C" w:rsidRPr="007F65A0" w:rsidRDefault="0057757C" w:rsidP="00D251EC">
            <w:pPr>
              <w:rPr>
                <w:sz w:val="24"/>
                <w:szCs w:val="24"/>
              </w:rPr>
            </w:pPr>
          </w:p>
        </w:tc>
      </w:tr>
      <w:tr w:rsidR="0057757C" w:rsidRPr="007F65A0" w14:paraId="587BCFC5" w14:textId="77777777" w:rsidTr="00D251EC">
        <w:trPr>
          <w:jc w:val="center"/>
        </w:trPr>
        <w:tc>
          <w:tcPr>
            <w:tcW w:w="2606" w:type="dxa"/>
            <w:vAlign w:val="center"/>
          </w:tcPr>
          <w:p w14:paraId="5FB954B2" w14:textId="77777777" w:rsidR="0057757C" w:rsidRPr="007F65A0" w:rsidRDefault="0057757C" w:rsidP="00D251EC">
            <w:pPr>
              <w:jc w:val="center"/>
              <w:rPr>
                <w:sz w:val="24"/>
                <w:szCs w:val="24"/>
              </w:rPr>
            </w:pPr>
            <w:r w:rsidRPr="007F65A0">
              <w:rPr>
                <w:sz w:val="24"/>
                <w:szCs w:val="24"/>
              </w:rPr>
              <w:t>4</w:t>
            </w:r>
          </w:p>
        </w:tc>
        <w:tc>
          <w:tcPr>
            <w:tcW w:w="2606" w:type="dxa"/>
            <w:vAlign w:val="center"/>
          </w:tcPr>
          <w:p w14:paraId="63F30D46" w14:textId="77777777" w:rsidR="0057757C" w:rsidRPr="007F65A0" w:rsidRDefault="0057757C" w:rsidP="00D251EC">
            <w:pPr>
              <w:rPr>
                <w:sz w:val="24"/>
                <w:szCs w:val="24"/>
              </w:rPr>
            </w:pPr>
            <w:r w:rsidRPr="007F65A0">
              <w:rPr>
                <w:sz w:val="24"/>
                <w:szCs w:val="24"/>
              </w:rPr>
              <w:t>Mondandóját folyamatosan, egymást követő mondatokban fejezi ki.</w:t>
            </w:r>
          </w:p>
        </w:tc>
        <w:tc>
          <w:tcPr>
            <w:tcW w:w="2606" w:type="dxa"/>
            <w:vAlign w:val="center"/>
          </w:tcPr>
          <w:p w14:paraId="7E5123BF" w14:textId="77777777" w:rsidR="0057757C" w:rsidRPr="007F65A0" w:rsidRDefault="0057757C" w:rsidP="00D251EC">
            <w:pPr>
              <w:jc w:val="center"/>
              <w:rPr>
                <w:sz w:val="24"/>
                <w:szCs w:val="24"/>
              </w:rPr>
            </w:pPr>
          </w:p>
        </w:tc>
        <w:tc>
          <w:tcPr>
            <w:tcW w:w="2606" w:type="dxa"/>
            <w:vAlign w:val="center"/>
          </w:tcPr>
          <w:p w14:paraId="09D5571E" w14:textId="77777777" w:rsidR="0057757C" w:rsidRPr="007F65A0" w:rsidRDefault="0057757C" w:rsidP="00D251EC">
            <w:pPr>
              <w:rPr>
                <w:sz w:val="24"/>
                <w:szCs w:val="24"/>
              </w:rPr>
            </w:pPr>
          </w:p>
        </w:tc>
      </w:tr>
      <w:tr w:rsidR="0057757C" w:rsidRPr="007F65A0" w14:paraId="36D3F3F6" w14:textId="77777777" w:rsidTr="00D251EC">
        <w:trPr>
          <w:jc w:val="center"/>
        </w:trPr>
        <w:tc>
          <w:tcPr>
            <w:tcW w:w="2606" w:type="dxa"/>
            <w:vAlign w:val="center"/>
          </w:tcPr>
          <w:p w14:paraId="20DEA969" w14:textId="77777777" w:rsidR="0057757C" w:rsidRPr="007F65A0" w:rsidRDefault="0057757C" w:rsidP="00D251EC">
            <w:pPr>
              <w:jc w:val="center"/>
              <w:rPr>
                <w:sz w:val="24"/>
                <w:szCs w:val="24"/>
              </w:rPr>
            </w:pPr>
            <w:r w:rsidRPr="007F65A0">
              <w:rPr>
                <w:sz w:val="24"/>
                <w:szCs w:val="24"/>
              </w:rPr>
              <w:t>5</w:t>
            </w:r>
          </w:p>
        </w:tc>
        <w:tc>
          <w:tcPr>
            <w:tcW w:w="2606" w:type="dxa"/>
            <w:vAlign w:val="center"/>
          </w:tcPr>
          <w:p w14:paraId="1915E9C1" w14:textId="77777777" w:rsidR="0057757C" w:rsidRPr="007F65A0" w:rsidRDefault="0057757C" w:rsidP="00D251EC">
            <w:pPr>
              <w:rPr>
                <w:sz w:val="24"/>
                <w:szCs w:val="24"/>
              </w:rPr>
            </w:pPr>
            <w:r w:rsidRPr="007F65A0">
              <w:rPr>
                <w:sz w:val="24"/>
                <w:szCs w:val="24"/>
              </w:rPr>
              <w:t>Aktív szókincse alkalmas gondolatai érthető közlésére.</w:t>
            </w:r>
          </w:p>
        </w:tc>
        <w:tc>
          <w:tcPr>
            <w:tcW w:w="2606" w:type="dxa"/>
            <w:vAlign w:val="center"/>
          </w:tcPr>
          <w:p w14:paraId="78B544F6" w14:textId="77777777" w:rsidR="0057757C" w:rsidRPr="007F65A0" w:rsidRDefault="0057757C" w:rsidP="00D251EC">
            <w:pPr>
              <w:jc w:val="center"/>
              <w:rPr>
                <w:sz w:val="24"/>
                <w:szCs w:val="24"/>
              </w:rPr>
            </w:pPr>
          </w:p>
        </w:tc>
        <w:tc>
          <w:tcPr>
            <w:tcW w:w="2606" w:type="dxa"/>
            <w:vAlign w:val="center"/>
          </w:tcPr>
          <w:p w14:paraId="5D2385E1" w14:textId="77777777" w:rsidR="0057757C" w:rsidRPr="007F65A0" w:rsidRDefault="0057757C" w:rsidP="00D251EC">
            <w:pPr>
              <w:rPr>
                <w:sz w:val="24"/>
                <w:szCs w:val="24"/>
              </w:rPr>
            </w:pPr>
          </w:p>
        </w:tc>
      </w:tr>
      <w:tr w:rsidR="0057757C" w:rsidRPr="007F65A0" w14:paraId="59747434" w14:textId="77777777" w:rsidTr="00D251EC">
        <w:trPr>
          <w:jc w:val="center"/>
        </w:trPr>
        <w:tc>
          <w:tcPr>
            <w:tcW w:w="2606" w:type="dxa"/>
            <w:vAlign w:val="center"/>
          </w:tcPr>
          <w:p w14:paraId="7C42FB6E" w14:textId="77777777" w:rsidR="0057757C" w:rsidRPr="007F65A0" w:rsidRDefault="0057757C" w:rsidP="00D251EC">
            <w:pPr>
              <w:jc w:val="center"/>
              <w:rPr>
                <w:sz w:val="24"/>
                <w:szCs w:val="24"/>
              </w:rPr>
            </w:pPr>
            <w:r w:rsidRPr="007F65A0">
              <w:rPr>
                <w:sz w:val="24"/>
                <w:szCs w:val="24"/>
              </w:rPr>
              <w:t>6</w:t>
            </w:r>
          </w:p>
        </w:tc>
        <w:tc>
          <w:tcPr>
            <w:tcW w:w="2606" w:type="dxa"/>
            <w:vAlign w:val="center"/>
          </w:tcPr>
          <w:p w14:paraId="30B4ADB6" w14:textId="77777777" w:rsidR="0057757C" w:rsidRPr="007F65A0" w:rsidRDefault="0057757C" w:rsidP="00D251EC">
            <w:pPr>
              <w:rPr>
                <w:sz w:val="24"/>
                <w:szCs w:val="24"/>
              </w:rPr>
            </w:pPr>
            <w:r w:rsidRPr="007F65A0">
              <w:rPr>
                <w:sz w:val="24"/>
                <w:szCs w:val="24"/>
              </w:rPr>
              <w:t>Nyelvtanilag helyes, magyarra jellemző szórendet alkalmaz.</w:t>
            </w:r>
          </w:p>
        </w:tc>
        <w:tc>
          <w:tcPr>
            <w:tcW w:w="2606" w:type="dxa"/>
            <w:vAlign w:val="center"/>
          </w:tcPr>
          <w:p w14:paraId="1E78F79C" w14:textId="77777777" w:rsidR="0057757C" w:rsidRPr="007F65A0" w:rsidRDefault="0057757C" w:rsidP="00D251EC">
            <w:pPr>
              <w:jc w:val="center"/>
              <w:rPr>
                <w:sz w:val="24"/>
                <w:szCs w:val="24"/>
              </w:rPr>
            </w:pPr>
          </w:p>
        </w:tc>
        <w:tc>
          <w:tcPr>
            <w:tcW w:w="2606" w:type="dxa"/>
            <w:vAlign w:val="center"/>
          </w:tcPr>
          <w:p w14:paraId="21BFE301" w14:textId="77777777" w:rsidR="0057757C" w:rsidRPr="007F65A0" w:rsidRDefault="0057757C" w:rsidP="00D251EC">
            <w:pPr>
              <w:rPr>
                <w:sz w:val="24"/>
                <w:szCs w:val="24"/>
              </w:rPr>
            </w:pPr>
          </w:p>
        </w:tc>
      </w:tr>
      <w:tr w:rsidR="0057757C" w:rsidRPr="007F65A0" w14:paraId="1F160BE4" w14:textId="77777777" w:rsidTr="00D251EC">
        <w:trPr>
          <w:jc w:val="center"/>
        </w:trPr>
        <w:tc>
          <w:tcPr>
            <w:tcW w:w="2606" w:type="dxa"/>
            <w:vAlign w:val="center"/>
          </w:tcPr>
          <w:p w14:paraId="639ADCBC" w14:textId="77777777" w:rsidR="0057757C" w:rsidRPr="007F65A0" w:rsidRDefault="0057757C" w:rsidP="00D251EC">
            <w:pPr>
              <w:jc w:val="center"/>
              <w:rPr>
                <w:sz w:val="24"/>
                <w:szCs w:val="24"/>
              </w:rPr>
            </w:pPr>
            <w:r w:rsidRPr="007F65A0">
              <w:rPr>
                <w:sz w:val="24"/>
                <w:szCs w:val="24"/>
              </w:rPr>
              <w:t>7</w:t>
            </w:r>
          </w:p>
        </w:tc>
        <w:tc>
          <w:tcPr>
            <w:tcW w:w="2606" w:type="dxa"/>
            <w:vAlign w:val="center"/>
          </w:tcPr>
          <w:p w14:paraId="4712FD13" w14:textId="77777777" w:rsidR="0057757C" w:rsidRPr="007F65A0" w:rsidRDefault="0057757C" w:rsidP="00D251EC">
            <w:pPr>
              <w:rPr>
                <w:sz w:val="24"/>
                <w:szCs w:val="24"/>
              </w:rPr>
            </w:pPr>
            <w:r w:rsidRPr="007F65A0">
              <w:rPr>
                <w:sz w:val="24"/>
                <w:szCs w:val="24"/>
              </w:rPr>
              <w:t>A közléseket, utasításokat megérti.</w:t>
            </w:r>
          </w:p>
        </w:tc>
        <w:tc>
          <w:tcPr>
            <w:tcW w:w="2606" w:type="dxa"/>
            <w:vAlign w:val="center"/>
          </w:tcPr>
          <w:p w14:paraId="3E83A781" w14:textId="77777777" w:rsidR="0057757C" w:rsidRPr="007F65A0" w:rsidRDefault="0057757C" w:rsidP="00D251EC">
            <w:pPr>
              <w:jc w:val="center"/>
              <w:rPr>
                <w:sz w:val="24"/>
                <w:szCs w:val="24"/>
              </w:rPr>
            </w:pPr>
          </w:p>
        </w:tc>
        <w:tc>
          <w:tcPr>
            <w:tcW w:w="2606" w:type="dxa"/>
            <w:vAlign w:val="center"/>
          </w:tcPr>
          <w:p w14:paraId="5BBDE564" w14:textId="77777777" w:rsidR="0057757C" w:rsidRPr="007F65A0" w:rsidRDefault="0057757C" w:rsidP="00D251EC">
            <w:pPr>
              <w:rPr>
                <w:sz w:val="24"/>
                <w:szCs w:val="24"/>
              </w:rPr>
            </w:pPr>
          </w:p>
        </w:tc>
      </w:tr>
      <w:tr w:rsidR="0057757C" w:rsidRPr="007F65A0" w14:paraId="6D68A2EB" w14:textId="77777777" w:rsidTr="00D251EC">
        <w:trPr>
          <w:jc w:val="center"/>
        </w:trPr>
        <w:tc>
          <w:tcPr>
            <w:tcW w:w="2606" w:type="dxa"/>
            <w:vAlign w:val="center"/>
          </w:tcPr>
          <w:p w14:paraId="2BD2E626" w14:textId="77777777" w:rsidR="0057757C" w:rsidRPr="007F65A0" w:rsidRDefault="0057757C" w:rsidP="00D251EC">
            <w:pPr>
              <w:jc w:val="center"/>
              <w:rPr>
                <w:sz w:val="24"/>
                <w:szCs w:val="24"/>
              </w:rPr>
            </w:pPr>
            <w:r w:rsidRPr="007F65A0">
              <w:rPr>
                <w:sz w:val="24"/>
                <w:szCs w:val="24"/>
              </w:rPr>
              <w:t>8</w:t>
            </w:r>
          </w:p>
        </w:tc>
        <w:tc>
          <w:tcPr>
            <w:tcW w:w="2606" w:type="dxa"/>
            <w:vAlign w:val="center"/>
          </w:tcPr>
          <w:p w14:paraId="54D3FBBF" w14:textId="77777777" w:rsidR="0057757C" w:rsidRPr="007F65A0" w:rsidRDefault="0057757C" w:rsidP="00D251EC">
            <w:pPr>
              <w:rPr>
                <w:sz w:val="24"/>
                <w:szCs w:val="24"/>
              </w:rPr>
            </w:pPr>
            <w:r w:rsidRPr="007F65A0">
              <w:rPr>
                <w:sz w:val="24"/>
                <w:szCs w:val="24"/>
              </w:rPr>
              <w:t>Képes önálló véleménynyilvánításra.</w:t>
            </w:r>
          </w:p>
        </w:tc>
        <w:tc>
          <w:tcPr>
            <w:tcW w:w="2606" w:type="dxa"/>
            <w:vAlign w:val="center"/>
          </w:tcPr>
          <w:p w14:paraId="636DB436" w14:textId="77777777" w:rsidR="0057757C" w:rsidRPr="007F65A0" w:rsidRDefault="0057757C" w:rsidP="00D251EC">
            <w:pPr>
              <w:jc w:val="center"/>
              <w:rPr>
                <w:sz w:val="24"/>
                <w:szCs w:val="24"/>
              </w:rPr>
            </w:pPr>
          </w:p>
        </w:tc>
        <w:tc>
          <w:tcPr>
            <w:tcW w:w="2606" w:type="dxa"/>
            <w:vAlign w:val="center"/>
          </w:tcPr>
          <w:p w14:paraId="02A7760E" w14:textId="77777777" w:rsidR="0057757C" w:rsidRPr="007F65A0" w:rsidRDefault="0057757C" w:rsidP="00D251EC">
            <w:pPr>
              <w:rPr>
                <w:sz w:val="24"/>
                <w:szCs w:val="24"/>
              </w:rPr>
            </w:pPr>
          </w:p>
        </w:tc>
      </w:tr>
      <w:tr w:rsidR="0057757C" w:rsidRPr="007F65A0" w14:paraId="21757250" w14:textId="77777777" w:rsidTr="00D251EC">
        <w:trPr>
          <w:jc w:val="center"/>
        </w:trPr>
        <w:tc>
          <w:tcPr>
            <w:tcW w:w="2606" w:type="dxa"/>
            <w:vAlign w:val="center"/>
          </w:tcPr>
          <w:p w14:paraId="623EF52D" w14:textId="77777777" w:rsidR="0057757C" w:rsidRPr="007F65A0" w:rsidRDefault="0057757C" w:rsidP="00D251EC">
            <w:pPr>
              <w:jc w:val="center"/>
              <w:rPr>
                <w:sz w:val="24"/>
                <w:szCs w:val="24"/>
              </w:rPr>
            </w:pPr>
            <w:r w:rsidRPr="007F65A0">
              <w:rPr>
                <w:sz w:val="24"/>
                <w:szCs w:val="24"/>
              </w:rPr>
              <w:t>9</w:t>
            </w:r>
          </w:p>
        </w:tc>
        <w:tc>
          <w:tcPr>
            <w:tcW w:w="2606" w:type="dxa"/>
            <w:vAlign w:val="center"/>
          </w:tcPr>
          <w:p w14:paraId="2450AE2B" w14:textId="77777777" w:rsidR="0057757C" w:rsidRPr="007F65A0" w:rsidRDefault="0057757C" w:rsidP="00D251EC">
            <w:pPr>
              <w:rPr>
                <w:sz w:val="24"/>
                <w:szCs w:val="24"/>
              </w:rPr>
            </w:pPr>
            <w:r w:rsidRPr="007F65A0">
              <w:rPr>
                <w:sz w:val="24"/>
                <w:szCs w:val="24"/>
              </w:rPr>
              <w:t>Udvariassági kifejezéseket használ.</w:t>
            </w:r>
          </w:p>
        </w:tc>
        <w:tc>
          <w:tcPr>
            <w:tcW w:w="2606" w:type="dxa"/>
            <w:vAlign w:val="center"/>
          </w:tcPr>
          <w:p w14:paraId="463673E6" w14:textId="77777777" w:rsidR="0057757C" w:rsidRPr="007F65A0" w:rsidRDefault="0057757C" w:rsidP="00D251EC">
            <w:pPr>
              <w:jc w:val="center"/>
              <w:rPr>
                <w:sz w:val="24"/>
                <w:szCs w:val="24"/>
              </w:rPr>
            </w:pPr>
          </w:p>
        </w:tc>
        <w:tc>
          <w:tcPr>
            <w:tcW w:w="2606" w:type="dxa"/>
            <w:vAlign w:val="center"/>
          </w:tcPr>
          <w:p w14:paraId="320914F3" w14:textId="77777777" w:rsidR="0057757C" w:rsidRPr="007F65A0" w:rsidRDefault="0057757C" w:rsidP="00D251EC">
            <w:pPr>
              <w:rPr>
                <w:sz w:val="24"/>
                <w:szCs w:val="24"/>
              </w:rPr>
            </w:pPr>
          </w:p>
        </w:tc>
      </w:tr>
      <w:tr w:rsidR="0057757C" w:rsidRPr="007F65A0" w14:paraId="7D46F300" w14:textId="77777777" w:rsidTr="00D251EC">
        <w:trPr>
          <w:jc w:val="center"/>
        </w:trPr>
        <w:tc>
          <w:tcPr>
            <w:tcW w:w="2606" w:type="dxa"/>
            <w:vAlign w:val="center"/>
          </w:tcPr>
          <w:p w14:paraId="31AF3E35" w14:textId="77777777" w:rsidR="0057757C" w:rsidRPr="007F65A0" w:rsidRDefault="0057757C" w:rsidP="00D251EC">
            <w:pPr>
              <w:jc w:val="center"/>
              <w:rPr>
                <w:sz w:val="24"/>
                <w:szCs w:val="24"/>
              </w:rPr>
            </w:pPr>
            <w:r w:rsidRPr="007F65A0">
              <w:rPr>
                <w:sz w:val="24"/>
                <w:szCs w:val="24"/>
              </w:rPr>
              <w:t>10</w:t>
            </w:r>
          </w:p>
        </w:tc>
        <w:tc>
          <w:tcPr>
            <w:tcW w:w="2606" w:type="dxa"/>
            <w:vAlign w:val="center"/>
          </w:tcPr>
          <w:p w14:paraId="2AF2343F" w14:textId="77777777" w:rsidR="0057757C" w:rsidRPr="007F65A0" w:rsidRDefault="0057757C" w:rsidP="00D251EC">
            <w:pPr>
              <w:rPr>
                <w:sz w:val="24"/>
                <w:szCs w:val="24"/>
              </w:rPr>
            </w:pPr>
            <w:r w:rsidRPr="007F65A0">
              <w:rPr>
                <w:sz w:val="24"/>
                <w:szCs w:val="24"/>
              </w:rPr>
              <w:t>Életkorának megfelelő történetet, mesét megért.</w:t>
            </w:r>
          </w:p>
        </w:tc>
        <w:tc>
          <w:tcPr>
            <w:tcW w:w="2606" w:type="dxa"/>
            <w:vAlign w:val="center"/>
          </w:tcPr>
          <w:p w14:paraId="28CB292F" w14:textId="77777777" w:rsidR="0057757C" w:rsidRPr="007F65A0" w:rsidRDefault="0057757C" w:rsidP="00D251EC">
            <w:pPr>
              <w:jc w:val="center"/>
              <w:rPr>
                <w:sz w:val="24"/>
                <w:szCs w:val="24"/>
              </w:rPr>
            </w:pPr>
          </w:p>
        </w:tc>
        <w:tc>
          <w:tcPr>
            <w:tcW w:w="2606" w:type="dxa"/>
            <w:vAlign w:val="center"/>
          </w:tcPr>
          <w:p w14:paraId="14F7B0D1" w14:textId="77777777" w:rsidR="0057757C" w:rsidRPr="007F65A0" w:rsidRDefault="0057757C" w:rsidP="00D251EC">
            <w:pPr>
              <w:rPr>
                <w:sz w:val="24"/>
                <w:szCs w:val="24"/>
              </w:rPr>
            </w:pPr>
          </w:p>
        </w:tc>
      </w:tr>
      <w:tr w:rsidR="0057757C" w:rsidRPr="007F65A0" w14:paraId="61170CC2" w14:textId="77777777" w:rsidTr="00D251EC">
        <w:trPr>
          <w:jc w:val="center"/>
        </w:trPr>
        <w:tc>
          <w:tcPr>
            <w:tcW w:w="2606" w:type="dxa"/>
            <w:vAlign w:val="center"/>
          </w:tcPr>
          <w:p w14:paraId="25E5463B" w14:textId="77777777" w:rsidR="0057757C" w:rsidRPr="007F65A0" w:rsidRDefault="0057757C" w:rsidP="00D251EC">
            <w:pPr>
              <w:rPr>
                <w:sz w:val="24"/>
                <w:szCs w:val="24"/>
              </w:rPr>
            </w:pPr>
          </w:p>
        </w:tc>
        <w:tc>
          <w:tcPr>
            <w:tcW w:w="2606" w:type="dxa"/>
            <w:shd w:val="clear" w:color="auto" w:fill="EEF5FB"/>
            <w:vAlign w:val="center"/>
          </w:tcPr>
          <w:p w14:paraId="67C40964" w14:textId="77777777" w:rsidR="0057757C" w:rsidRPr="007F65A0" w:rsidRDefault="0057757C" w:rsidP="00D251EC">
            <w:pPr>
              <w:rPr>
                <w:sz w:val="24"/>
                <w:szCs w:val="24"/>
              </w:rPr>
            </w:pPr>
            <w:r w:rsidRPr="007F65A0">
              <w:rPr>
                <w:b/>
                <w:sz w:val="24"/>
                <w:szCs w:val="24"/>
              </w:rPr>
              <w:t>Területi összesítés – maximum 20 pont</w:t>
            </w:r>
          </w:p>
        </w:tc>
        <w:tc>
          <w:tcPr>
            <w:tcW w:w="2606" w:type="dxa"/>
            <w:shd w:val="clear" w:color="auto" w:fill="EEF5FB"/>
            <w:vAlign w:val="center"/>
          </w:tcPr>
          <w:p w14:paraId="66A937DD" w14:textId="77777777" w:rsidR="0057757C" w:rsidRPr="007F65A0" w:rsidRDefault="0057757C" w:rsidP="00D251EC">
            <w:pPr>
              <w:rPr>
                <w:sz w:val="24"/>
                <w:szCs w:val="24"/>
              </w:rPr>
            </w:pPr>
            <w:r w:rsidRPr="007F65A0">
              <w:rPr>
                <w:b/>
                <w:sz w:val="24"/>
                <w:szCs w:val="24"/>
              </w:rPr>
              <w:t>____ / 20</w:t>
            </w:r>
          </w:p>
        </w:tc>
        <w:tc>
          <w:tcPr>
            <w:tcW w:w="2606" w:type="dxa"/>
            <w:shd w:val="clear" w:color="auto" w:fill="EEF5FB"/>
            <w:vAlign w:val="center"/>
          </w:tcPr>
          <w:p w14:paraId="04D100C4" w14:textId="77777777" w:rsidR="0057757C" w:rsidRPr="007F65A0" w:rsidRDefault="0057757C" w:rsidP="00D251EC">
            <w:pPr>
              <w:rPr>
                <w:sz w:val="24"/>
                <w:szCs w:val="24"/>
              </w:rPr>
            </w:pPr>
            <w:r w:rsidRPr="007F65A0">
              <w:rPr>
                <w:b/>
                <w:sz w:val="24"/>
                <w:szCs w:val="24"/>
              </w:rPr>
              <w:t>______ %</w:t>
            </w:r>
          </w:p>
        </w:tc>
      </w:tr>
    </w:tbl>
    <w:p w14:paraId="4C515919" w14:textId="77777777" w:rsidR="0057757C" w:rsidRPr="007F65A0" w:rsidRDefault="0057757C" w:rsidP="0057757C">
      <w:pPr>
        <w:rPr>
          <w:sz w:val="24"/>
          <w:szCs w:val="24"/>
        </w:rPr>
      </w:pPr>
    </w:p>
    <w:p w14:paraId="67D40020" w14:textId="77777777" w:rsidR="0057757C" w:rsidRPr="007F65A0" w:rsidRDefault="0057757C" w:rsidP="0057757C">
      <w:pPr>
        <w:pStyle w:val="Cmsor2"/>
        <w:rPr>
          <w:rFonts w:ascii="Times New Roman" w:hAnsi="Times New Roman" w:cs="Times New Roman"/>
          <w:sz w:val="24"/>
          <w:szCs w:val="24"/>
        </w:rPr>
      </w:pPr>
      <w:r w:rsidRPr="007F65A0">
        <w:rPr>
          <w:rFonts w:ascii="Times New Roman" w:hAnsi="Times New Roman" w:cs="Times New Roman"/>
          <w:sz w:val="24"/>
          <w:szCs w:val="24"/>
        </w:rPr>
        <w:t>H. Értelmi képességek</w:t>
      </w:r>
    </w:p>
    <w:tbl>
      <w:tblPr>
        <w:tblStyle w:val="Rcsostblzat"/>
        <w:tblW w:w="0" w:type="auto"/>
        <w:jc w:val="center"/>
        <w:tblLook w:val="04A0" w:firstRow="1" w:lastRow="0" w:firstColumn="1" w:lastColumn="0" w:noHBand="0" w:noVBand="1"/>
      </w:tblPr>
      <w:tblGrid>
        <w:gridCol w:w="2603"/>
        <w:gridCol w:w="2606"/>
        <w:gridCol w:w="2603"/>
        <w:gridCol w:w="2604"/>
      </w:tblGrid>
      <w:tr w:rsidR="0057757C" w:rsidRPr="007F65A0" w14:paraId="7AC20AC0" w14:textId="77777777" w:rsidTr="00D251EC">
        <w:trPr>
          <w:tblHeader/>
          <w:jc w:val="center"/>
        </w:trPr>
        <w:tc>
          <w:tcPr>
            <w:tcW w:w="2606" w:type="dxa"/>
            <w:shd w:val="clear" w:color="auto" w:fill="D9EAF7"/>
            <w:vAlign w:val="center"/>
          </w:tcPr>
          <w:p w14:paraId="4B15C8FB" w14:textId="77777777" w:rsidR="0057757C" w:rsidRPr="007F65A0" w:rsidRDefault="0057757C" w:rsidP="00D251EC">
            <w:pPr>
              <w:jc w:val="center"/>
              <w:rPr>
                <w:sz w:val="24"/>
                <w:szCs w:val="24"/>
              </w:rPr>
            </w:pPr>
            <w:r w:rsidRPr="007F65A0">
              <w:rPr>
                <w:b/>
                <w:sz w:val="24"/>
                <w:szCs w:val="24"/>
              </w:rPr>
              <w:t>Ssz.</w:t>
            </w:r>
          </w:p>
        </w:tc>
        <w:tc>
          <w:tcPr>
            <w:tcW w:w="2606" w:type="dxa"/>
            <w:shd w:val="clear" w:color="auto" w:fill="D9EAF7"/>
            <w:vAlign w:val="center"/>
          </w:tcPr>
          <w:p w14:paraId="1DCC1A9B" w14:textId="77777777" w:rsidR="0057757C" w:rsidRPr="007F65A0" w:rsidRDefault="0057757C" w:rsidP="00D251EC">
            <w:pPr>
              <w:jc w:val="center"/>
              <w:rPr>
                <w:sz w:val="24"/>
                <w:szCs w:val="24"/>
              </w:rPr>
            </w:pPr>
            <w:r w:rsidRPr="007F65A0">
              <w:rPr>
                <w:b/>
                <w:sz w:val="24"/>
                <w:szCs w:val="24"/>
              </w:rPr>
              <w:t>Megfigyelhető kimeneti jellemző</w:t>
            </w:r>
          </w:p>
        </w:tc>
        <w:tc>
          <w:tcPr>
            <w:tcW w:w="2606" w:type="dxa"/>
            <w:shd w:val="clear" w:color="auto" w:fill="D9EAF7"/>
            <w:vAlign w:val="center"/>
          </w:tcPr>
          <w:p w14:paraId="3A25627C" w14:textId="77777777" w:rsidR="0057757C" w:rsidRPr="007F65A0" w:rsidRDefault="0057757C" w:rsidP="00D251EC">
            <w:pPr>
              <w:jc w:val="center"/>
              <w:rPr>
                <w:sz w:val="24"/>
                <w:szCs w:val="24"/>
              </w:rPr>
            </w:pPr>
            <w:r w:rsidRPr="007F65A0">
              <w:rPr>
                <w:b/>
                <w:sz w:val="24"/>
                <w:szCs w:val="24"/>
              </w:rPr>
              <w:t>Pont</w:t>
            </w:r>
            <w:r w:rsidRPr="007F65A0">
              <w:rPr>
                <w:b/>
                <w:sz w:val="24"/>
                <w:szCs w:val="24"/>
              </w:rPr>
              <w:br/>
              <w:t>0–2</w:t>
            </w:r>
          </w:p>
        </w:tc>
        <w:tc>
          <w:tcPr>
            <w:tcW w:w="2606" w:type="dxa"/>
            <w:shd w:val="clear" w:color="auto" w:fill="D9EAF7"/>
            <w:vAlign w:val="center"/>
          </w:tcPr>
          <w:p w14:paraId="473FEF09" w14:textId="77777777" w:rsidR="0057757C" w:rsidRPr="007F65A0" w:rsidRDefault="0057757C" w:rsidP="00D251EC">
            <w:pPr>
              <w:jc w:val="center"/>
              <w:rPr>
                <w:sz w:val="24"/>
                <w:szCs w:val="24"/>
              </w:rPr>
            </w:pPr>
            <w:r w:rsidRPr="007F65A0">
              <w:rPr>
                <w:b/>
                <w:sz w:val="24"/>
                <w:szCs w:val="24"/>
              </w:rPr>
              <w:t>Megjegyzés</w:t>
            </w:r>
          </w:p>
        </w:tc>
      </w:tr>
      <w:tr w:rsidR="0057757C" w:rsidRPr="007F65A0" w14:paraId="4CFC2D7D" w14:textId="77777777" w:rsidTr="00D251EC">
        <w:trPr>
          <w:jc w:val="center"/>
        </w:trPr>
        <w:tc>
          <w:tcPr>
            <w:tcW w:w="2606" w:type="dxa"/>
            <w:vAlign w:val="center"/>
          </w:tcPr>
          <w:p w14:paraId="012369D4" w14:textId="77777777" w:rsidR="0057757C" w:rsidRPr="007F65A0" w:rsidRDefault="0057757C" w:rsidP="00D251EC">
            <w:pPr>
              <w:jc w:val="center"/>
              <w:rPr>
                <w:sz w:val="24"/>
                <w:szCs w:val="24"/>
              </w:rPr>
            </w:pPr>
            <w:r w:rsidRPr="007F65A0">
              <w:rPr>
                <w:sz w:val="24"/>
                <w:szCs w:val="24"/>
              </w:rPr>
              <w:t>1</w:t>
            </w:r>
          </w:p>
        </w:tc>
        <w:tc>
          <w:tcPr>
            <w:tcW w:w="2606" w:type="dxa"/>
            <w:vAlign w:val="center"/>
          </w:tcPr>
          <w:p w14:paraId="469FAA14" w14:textId="77777777" w:rsidR="0057757C" w:rsidRPr="007F65A0" w:rsidRDefault="0057757C" w:rsidP="00D251EC">
            <w:pPr>
              <w:rPr>
                <w:sz w:val="24"/>
                <w:szCs w:val="24"/>
              </w:rPr>
            </w:pPr>
            <w:r w:rsidRPr="007F65A0">
              <w:rPr>
                <w:sz w:val="24"/>
                <w:szCs w:val="24"/>
              </w:rPr>
              <w:t>Megfigyelőképessége részletes és többnyire pontos.</w:t>
            </w:r>
          </w:p>
        </w:tc>
        <w:tc>
          <w:tcPr>
            <w:tcW w:w="2606" w:type="dxa"/>
            <w:vAlign w:val="center"/>
          </w:tcPr>
          <w:p w14:paraId="764CA6B7" w14:textId="77777777" w:rsidR="0057757C" w:rsidRPr="007F65A0" w:rsidRDefault="0057757C" w:rsidP="00D251EC">
            <w:pPr>
              <w:jc w:val="center"/>
              <w:rPr>
                <w:sz w:val="24"/>
                <w:szCs w:val="24"/>
              </w:rPr>
            </w:pPr>
          </w:p>
        </w:tc>
        <w:tc>
          <w:tcPr>
            <w:tcW w:w="2606" w:type="dxa"/>
            <w:vAlign w:val="center"/>
          </w:tcPr>
          <w:p w14:paraId="75A4C3E5" w14:textId="77777777" w:rsidR="0057757C" w:rsidRPr="007F65A0" w:rsidRDefault="0057757C" w:rsidP="00D251EC">
            <w:pPr>
              <w:rPr>
                <w:sz w:val="24"/>
                <w:szCs w:val="24"/>
              </w:rPr>
            </w:pPr>
          </w:p>
        </w:tc>
      </w:tr>
      <w:tr w:rsidR="0057757C" w:rsidRPr="007F65A0" w14:paraId="2D9FEFBB" w14:textId="77777777" w:rsidTr="00D251EC">
        <w:trPr>
          <w:jc w:val="center"/>
        </w:trPr>
        <w:tc>
          <w:tcPr>
            <w:tcW w:w="2606" w:type="dxa"/>
            <w:vAlign w:val="center"/>
          </w:tcPr>
          <w:p w14:paraId="0169F3A6" w14:textId="77777777" w:rsidR="0057757C" w:rsidRPr="007F65A0" w:rsidRDefault="0057757C" w:rsidP="00D251EC">
            <w:pPr>
              <w:jc w:val="center"/>
              <w:rPr>
                <w:sz w:val="24"/>
                <w:szCs w:val="24"/>
              </w:rPr>
            </w:pPr>
            <w:r w:rsidRPr="007F65A0">
              <w:rPr>
                <w:sz w:val="24"/>
                <w:szCs w:val="24"/>
              </w:rPr>
              <w:t>2</w:t>
            </w:r>
          </w:p>
        </w:tc>
        <w:tc>
          <w:tcPr>
            <w:tcW w:w="2606" w:type="dxa"/>
            <w:vAlign w:val="center"/>
          </w:tcPr>
          <w:p w14:paraId="58B4D59C" w14:textId="77777777" w:rsidR="0057757C" w:rsidRPr="007F65A0" w:rsidRDefault="0057757C" w:rsidP="00D251EC">
            <w:pPr>
              <w:rPr>
                <w:sz w:val="24"/>
                <w:szCs w:val="24"/>
              </w:rPr>
            </w:pPr>
            <w:r w:rsidRPr="007F65A0">
              <w:rPr>
                <w:sz w:val="24"/>
                <w:szCs w:val="24"/>
              </w:rPr>
              <w:t>Szándékos figyelme legalább 8–10 percig fenntartható.</w:t>
            </w:r>
          </w:p>
        </w:tc>
        <w:tc>
          <w:tcPr>
            <w:tcW w:w="2606" w:type="dxa"/>
            <w:vAlign w:val="center"/>
          </w:tcPr>
          <w:p w14:paraId="2C73A541" w14:textId="77777777" w:rsidR="0057757C" w:rsidRPr="007F65A0" w:rsidRDefault="0057757C" w:rsidP="00D251EC">
            <w:pPr>
              <w:jc w:val="center"/>
              <w:rPr>
                <w:sz w:val="24"/>
                <w:szCs w:val="24"/>
              </w:rPr>
            </w:pPr>
          </w:p>
        </w:tc>
        <w:tc>
          <w:tcPr>
            <w:tcW w:w="2606" w:type="dxa"/>
            <w:vAlign w:val="center"/>
          </w:tcPr>
          <w:p w14:paraId="6B977CE9" w14:textId="77777777" w:rsidR="0057757C" w:rsidRPr="007F65A0" w:rsidRDefault="0057757C" w:rsidP="00D251EC">
            <w:pPr>
              <w:rPr>
                <w:sz w:val="24"/>
                <w:szCs w:val="24"/>
              </w:rPr>
            </w:pPr>
          </w:p>
        </w:tc>
      </w:tr>
      <w:tr w:rsidR="0057757C" w:rsidRPr="007F65A0" w14:paraId="72D2D791" w14:textId="77777777" w:rsidTr="00D251EC">
        <w:trPr>
          <w:jc w:val="center"/>
        </w:trPr>
        <w:tc>
          <w:tcPr>
            <w:tcW w:w="2606" w:type="dxa"/>
            <w:vAlign w:val="center"/>
          </w:tcPr>
          <w:p w14:paraId="6BBCA0CA" w14:textId="77777777" w:rsidR="0057757C" w:rsidRPr="007F65A0" w:rsidRDefault="0057757C" w:rsidP="00D251EC">
            <w:pPr>
              <w:jc w:val="center"/>
              <w:rPr>
                <w:sz w:val="24"/>
                <w:szCs w:val="24"/>
              </w:rPr>
            </w:pPr>
            <w:r w:rsidRPr="007F65A0">
              <w:rPr>
                <w:sz w:val="24"/>
                <w:szCs w:val="24"/>
              </w:rPr>
              <w:t>3</w:t>
            </w:r>
          </w:p>
        </w:tc>
        <w:tc>
          <w:tcPr>
            <w:tcW w:w="2606" w:type="dxa"/>
            <w:vAlign w:val="center"/>
          </w:tcPr>
          <w:p w14:paraId="3E7146A4" w14:textId="77777777" w:rsidR="0057757C" w:rsidRPr="007F65A0" w:rsidRDefault="0057757C" w:rsidP="00D251EC">
            <w:pPr>
              <w:rPr>
                <w:sz w:val="24"/>
                <w:szCs w:val="24"/>
              </w:rPr>
            </w:pPr>
            <w:r w:rsidRPr="007F65A0">
              <w:rPr>
                <w:sz w:val="24"/>
                <w:szCs w:val="24"/>
              </w:rPr>
              <w:t>Rövid távon emlékszik korábbi eseményekre, közlések lényegére.</w:t>
            </w:r>
          </w:p>
        </w:tc>
        <w:tc>
          <w:tcPr>
            <w:tcW w:w="2606" w:type="dxa"/>
            <w:vAlign w:val="center"/>
          </w:tcPr>
          <w:p w14:paraId="1AAFD2BA" w14:textId="77777777" w:rsidR="0057757C" w:rsidRPr="007F65A0" w:rsidRDefault="0057757C" w:rsidP="00D251EC">
            <w:pPr>
              <w:jc w:val="center"/>
              <w:rPr>
                <w:sz w:val="24"/>
                <w:szCs w:val="24"/>
              </w:rPr>
            </w:pPr>
          </w:p>
        </w:tc>
        <w:tc>
          <w:tcPr>
            <w:tcW w:w="2606" w:type="dxa"/>
            <w:vAlign w:val="center"/>
          </w:tcPr>
          <w:p w14:paraId="6633F88B" w14:textId="77777777" w:rsidR="0057757C" w:rsidRPr="007F65A0" w:rsidRDefault="0057757C" w:rsidP="00D251EC">
            <w:pPr>
              <w:rPr>
                <w:sz w:val="24"/>
                <w:szCs w:val="24"/>
              </w:rPr>
            </w:pPr>
          </w:p>
        </w:tc>
      </w:tr>
      <w:tr w:rsidR="0057757C" w:rsidRPr="007F65A0" w14:paraId="2478D71B" w14:textId="77777777" w:rsidTr="00D251EC">
        <w:trPr>
          <w:jc w:val="center"/>
        </w:trPr>
        <w:tc>
          <w:tcPr>
            <w:tcW w:w="2606" w:type="dxa"/>
            <w:vAlign w:val="center"/>
          </w:tcPr>
          <w:p w14:paraId="1DA4C52C" w14:textId="77777777" w:rsidR="0057757C" w:rsidRPr="007F65A0" w:rsidRDefault="0057757C" w:rsidP="00D251EC">
            <w:pPr>
              <w:jc w:val="center"/>
              <w:rPr>
                <w:sz w:val="24"/>
                <w:szCs w:val="24"/>
              </w:rPr>
            </w:pPr>
            <w:r w:rsidRPr="007F65A0">
              <w:rPr>
                <w:sz w:val="24"/>
                <w:szCs w:val="24"/>
              </w:rPr>
              <w:t>4</w:t>
            </w:r>
          </w:p>
        </w:tc>
        <w:tc>
          <w:tcPr>
            <w:tcW w:w="2606" w:type="dxa"/>
            <w:vAlign w:val="center"/>
          </w:tcPr>
          <w:p w14:paraId="552CE740" w14:textId="77777777" w:rsidR="0057757C" w:rsidRPr="007F65A0" w:rsidRDefault="0057757C" w:rsidP="00D251EC">
            <w:pPr>
              <w:rPr>
                <w:sz w:val="24"/>
                <w:szCs w:val="24"/>
              </w:rPr>
            </w:pPr>
            <w:r w:rsidRPr="007F65A0">
              <w:rPr>
                <w:sz w:val="24"/>
                <w:szCs w:val="24"/>
              </w:rPr>
              <w:t>Hosszabb távon is felidéz élményeket.</w:t>
            </w:r>
          </w:p>
        </w:tc>
        <w:tc>
          <w:tcPr>
            <w:tcW w:w="2606" w:type="dxa"/>
            <w:vAlign w:val="center"/>
          </w:tcPr>
          <w:p w14:paraId="36B059EB" w14:textId="77777777" w:rsidR="0057757C" w:rsidRPr="007F65A0" w:rsidRDefault="0057757C" w:rsidP="00D251EC">
            <w:pPr>
              <w:jc w:val="center"/>
              <w:rPr>
                <w:sz w:val="24"/>
                <w:szCs w:val="24"/>
              </w:rPr>
            </w:pPr>
          </w:p>
        </w:tc>
        <w:tc>
          <w:tcPr>
            <w:tcW w:w="2606" w:type="dxa"/>
            <w:vAlign w:val="center"/>
          </w:tcPr>
          <w:p w14:paraId="267653C8" w14:textId="77777777" w:rsidR="0057757C" w:rsidRPr="007F65A0" w:rsidRDefault="0057757C" w:rsidP="00D251EC">
            <w:pPr>
              <w:rPr>
                <w:sz w:val="24"/>
                <w:szCs w:val="24"/>
              </w:rPr>
            </w:pPr>
          </w:p>
        </w:tc>
      </w:tr>
      <w:tr w:rsidR="0057757C" w:rsidRPr="007F65A0" w14:paraId="7C8C3D85" w14:textId="77777777" w:rsidTr="00D251EC">
        <w:trPr>
          <w:jc w:val="center"/>
        </w:trPr>
        <w:tc>
          <w:tcPr>
            <w:tcW w:w="2606" w:type="dxa"/>
            <w:vAlign w:val="center"/>
          </w:tcPr>
          <w:p w14:paraId="4AE0EA2B" w14:textId="77777777" w:rsidR="0057757C" w:rsidRPr="007F65A0" w:rsidRDefault="0057757C" w:rsidP="00D251EC">
            <w:pPr>
              <w:jc w:val="center"/>
              <w:rPr>
                <w:sz w:val="24"/>
                <w:szCs w:val="24"/>
              </w:rPr>
            </w:pPr>
            <w:r w:rsidRPr="007F65A0">
              <w:rPr>
                <w:sz w:val="24"/>
                <w:szCs w:val="24"/>
              </w:rPr>
              <w:lastRenderedPageBreak/>
              <w:t>5</w:t>
            </w:r>
          </w:p>
        </w:tc>
        <w:tc>
          <w:tcPr>
            <w:tcW w:w="2606" w:type="dxa"/>
            <w:vAlign w:val="center"/>
          </w:tcPr>
          <w:p w14:paraId="318458C7" w14:textId="77777777" w:rsidR="0057757C" w:rsidRPr="007F65A0" w:rsidRDefault="0057757C" w:rsidP="00D251EC">
            <w:pPr>
              <w:rPr>
                <w:sz w:val="24"/>
                <w:szCs w:val="24"/>
              </w:rPr>
            </w:pPr>
            <w:r w:rsidRPr="007F65A0">
              <w:rPr>
                <w:sz w:val="24"/>
                <w:szCs w:val="24"/>
              </w:rPr>
              <w:t>Történet vagy esemény lényegét helytállóan idézi fel.</w:t>
            </w:r>
          </w:p>
        </w:tc>
        <w:tc>
          <w:tcPr>
            <w:tcW w:w="2606" w:type="dxa"/>
            <w:vAlign w:val="center"/>
          </w:tcPr>
          <w:p w14:paraId="3D4E8603" w14:textId="77777777" w:rsidR="0057757C" w:rsidRPr="007F65A0" w:rsidRDefault="0057757C" w:rsidP="00D251EC">
            <w:pPr>
              <w:jc w:val="center"/>
              <w:rPr>
                <w:sz w:val="24"/>
                <w:szCs w:val="24"/>
              </w:rPr>
            </w:pPr>
          </w:p>
        </w:tc>
        <w:tc>
          <w:tcPr>
            <w:tcW w:w="2606" w:type="dxa"/>
            <w:vAlign w:val="center"/>
          </w:tcPr>
          <w:p w14:paraId="0877F204" w14:textId="77777777" w:rsidR="0057757C" w:rsidRPr="007F65A0" w:rsidRDefault="0057757C" w:rsidP="00D251EC">
            <w:pPr>
              <w:rPr>
                <w:sz w:val="24"/>
                <w:szCs w:val="24"/>
              </w:rPr>
            </w:pPr>
          </w:p>
        </w:tc>
      </w:tr>
      <w:tr w:rsidR="0057757C" w:rsidRPr="007F65A0" w14:paraId="51053783" w14:textId="77777777" w:rsidTr="00D251EC">
        <w:trPr>
          <w:jc w:val="center"/>
        </w:trPr>
        <w:tc>
          <w:tcPr>
            <w:tcW w:w="2606" w:type="dxa"/>
            <w:vAlign w:val="center"/>
          </w:tcPr>
          <w:p w14:paraId="2B210EC1" w14:textId="77777777" w:rsidR="0057757C" w:rsidRPr="007F65A0" w:rsidRDefault="0057757C" w:rsidP="00D251EC">
            <w:pPr>
              <w:jc w:val="center"/>
              <w:rPr>
                <w:sz w:val="24"/>
                <w:szCs w:val="24"/>
              </w:rPr>
            </w:pPr>
            <w:r w:rsidRPr="007F65A0">
              <w:rPr>
                <w:sz w:val="24"/>
                <w:szCs w:val="24"/>
              </w:rPr>
              <w:t>6</w:t>
            </w:r>
          </w:p>
        </w:tc>
        <w:tc>
          <w:tcPr>
            <w:tcW w:w="2606" w:type="dxa"/>
            <w:vAlign w:val="center"/>
          </w:tcPr>
          <w:p w14:paraId="2E3FCA45" w14:textId="77777777" w:rsidR="0057757C" w:rsidRPr="007F65A0" w:rsidRDefault="0057757C" w:rsidP="00D251EC">
            <w:pPr>
              <w:rPr>
                <w:sz w:val="24"/>
                <w:szCs w:val="24"/>
              </w:rPr>
            </w:pPr>
            <w:r w:rsidRPr="007F65A0">
              <w:rPr>
                <w:sz w:val="24"/>
                <w:szCs w:val="24"/>
              </w:rPr>
              <w:t>Verseket, mondókákat, dalokat pontosan felidéz.</w:t>
            </w:r>
          </w:p>
        </w:tc>
        <w:tc>
          <w:tcPr>
            <w:tcW w:w="2606" w:type="dxa"/>
            <w:vAlign w:val="center"/>
          </w:tcPr>
          <w:p w14:paraId="603F8FD5" w14:textId="77777777" w:rsidR="0057757C" w:rsidRPr="007F65A0" w:rsidRDefault="0057757C" w:rsidP="00D251EC">
            <w:pPr>
              <w:jc w:val="center"/>
              <w:rPr>
                <w:sz w:val="24"/>
                <w:szCs w:val="24"/>
              </w:rPr>
            </w:pPr>
          </w:p>
        </w:tc>
        <w:tc>
          <w:tcPr>
            <w:tcW w:w="2606" w:type="dxa"/>
            <w:vAlign w:val="center"/>
          </w:tcPr>
          <w:p w14:paraId="017DC542" w14:textId="77777777" w:rsidR="0057757C" w:rsidRPr="007F65A0" w:rsidRDefault="0057757C" w:rsidP="00D251EC">
            <w:pPr>
              <w:rPr>
                <w:sz w:val="24"/>
                <w:szCs w:val="24"/>
              </w:rPr>
            </w:pPr>
          </w:p>
        </w:tc>
      </w:tr>
      <w:tr w:rsidR="0057757C" w:rsidRPr="007F65A0" w14:paraId="6C960F9C" w14:textId="77777777" w:rsidTr="00D251EC">
        <w:trPr>
          <w:jc w:val="center"/>
        </w:trPr>
        <w:tc>
          <w:tcPr>
            <w:tcW w:w="2606" w:type="dxa"/>
            <w:vAlign w:val="center"/>
          </w:tcPr>
          <w:p w14:paraId="502F81D2" w14:textId="77777777" w:rsidR="0057757C" w:rsidRPr="007F65A0" w:rsidRDefault="0057757C" w:rsidP="00D251EC">
            <w:pPr>
              <w:jc w:val="center"/>
              <w:rPr>
                <w:sz w:val="24"/>
                <w:szCs w:val="24"/>
              </w:rPr>
            </w:pPr>
            <w:r w:rsidRPr="007F65A0">
              <w:rPr>
                <w:sz w:val="24"/>
                <w:szCs w:val="24"/>
              </w:rPr>
              <w:t>7</w:t>
            </w:r>
          </w:p>
        </w:tc>
        <w:tc>
          <w:tcPr>
            <w:tcW w:w="2606" w:type="dxa"/>
            <w:vAlign w:val="center"/>
          </w:tcPr>
          <w:p w14:paraId="49942370" w14:textId="77777777" w:rsidR="0057757C" w:rsidRPr="007F65A0" w:rsidRDefault="0057757C" w:rsidP="00D251EC">
            <w:pPr>
              <w:rPr>
                <w:sz w:val="24"/>
                <w:szCs w:val="24"/>
              </w:rPr>
            </w:pPr>
            <w:r w:rsidRPr="007F65A0">
              <w:rPr>
                <w:sz w:val="24"/>
                <w:szCs w:val="24"/>
              </w:rPr>
              <w:t>Egyszerű összefüggéseket megért.</w:t>
            </w:r>
          </w:p>
        </w:tc>
        <w:tc>
          <w:tcPr>
            <w:tcW w:w="2606" w:type="dxa"/>
            <w:vAlign w:val="center"/>
          </w:tcPr>
          <w:p w14:paraId="53206AD6" w14:textId="77777777" w:rsidR="0057757C" w:rsidRPr="007F65A0" w:rsidRDefault="0057757C" w:rsidP="00D251EC">
            <w:pPr>
              <w:jc w:val="center"/>
              <w:rPr>
                <w:sz w:val="24"/>
                <w:szCs w:val="24"/>
              </w:rPr>
            </w:pPr>
          </w:p>
        </w:tc>
        <w:tc>
          <w:tcPr>
            <w:tcW w:w="2606" w:type="dxa"/>
            <w:vAlign w:val="center"/>
          </w:tcPr>
          <w:p w14:paraId="1DAF63D8" w14:textId="77777777" w:rsidR="0057757C" w:rsidRPr="007F65A0" w:rsidRDefault="0057757C" w:rsidP="00D251EC">
            <w:pPr>
              <w:rPr>
                <w:sz w:val="24"/>
                <w:szCs w:val="24"/>
              </w:rPr>
            </w:pPr>
          </w:p>
        </w:tc>
      </w:tr>
      <w:tr w:rsidR="0057757C" w:rsidRPr="007F65A0" w14:paraId="482987EB" w14:textId="77777777" w:rsidTr="00D251EC">
        <w:trPr>
          <w:jc w:val="center"/>
        </w:trPr>
        <w:tc>
          <w:tcPr>
            <w:tcW w:w="2606" w:type="dxa"/>
            <w:vAlign w:val="center"/>
          </w:tcPr>
          <w:p w14:paraId="53E1D213" w14:textId="77777777" w:rsidR="0057757C" w:rsidRPr="007F65A0" w:rsidRDefault="0057757C" w:rsidP="00D251EC">
            <w:pPr>
              <w:jc w:val="center"/>
              <w:rPr>
                <w:sz w:val="24"/>
                <w:szCs w:val="24"/>
              </w:rPr>
            </w:pPr>
            <w:r w:rsidRPr="007F65A0">
              <w:rPr>
                <w:sz w:val="24"/>
                <w:szCs w:val="24"/>
              </w:rPr>
              <w:t>8</w:t>
            </w:r>
          </w:p>
        </w:tc>
        <w:tc>
          <w:tcPr>
            <w:tcW w:w="2606" w:type="dxa"/>
            <w:vAlign w:val="center"/>
          </w:tcPr>
          <w:p w14:paraId="19450D3A" w14:textId="77777777" w:rsidR="0057757C" w:rsidRPr="007F65A0" w:rsidRDefault="0057757C" w:rsidP="00D251EC">
            <w:pPr>
              <w:rPr>
                <w:sz w:val="24"/>
                <w:szCs w:val="24"/>
              </w:rPr>
            </w:pPr>
            <w:r w:rsidRPr="007F65A0">
              <w:rPr>
                <w:sz w:val="24"/>
                <w:szCs w:val="24"/>
              </w:rPr>
              <w:t>A cselekvő, képszerű gondolkodás mellett megjelenik az elemi fogalmi gondolkodás.</w:t>
            </w:r>
          </w:p>
        </w:tc>
        <w:tc>
          <w:tcPr>
            <w:tcW w:w="2606" w:type="dxa"/>
            <w:vAlign w:val="center"/>
          </w:tcPr>
          <w:p w14:paraId="09193A3F" w14:textId="77777777" w:rsidR="0057757C" w:rsidRPr="007F65A0" w:rsidRDefault="0057757C" w:rsidP="00D251EC">
            <w:pPr>
              <w:jc w:val="center"/>
              <w:rPr>
                <w:sz w:val="24"/>
                <w:szCs w:val="24"/>
              </w:rPr>
            </w:pPr>
          </w:p>
        </w:tc>
        <w:tc>
          <w:tcPr>
            <w:tcW w:w="2606" w:type="dxa"/>
            <w:vAlign w:val="center"/>
          </w:tcPr>
          <w:p w14:paraId="27DC4400" w14:textId="77777777" w:rsidR="0057757C" w:rsidRPr="007F65A0" w:rsidRDefault="0057757C" w:rsidP="00D251EC">
            <w:pPr>
              <w:rPr>
                <w:sz w:val="24"/>
                <w:szCs w:val="24"/>
              </w:rPr>
            </w:pPr>
          </w:p>
        </w:tc>
      </w:tr>
      <w:tr w:rsidR="0057757C" w:rsidRPr="007F65A0" w14:paraId="341E5739" w14:textId="77777777" w:rsidTr="00D251EC">
        <w:trPr>
          <w:jc w:val="center"/>
        </w:trPr>
        <w:tc>
          <w:tcPr>
            <w:tcW w:w="2606" w:type="dxa"/>
            <w:vAlign w:val="center"/>
          </w:tcPr>
          <w:p w14:paraId="7C502CFE" w14:textId="77777777" w:rsidR="0057757C" w:rsidRPr="007F65A0" w:rsidRDefault="0057757C" w:rsidP="00D251EC">
            <w:pPr>
              <w:jc w:val="center"/>
              <w:rPr>
                <w:sz w:val="24"/>
                <w:szCs w:val="24"/>
              </w:rPr>
            </w:pPr>
            <w:r w:rsidRPr="007F65A0">
              <w:rPr>
                <w:sz w:val="24"/>
                <w:szCs w:val="24"/>
              </w:rPr>
              <w:t>9</w:t>
            </w:r>
          </w:p>
        </w:tc>
        <w:tc>
          <w:tcPr>
            <w:tcW w:w="2606" w:type="dxa"/>
            <w:vAlign w:val="center"/>
          </w:tcPr>
          <w:p w14:paraId="2ADAF852" w14:textId="77777777" w:rsidR="0057757C" w:rsidRPr="007F65A0" w:rsidRDefault="0057757C" w:rsidP="00D251EC">
            <w:pPr>
              <w:rPr>
                <w:sz w:val="24"/>
                <w:szCs w:val="24"/>
              </w:rPr>
            </w:pPr>
            <w:r w:rsidRPr="007F65A0">
              <w:rPr>
                <w:sz w:val="24"/>
                <w:szCs w:val="24"/>
              </w:rPr>
              <w:t>Képes a rábízott tevékenységet, feladatot befejezni.</w:t>
            </w:r>
          </w:p>
        </w:tc>
        <w:tc>
          <w:tcPr>
            <w:tcW w:w="2606" w:type="dxa"/>
            <w:vAlign w:val="center"/>
          </w:tcPr>
          <w:p w14:paraId="2D7538EF" w14:textId="77777777" w:rsidR="0057757C" w:rsidRPr="007F65A0" w:rsidRDefault="0057757C" w:rsidP="00D251EC">
            <w:pPr>
              <w:jc w:val="center"/>
              <w:rPr>
                <w:sz w:val="24"/>
                <w:szCs w:val="24"/>
              </w:rPr>
            </w:pPr>
          </w:p>
        </w:tc>
        <w:tc>
          <w:tcPr>
            <w:tcW w:w="2606" w:type="dxa"/>
            <w:vAlign w:val="center"/>
          </w:tcPr>
          <w:p w14:paraId="0515E5D2" w14:textId="77777777" w:rsidR="0057757C" w:rsidRPr="007F65A0" w:rsidRDefault="0057757C" w:rsidP="00D251EC">
            <w:pPr>
              <w:rPr>
                <w:sz w:val="24"/>
                <w:szCs w:val="24"/>
              </w:rPr>
            </w:pPr>
          </w:p>
        </w:tc>
      </w:tr>
      <w:tr w:rsidR="0057757C" w:rsidRPr="007F65A0" w14:paraId="4D406F61" w14:textId="77777777" w:rsidTr="00D251EC">
        <w:trPr>
          <w:jc w:val="center"/>
        </w:trPr>
        <w:tc>
          <w:tcPr>
            <w:tcW w:w="2606" w:type="dxa"/>
            <w:vAlign w:val="center"/>
          </w:tcPr>
          <w:p w14:paraId="0B04E673" w14:textId="77777777" w:rsidR="0057757C" w:rsidRPr="007F65A0" w:rsidRDefault="0057757C" w:rsidP="00D251EC">
            <w:pPr>
              <w:jc w:val="center"/>
              <w:rPr>
                <w:sz w:val="24"/>
                <w:szCs w:val="24"/>
              </w:rPr>
            </w:pPr>
            <w:r w:rsidRPr="007F65A0">
              <w:rPr>
                <w:sz w:val="24"/>
                <w:szCs w:val="24"/>
              </w:rPr>
              <w:t>10</w:t>
            </w:r>
          </w:p>
        </w:tc>
        <w:tc>
          <w:tcPr>
            <w:tcW w:w="2606" w:type="dxa"/>
            <w:vAlign w:val="center"/>
          </w:tcPr>
          <w:p w14:paraId="56097ADB" w14:textId="77777777" w:rsidR="0057757C" w:rsidRPr="007F65A0" w:rsidRDefault="0057757C" w:rsidP="00D251EC">
            <w:pPr>
              <w:rPr>
                <w:sz w:val="24"/>
                <w:szCs w:val="24"/>
              </w:rPr>
            </w:pPr>
            <w:r w:rsidRPr="007F65A0">
              <w:rPr>
                <w:sz w:val="24"/>
                <w:szCs w:val="24"/>
              </w:rPr>
              <w:t>Elemi ismeretei rögzültek (saját név, életkor, lakcím, családi adatok alapjai).</w:t>
            </w:r>
          </w:p>
        </w:tc>
        <w:tc>
          <w:tcPr>
            <w:tcW w:w="2606" w:type="dxa"/>
            <w:vAlign w:val="center"/>
          </w:tcPr>
          <w:p w14:paraId="44BAFC6C" w14:textId="77777777" w:rsidR="0057757C" w:rsidRPr="007F65A0" w:rsidRDefault="0057757C" w:rsidP="00D251EC">
            <w:pPr>
              <w:jc w:val="center"/>
              <w:rPr>
                <w:sz w:val="24"/>
                <w:szCs w:val="24"/>
              </w:rPr>
            </w:pPr>
          </w:p>
        </w:tc>
        <w:tc>
          <w:tcPr>
            <w:tcW w:w="2606" w:type="dxa"/>
            <w:vAlign w:val="center"/>
          </w:tcPr>
          <w:p w14:paraId="5472A568" w14:textId="77777777" w:rsidR="0057757C" w:rsidRPr="007F65A0" w:rsidRDefault="0057757C" w:rsidP="00D251EC">
            <w:pPr>
              <w:rPr>
                <w:sz w:val="24"/>
                <w:szCs w:val="24"/>
              </w:rPr>
            </w:pPr>
          </w:p>
        </w:tc>
      </w:tr>
      <w:tr w:rsidR="0057757C" w:rsidRPr="007F65A0" w14:paraId="6AADA8C5" w14:textId="77777777" w:rsidTr="00D251EC">
        <w:trPr>
          <w:jc w:val="center"/>
        </w:trPr>
        <w:tc>
          <w:tcPr>
            <w:tcW w:w="2606" w:type="dxa"/>
            <w:vAlign w:val="center"/>
          </w:tcPr>
          <w:p w14:paraId="3BFDCBF5" w14:textId="77777777" w:rsidR="0057757C" w:rsidRPr="007F65A0" w:rsidRDefault="0057757C" w:rsidP="00D251EC">
            <w:pPr>
              <w:rPr>
                <w:sz w:val="24"/>
                <w:szCs w:val="24"/>
              </w:rPr>
            </w:pPr>
          </w:p>
        </w:tc>
        <w:tc>
          <w:tcPr>
            <w:tcW w:w="2606" w:type="dxa"/>
            <w:shd w:val="clear" w:color="auto" w:fill="EEF5FB"/>
            <w:vAlign w:val="center"/>
          </w:tcPr>
          <w:p w14:paraId="1286492D" w14:textId="77777777" w:rsidR="0057757C" w:rsidRPr="007F65A0" w:rsidRDefault="0057757C" w:rsidP="00D251EC">
            <w:pPr>
              <w:rPr>
                <w:sz w:val="24"/>
                <w:szCs w:val="24"/>
              </w:rPr>
            </w:pPr>
            <w:r w:rsidRPr="007F65A0">
              <w:rPr>
                <w:b/>
                <w:sz w:val="24"/>
                <w:szCs w:val="24"/>
              </w:rPr>
              <w:t>Területi összesítés – maximum 20 pont</w:t>
            </w:r>
          </w:p>
        </w:tc>
        <w:tc>
          <w:tcPr>
            <w:tcW w:w="2606" w:type="dxa"/>
            <w:shd w:val="clear" w:color="auto" w:fill="EEF5FB"/>
            <w:vAlign w:val="center"/>
          </w:tcPr>
          <w:p w14:paraId="44B20EA7" w14:textId="77777777" w:rsidR="0057757C" w:rsidRPr="007F65A0" w:rsidRDefault="0057757C" w:rsidP="00D251EC">
            <w:pPr>
              <w:rPr>
                <w:sz w:val="24"/>
                <w:szCs w:val="24"/>
              </w:rPr>
            </w:pPr>
            <w:r w:rsidRPr="007F65A0">
              <w:rPr>
                <w:b/>
                <w:sz w:val="24"/>
                <w:szCs w:val="24"/>
              </w:rPr>
              <w:t>____ / 20</w:t>
            </w:r>
          </w:p>
        </w:tc>
        <w:tc>
          <w:tcPr>
            <w:tcW w:w="2606" w:type="dxa"/>
            <w:shd w:val="clear" w:color="auto" w:fill="EEF5FB"/>
            <w:vAlign w:val="center"/>
          </w:tcPr>
          <w:p w14:paraId="7DE8E532" w14:textId="77777777" w:rsidR="0057757C" w:rsidRPr="007F65A0" w:rsidRDefault="0057757C" w:rsidP="00D251EC">
            <w:pPr>
              <w:rPr>
                <w:sz w:val="24"/>
                <w:szCs w:val="24"/>
              </w:rPr>
            </w:pPr>
            <w:r w:rsidRPr="007F65A0">
              <w:rPr>
                <w:b/>
                <w:sz w:val="24"/>
                <w:szCs w:val="24"/>
              </w:rPr>
              <w:t>______ %</w:t>
            </w:r>
          </w:p>
        </w:tc>
      </w:tr>
    </w:tbl>
    <w:p w14:paraId="23308647" w14:textId="77777777" w:rsidR="0057757C" w:rsidRPr="007F65A0" w:rsidRDefault="0057757C" w:rsidP="0057757C">
      <w:pPr>
        <w:rPr>
          <w:sz w:val="24"/>
          <w:szCs w:val="24"/>
        </w:rPr>
      </w:pPr>
    </w:p>
    <w:p w14:paraId="179C1D2C" w14:textId="77777777" w:rsidR="0057757C" w:rsidRPr="007F65A0" w:rsidRDefault="0057757C" w:rsidP="0057757C">
      <w:pPr>
        <w:pStyle w:val="Cmsor2"/>
        <w:rPr>
          <w:rFonts w:ascii="Times New Roman" w:hAnsi="Times New Roman" w:cs="Times New Roman"/>
          <w:sz w:val="24"/>
          <w:szCs w:val="24"/>
        </w:rPr>
      </w:pPr>
      <w:r w:rsidRPr="007F65A0">
        <w:rPr>
          <w:rFonts w:ascii="Times New Roman" w:hAnsi="Times New Roman" w:cs="Times New Roman"/>
          <w:sz w:val="24"/>
          <w:szCs w:val="24"/>
        </w:rPr>
        <w:t>I. Környezeti és társadalmi tapasztalatok</w:t>
      </w:r>
    </w:p>
    <w:tbl>
      <w:tblPr>
        <w:tblStyle w:val="Rcsostblzat"/>
        <w:tblW w:w="0" w:type="auto"/>
        <w:jc w:val="center"/>
        <w:tblLook w:val="04A0" w:firstRow="1" w:lastRow="0" w:firstColumn="1" w:lastColumn="0" w:noHBand="0" w:noVBand="1"/>
      </w:tblPr>
      <w:tblGrid>
        <w:gridCol w:w="2604"/>
        <w:gridCol w:w="2605"/>
        <w:gridCol w:w="2603"/>
        <w:gridCol w:w="2604"/>
      </w:tblGrid>
      <w:tr w:rsidR="0057757C" w:rsidRPr="007F65A0" w14:paraId="1DFEE10A" w14:textId="77777777" w:rsidTr="00D251EC">
        <w:trPr>
          <w:tblHeader/>
          <w:jc w:val="center"/>
        </w:trPr>
        <w:tc>
          <w:tcPr>
            <w:tcW w:w="2606" w:type="dxa"/>
            <w:shd w:val="clear" w:color="auto" w:fill="D9EAF7"/>
            <w:vAlign w:val="center"/>
          </w:tcPr>
          <w:p w14:paraId="5B17F07B" w14:textId="77777777" w:rsidR="0057757C" w:rsidRPr="007F65A0" w:rsidRDefault="0057757C" w:rsidP="00D251EC">
            <w:pPr>
              <w:jc w:val="center"/>
              <w:rPr>
                <w:sz w:val="24"/>
                <w:szCs w:val="24"/>
              </w:rPr>
            </w:pPr>
            <w:r w:rsidRPr="007F65A0">
              <w:rPr>
                <w:b/>
                <w:sz w:val="24"/>
                <w:szCs w:val="24"/>
              </w:rPr>
              <w:t>Ssz.</w:t>
            </w:r>
          </w:p>
        </w:tc>
        <w:tc>
          <w:tcPr>
            <w:tcW w:w="2606" w:type="dxa"/>
            <w:shd w:val="clear" w:color="auto" w:fill="D9EAF7"/>
            <w:vAlign w:val="center"/>
          </w:tcPr>
          <w:p w14:paraId="4071942C" w14:textId="77777777" w:rsidR="0057757C" w:rsidRPr="007F65A0" w:rsidRDefault="0057757C" w:rsidP="00D251EC">
            <w:pPr>
              <w:jc w:val="center"/>
              <w:rPr>
                <w:sz w:val="24"/>
                <w:szCs w:val="24"/>
              </w:rPr>
            </w:pPr>
            <w:r w:rsidRPr="007F65A0">
              <w:rPr>
                <w:b/>
                <w:sz w:val="24"/>
                <w:szCs w:val="24"/>
              </w:rPr>
              <w:t>Megfigyelhető kimeneti jellemző</w:t>
            </w:r>
          </w:p>
        </w:tc>
        <w:tc>
          <w:tcPr>
            <w:tcW w:w="2606" w:type="dxa"/>
            <w:shd w:val="clear" w:color="auto" w:fill="D9EAF7"/>
            <w:vAlign w:val="center"/>
          </w:tcPr>
          <w:p w14:paraId="604E2EA1" w14:textId="77777777" w:rsidR="0057757C" w:rsidRPr="007F65A0" w:rsidRDefault="0057757C" w:rsidP="00D251EC">
            <w:pPr>
              <w:jc w:val="center"/>
              <w:rPr>
                <w:sz w:val="24"/>
                <w:szCs w:val="24"/>
              </w:rPr>
            </w:pPr>
            <w:r w:rsidRPr="007F65A0">
              <w:rPr>
                <w:b/>
                <w:sz w:val="24"/>
                <w:szCs w:val="24"/>
              </w:rPr>
              <w:t>Pont</w:t>
            </w:r>
            <w:r w:rsidRPr="007F65A0">
              <w:rPr>
                <w:b/>
                <w:sz w:val="24"/>
                <w:szCs w:val="24"/>
              </w:rPr>
              <w:br/>
              <w:t>0–2</w:t>
            </w:r>
          </w:p>
        </w:tc>
        <w:tc>
          <w:tcPr>
            <w:tcW w:w="2606" w:type="dxa"/>
            <w:shd w:val="clear" w:color="auto" w:fill="D9EAF7"/>
            <w:vAlign w:val="center"/>
          </w:tcPr>
          <w:p w14:paraId="325FBDBE" w14:textId="77777777" w:rsidR="0057757C" w:rsidRPr="007F65A0" w:rsidRDefault="0057757C" w:rsidP="00D251EC">
            <w:pPr>
              <w:jc w:val="center"/>
              <w:rPr>
                <w:sz w:val="24"/>
                <w:szCs w:val="24"/>
              </w:rPr>
            </w:pPr>
            <w:r w:rsidRPr="007F65A0">
              <w:rPr>
                <w:b/>
                <w:sz w:val="24"/>
                <w:szCs w:val="24"/>
              </w:rPr>
              <w:t>Megjegyzés</w:t>
            </w:r>
          </w:p>
        </w:tc>
      </w:tr>
      <w:tr w:rsidR="0057757C" w:rsidRPr="007F65A0" w14:paraId="7195DC2B" w14:textId="77777777" w:rsidTr="00D251EC">
        <w:trPr>
          <w:jc w:val="center"/>
        </w:trPr>
        <w:tc>
          <w:tcPr>
            <w:tcW w:w="2606" w:type="dxa"/>
            <w:vAlign w:val="center"/>
          </w:tcPr>
          <w:p w14:paraId="560C0D41" w14:textId="77777777" w:rsidR="0057757C" w:rsidRPr="007F65A0" w:rsidRDefault="0057757C" w:rsidP="00D251EC">
            <w:pPr>
              <w:jc w:val="center"/>
              <w:rPr>
                <w:sz w:val="24"/>
                <w:szCs w:val="24"/>
              </w:rPr>
            </w:pPr>
            <w:r w:rsidRPr="007F65A0">
              <w:rPr>
                <w:sz w:val="24"/>
                <w:szCs w:val="24"/>
              </w:rPr>
              <w:t>1</w:t>
            </w:r>
          </w:p>
        </w:tc>
        <w:tc>
          <w:tcPr>
            <w:tcW w:w="2606" w:type="dxa"/>
            <w:vAlign w:val="center"/>
          </w:tcPr>
          <w:p w14:paraId="2765618A" w14:textId="77777777" w:rsidR="0057757C" w:rsidRPr="007F65A0" w:rsidRDefault="0057757C" w:rsidP="00D251EC">
            <w:pPr>
              <w:rPr>
                <w:sz w:val="24"/>
                <w:szCs w:val="24"/>
              </w:rPr>
            </w:pPr>
            <w:r w:rsidRPr="007F65A0">
              <w:rPr>
                <w:sz w:val="24"/>
                <w:szCs w:val="24"/>
              </w:rPr>
              <w:t>Az évszakokat jellemző jegyek alapján felismeri és megnevezi.</w:t>
            </w:r>
          </w:p>
        </w:tc>
        <w:tc>
          <w:tcPr>
            <w:tcW w:w="2606" w:type="dxa"/>
            <w:vAlign w:val="center"/>
          </w:tcPr>
          <w:p w14:paraId="775BA653" w14:textId="77777777" w:rsidR="0057757C" w:rsidRPr="007F65A0" w:rsidRDefault="0057757C" w:rsidP="00D251EC">
            <w:pPr>
              <w:jc w:val="center"/>
              <w:rPr>
                <w:sz w:val="24"/>
                <w:szCs w:val="24"/>
              </w:rPr>
            </w:pPr>
          </w:p>
        </w:tc>
        <w:tc>
          <w:tcPr>
            <w:tcW w:w="2606" w:type="dxa"/>
            <w:vAlign w:val="center"/>
          </w:tcPr>
          <w:p w14:paraId="1208AB07" w14:textId="77777777" w:rsidR="0057757C" w:rsidRPr="007F65A0" w:rsidRDefault="0057757C" w:rsidP="00D251EC">
            <w:pPr>
              <w:rPr>
                <w:sz w:val="24"/>
                <w:szCs w:val="24"/>
              </w:rPr>
            </w:pPr>
          </w:p>
        </w:tc>
      </w:tr>
      <w:tr w:rsidR="0057757C" w:rsidRPr="007F65A0" w14:paraId="301B2A31" w14:textId="77777777" w:rsidTr="00D251EC">
        <w:trPr>
          <w:jc w:val="center"/>
        </w:trPr>
        <w:tc>
          <w:tcPr>
            <w:tcW w:w="2606" w:type="dxa"/>
            <w:vAlign w:val="center"/>
          </w:tcPr>
          <w:p w14:paraId="1D2C5968" w14:textId="77777777" w:rsidR="0057757C" w:rsidRPr="007F65A0" w:rsidRDefault="0057757C" w:rsidP="00D251EC">
            <w:pPr>
              <w:jc w:val="center"/>
              <w:rPr>
                <w:sz w:val="24"/>
                <w:szCs w:val="24"/>
              </w:rPr>
            </w:pPr>
            <w:r w:rsidRPr="007F65A0">
              <w:rPr>
                <w:sz w:val="24"/>
                <w:szCs w:val="24"/>
              </w:rPr>
              <w:t>2</w:t>
            </w:r>
          </w:p>
        </w:tc>
        <w:tc>
          <w:tcPr>
            <w:tcW w:w="2606" w:type="dxa"/>
            <w:vAlign w:val="center"/>
          </w:tcPr>
          <w:p w14:paraId="496EA0F4" w14:textId="77777777" w:rsidR="0057757C" w:rsidRPr="007F65A0" w:rsidRDefault="0057757C" w:rsidP="00D251EC">
            <w:pPr>
              <w:rPr>
                <w:sz w:val="24"/>
                <w:szCs w:val="24"/>
              </w:rPr>
            </w:pPr>
            <w:r w:rsidRPr="007F65A0">
              <w:rPr>
                <w:sz w:val="24"/>
                <w:szCs w:val="24"/>
              </w:rPr>
              <w:t>Alapszíneket felismer, megnevez, árnyalatokat megkülönböztet.</w:t>
            </w:r>
          </w:p>
        </w:tc>
        <w:tc>
          <w:tcPr>
            <w:tcW w:w="2606" w:type="dxa"/>
            <w:vAlign w:val="center"/>
          </w:tcPr>
          <w:p w14:paraId="342196FE" w14:textId="77777777" w:rsidR="0057757C" w:rsidRPr="007F65A0" w:rsidRDefault="0057757C" w:rsidP="00D251EC">
            <w:pPr>
              <w:jc w:val="center"/>
              <w:rPr>
                <w:sz w:val="24"/>
                <w:szCs w:val="24"/>
              </w:rPr>
            </w:pPr>
          </w:p>
        </w:tc>
        <w:tc>
          <w:tcPr>
            <w:tcW w:w="2606" w:type="dxa"/>
            <w:vAlign w:val="center"/>
          </w:tcPr>
          <w:p w14:paraId="07AA6CC3" w14:textId="77777777" w:rsidR="0057757C" w:rsidRPr="007F65A0" w:rsidRDefault="0057757C" w:rsidP="00D251EC">
            <w:pPr>
              <w:rPr>
                <w:sz w:val="24"/>
                <w:szCs w:val="24"/>
              </w:rPr>
            </w:pPr>
          </w:p>
        </w:tc>
      </w:tr>
      <w:tr w:rsidR="0057757C" w:rsidRPr="007F65A0" w14:paraId="62264CA7" w14:textId="77777777" w:rsidTr="00D251EC">
        <w:trPr>
          <w:jc w:val="center"/>
        </w:trPr>
        <w:tc>
          <w:tcPr>
            <w:tcW w:w="2606" w:type="dxa"/>
            <w:vAlign w:val="center"/>
          </w:tcPr>
          <w:p w14:paraId="1D2E59DE" w14:textId="77777777" w:rsidR="0057757C" w:rsidRPr="007F65A0" w:rsidRDefault="0057757C" w:rsidP="00D251EC">
            <w:pPr>
              <w:jc w:val="center"/>
              <w:rPr>
                <w:sz w:val="24"/>
                <w:szCs w:val="24"/>
              </w:rPr>
            </w:pPr>
            <w:r w:rsidRPr="007F65A0">
              <w:rPr>
                <w:sz w:val="24"/>
                <w:szCs w:val="24"/>
              </w:rPr>
              <w:t>3</w:t>
            </w:r>
          </w:p>
        </w:tc>
        <w:tc>
          <w:tcPr>
            <w:tcW w:w="2606" w:type="dxa"/>
            <w:vAlign w:val="center"/>
          </w:tcPr>
          <w:p w14:paraId="163A58BE" w14:textId="77777777" w:rsidR="0057757C" w:rsidRPr="007F65A0" w:rsidRDefault="0057757C" w:rsidP="00D251EC">
            <w:pPr>
              <w:rPr>
                <w:sz w:val="24"/>
                <w:szCs w:val="24"/>
              </w:rPr>
            </w:pPr>
            <w:r w:rsidRPr="007F65A0">
              <w:rPr>
                <w:sz w:val="24"/>
                <w:szCs w:val="24"/>
              </w:rPr>
              <w:t>Állatokat és növényeket alapvető csoportok szerint felismer, megnevez, csoportosít.</w:t>
            </w:r>
          </w:p>
        </w:tc>
        <w:tc>
          <w:tcPr>
            <w:tcW w:w="2606" w:type="dxa"/>
            <w:vAlign w:val="center"/>
          </w:tcPr>
          <w:p w14:paraId="576B2240" w14:textId="77777777" w:rsidR="0057757C" w:rsidRPr="007F65A0" w:rsidRDefault="0057757C" w:rsidP="00D251EC">
            <w:pPr>
              <w:jc w:val="center"/>
              <w:rPr>
                <w:sz w:val="24"/>
                <w:szCs w:val="24"/>
              </w:rPr>
            </w:pPr>
          </w:p>
        </w:tc>
        <w:tc>
          <w:tcPr>
            <w:tcW w:w="2606" w:type="dxa"/>
            <w:vAlign w:val="center"/>
          </w:tcPr>
          <w:p w14:paraId="440DD80D" w14:textId="77777777" w:rsidR="0057757C" w:rsidRPr="007F65A0" w:rsidRDefault="0057757C" w:rsidP="00D251EC">
            <w:pPr>
              <w:rPr>
                <w:sz w:val="24"/>
                <w:szCs w:val="24"/>
              </w:rPr>
            </w:pPr>
          </w:p>
        </w:tc>
      </w:tr>
      <w:tr w:rsidR="0057757C" w:rsidRPr="007F65A0" w14:paraId="786DD21A" w14:textId="77777777" w:rsidTr="00D251EC">
        <w:trPr>
          <w:jc w:val="center"/>
        </w:trPr>
        <w:tc>
          <w:tcPr>
            <w:tcW w:w="2606" w:type="dxa"/>
            <w:vAlign w:val="center"/>
          </w:tcPr>
          <w:p w14:paraId="72578C04" w14:textId="77777777" w:rsidR="0057757C" w:rsidRPr="007F65A0" w:rsidRDefault="0057757C" w:rsidP="00D251EC">
            <w:pPr>
              <w:jc w:val="center"/>
              <w:rPr>
                <w:sz w:val="24"/>
                <w:szCs w:val="24"/>
              </w:rPr>
            </w:pPr>
            <w:r w:rsidRPr="007F65A0">
              <w:rPr>
                <w:sz w:val="24"/>
                <w:szCs w:val="24"/>
              </w:rPr>
              <w:t>4</w:t>
            </w:r>
          </w:p>
        </w:tc>
        <w:tc>
          <w:tcPr>
            <w:tcW w:w="2606" w:type="dxa"/>
            <w:vAlign w:val="center"/>
          </w:tcPr>
          <w:p w14:paraId="23A35E21" w14:textId="77777777" w:rsidR="0057757C" w:rsidRPr="007F65A0" w:rsidRDefault="0057757C" w:rsidP="00D251EC">
            <w:pPr>
              <w:rPr>
                <w:sz w:val="24"/>
                <w:szCs w:val="24"/>
              </w:rPr>
            </w:pPr>
            <w:r w:rsidRPr="007F65A0">
              <w:rPr>
                <w:sz w:val="24"/>
                <w:szCs w:val="24"/>
              </w:rPr>
              <w:t>Vannak tapasztalatai kerti munkáról, növénygondozásról és komposztálásról.</w:t>
            </w:r>
          </w:p>
        </w:tc>
        <w:tc>
          <w:tcPr>
            <w:tcW w:w="2606" w:type="dxa"/>
            <w:vAlign w:val="center"/>
          </w:tcPr>
          <w:p w14:paraId="4D5EE863" w14:textId="77777777" w:rsidR="0057757C" w:rsidRPr="007F65A0" w:rsidRDefault="0057757C" w:rsidP="00D251EC">
            <w:pPr>
              <w:jc w:val="center"/>
              <w:rPr>
                <w:sz w:val="24"/>
                <w:szCs w:val="24"/>
              </w:rPr>
            </w:pPr>
          </w:p>
        </w:tc>
        <w:tc>
          <w:tcPr>
            <w:tcW w:w="2606" w:type="dxa"/>
            <w:vAlign w:val="center"/>
          </w:tcPr>
          <w:p w14:paraId="4D05F3FB" w14:textId="77777777" w:rsidR="0057757C" w:rsidRPr="007F65A0" w:rsidRDefault="0057757C" w:rsidP="00D251EC">
            <w:pPr>
              <w:rPr>
                <w:sz w:val="24"/>
                <w:szCs w:val="24"/>
              </w:rPr>
            </w:pPr>
          </w:p>
        </w:tc>
      </w:tr>
      <w:tr w:rsidR="0057757C" w:rsidRPr="007F65A0" w14:paraId="723BF3E3" w14:textId="77777777" w:rsidTr="00D251EC">
        <w:trPr>
          <w:jc w:val="center"/>
        </w:trPr>
        <w:tc>
          <w:tcPr>
            <w:tcW w:w="2606" w:type="dxa"/>
            <w:vAlign w:val="center"/>
          </w:tcPr>
          <w:p w14:paraId="28221B32" w14:textId="77777777" w:rsidR="0057757C" w:rsidRPr="007F65A0" w:rsidRDefault="0057757C" w:rsidP="00D251EC">
            <w:pPr>
              <w:jc w:val="center"/>
              <w:rPr>
                <w:sz w:val="24"/>
                <w:szCs w:val="24"/>
              </w:rPr>
            </w:pPr>
            <w:r w:rsidRPr="007F65A0">
              <w:rPr>
                <w:sz w:val="24"/>
                <w:szCs w:val="24"/>
              </w:rPr>
              <w:t>5</w:t>
            </w:r>
          </w:p>
        </w:tc>
        <w:tc>
          <w:tcPr>
            <w:tcW w:w="2606" w:type="dxa"/>
            <w:vAlign w:val="center"/>
          </w:tcPr>
          <w:p w14:paraId="3F7A086F" w14:textId="77777777" w:rsidR="0057757C" w:rsidRPr="007F65A0" w:rsidRDefault="0057757C" w:rsidP="00D251EC">
            <w:pPr>
              <w:rPr>
                <w:sz w:val="24"/>
                <w:szCs w:val="24"/>
              </w:rPr>
            </w:pPr>
            <w:r w:rsidRPr="007F65A0">
              <w:rPr>
                <w:sz w:val="24"/>
                <w:szCs w:val="24"/>
              </w:rPr>
              <w:t>Közlekedési eszközöket felismer, csoportosít, funkciójukat ismeri.</w:t>
            </w:r>
          </w:p>
        </w:tc>
        <w:tc>
          <w:tcPr>
            <w:tcW w:w="2606" w:type="dxa"/>
            <w:vAlign w:val="center"/>
          </w:tcPr>
          <w:p w14:paraId="47A257CD" w14:textId="77777777" w:rsidR="0057757C" w:rsidRPr="007F65A0" w:rsidRDefault="0057757C" w:rsidP="00D251EC">
            <w:pPr>
              <w:jc w:val="center"/>
              <w:rPr>
                <w:sz w:val="24"/>
                <w:szCs w:val="24"/>
              </w:rPr>
            </w:pPr>
          </w:p>
        </w:tc>
        <w:tc>
          <w:tcPr>
            <w:tcW w:w="2606" w:type="dxa"/>
            <w:vAlign w:val="center"/>
          </w:tcPr>
          <w:p w14:paraId="3A0F2645" w14:textId="77777777" w:rsidR="0057757C" w:rsidRPr="007F65A0" w:rsidRDefault="0057757C" w:rsidP="00D251EC">
            <w:pPr>
              <w:rPr>
                <w:sz w:val="24"/>
                <w:szCs w:val="24"/>
              </w:rPr>
            </w:pPr>
          </w:p>
        </w:tc>
      </w:tr>
      <w:tr w:rsidR="0057757C" w:rsidRPr="007F65A0" w14:paraId="4A1502F4" w14:textId="77777777" w:rsidTr="00D251EC">
        <w:trPr>
          <w:jc w:val="center"/>
        </w:trPr>
        <w:tc>
          <w:tcPr>
            <w:tcW w:w="2606" w:type="dxa"/>
            <w:vAlign w:val="center"/>
          </w:tcPr>
          <w:p w14:paraId="01084EF8" w14:textId="77777777" w:rsidR="0057757C" w:rsidRPr="007F65A0" w:rsidRDefault="0057757C" w:rsidP="00D251EC">
            <w:pPr>
              <w:jc w:val="center"/>
              <w:rPr>
                <w:sz w:val="24"/>
                <w:szCs w:val="24"/>
              </w:rPr>
            </w:pPr>
            <w:r w:rsidRPr="007F65A0">
              <w:rPr>
                <w:sz w:val="24"/>
                <w:szCs w:val="24"/>
              </w:rPr>
              <w:t>6</w:t>
            </w:r>
          </w:p>
        </w:tc>
        <w:tc>
          <w:tcPr>
            <w:tcW w:w="2606" w:type="dxa"/>
            <w:vAlign w:val="center"/>
          </w:tcPr>
          <w:p w14:paraId="36CA2B2E" w14:textId="77777777" w:rsidR="0057757C" w:rsidRPr="007F65A0" w:rsidRDefault="0057757C" w:rsidP="00D251EC">
            <w:pPr>
              <w:rPr>
                <w:sz w:val="24"/>
                <w:szCs w:val="24"/>
              </w:rPr>
            </w:pPr>
            <w:r w:rsidRPr="007F65A0">
              <w:rPr>
                <w:sz w:val="24"/>
                <w:szCs w:val="24"/>
              </w:rPr>
              <w:t>Ismeri és igyekszik alkalmazni a gyalogos közlekedés alapvető szabályait.</w:t>
            </w:r>
          </w:p>
        </w:tc>
        <w:tc>
          <w:tcPr>
            <w:tcW w:w="2606" w:type="dxa"/>
            <w:vAlign w:val="center"/>
          </w:tcPr>
          <w:p w14:paraId="04E74833" w14:textId="77777777" w:rsidR="0057757C" w:rsidRPr="007F65A0" w:rsidRDefault="0057757C" w:rsidP="00D251EC">
            <w:pPr>
              <w:jc w:val="center"/>
              <w:rPr>
                <w:sz w:val="24"/>
                <w:szCs w:val="24"/>
              </w:rPr>
            </w:pPr>
          </w:p>
        </w:tc>
        <w:tc>
          <w:tcPr>
            <w:tcW w:w="2606" w:type="dxa"/>
            <w:vAlign w:val="center"/>
          </w:tcPr>
          <w:p w14:paraId="37C98C38" w14:textId="77777777" w:rsidR="0057757C" w:rsidRPr="007F65A0" w:rsidRDefault="0057757C" w:rsidP="00D251EC">
            <w:pPr>
              <w:rPr>
                <w:sz w:val="24"/>
                <w:szCs w:val="24"/>
              </w:rPr>
            </w:pPr>
          </w:p>
        </w:tc>
      </w:tr>
      <w:tr w:rsidR="0057757C" w:rsidRPr="007F65A0" w14:paraId="01427144" w14:textId="77777777" w:rsidTr="00D251EC">
        <w:trPr>
          <w:jc w:val="center"/>
        </w:trPr>
        <w:tc>
          <w:tcPr>
            <w:tcW w:w="2606" w:type="dxa"/>
            <w:vAlign w:val="center"/>
          </w:tcPr>
          <w:p w14:paraId="231F36D7" w14:textId="77777777" w:rsidR="0057757C" w:rsidRPr="007F65A0" w:rsidRDefault="0057757C" w:rsidP="00D251EC">
            <w:pPr>
              <w:jc w:val="center"/>
              <w:rPr>
                <w:sz w:val="24"/>
                <w:szCs w:val="24"/>
              </w:rPr>
            </w:pPr>
            <w:r w:rsidRPr="007F65A0">
              <w:rPr>
                <w:sz w:val="24"/>
                <w:szCs w:val="24"/>
              </w:rPr>
              <w:lastRenderedPageBreak/>
              <w:t>7</w:t>
            </w:r>
          </w:p>
        </w:tc>
        <w:tc>
          <w:tcPr>
            <w:tcW w:w="2606" w:type="dxa"/>
            <w:vAlign w:val="center"/>
          </w:tcPr>
          <w:p w14:paraId="7F8794AB" w14:textId="77777777" w:rsidR="0057757C" w:rsidRPr="007F65A0" w:rsidRDefault="0057757C" w:rsidP="00D251EC">
            <w:pPr>
              <w:rPr>
                <w:sz w:val="24"/>
                <w:szCs w:val="24"/>
              </w:rPr>
            </w:pPr>
            <w:r w:rsidRPr="007F65A0">
              <w:rPr>
                <w:sz w:val="24"/>
                <w:szCs w:val="24"/>
              </w:rPr>
              <w:t>Ismer környezetében előforduló foglalkozásokat.</w:t>
            </w:r>
          </w:p>
        </w:tc>
        <w:tc>
          <w:tcPr>
            <w:tcW w:w="2606" w:type="dxa"/>
            <w:vAlign w:val="center"/>
          </w:tcPr>
          <w:p w14:paraId="0F5F57AA" w14:textId="77777777" w:rsidR="0057757C" w:rsidRPr="007F65A0" w:rsidRDefault="0057757C" w:rsidP="00D251EC">
            <w:pPr>
              <w:jc w:val="center"/>
              <w:rPr>
                <w:sz w:val="24"/>
                <w:szCs w:val="24"/>
              </w:rPr>
            </w:pPr>
          </w:p>
        </w:tc>
        <w:tc>
          <w:tcPr>
            <w:tcW w:w="2606" w:type="dxa"/>
            <w:vAlign w:val="center"/>
          </w:tcPr>
          <w:p w14:paraId="57B2CBD4" w14:textId="77777777" w:rsidR="0057757C" w:rsidRPr="007F65A0" w:rsidRDefault="0057757C" w:rsidP="00D251EC">
            <w:pPr>
              <w:rPr>
                <w:sz w:val="24"/>
                <w:szCs w:val="24"/>
              </w:rPr>
            </w:pPr>
          </w:p>
        </w:tc>
      </w:tr>
      <w:tr w:rsidR="0057757C" w:rsidRPr="007F65A0" w14:paraId="406510AE" w14:textId="77777777" w:rsidTr="00D251EC">
        <w:trPr>
          <w:jc w:val="center"/>
        </w:trPr>
        <w:tc>
          <w:tcPr>
            <w:tcW w:w="2606" w:type="dxa"/>
            <w:vAlign w:val="center"/>
          </w:tcPr>
          <w:p w14:paraId="6CFFEABC" w14:textId="77777777" w:rsidR="0057757C" w:rsidRPr="007F65A0" w:rsidRDefault="0057757C" w:rsidP="00D251EC">
            <w:pPr>
              <w:jc w:val="center"/>
              <w:rPr>
                <w:sz w:val="24"/>
                <w:szCs w:val="24"/>
              </w:rPr>
            </w:pPr>
            <w:r w:rsidRPr="007F65A0">
              <w:rPr>
                <w:sz w:val="24"/>
                <w:szCs w:val="24"/>
              </w:rPr>
              <w:t>8</w:t>
            </w:r>
          </w:p>
        </w:tc>
        <w:tc>
          <w:tcPr>
            <w:tcW w:w="2606" w:type="dxa"/>
            <w:vAlign w:val="center"/>
          </w:tcPr>
          <w:p w14:paraId="30DD0E82" w14:textId="77777777" w:rsidR="0057757C" w:rsidRPr="007F65A0" w:rsidRDefault="0057757C" w:rsidP="00D251EC">
            <w:pPr>
              <w:rPr>
                <w:sz w:val="24"/>
                <w:szCs w:val="24"/>
              </w:rPr>
            </w:pPr>
            <w:r w:rsidRPr="007F65A0">
              <w:rPr>
                <w:sz w:val="24"/>
                <w:szCs w:val="24"/>
              </w:rPr>
              <w:t>Ismeri a család fogalmát, saját családjának tagjait és legfontosabb személyes adatait.</w:t>
            </w:r>
          </w:p>
        </w:tc>
        <w:tc>
          <w:tcPr>
            <w:tcW w:w="2606" w:type="dxa"/>
            <w:vAlign w:val="center"/>
          </w:tcPr>
          <w:p w14:paraId="2B8258EF" w14:textId="77777777" w:rsidR="0057757C" w:rsidRPr="007F65A0" w:rsidRDefault="0057757C" w:rsidP="00D251EC">
            <w:pPr>
              <w:jc w:val="center"/>
              <w:rPr>
                <w:sz w:val="24"/>
                <w:szCs w:val="24"/>
              </w:rPr>
            </w:pPr>
          </w:p>
        </w:tc>
        <w:tc>
          <w:tcPr>
            <w:tcW w:w="2606" w:type="dxa"/>
            <w:vAlign w:val="center"/>
          </w:tcPr>
          <w:p w14:paraId="429A9C25" w14:textId="77777777" w:rsidR="0057757C" w:rsidRPr="007F65A0" w:rsidRDefault="0057757C" w:rsidP="00D251EC">
            <w:pPr>
              <w:rPr>
                <w:sz w:val="24"/>
                <w:szCs w:val="24"/>
              </w:rPr>
            </w:pPr>
          </w:p>
        </w:tc>
      </w:tr>
      <w:tr w:rsidR="0057757C" w:rsidRPr="007F65A0" w14:paraId="7983A493" w14:textId="77777777" w:rsidTr="00D251EC">
        <w:trPr>
          <w:jc w:val="center"/>
        </w:trPr>
        <w:tc>
          <w:tcPr>
            <w:tcW w:w="2606" w:type="dxa"/>
            <w:vAlign w:val="center"/>
          </w:tcPr>
          <w:p w14:paraId="003DC9DE" w14:textId="77777777" w:rsidR="0057757C" w:rsidRPr="007F65A0" w:rsidRDefault="0057757C" w:rsidP="00D251EC">
            <w:pPr>
              <w:jc w:val="center"/>
              <w:rPr>
                <w:sz w:val="24"/>
                <w:szCs w:val="24"/>
              </w:rPr>
            </w:pPr>
            <w:r w:rsidRPr="007F65A0">
              <w:rPr>
                <w:sz w:val="24"/>
                <w:szCs w:val="24"/>
              </w:rPr>
              <w:t>9</w:t>
            </w:r>
          </w:p>
        </w:tc>
        <w:tc>
          <w:tcPr>
            <w:tcW w:w="2606" w:type="dxa"/>
            <w:vAlign w:val="center"/>
          </w:tcPr>
          <w:p w14:paraId="5D75F747" w14:textId="77777777" w:rsidR="0057757C" w:rsidRPr="007F65A0" w:rsidRDefault="0057757C" w:rsidP="00D251EC">
            <w:pPr>
              <w:rPr>
                <w:sz w:val="24"/>
                <w:szCs w:val="24"/>
              </w:rPr>
            </w:pPr>
            <w:r w:rsidRPr="007F65A0">
              <w:rPr>
                <w:sz w:val="24"/>
                <w:szCs w:val="24"/>
              </w:rPr>
              <w:t>Vannak tapasztalatai az időről (napszakok, napok, hónapok).</w:t>
            </w:r>
          </w:p>
        </w:tc>
        <w:tc>
          <w:tcPr>
            <w:tcW w:w="2606" w:type="dxa"/>
            <w:vAlign w:val="center"/>
          </w:tcPr>
          <w:p w14:paraId="119C5064" w14:textId="77777777" w:rsidR="0057757C" w:rsidRPr="007F65A0" w:rsidRDefault="0057757C" w:rsidP="00D251EC">
            <w:pPr>
              <w:jc w:val="center"/>
              <w:rPr>
                <w:sz w:val="24"/>
                <w:szCs w:val="24"/>
              </w:rPr>
            </w:pPr>
          </w:p>
        </w:tc>
        <w:tc>
          <w:tcPr>
            <w:tcW w:w="2606" w:type="dxa"/>
            <w:vAlign w:val="center"/>
          </w:tcPr>
          <w:p w14:paraId="34C4B5EA" w14:textId="77777777" w:rsidR="0057757C" w:rsidRPr="007F65A0" w:rsidRDefault="0057757C" w:rsidP="00D251EC">
            <w:pPr>
              <w:rPr>
                <w:sz w:val="24"/>
                <w:szCs w:val="24"/>
              </w:rPr>
            </w:pPr>
          </w:p>
        </w:tc>
      </w:tr>
      <w:tr w:rsidR="0057757C" w:rsidRPr="007F65A0" w14:paraId="09805F2E" w14:textId="77777777" w:rsidTr="00D251EC">
        <w:trPr>
          <w:jc w:val="center"/>
        </w:trPr>
        <w:tc>
          <w:tcPr>
            <w:tcW w:w="2606" w:type="dxa"/>
            <w:vAlign w:val="center"/>
          </w:tcPr>
          <w:p w14:paraId="4A4DA20C" w14:textId="77777777" w:rsidR="0057757C" w:rsidRPr="007F65A0" w:rsidRDefault="0057757C" w:rsidP="00D251EC">
            <w:pPr>
              <w:jc w:val="center"/>
              <w:rPr>
                <w:sz w:val="24"/>
                <w:szCs w:val="24"/>
              </w:rPr>
            </w:pPr>
            <w:r w:rsidRPr="007F65A0">
              <w:rPr>
                <w:sz w:val="24"/>
                <w:szCs w:val="24"/>
              </w:rPr>
              <w:t>10</w:t>
            </w:r>
          </w:p>
        </w:tc>
        <w:tc>
          <w:tcPr>
            <w:tcW w:w="2606" w:type="dxa"/>
            <w:vAlign w:val="center"/>
          </w:tcPr>
          <w:p w14:paraId="1F4E8FF0" w14:textId="77777777" w:rsidR="0057757C" w:rsidRPr="007F65A0" w:rsidRDefault="0057757C" w:rsidP="00D251EC">
            <w:pPr>
              <w:rPr>
                <w:sz w:val="24"/>
                <w:szCs w:val="24"/>
              </w:rPr>
            </w:pPr>
            <w:r w:rsidRPr="007F65A0">
              <w:rPr>
                <w:sz w:val="24"/>
                <w:szCs w:val="24"/>
              </w:rPr>
              <w:t>Ismeri környezete természeti és társadalmi értékeinek, ünnepeinek, hagyományainak néhány jellemzőjét.</w:t>
            </w:r>
          </w:p>
        </w:tc>
        <w:tc>
          <w:tcPr>
            <w:tcW w:w="2606" w:type="dxa"/>
            <w:vAlign w:val="center"/>
          </w:tcPr>
          <w:p w14:paraId="23F49B0B" w14:textId="77777777" w:rsidR="0057757C" w:rsidRPr="007F65A0" w:rsidRDefault="0057757C" w:rsidP="00D251EC">
            <w:pPr>
              <w:jc w:val="center"/>
              <w:rPr>
                <w:sz w:val="24"/>
                <w:szCs w:val="24"/>
              </w:rPr>
            </w:pPr>
          </w:p>
        </w:tc>
        <w:tc>
          <w:tcPr>
            <w:tcW w:w="2606" w:type="dxa"/>
            <w:vAlign w:val="center"/>
          </w:tcPr>
          <w:p w14:paraId="79ECB8F4" w14:textId="77777777" w:rsidR="0057757C" w:rsidRPr="007F65A0" w:rsidRDefault="0057757C" w:rsidP="00D251EC">
            <w:pPr>
              <w:rPr>
                <w:sz w:val="24"/>
                <w:szCs w:val="24"/>
              </w:rPr>
            </w:pPr>
          </w:p>
        </w:tc>
      </w:tr>
      <w:tr w:rsidR="0057757C" w:rsidRPr="007F65A0" w14:paraId="22C87CA7" w14:textId="77777777" w:rsidTr="00D251EC">
        <w:trPr>
          <w:jc w:val="center"/>
        </w:trPr>
        <w:tc>
          <w:tcPr>
            <w:tcW w:w="2606" w:type="dxa"/>
            <w:vAlign w:val="center"/>
          </w:tcPr>
          <w:p w14:paraId="1CD028FA" w14:textId="77777777" w:rsidR="0057757C" w:rsidRPr="007F65A0" w:rsidRDefault="0057757C" w:rsidP="00D251EC">
            <w:pPr>
              <w:rPr>
                <w:sz w:val="24"/>
                <w:szCs w:val="24"/>
              </w:rPr>
            </w:pPr>
          </w:p>
        </w:tc>
        <w:tc>
          <w:tcPr>
            <w:tcW w:w="2606" w:type="dxa"/>
            <w:shd w:val="clear" w:color="auto" w:fill="EEF5FB"/>
            <w:vAlign w:val="center"/>
          </w:tcPr>
          <w:p w14:paraId="78C0BA4F" w14:textId="77777777" w:rsidR="0057757C" w:rsidRPr="007F65A0" w:rsidRDefault="0057757C" w:rsidP="00D251EC">
            <w:pPr>
              <w:rPr>
                <w:sz w:val="24"/>
                <w:szCs w:val="24"/>
              </w:rPr>
            </w:pPr>
            <w:r w:rsidRPr="007F65A0">
              <w:rPr>
                <w:b/>
                <w:sz w:val="24"/>
                <w:szCs w:val="24"/>
              </w:rPr>
              <w:t>Területi összesítés – maximum 20 pont</w:t>
            </w:r>
          </w:p>
        </w:tc>
        <w:tc>
          <w:tcPr>
            <w:tcW w:w="2606" w:type="dxa"/>
            <w:shd w:val="clear" w:color="auto" w:fill="EEF5FB"/>
            <w:vAlign w:val="center"/>
          </w:tcPr>
          <w:p w14:paraId="14B87172" w14:textId="77777777" w:rsidR="0057757C" w:rsidRPr="007F65A0" w:rsidRDefault="0057757C" w:rsidP="00D251EC">
            <w:pPr>
              <w:rPr>
                <w:sz w:val="24"/>
                <w:szCs w:val="24"/>
              </w:rPr>
            </w:pPr>
            <w:r w:rsidRPr="007F65A0">
              <w:rPr>
                <w:b/>
                <w:sz w:val="24"/>
                <w:szCs w:val="24"/>
              </w:rPr>
              <w:t>____ / 20</w:t>
            </w:r>
          </w:p>
        </w:tc>
        <w:tc>
          <w:tcPr>
            <w:tcW w:w="2606" w:type="dxa"/>
            <w:shd w:val="clear" w:color="auto" w:fill="EEF5FB"/>
            <w:vAlign w:val="center"/>
          </w:tcPr>
          <w:p w14:paraId="02E4E8ED" w14:textId="77777777" w:rsidR="0057757C" w:rsidRPr="007F65A0" w:rsidRDefault="0057757C" w:rsidP="00D251EC">
            <w:pPr>
              <w:rPr>
                <w:sz w:val="24"/>
                <w:szCs w:val="24"/>
              </w:rPr>
            </w:pPr>
            <w:r w:rsidRPr="007F65A0">
              <w:rPr>
                <w:b/>
                <w:sz w:val="24"/>
                <w:szCs w:val="24"/>
              </w:rPr>
              <w:t>______ %</w:t>
            </w:r>
          </w:p>
        </w:tc>
      </w:tr>
    </w:tbl>
    <w:p w14:paraId="0062E120" w14:textId="77777777" w:rsidR="0057757C" w:rsidRPr="007F65A0" w:rsidRDefault="0057757C" w:rsidP="0057757C">
      <w:pPr>
        <w:rPr>
          <w:sz w:val="24"/>
          <w:szCs w:val="24"/>
        </w:rPr>
      </w:pPr>
    </w:p>
    <w:p w14:paraId="6C63338E" w14:textId="77777777" w:rsidR="0057757C" w:rsidRPr="007F65A0" w:rsidRDefault="0057757C" w:rsidP="0057757C">
      <w:pPr>
        <w:pStyle w:val="Cmsor2"/>
        <w:rPr>
          <w:rFonts w:ascii="Times New Roman" w:hAnsi="Times New Roman" w:cs="Times New Roman"/>
          <w:sz w:val="24"/>
          <w:szCs w:val="24"/>
        </w:rPr>
      </w:pPr>
      <w:r w:rsidRPr="007F65A0">
        <w:rPr>
          <w:rFonts w:ascii="Times New Roman" w:hAnsi="Times New Roman" w:cs="Times New Roman"/>
          <w:sz w:val="24"/>
          <w:szCs w:val="24"/>
        </w:rPr>
        <w:t>J. Matematikai tapasztalatok</w:t>
      </w:r>
    </w:p>
    <w:tbl>
      <w:tblPr>
        <w:tblStyle w:val="Rcsostblzat"/>
        <w:tblW w:w="0" w:type="auto"/>
        <w:jc w:val="center"/>
        <w:tblLook w:val="04A0" w:firstRow="1" w:lastRow="0" w:firstColumn="1" w:lastColumn="0" w:noHBand="0" w:noVBand="1"/>
      </w:tblPr>
      <w:tblGrid>
        <w:gridCol w:w="2604"/>
        <w:gridCol w:w="2605"/>
        <w:gridCol w:w="2603"/>
        <w:gridCol w:w="2604"/>
      </w:tblGrid>
      <w:tr w:rsidR="0057757C" w:rsidRPr="007F65A0" w14:paraId="44C1CC6A" w14:textId="77777777" w:rsidTr="00D251EC">
        <w:trPr>
          <w:tblHeader/>
          <w:jc w:val="center"/>
        </w:trPr>
        <w:tc>
          <w:tcPr>
            <w:tcW w:w="2606" w:type="dxa"/>
            <w:shd w:val="clear" w:color="auto" w:fill="D9EAF7"/>
            <w:vAlign w:val="center"/>
          </w:tcPr>
          <w:p w14:paraId="34BDD1DD" w14:textId="77777777" w:rsidR="0057757C" w:rsidRPr="007F65A0" w:rsidRDefault="0057757C" w:rsidP="00D251EC">
            <w:pPr>
              <w:jc w:val="center"/>
              <w:rPr>
                <w:sz w:val="24"/>
                <w:szCs w:val="24"/>
              </w:rPr>
            </w:pPr>
            <w:r w:rsidRPr="007F65A0">
              <w:rPr>
                <w:b/>
                <w:sz w:val="24"/>
                <w:szCs w:val="24"/>
              </w:rPr>
              <w:t>Ssz.</w:t>
            </w:r>
          </w:p>
        </w:tc>
        <w:tc>
          <w:tcPr>
            <w:tcW w:w="2606" w:type="dxa"/>
            <w:shd w:val="clear" w:color="auto" w:fill="D9EAF7"/>
            <w:vAlign w:val="center"/>
          </w:tcPr>
          <w:p w14:paraId="7128D623" w14:textId="77777777" w:rsidR="0057757C" w:rsidRPr="007F65A0" w:rsidRDefault="0057757C" w:rsidP="00D251EC">
            <w:pPr>
              <w:jc w:val="center"/>
              <w:rPr>
                <w:sz w:val="24"/>
                <w:szCs w:val="24"/>
              </w:rPr>
            </w:pPr>
            <w:r w:rsidRPr="007F65A0">
              <w:rPr>
                <w:b/>
                <w:sz w:val="24"/>
                <w:szCs w:val="24"/>
              </w:rPr>
              <w:t>Megfigyelhető kimeneti jellemző</w:t>
            </w:r>
          </w:p>
        </w:tc>
        <w:tc>
          <w:tcPr>
            <w:tcW w:w="2606" w:type="dxa"/>
            <w:shd w:val="clear" w:color="auto" w:fill="D9EAF7"/>
            <w:vAlign w:val="center"/>
          </w:tcPr>
          <w:p w14:paraId="46ABE829" w14:textId="77777777" w:rsidR="0057757C" w:rsidRPr="007F65A0" w:rsidRDefault="0057757C" w:rsidP="00D251EC">
            <w:pPr>
              <w:jc w:val="center"/>
              <w:rPr>
                <w:sz w:val="24"/>
                <w:szCs w:val="24"/>
              </w:rPr>
            </w:pPr>
            <w:r w:rsidRPr="007F65A0">
              <w:rPr>
                <w:b/>
                <w:sz w:val="24"/>
                <w:szCs w:val="24"/>
              </w:rPr>
              <w:t>Pont</w:t>
            </w:r>
            <w:r w:rsidRPr="007F65A0">
              <w:rPr>
                <w:b/>
                <w:sz w:val="24"/>
                <w:szCs w:val="24"/>
              </w:rPr>
              <w:br/>
              <w:t>0–2</w:t>
            </w:r>
          </w:p>
        </w:tc>
        <w:tc>
          <w:tcPr>
            <w:tcW w:w="2606" w:type="dxa"/>
            <w:shd w:val="clear" w:color="auto" w:fill="D9EAF7"/>
            <w:vAlign w:val="center"/>
          </w:tcPr>
          <w:p w14:paraId="4BF65904" w14:textId="77777777" w:rsidR="0057757C" w:rsidRPr="007F65A0" w:rsidRDefault="0057757C" w:rsidP="00D251EC">
            <w:pPr>
              <w:jc w:val="center"/>
              <w:rPr>
                <w:sz w:val="24"/>
                <w:szCs w:val="24"/>
              </w:rPr>
            </w:pPr>
            <w:r w:rsidRPr="007F65A0">
              <w:rPr>
                <w:b/>
                <w:sz w:val="24"/>
                <w:szCs w:val="24"/>
              </w:rPr>
              <w:t>Megjegyzés</w:t>
            </w:r>
          </w:p>
        </w:tc>
      </w:tr>
      <w:tr w:rsidR="0057757C" w:rsidRPr="007F65A0" w14:paraId="0FCEB62B" w14:textId="77777777" w:rsidTr="00D251EC">
        <w:trPr>
          <w:jc w:val="center"/>
        </w:trPr>
        <w:tc>
          <w:tcPr>
            <w:tcW w:w="2606" w:type="dxa"/>
            <w:vAlign w:val="center"/>
          </w:tcPr>
          <w:p w14:paraId="59CBCFCE" w14:textId="77777777" w:rsidR="0057757C" w:rsidRPr="007F65A0" w:rsidRDefault="0057757C" w:rsidP="00D251EC">
            <w:pPr>
              <w:jc w:val="center"/>
              <w:rPr>
                <w:sz w:val="24"/>
                <w:szCs w:val="24"/>
              </w:rPr>
            </w:pPr>
            <w:r w:rsidRPr="007F65A0">
              <w:rPr>
                <w:sz w:val="24"/>
                <w:szCs w:val="24"/>
              </w:rPr>
              <w:t>1</w:t>
            </w:r>
          </w:p>
        </w:tc>
        <w:tc>
          <w:tcPr>
            <w:tcW w:w="2606" w:type="dxa"/>
            <w:vAlign w:val="center"/>
          </w:tcPr>
          <w:p w14:paraId="7AEFEEBE" w14:textId="77777777" w:rsidR="0057757C" w:rsidRPr="007F65A0" w:rsidRDefault="0057757C" w:rsidP="00D251EC">
            <w:pPr>
              <w:rPr>
                <w:sz w:val="24"/>
                <w:szCs w:val="24"/>
              </w:rPr>
            </w:pPr>
            <w:r w:rsidRPr="007F65A0">
              <w:rPr>
                <w:sz w:val="24"/>
                <w:szCs w:val="24"/>
              </w:rPr>
              <w:t>Tulajdonságok alapján összehasonlít, halmazokat képez és szétválogat.</w:t>
            </w:r>
          </w:p>
        </w:tc>
        <w:tc>
          <w:tcPr>
            <w:tcW w:w="2606" w:type="dxa"/>
            <w:vAlign w:val="center"/>
          </w:tcPr>
          <w:p w14:paraId="61A6F837" w14:textId="77777777" w:rsidR="0057757C" w:rsidRPr="007F65A0" w:rsidRDefault="0057757C" w:rsidP="00D251EC">
            <w:pPr>
              <w:jc w:val="center"/>
              <w:rPr>
                <w:sz w:val="24"/>
                <w:szCs w:val="24"/>
              </w:rPr>
            </w:pPr>
          </w:p>
        </w:tc>
        <w:tc>
          <w:tcPr>
            <w:tcW w:w="2606" w:type="dxa"/>
            <w:vAlign w:val="center"/>
          </w:tcPr>
          <w:p w14:paraId="5D8D464C" w14:textId="77777777" w:rsidR="0057757C" w:rsidRPr="007F65A0" w:rsidRDefault="0057757C" w:rsidP="00D251EC">
            <w:pPr>
              <w:rPr>
                <w:sz w:val="24"/>
                <w:szCs w:val="24"/>
              </w:rPr>
            </w:pPr>
          </w:p>
        </w:tc>
      </w:tr>
      <w:tr w:rsidR="0057757C" w:rsidRPr="007F65A0" w14:paraId="71E28216" w14:textId="77777777" w:rsidTr="00D251EC">
        <w:trPr>
          <w:jc w:val="center"/>
        </w:trPr>
        <w:tc>
          <w:tcPr>
            <w:tcW w:w="2606" w:type="dxa"/>
            <w:vAlign w:val="center"/>
          </w:tcPr>
          <w:p w14:paraId="082F39F6" w14:textId="77777777" w:rsidR="0057757C" w:rsidRPr="007F65A0" w:rsidRDefault="0057757C" w:rsidP="00D251EC">
            <w:pPr>
              <w:jc w:val="center"/>
              <w:rPr>
                <w:sz w:val="24"/>
                <w:szCs w:val="24"/>
              </w:rPr>
            </w:pPr>
            <w:r w:rsidRPr="007F65A0">
              <w:rPr>
                <w:sz w:val="24"/>
                <w:szCs w:val="24"/>
              </w:rPr>
              <w:t>2</w:t>
            </w:r>
          </w:p>
        </w:tc>
        <w:tc>
          <w:tcPr>
            <w:tcW w:w="2606" w:type="dxa"/>
            <w:vAlign w:val="center"/>
          </w:tcPr>
          <w:p w14:paraId="16CF3789" w14:textId="77777777" w:rsidR="0057757C" w:rsidRPr="007F65A0" w:rsidRDefault="0057757C" w:rsidP="00D251EC">
            <w:pPr>
              <w:rPr>
                <w:sz w:val="24"/>
                <w:szCs w:val="24"/>
              </w:rPr>
            </w:pPr>
            <w:r w:rsidRPr="007F65A0">
              <w:rPr>
                <w:sz w:val="24"/>
                <w:szCs w:val="24"/>
              </w:rPr>
              <w:t>Tulajdonság szerint sorba rendez.</w:t>
            </w:r>
          </w:p>
        </w:tc>
        <w:tc>
          <w:tcPr>
            <w:tcW w:w="2606" w:type="dxa"/>
            <w:vAlign w:val="center"/>
          </w:tcPr>
          <w:p w14:paraId="269239D8" w14:textId="77777777" w:rsidR="0057757C" w:rsidRPr="007F65A0" w:rsidRDefault="0057757C" w:rsidP="00D251EC">
            <w:pPr>
              <w:jc w:val="center"/>
              <w:rPr>
                <w:sz w:val="24"/>
                <w:szCs w:val="24"/>
              </w:rPr>
            </w:pPr>
          </w:p>
        </w:tc>
        <w:tc>
          <w:tcPr>
            <w:tcW w:w="2606" w:type="dxa"/>
            <w:vAlign w:val="center"/>
          </w:tcPr>
          <w:p w14:paraId="52C1DA5A" w14:textId="77777777" w:rsidR="0057757C" w:rsidRPr="007F65A0" w:rsidRDefault="0057757C" w:rsidP="00D251EC">
            <w:pPr>
              <w:rPr>
                <w:sz w:val="24"/>
                <w:szCs w:val="24"/>
              </w:rPr>
            </w:pPr>
          </w:p>
        </w:tc>
      </w:tr>
      <w:tr w:rsidR="0057757C" w:rsidRPr="007F65A0" w14:paraId="6C223D9F" w14:textId="77777777" w:rsidTr="00D251EC">
        <w:trPr>
          <w:jc w:val="center"/>
        </w:trPr>
        <w:tc>
          <w:tcPr>
            <w:tcW w:w="2606" w:type="dxa"/>
            <w:vAlign w:val="center"/>
          </w:tcPr>
          <w:p w14:paraId="19A58C91" w14:textId="77777777" w:rsidR="0057757C" w:rsidRPr="007F65A0" w:rsidRDefault="0057757C" w:rsidP="00D251EC">
            <w:pPr>
              <w:jc w:val="center"/>
              <w:rPr>
                <w:sz w:val="24"/>
                <w:szCs w:val="24"/>
              </w:rPr>
            </w:pPr>
            <w:r w:rsidRPr="007F65A0">
              <w:rPr>
                <w:sz w:val="24"/>
                <w:szCs w:val="24"/>
              </w:rPr>
              <w:t>3</w:t>
            </w:r>
          </w:p>
        </w:tc>
        <w:tc>
          <w:tcPr>
            <w:tcW w:w="2606" w:type="dxa"/>
            <w:vAlign w:val="center"/>
          </w:tcPr>
          <w:p w14:paraId="7F0E52D7" w14:textId="77777777" w:rsidR="0057757C" w:rsidRPr="007F65A0" w:rsidRDefault="0057757C" w:rsidP="00D251EC">
            <w:pPr>
              <w:rPr>
                <w:sz w:val="24"/>
                <w:szCs w:val="24"/>
              </w:rPr>
            </w:pPr>
            <w:r w:rsidRPr="007F65A0">
              <w:rPr>
                <w:sz w:val="24"/>
                <w:szCs w:val="24"/>
              </w:rPr>
              <w:t>Megkülönbözteti a több, kevesebb, ugyanannyi fogalmát.</w:t>
            </w:r>
          </w:p>
        </w:tc>
        <w:tc>
          <w:tcPr>
            <w:tcW w:w="2606" w:type="dxa"/>
            <w:vAlign w:val="center"/>
          </w:tcPr>
          <w:p w14:paraId="638CFCD6" w14:textId="77777777" w:rsidR="0057757C" w:rsidRPr="007F65A0" w:rsidRDefault="0057757C" w:rsidP="00D251EC">
            <w:pPr>
              <w:jc w:val="center"/>
              <w:rPr>
                <w:sz w:val="24"/>
                <w:szCs w:val="24"/>
              </w:rPr>
            </w:pPr>
          </w:p>
        </w:tc>
        <w:tc>
          <w:tcPr>
            <w:tcW w:w="2606" w:type="dxa"/>
            <w:vAlign w:val="center"/>
          </w:tcPr>
          <w:p w14:paraId="32CC8BF6" w14:textId="77777777" w:rsidR="0057757C" w:rsidRPr="007F65A0" w:rsidRDefault="0057757C" w:rsidP="00D251EC">
            <w:pPr>
              <w:rPr>
                <w:sz w:val="24"/>
                <w:szCs w:val="24"/>
              </w:rPr>
            </w:pPr>
          </w:p>
        </w:tc>
      </w:tr>
      <w:tr w:rsidR="0057757C" w:rsidRPr="007F65A0" w14:paraId="56FBA9E7" w14:textId="77777777" w:rsidTr="00D251EC">
        <w:trPr>
          <w:jc w:val="center"/>
        </w:trPr>
        <w:tc>
          <w:tcPr>
            <w:tcW w:w="2606" w:type="dxa"/>
            <w:vAlign w:val="center"/>
          </w:tcPr>
          <w:p w14:paraId="78A2F41F" w14:textId="77777777" w:rsidR="0057757C" w:rsidRPr="007F65A0" w:rsidRDefault="0057757C" w:rsidP="00D251EC">
            <w:pPr>
              <w:jc w:val="center"/>
              <w:rPr>
                <w:sz w:val="24"/>
                <w:szCs w:val="24"/>
              </w:rPr>
            </w:pPr>
            <w:r w:rsidRPr="007F65A0">
              <w:rPr>
                <w:sz w:val="24"/>
                <w:szCs w:val="24"/>
              </w:rPr>
              <w:t>4</w:t>
            </w:r>
          </w:p>
        </w:tc>
        <w:tc>
          <w:tcPr>
            <w:tcW w:w="2606" w:type="dxa"/>
            <w:vAlign w:val="center"/>
          </w:tcPr>
          <w:p w14:paraId="1E7C30BD" w14:textId="77777777" w:rsidR="0057757C" w:rsidRPr="007F65A0" w:rsidRDefault="0057757C" w:rsidP="00D251EC">
            <w:pPr>
              <w:rPr>
                <w:sz w:val="24"/>
                <w:szCs w:val="24"/>
              </w:rPr>
            </w:pPr>
            <w:r w:rsidRPr="007F65A0">
              <w:rPr>
                <w:sz w:val="24"/>
                <w:szCs w:val="24"/>
              </w:rPr>
              <w:t>Mennyiséget számképhez kapcsol.</w:t>
            </w:r>
          </w:p>
        </w:tc>
        <w:tc>
          <w:tcPr>
            <w:tcW w:w="2606" w:type="dxa"/>
            <w:vAlign w:val="center"/>
          </w:tcPr>
          <w:p w14:paraId="1D6696A8" w14:textId="77777777" w:rsidR="0057757C" w:rsidRPr="007F65A0" w:rsidRDefault="0057757C" w:rsidP="00D251EC">
            <w:pPr>
              <w:jc w:val="center"/>
              <w:rPr>
                <w:sz w:val="24"/>
                <w:szCs w:val="24"/>
              </w:rPr>
            </w:pPr>
          </w:p>
        </w:tc>
        <w:tc>
          <w:tcPr>
            <w:tcW w:w="2606" w:type="dxa"/>
            <w:vAlign w:val="center"/>
          </w:tcPr>
          <w:p w14:paraId="03AE7643" w14:textId="77777777" w:rsidR="0057757C" w:rsidRPr="007F65A0" w:rsidRDefault="0057757C" w:rsidP="00D251EC">
            <w:pPr>
              <w:rPr>
                <w:sz w:val="24"/>
                <w:szCs w:val="24"/>
              </w:rPr>
            </w:pPr>
          </w:p>
        </w:tc>
      </w:tr>
      <w:tr w:rsidR="0057757C" w:rsidRPr="007F65A0" w14:paraId="4EDFD3E7" w14:textId="77777777" w:rsidTr="00D251EC">
        <w:trPr>
          <w:jc w:val="center"/>
        </w:trPr>
        <w:tc>
          <w:tcPr>
            <w:tcW w:w="2606" w:type="dxa"/>
            <w:vAlign w:val="center"/>
          </w:tcPr>
          <w:p w14:paraId="0FB1DA4A" w14:textId="77777777" w:rsidR="0057757C" w:rsidRPr="007F65A0" w:rsidRDefault="0057757C" w:rsidP="00D251EC">
            <w:pPr>
              <w:jc w:val="center"/>
              <w:rPr>
                <w:sz w:val="24"/>
                <w:szCs w:val="24"/>
              </w:rPr>
            </w:pPr>
            <w:r w:rsidRPr="007F65A0">
              <w:rPr>
                <w:sz w:val="24"/>
                <w:szCs w:val="24"/>
              </w:rPr>
              <w:t>5</w:t>
            </w:r>
          </w:p>
        </w:tc>
        <w:tc>
          <w:tcPr>
            <w:tcW w:w="2606" w:type="dxa"/>
            <w:vAlign w:val="center"/>
          </w:tcPr>
          <w:p w14:paraId="350FF46B" w14:textId="77777777" w:rsidR="0057757C" w:rsidRPr="007F65A0" w:rsidRDefault="0057757C" w:rsidP="00D251EC">
            <w:pPr>
              <w:rPr>
                <w:sz w:val="24"/>
                <w:szCs w:val="24"/>
              </w:rPr>
            </w:pPr>
            <w:r w:rsidRPr="007F65A0">
              <w:rPr>
                <w:sz w:val="24"/>
                <w:szCs w:val="24"/>
              </w:rPr>
              <w:t>Számosság alapján halmazokat képez és bont.</w:t>
            </w:r>
          </w:p>
        </w:tc>
        <w:tc>
          <w:tcPr>
            <w:tcW w:w="2606" w:type="dxa"/>
            <w:vAlign w:val="center"/>
          </w:tcPr>
          <w:p w14:paraId="402074CD" w14:textId="77777777" w:rsidR="0057757C" w:rsidRPr="007F65A0" w:rsidRDefault="0057757C" w:rsidP="00D251EC">
            <w:pPr>
              <w:jc w:val="center"/>
              <w:rPr>
                <w:sz w:val="24"/>
                <w:szCs w:val="24"/>
              </w:rPr>
            </w:pPr>
          </w:p>
        </w:tc>
        <w:tc>
          <w:tcPr>
            <w:tcW w:w="2606" w:type="dxa"/>
            <w:vAlign w:val="center"/>
          </w:tcPr>
          <w:p w14:paraId="382DC4B3" w14:textId="77777777" w:rsidR="0057757C" w:rsidRPr="007F65A0" w:rsidRDefault="0057757C" w:rsidP="00D251EC">
            <w:pPr>
              <w:rPr>
                <w:sz w:val="24"/>
                <w:szCs w:val="24"/>
              </w:rPr>
            </w:pPr>
          </w:p>
        </w:tc>
      </w:tr>
      <w:tr w:rsidR="0057757C" w:rsidRPr="007F65A0" w14:paraId="138AF3B8" w14:textId="77777777" w:rsidTr="00D251EC">
        <w:trPr>
          <w:jc w:val="center"/>
        </w:trPr>
        <w:tc>
          <w:tcPr>
            <w:tcW w:w="2606" w:type="dxa"/>
            <w:vAlign w:val="center"/>
          </w:tcPr>
          <w:p w14:paraId="7BD12CB1" w14:textId="77777777" w:rsidR="0057757C" w:rsidRPr="007F65A0" w:rsidRDefault="0057757C" w:rsidP="00D251EC">
            <w:pPr>
              <w:jc w:val="center"/>
              <w:rPr>
                <w:sz w:val="24"/>
                <w:szCs w:val="24"/>
              </w:rPr>
            </w:pPr>
            <w:r w:rsidRPr="007F65A0">
              <w:rPr>
                <w:sz w:val="24"/>
                <w:szCs w:val="24"/>
              </w:rPr>
              <w:t>6</w:t>
            </w:r>
          </w:p>
        </w:tc>
        <w:tc>
          <w:tcPr>
            <w:tcW w:w="2606" w:type="dxa"/>
            <w:vAlign w:val="center"/>
          </w:tcPr>
          <w:p w14:paraId="22AC7219" w14:textId="77777777" w:rsidR="0057757C" w:rsidRPr="007F65A0" w:rsidRDefault="0057757C" w:rsidP="00D251EC">
            <w:pPr>
              <w:rPr>
                <w:sz w:val="24"/>
                <w:szCs w:val="24"/>
              </w:rPr>
            </w:pPr>
            <w:r w:rsidRPr="007F65A0">
              <w:rPr>
                <w:sz w:val="24"/>
                <w:szCs w:val="24"/>
              </w:rPr>
              <w:t>Tő- és sorszámokat 10-ig ismeri, alkalmazza.</w:t>
            </w:r>
          </w:p>
        </w:tc>
        <w:tc>
          <w:tcPr>
            <w:tcW w:w="2606" w:type="dxa"/>
            <w:vAlign w:val="center"/>
          </w:tcPr>
          <w:p w14:paraId="4CA1DCDB" w14:textId="77777777" w:rsidR="0057757C" w:rsidRPr="007F65A0" w:rsidRDefault="0057757C" w:rsidP="00D251EC">
            <w:pPr>
              <w:jc w:val="center"/>
              <w:rPr>
                <w:sz w:val="24"/>
                <w:szCs w:val="24"/>
              </w:rPr>
            </w:pPr>
          </w:p>
        </w:tc>
        <w:tc>
          <w:tcPr>
            <w:tcW w:w="2606" w:type="dxa"/>
            <w:vAlign w:val="center"/>
          </w:tcPr>
          <w:p w14:paraId="78A2AB1A" w14:textId="77777777" w:rsidR="0057757C" w:rsidRPr="007F65A0" w:rsidRDefault="0057757C" w:rsidP="00D251EC">
            <w:pPr>
              <w:rPr>
                <w:sz w:val="24"/>
                <w:szCs w:val="24"/>
              </w:rPr>
            </w:pPr>
          </w:p>
        </w:tc>
      </w:tr>
      <w:tr w:rsidR="0057757C" w:rsidRPr="007F65A0" w14:paraId="77A6F158" w14:textId="77777777" w:rsidTr="00D251EC">
        <w:trPr>
          <w:jc w:val="center"/>
        </w:trPr>
        <w:tc>
          <w:tcPr>
            <w:tcW w:w="2606" w:type="dxa"/>
            <w:vAlign w:val="center"/>
          </w:tcPr>
          <w:p w14:paraId="54B48347" w14:textId="77777777" w:rsidR="0057757C" w:rsidRPr="007F65A0" w:rsidRDefault="0057757C" w:rsidP="00D251EC">
            <w:pPr>
              <w:jc w:val="center"/>
              <w:rPr>
                <w:sz w:val="24"/>
                <w:szCs w:val="24"/>
              </w:rPr>
            </w:pPr>
            <w:r w:rsidRPr="007F65A0">
              <w:rPr>
                <w:sz w:val="24"/>
                <w:szCs w:val="24"/>
              </w:rPr>
              <w:t>7</w:t>
            </w:r>
          </w:p>
        </w:tc>
        <w:tc>
          <w:tcPr>
            <w:tcW w:w="2606" w:type="dxa"/>
            <w:vAlign w:val="center"/>
          </w:tcPr>
          <w:p w14:paraId="2C1D25CB" w14:textId="77777777" w:rsidR="0057757C" w:rsidRPr="007F65A0" w:rsidRDefault="0057757C" w:rsidP="00D251EC">
            <w:pPr>
              <w:rPr>
                <w:sz w:val="24"/>
                <w:szCs w:val="24"/>
              </w:rPr>
            </w:pPr>
            <w:r w:rsidRPr="007F65A0">
              <w:rPr>
                <w:sz w:val="24"/>
                <w:szCs w:val="24"/>
              </w:rPr>
              <w:t>Számfogalma 6-os számkörben biztos.</w:t>
            </w:r>
          </w:p>
        </w:tc>
        <w:tc>
          <w:tcPr>
            <w:tcW w:w="2606" w:type="dxa"/>
            <w:vAlign w:val="center"/>
          </w:tcPr>
          <w:p w14:paraId="753F9EE8" w14:textId="77777777" w:rsidR="0057757C" w:rsidRPr="007F65A0" w:rsidRDefault="0057757C" w:rsidP="00D251EC">
            <w:pPr>
              <w:jc w:val="center"/>
              <w:rPr>
                <w:sz w:val="24"/>
                <w:szCs w:val="24"/>
              </w:rPr>
            </w:pPr>
          </w:p>
        </w:tc>
        <w:tc>
          <w:tcPr>
            <w:tcW w:w="2606" w:type="dxa"/>
            <w:vAlign w:val="center"/>
          </w:tcPr>
          <w:p w14:paraId="24C01308" w14:textId="77777777" w:rsidR="0057757C" w:rsidRPr="007F65A0" w:rsidRDefault="0057757C" w:rsidP="00D251EC">
            <w:pPr>
              <w:rPr>
                <w:sz w:val="24"/>
                <w:szCs w:val="24"/>
              </w:rPr>
            </w:pPr>
          </w:p>
        </w:tc>
      </w:tr>
      <w:tr w:rsidR="0057757C" w:rsidRPr="007F65A0" w14:paraId="628E243A" w14:textId="77777777" w:rsidTr="00D251EC">
        <w:trPr>
          <w:jc w:val="center"/>
        </w:trPr>
        <w:tc>
          <w:tcPr>
            <w:tcW w:w="2606" w:type="dxa"/>
            <w:vAlign w:val="center"/>
          </w:tcPr>
          <w:p w14:paraId="5A85BC32" w14:textId="77777777" w:rsidR="0057757C" w:rsidRPr="007F65A0" w:rsidRDefault="0057757C" w:rsidP="00D251EC">
            <w:pPr>
              <w:jc w:val="center"/>
              <w:rPr>
                <w:sz w:val="24"/>
                <w:szCs w:val="24"/>
              </w:rPr>
            </w:pPr>
            <w:r w:rsidRPr="007F65A0">
              <w:rPr>
                <w:sz w:val="24"/>
                <w:szCs w:val="24"/>
              </w:rPr>
              <w:t>8</w:t>
            </w:r>
          </w:p>
        </w:tc>
        <w:tc>
          <w:tcPr>
            <w:tcW w:w="2606" w:type="dxa"/>
            <w:vAlign w:val="center"/>
          </w:tcPr>
          <w:p w14:paraId="5791B47C" w14:textId="77777777" w:rsidR="0057757C" w:rsidRPr="007F65A0" w:rsidRDefault="0057757C" w:rsidP="00D251EC">
            <w:pPr>
              <w:rPr>
                <w:sz w:val="24"/>
                <w:szCs w:val="24"/>
              </w:rPr>
            </w:pPr>
            <w:r w:rsidRPr="007F65A0">
              <w:rPr>
                <w:sz w:val="24"/>
                <w:szCs w:val="24"/>
              </w:rPr>
              <w:t>Egyszerű ítéleteket alkot.</w:t>
            </w:r>
          </w:p>
        </w:tc>
        <w:tc>
          <w:tcPr>
            <w:tcW w:w="2606" w:type="dxa"/>
            <w:vAlign w:val="center"/>
          </w:tcPr>
          <w:p w14:paraId="0BC5EF96" w14:textId="77777777" w:rsidR="0057757C" w:rsidRPr="007F65A0" w:rsidRDefault="0057757C" w:rsidP="00D251EC">
            <w:pPr>
              <w:jc w:val="center"/>
              <w:rPr>
                <w:sz w:val="24"/>
                <w:szCs w:val="24"/>
              </w:rPr>
            </w:pPr>
          </w:p>
        </w:tc>
        <w:tc>
          <w:tcPr>
            <w:tcW w:w="2606" w:type="dxa"/>
            <w:vAlign w:val="center"/>
          </w:tcPr>
          <w:p w14:paraId="43850E9B" w14:textId="77777777" w:rsidR="0057757C" w:rsidRPr="007F65A0" w:rsidRDefault="0057757C" w:rsidP="00D251EC">
            <w:pPr>
              <w:rPr>
                <w:sz w:val="24"/>
                <w:szCs w:val="24"/>
              </w:rPr>
            </w:pPr>
          </w:p>
        </w:tc>
      </w:tr>
      <w:tr w:rsidR="0057757C" w:rsidRPr="007F65A0" w14:paraId="79A4B4DF" w14:textId="77777777" w:rsidTr="00D251EC">
        <w:trPr>
          <w:jc w:val="center"/>
        </w:trPr>
        <w:tc>
          <w:tcPr>
            <w:tcW w:w="2606" w:type="dxa"/>
            <w:vAlign w:val="center"/>
          </w:tcPr>
          <w:p w14:paraId="0210AFB3" w14:textId="77777777" w:rsidR="0057757C" w:rsidRPr="007F65A0" w:rsidRDefault="0057757C" w:rsidP="00D251EC">
            <w:pPr>
              <w:jc w:val="center"/>
              <w:rPr>
                <w:sz w:val="24"/>
                <w:szCs w:val="24"/>
              </w:rPr>
            </w:pPr>
            <w:r w:rsidRPr="007F65A0">
              <w:rPr>
                <w:sz w:val="24"/>
                <w:szCs w:val="24"/>
              </w:rPr>
              <w:t>9</w:t>
            </w:r>
          </w:p>
        </w:tc>
        <w:tc>
          <w:tcPr>
            <w:tcW w:w="2606" w:type="dxa"/>
            <w:vAlign w:val="center"/>
          </w:tcPr>
          <w:p w14:paraId="55310559" w14:textId="77777777" w:rsidR="0057757C" w:rsidRPr="007F65A0" w:rsidRDefault="0057757C" w:rsidP="00D251EC">
            <w:pPr>
              <w:rPr>
                <w:sz w:val="24"/>
                <w:szCs w:val="24"/>
              </w:rPr>
            </w:pPr>
            <w:r w:rsidRPr="007F65A0">
              <w:rPr>
                <w:sz w:val="24"/>
                <w:szCs w:val="24"/>
              </w:rPr>
              <w:t>Geometriai alakzatokat, kiterjedéseket felismer, megnevez és létrehoz.</w:t>
            </w:r>
          </w:p>
        </w:tc>
        <w:tc>
          <w:tcPr>
            <w:tcW w:w="2606" w:type="dxa"/>
            <w:vAlign w:val="center"/>
          </w:tcPr>
          <w:p w14:paraId="54A6FE53" w14:textId="77777777" w:rsidR="0057757C" w:rsidRPr="007F65A0" w:rsidRDefault="0057757C" w:rsidP="00D251EC">
            <w:pPr>
              <w:jc w:val="center"/>
              <w:rPr>
                <w:sz w:val="24"/>
                <w:szCs w:val="24"/>
              </w:rPr>
            </w:pPr>
          </w:p>
        </w:tc>
        <w:tc>
          <w:tcPr>
            <w:tcW w:w="2606" w:type="dxa"/>
            <w:vAlign w:val="center"/>
          </w:tcPr>
          <w:p w14:paraId="2577A293" w14:textId="77777777" w:rsidR="0057757C" w:rsidRPr="007F65A0" w:rsidRDefault="0057757C" w:rsidP="00D251EC">
            <w:pPr>
              <w:rPr>
                <w:sz w:val="24"/>
                <w:szCs w:val="24"/>
              </w:rPr>
            </w:pPr>
          </w:p>
        </w:tc>
      </w:tr>
      <w:tr w:rsidR="0057757C" w:rsidRPr="007F65A0" w14:paraId="6FDAEE8E" w14:textId="77777777" w:rsidTr="00D251EC">
        <w:trPr>
          <w:jc w:val="center"/>
        </w:trPr>
        <w:tc>
          <w:tcPr>
            <w:tcW w:w="2606" w:type="dxa"/>
            <w:vAlign w:val="center"/>
          </w:tcPr>
          <w:p w14:paraId="3EBBB630" w14:textId="77777777" w:rsidR="0057757C" w:rsidRPr="007F65A0" w:rsidRDefault="0057757C" w:rsidP="00D251EC">
            <w:pPr>
              <w:jc w:val="center"/>
              <w:rPr>
                <w:sz w:val="24"/>
                <w:szCs w:val="24"/>
              </w:rPr>
            </w:pPr>
            <w:r w:rsidRPr="007F65A0">
              <w:rPr>
                <w:sz w:val="24"/>
                <w:szCs w:val="24"/>
              </w:rPr>
              <w:t>10</w:t>
            </w:r>
          </w:p>
        </w:tc>
        <w:tc>
          <w:tcPr>
            <w:tcW w:w="2606" w:type="dxa"/>
            <w:vAlign w:val="center"/>
          </w:tcPr>
          <w:p w14:paraId="42492DEC" w14:textId="77777777" w:rsidR="0057757C" w:rsidRPr="007F65A0" w:rsidRDefault="0057757C" w:rsidP="00D251EC">
            <w:pPr>
              <w:rPr>
                <w:sz w:val="24"/>
                <w:szCs w:val="24"/>
              </w:rPr>
            </w:pPr>
            <w:r w:rsidRPr="007F65A0">
              <w:rPr>
                <w:sz w:val="24"/>
                <w:szCs w:val="24"/>
              </w:rPr>
              <w:t xml:space="preserve">Egyszerű méréseket végez becsléssel, </w:t>
            </w:r>
            <w:r w:rsidRPr="007F65A0">
              <w:rPr>
                <w:sz w:val="24"/>
                <w:szCs w:val="24"/>
              </w:rPr>
              <w:lastRenderedPageBreak/>
              <w:t>összeméréssel vagy adott egységgel.</w:t>
            </w:r>
          </w:p>
        </w:tc>
        <w:tc>
          <w:tcPr>
            <w:tcW w:w="2606" w:type="dxa"/>
            <w:vAlign w:val="center"/>
          </w:tcPr>
          <w:p w14:paraId="0C739273" w14:textId="77777777" w:rsidR="0057757C" w:rsidRPr="007F65A0" w:rsidRDefault="0057757C" w:rsidP="00D251EC">
            <w:pPr>
              <w:jc w:val="center"/>
              <w:rPr>
                <w:sz w:val="24"/>
                <w:szCs w:val="24"/>
              </w:rPr>
            </w:pPr>
          </w:p>
        </w:tc>
        <w:tc>
          <w:tcPr>
            <w:tcW w:w="2606" w:type="dxa"/>
            <w:vAlign w:val="center"/>
          </w:tcPr>
          <w:p w14:paraId="48C605D7" w14:textId="77777777" w:rsidR="0057757C" w:rsidRPr="007F65A0" w:rsidRDefault="0057757C" w:rsidP="00D251EC">
            <w:pPr>
              <w:rPr>
                <w:sz w:val="24"/>
                <w:szCs w:val="24"/>
              </w:rPr>
            </w:pPr>
          </w:p>
        </w:tc>
      </w:tr>
      <w:tr w:rsidR="0057757C" w:rsidRPr="007F65A0" w14:paraId="355C99D2" w14:textId="77777777" w:rsidTr="00D251EC">
        <w:trPr>
          <w:jc w:val="center"/>
        </w:trPr>
        <w:tc>
          <w:tcPr>
            <w:tcW w:w="2606" w:type="dxa"/>
            <w:vAlign w:val="center"/>
          </w:tcPr>
          <w:p w14:paraId="3CFEBB8A" w14:textId="77777777" w:rsidR="0057757C" w:rsidRPr="007F65A0" w:rsidRDefault="0057757C" w:rsidP="00D251EC">
            <w:pPr>
              <w:jc w:val="center"/>
              <w:rPr>
                <w:sz w:val="24"/>
                <w:szCs w:val="24"/>
              </w:rPr>
            </w:pPr>
            <w:r w:rsidRPr="007F65A0">
              <w:rPr>
                <w:sz w:val="24"/>
                <w:szCs w:val="24"/>
              </w:rPr>
              <w:t>11</w:t>
            </w:r>
          </w:p>
        </w:tc>
        <w:tc>
          <w:tcPr>
            <w:tcW w:w="2606" w:type="dxa"/>
            <w:vAlign w:val="center"/>
          </w:tcPr>
          <w:p w14:paraId="136D8403" w14:textId="77777777" w:rsidR="0057757C" w:rsidRPr="007F65A0" w:rsidRDefault="0057757C" w:rsidP="00D251EC">
            <w:pPr>
              <w:rPr>
                <w:sz w:val="24"/>
                <w:szCs w:val="24"/>
              </w:rPr>
            </w:pPr>
            <w:r w:rsidRPr="007F65A0">
              <w:rPr>
                <w:sz w:val="24"/>
                <w:szCs w:val="24"/>
              </w:rPr>
              <w:t>Ritmikus sorokat alkot és folytat.</w:t>
            </w:r>
          </w:p>
        </w:tc>
        <w:tc>
          <w:tcPr>
            <w:tcW w:w="2606" w:type="dxa"/>
            <w:vAlign w:val="center"/>
          </w:tcPr>
          <w:p w14:paraId="6B6E29A0" w14:textId="77777777" w:rsidR="0057757C" w:rsidRPr="007F65A0" w:rsidRDefault="0057757C" w:rsidP="00D251EC">
            <w:pPr>
              <w:jc w:val="center"/>
              <w:rPr>
                <w:sz w:val="24"/>
                <w:szCs w:val="24"/>
              </w:rPr>
            </w:pPr>
          </w:p>
        </w:tc>
        <w:tc>
          <w:tcPr>
            <w:tcW w:w="2606" w:type="dxa"/>
            <w:vAlign w:val="center"/>
          </w:tcPr>
          <w:p w14:paraId="7C3FC45A" w14:textId="77777777" w:rsidR="0057757C" w:rsidRPr="007F65A0" w:rsidRDefault="0057757C" w:rsidP="00D251EC">
            <w:pPr>
              <w:rPr>
                <w:sz w:val="24"/>
                <w:szCs w:val="24"/>
              </w:rPr>
            </w:pPr>
          </w:p>
        </w:tc>
      </w:tr>
      <w:tr w:rsidR="0057757C" w:rsidRPr="007F65A0" w14:paraId="6403D9FD" w14:textId="77777777" w:rsidTr="00D251EC">
        <w:trPr>
          <w:jc w:val="center"/>
        </w:trPr>
        <w:tc>
          <w:tcPr>
            <w:tcW w:w="2606" w:type="dxa"/>
            <w:vAlign w:val="center"/>
          </w:tcPr>
          <w:p w14:paraId="3C85E122" w14:textId="77777777" w:rsidR="0057757C" w:rsidRPr="007F65A0" w:rsidRDefault="0057757C" w:rsidP="00D251EC">
            <w:pPr>
              <w:jc w:val="center"/>
              <w:rPr>
                <w:sz w:val="24"/>
                <w:szCs w:val="24"/>
              </w:rPr>
            </w:pPr>
            <w:r w:rsidRPr="007F65A0">
              <w:rPr>
                <w:sz w:val="24"/>
                <w:szCs w:val="24"/>
              </w:rPr>
              <w:t>12</w:t>
            </w:r>
          </w:p>
        </w:tc>
        <w:tc>
          <w:tcPr>
            <w:tcW w:w="2606" w:type="dxa"/>
            <w:vAlign w:val="center"/>
          </w:tcPr>
          <w:p w14:paraId="771AB901" w14:textId="77777777" w:rsidR="0057757C" w:rsidRPr="007F65A0" w:rsidRDefault="0057757C" w:rsidP="00D251EC">
            <w:pPr>
              <w:rPr>
                <w:sz w:val="24"/>
                <w:szCs w:val="24"/>
              </w:rPr>
            </w:pPr>
            <w:r w:rsidRPr="007F65A0">
              <w:rPr>
                <w:sz w:val="24"/>
                <w:szCs w:val="24"/>
              </w:rPr>
              <w:t>Egyszerű matematikai helyzeteket, szimmetriát felismer vagy létrehoz.</w:t>
            </w:r>
          </w:p>
        </w:tc>
        <w:tc>
          <w:tcPr>
            <w:tcW w:w="2606" w:type="dxa"/>
            <w:vAlign w:val="center"/>
          </w:tcPr>
          <w:p w14:paraId="57384B88" w14:textId="77777777" w:rsidR="0057757C" w:rsidRPr="007F65A0" w:rsidRDefault="0057757C" w:rsidP="00D251EC">
            <w:pPr>
              <w:jc w:val="center"/>
              <w:rPr>
                <w:sz w:val="24"/>
                <w:szCs w:val="24"/>
              </w:rPr>
            </w:pPr>
          </w:p>
        </w:tc>
        <w:tc>
          <w:tcPr>
            <w:tcW w:w="2606" w:type="dxa"/>
            <w:vAlign w:val="center"/>
          </w:tcPr>
          <w:p w14:paraId="25B6771A" w14:textId="77777777" w:rsidR="0057757C" w:rsidRPr="007F65A0" w:rsidRDefault="0057757C" w:rsidP="00D251EC">
            <w:pPr>
              <w:rPr>
                <w:sz w:val="24"/>
                <w:szCs w:val="24"/>
              </w:rPr>
            </w:pPr>
          </w:p>
        </w:tc>
      </w:tr>
      <w:tr w:rsidR="0057757C" w:rsidRPr="007F65A0" w14:paraId="26BE1A36" w14:textId="77777777" w:rsidTr="00D251EC">
        <w:trPr>
          <w:jc w:val="center"/>
        </w:trPr>
        <w:tc>
          <w:tcPr>
            <w:tcW w:w="2606" w:type="dxa"/>
            <w:vAlign w:val="center"/>
          </w:tcPr>
          <w:p w14:paraId="02CEABEF" w14:textId="77777777" w:rsidR="0057757C" w:rsidRPr="007F65A0" w:rsidRDefault="0057757C" w:rsidP="00D251EC">
            <w:pPr>
              <w:rPr>
                <w:sz w:val="24"/>
                <w:szCs w:val="24"/>
              </w:rPr>
            </w:pPr>
          </w:p>
        </w:tc>
        <w:tc>
          <w:tcPr>
            <w:tcW w:w="2606" w:type="dxa"/>
            <w:shd w:val="clear" w:color="auto" w:fill="EEF5FB"/>
            <w:vAlign w:val="center"/>
          </w:tcPr>
          <w:p w14:paraId="4DA6AE50" w14:textId="77777777" w:rsidR="0057757C" w:rsidRPr="007F65A0" w:rsidRDefault="0057757C" w:rsidP="00D251EC">
            <w:pPr>
              <w:rPr>
                <w:sz w:val="24"/>
                <w:szCs w:val="24"/>
              </w:rPr>
            </w:pPr>
            <w:r w:rsidRPr="007F65A0">
              <w:rPr>
                <w:b/>
                <w:sz w:val="24"/>
                <w:szCs w:val="24"/>
              </w:rPr>
              <w:t>Területi összesítés – maximum 24 pont</w:t>
            </w:r>
          </w:p>
        </w:tc>
        <w:tc>
          <w:tcPr>
            <w:tcW w:w="2606" w:type="dxa"/>
            <w:shd w:val="clear" w:color="auto" w:fill="EEF5FB"/>
            <w:vAlign w:val="center"/>
          </w:tcPr>
          <w:p w14:paraId="0E7A1FA4" w14:textId="77777777" w:rsidR="0057757C" w:rsidRPr="007F65A0" w:rsidRDefault="0057757C" w:rsidP="00D251EC">
            <w:pPr>
              <w:rPr>
                <w:sz w:val="24"/>
                <w:szCs w:val="24"/>
              </w:rPr>
            </w:pPr>
            <w:r w:rsidRPr="007F65A0">
              <w:rPr>
                <w:b/>
                <w:sz w:val="24"/>
                <w:szCs w:val="24"/>
              </w:rPr>
              <w:t>____ / 24</w:t>
            </w:r>
          </w:p>
        </w:tc>
        <w:tc>
          <w:tcPr>
            <w:tcW w:w="2606" w:type="dxa"/>
            <w:shd w:val="clear" w:color="auto" w:fill="EEF5FB"/>
            <w:vAlign w:val="center"/>
          </w:tcPr>
          <w:p w14:paraId="7E1C8242" w14:textId="77777777" w:rsidR="0057757C" w:rsidRPr="007F65A0" w:rsidRDefault="0057757C" w:rsidP="00D251EC">
            <w:pPr>
              <w:rPr>
                <w:sz w:val="24"/>
                <w:szCs w:val="24"/>
              </w:rPr>
            </w:pPr>
            <w:r w:rsidRPr="007F65A0">
              <w:rPr>
                <w:b/>
                <w:sz w:val="24"/>
                <w:szCs w:val="24"/>
              </w:rPr>
              <w:t>______ %</w:t>
            </w:r>
          </w:p>
        </w:tc>
      </w:tr>
    </w:tbl>
    <w:p w14:paraId="66004363" w14:textId="77777777" w:rsidR="0057757C" w:rsidRPr="007F65A0" w:rsidRDefault="0057757C" w:rsidP="0057757C">
      <w:pPr>
        <w:rPr>
          <w:sz w:val="24"/>
          <w:szCs w:val="24"/>
        </w:rPr>
      </w:pPr>
    </w:p>
    <w:p w14:paraId="33260887" w14:textId="77777777" w:rsidR="0057757C" w:rsidRPr="007F65A0" w:rsidRDefault="0057757C" w:rsidP="0057757C">
      <w:pPr>
        <w:pStyle w:val="Cmsor2"/>
        <w:rPr>
          <w:rFonts w:ascii="Times New Roman" w:hAnsi="Times New Roman" w:cs="Times New Roman"/>
          <w:sz w:val="24"/>
          <w:szCs w:val="24"/>
        </w:rPr>
      </w:pPr>
      <w:r w:rsidRPr="007F65A0">
        <w:rPr>
          <w:rFonts w:ascii="Times New Roman" w:hAnsi="Times New Roman" w:cs="Times New Roman"/>
          <w:sz w:val="24"/>
          <w:szCs w:val="24"/>
        </w:rPr>
        <w:t>K. Műveltségtartalmak: mese, vers, zene, ábrázolás</w:t>
      </w:r>
    </w:p>
    <w:tbl>
      <w:tblPr>
        <w:tblStyle w:val="Rcsostblzat"/>
        <w:tblW w:w="0" w:type="auto"/>
        <w:jc w:val="center"/>
        <w:tblLook w:val="04A0" w:firstRow="1" w:lastRow="0" w:firstColumn="1" w:lastColumn="0" w:noHBand="0" w:noVBand="1"/>
      </w:tblPr>
      <w:tblGrid>
        <w:gridCol w:w="2604"/>
        <w:gridCol w:w="2605"/>
        <w:gridCol w:w="2603"/>
        <w:gridCol w:w="2604"/>
      </w:tblGrid>
      <w:tr w:rsidR="0057757C" w:rsidRPr="007F65A0" w14:paraId="13C38C91" w14:textId="77777777" w:rsidTr="00D251EC">
        <w:trPr>
          <w:tblHeader/>
          <w:jc w:val="center"/>
        </w:trPr>
        <w:tc>
          <w:tcPr>
            <w:tcW w:w="2606" w:type="dxa"/>
            <w:shd w:val="clear" w:color="auto" w:fill="D9EAF7"/>
            <w:vAlign w:val="center"/>
          </w:tcPr>
          <w:p w14:paraId="5521FB88" w14:textId="77777777" w:rsidR="0057757C" w:rsidRPr="007F65A0" w:rsidRDefault="0057757C" w:rsidP="00D251EC">
            <w:pPr>
              <w:jc w:val="center"/>
              <w:rPr>
                <w:sz w:val="24"/>
                <w:szCs w:val="24"/>
              </w:rPr>
            </w:pPr>
            <w:r w:rsidRPr="007F65A0">
              <w:rPr>
                <w:b/>
                <w:sz w:val="24"/>
                <w:szCs w:val="24"/>
              </w:rPr>
              <w:t>Ssz.</w:t>
            </w:r>
          </w:p>
        </w:tc>
        <w:tc>
          <w:tcPr>
            <w:tcW w:w="2606" w:type="dxa"/>
            <w:shd w:val="clear" w:color="auto" w:fill="D9EAF7"/>
            <w:vAlign w:val="center"/>
          </w:tcPr>
          <w:p w14:paraId="13BB7E1B" w14:textId="77777777" w:rsidR="0057757C" w:rsidRPr="007F65A0" w:rsidRDefault="0057757C" w:rsidP="00D251EC">
            <w:pPr>
              <w:jc w:val="center"/>
              <w:rPr>
                <w:sz w:val="24"/>
                <w:szCs w:val="24"/>
              </w:rPr>
            </w:pPr>
            <w:r w:rsidRPr="007F65A0">
              <w:rPr>
                <w:b/>
                <w:sz w:val="24"/>
                <w:szCs w:val="24"/>
              </w:rPr>
              <w:t>Megfigyelhető kimeneti jellemző</w:t>
            </w:r>
          </w:p>
        </w:tc>
        <w:tc>
          <w:tcPr>
            <w:tcW w:w="2606" w:type="dxa"/>
            <w:shd w:val="clear" w:color="auto" w:fill="D9EAF7"/>
            <w:vAlign w:val="center"/>
          </w:tcPr>
          <w:p w14:paraId="1AE1824A" w14:textId="77777777" w:rsidR="0057757C" w:rsidRPr="007F65A0" w:rsidRDefault="0057757C" w:rsidP="00D251EC">
            <w:pPr>
              <w:jc w:val="center"/>
              <w:rPr>
                <w:sz w:val="24"/>
                <w:szCs w:val="24"/>
              </w:rPr>
            </w:pPr>
            <w:r w:rsidRPr="007F65A0">
              <w:rPr>
                <w:b/>
                <w:sz w:val="24"/>
                <w:szCs w:val="24"/>
              </w:rPr>
              <w:t>Pont</w:t>
            </w:r>
            <w:r w:rsidRPr="007F65A0">
              <w:rPr>
                <w:b/>
                <w:sz w:val="24"/>
                <w:szCs w:val="24"/>
              </w:rPr>
              <w:br/>
              <w:t>0–2</w:t>
            </w:r>
          </w:p>
        </w:tc>
        <w:tc>
          <w:tcPr>
            <w:tcW w:w="2606" w:type="dxa"/>
            <w:shd w:val="clear" w:color="auto" w:fill="D9EAF7"/>
            <w:vAlign w:val="center"/>
          </w:tcPr>
          <w:p w14:paraId="5850185D" w14:textId="77777777" w:rsidR="0057757C" w:rsidRPr="007F65A0" w:rsidRDefault="0057757C" w:rsidP="00D251EC">
            <w:pPr>
              <w:jc w:val="center"/>
              <w:rPr>
                <w:sz w:val="24"/>
                <w:szCs w:val="24"/>
              </w:rPr>
            </w:pPr>
            <w:r w:rsidRPr="007F65A0">
              <w:rPr>
                <w:b/>
                <w:sz w:val="24"/>
                <w:szCs w:val="24"/>
              </w:rPr>
              <w:t>Megjegyzés</w:t>
            </w:r>
          </w:p>
        </w:tc>
      </w:tr>
      <w:tr w:rsidR="0057757C" w:rsidRPr="007F65A0" w14:paraId="41A45E36" w14:textId="77777777" w:rsidTr="00D251EC">
        <w:trPr>
          <w:jc w:val="center"/>
        </w:trPr>
        <w:tc>
          <w:tcPr>
            <w:tcW w:w="2606" w:type="dxa"/>
            <w:vAlign w:val="center"/>
          </w:tcPr>
          <w:p w14:paraId="4FF455EA" w14:textId="77777777" w:rsidR="0057757C" w:rsidRPr="007F65A0" w:rsidRDefault="0057757C" w:rsidP="00D251EC">
            <w:pPr>
              <w:jc w:val="center"/>
              <w:rPr>
                <w:sz w:val="24"/>
                <w:szCs w:val="24"/>
              </w:rPr>
            </w:pPr>
            <w:r w:rsidRPr="007F65A0">
              <w:rPr>
                <w:sz w:val="24"/>
                <w:szCs w:val="24"/>
              </w:rPr>
              <w:t>1</w:t>
            </w:r>
          </w:p>
        </w:tc>
        <w:tc>
          <w:tcPr>
            <w:tcW w:w="2606" w:type="dxa"/>
            <w:vAlign w:val="center"/>
          </w:tcPr>
          <w:p w14:paraId="6B90D789" w14:textId="77777777" w:rsidR="0057757C" w:rsidRPr="007F65A0" w:rsidRDefault="0057757C" w:rsidP="00D251EC">
            <w:pPr>
              <w:rPr>
                <w:sz w:val="24"/>
                <w:szCs w:val="24"/>
              </w:rPr>
            </w:pPr>
            <w:r w:rsidRPr="007F65A0">
              <w:rPr>
                <w:sz w:val="24"/>
                <w:szCs w:val="24"/>
              </w:rPr>
              <w:t>Szívesen hallgat mesét és verset, a történetet megérti.</w:t>
            </w:r>
          </w:p>
        </w:tc>
        <w:tc>
          <w:tcPr>
            <w:tcW w:w="2606" w:type="dxa"/>
            <w:vAlign w:val="center"/>
          </w:tcPr>
          <w:p w14:paraId="2EA98155" w14:textId="77777777" w:rsidR="0057757C" w:rsidRPr="007F65A0" w:rsidRDefault="0057757C" w:rsidP="00D251EC">
            <w:pPr>
              <w:jc w:val="center"/>
              <w:rPr>
                <w:sz w:val="24"/>
                <w:szCs w:val="24"/>
              </w:rPr>
            </w:pPr>
          </w:p>
        </w:tc>
        <w:tc>
          <w:tcPr>
            <w:tcW w:w="2606" w:type="dxa"/>
            <w:vAlign w:val="center"/>
          </w:tcPr>
          <w:p w14:paraId="37D35659" w14:textId="77777777" w:rsidR="0057757C" w:rsidRPr="007F65A0" w:rsidRDefault="0057757C" w:rsidP="00D251EC">
            <w:pPr>
              <w:rPr>
                <w:sz w:val="24"/>
                <w:szCs w:val="24"/>
              </w:rPr>
            </w:pPr>
          </w:p>
        </w:tc>
      </w:tr>
      <w:tr w:rsidR="0057757C" w:rsidRPr="007F65A0" w14:paraId="345098AB" w14:textId="77777777" w:rsidTr="00D251EC">
        <w:trPr>
          <w:jc w:val="center"/>
        </w:trPr>
        <w:tc>
          <w:tcPr>
            <w:tcW w:w="2606" w:type="dxa"/>
            <w:vAlign w:val="center"/>
          </w:tcPr>
          <w:p w14:paraId="59BF1B34" w14:textId="77777777" w:rsidR="0057757C" w:rsidRPr="007F65A0" w:rsidRDefault="0057757C" w:rsidP="00D251EC">
            <w:pPr>
              <w:jc w:val="center"/>
              <w:rPr>
                <w:sz w:val="24"/>
                <w:szCs w:val="24"/>
              </w:rPr>
            </w:pPr>
            <w:r w:rsidRPr="007F65A0">
              <w:rPr>
                <w:sz w:val="24"/>
                <w:szCs w:val="24"/>
              </w:rPr>
              <w:t>2</w:t>
            </w:r>
          </w:p>
        </w:tc>
        <w:tc>
          <w:tcPr>
            <w:tcW w:w="2606" w:type="dxa"/>
            <w:vAlign w:val="center"/>
          </w:tcPr>
          <w:p w14:paraId="13836EB6" w14:textId="77777777" w:rsidR="0057757C" w:rsidRPr="007F65A0" w:rsidRDefault="0057757C" w:rsidP="00D251EC">
            <w:pPr>
              <w:rPr>
                <w:sz w:val="24"/>
                <w:szCs w:val="24"/>
              </w:rPr>
            </w:pPr>
            <w:r w:rsidRPr="007F65A0">
              <w:rPr>
                <w:sz w:val="24"/>
                <w:szCs w:val="24"/>
              </w:rPr>
              <w:t>Néhány mese tartalmát önállóan el tudja mondani.</w:t>
            </w:r>
          </w:p>
        </w:tc>
        <w:tc>
          <w:tcPr>
            <w:tcW w:w="2606" w:type="dxa"/>
            <w:vAlign w:val="center"/>
          </w:tcPr>
          <w:p w14:paraId="343B0745" w14:textId="77777777" w:rsidR="0057757C" w:rsidRPr="007F65A0" w:rsidRDefault="0057757C" w:rsidP="00D251EC">
            <w:pPr>
              <w:jc w:val="center"/>
              <w:rPr>
                <w:sz w:val="24"/>
                <w:szCs w:val="24"/>
              </w:rPr>
            </w:pPr>
          </w:p>
        </w:tc>
        <w:tc>
          <w:tcPr>
            <w:tcW w:w="2606" w:type="dxa"/>
            <w:vAlign w:val="center"/>
          </w:tcPr>
          <w:p w14:paraId="5792C306" w14:textId="77777777" w:rsidR="0057757C" w:rsidRPr="007F65A0" w:rsidRDefault="0057757C" w:rsidP="00D251EC">
            <w:pPr>
              <w:rPr>
                <w:sz w:val="24"/>
                <w:szCs w:val="24"/>
              </w:rPr>
            </w:pPr>
          </w:p>
        </w:tc>
      </w:tr>
      <w:tr w:rsidR="0057757C" w:rsidRPr="007F65A0" w14:paraId="1E0F3094" w14:textId="77777777" w:rsidTr="00D251EC">
        <w:trPr>
          <w:jc w:val="center"/>
        </w:trPr>
        <w:tc>
          <w:tcPr>
            <w:tcW w:w="2606" w:type="dxa"/>
            <w:vAlign w:val="center"/>
          </w:tcPr>
          <w:p w14:paraId="12FDA9A5" w14:textId="77777777" w:rsidR="0057757C" w:rsidRPr="007F65A0" w:rsidRDefault="0057757C" w:rsidP="00D251EC">
            <w:pPr>
              <w:jc w:val="center"/>
              <w:rPr>
                <w:sz w:val="24"/>
                <w:szCs w:val="24"/>
              </w:rPr>
            </w:pPr>
            <w:r w:rsidRPr="007F65A0">
              <w:rPr>
                <w:sz w:val="24"/>
                <w:szCs w:val="24"/>
              </w:rPr>
              <w:t>3</w:t>
            </w:r>
          </w:p>
        </w:tc>
        <w:tc>
          <w:tcPr>
            <w:tcW w:w="2606" w:type="dxa"/>
            <w:vAlign w:val="center"/>
          </w:tcPr>
          <w:p w14:paraId="2861EA65" w14:textId="77777777" w:rsidR="0057757C" w:rsidRPr="007F65A0" w:rsidRDefault="0057757C" w:rsidP="00D251EC">
            <w:pPr>
              <w:rPr>
                <w:sz w:val="24"/>
                <w:szCs w:val="24"/>
              </w:rPr>
            </w:pPr>
            <w:r w:rsidRPr="007F65A0">
              <w:rPr>
                <w:sz w:val="24"/>
                <w:szCs w:val="24"/>
              </w:rPr>
              <w:t xml:space="preserve">Társaival mesét eljátszik vagy </w:t>
            </w:r>
            <w:proofErr w:type="spellStart"/>
            <w:r w:rsidRPr="007F65A0">
              <w:rPr>
                <w:sz w:val="24"/>
                <w:szCs w:val="24"/>
              </w:rPr>
              <w:t>elbábozik</w:t>
            </w:r>
            <w:proofErr w:type="spellEnd"/>
            <w:r w:rsidRPr="007F65A0">
              <w:rPr>
                <w:sz w:val="24"/>
                <w:szCs w:val="24"/>
              </w:rPr>
              <w:t>.</w:t>
            </w:r>
          </w:p>
        </w:tc>
        <w:tc>
          <w:tcPr>
            <w:tcW w:w="2606" w:type="dxa"/>
            <w:vAlign w:val="center"/>
          </w:tcPr>
          <w:p w14:paraId="4F69FB28" w14:textId="77777777" w:rsidR="0057757C" w:rsidRPr="007F65A0" w:rsidRDefault="0057757C" w:rsidP="00D251EC">
            <w:pPr>
              <w:jc w:val="center"/>
              <w:rPr>
                <w:sz w:val="24"/>
                <w:szCs w:val="24"/>
              </w:rPr>
            </w:pPr>
          </w:p>
        </w:tc>
        <w:tc>
          <w:tcPr>
            <w:tcW w:w="2606" w:type="dxa"/>
            <w:vAlign w:val="center"/>
          </w:tcPr>
          <w:p w14:paraId="2FD51EE6" w14:textId="77777777" w:rsidR="0057757C" w:rsidRPr="007F65A0" w:rsidRDefault="0057757C" w:rsidP="00D251EC">
            <w:pPr>
              <w:rPr>
                <w:sz w:val="24"/>
                <w:szCs w:val="24"/>
              </w:rPr>
            </w:pPr>
          </w:p>
        </w:tc>
      </w:tr>
      <w:tr w:rsidR="0057757C" w:rsidRPr="007F65A0" w14:paraId="6D6CA105" w14:textId="77777777" w:rsidTr="00D251EC">
        <w:trPr>
          <w:jc w:val="center"/>
        </w:trPr>
        <w:tc>
          <w:tcPr>
            <w:tcW w:w="2606" w:type="dxa"/>
            <w:vAlign w:val="center"/>
          </w:tcPr>
          <w:p w14:paraId="47C75B22" w14:textId="77777777" w:rsidR="0057757C" w:rsidRPr="007F65A0" w:rsidRDefault="0057757C" w:rsidP="00D251EC">
            <w:pPr>
              <w:jc w:val="center"/>
              <w:rPr>
                <w:sz w:val="24"/>
                <w:szCs w:val="24"/>
              </w:rPr>
            </w:pPr>
            <w:r w:rsidRPr="007F65A0">
              <w:rPr>
                <w:sz w:val="24"/>
                <w:szCs w:val="24"/>
              </w:rPr>
              <w:t>4</w:t>
            </w:r>
          </w:p>
        </w:tc>
        <w:tc>
          <w:tcPr>
            <w:tcW w:w="2606" w:type="dxa"/>
            <w:vAlign w:val="center"/>
          </w:tcPr>
          <w:p w14:paraId="45FFF820" w14:textId="77777777" w:rsidR="0057757C" w:rsidRPr="007F65A0" w:rsidRDefault="0057757C" w:rsidP="00D251EC">
            <w:pPr>
              <w:rPr>
                <w:sz w:val="24"/>
                <w:szCs w:val="24"/>
              </w:rPr>
            </w:pPr>
            <w:r w:rsidRPr="007F65A0">
              <w:rPr>
                <w:sz w:val="24"/>
                <w:szCs w:val="24"/>
              </w:rPr>
              <w:t>Az erkölcsi tanulságok lényegét megérti.</w:t>
            </w:r>
          </w:p>
        </w:tc>
        <w:tc>
          <w:tcPr>
            <w:tcW w:w="2606" w:type="dxa"/>
            <w:vAlign w:val="center"/>
          </w:tcPr>
          <w:p w14:paraId="07DEB620" w14:textId="77777777" w:rsidR="0057757C" w:rsidRPr="007F65A0" w:rsidRDefault="0057757C" w:rsidP="00D251EC">
            <w:pPr>
              <w:jc w:val="center"/>
              <w:rPr>
                <w:sz w:val="24"/>
                <w:szCs w:val="24"/>
              </w:rPr>
            </w:pPr>
          </w:p>
        </w:tc>
        <w:tc>
          <w:tcPr>
            <w:tcW w:w="2606" w:type="dxa"/>
            <w:vAlign w:val="center"/>
          </w:tcPr>
          <w:p w14:paraId="05FD9C95" w14:textId="77777777" w:rsidR="0057757C" w:rsidRPr="007F65A0" w:rsidRDefault="0057757C" w:rsidP="00D251EC">
            <w:pPr>
              <w:rPr>
                <w:sz w:val="24"/>
                <w:szCs w:val="24"/>
              </w:rPr>
            </w:pPr>
          </w:p>
        </w:tc>
      </w:tr>
      <w:tr w:rsidR="0057757C" w:rsidRPr="007F65A0" w14:paraId="3F0C4900" w14:textId="77777777" w:rsidTr="00D251EC">
        <w:trPr>
          <w:jc w:val="center"/>
        </w:trPr>
        <w:tc>
          <w:tcPr>
            <w:tcW w:w="2606" w:type="dxa"/>
            <w:vAlign w:val="center"/>
          </w:tcPr>
          <w:p w14:paraId="7B6A330D" w14:textId="77777777" w:rsidR="0057757C" w:rsidRPr="007F65A0" w:rsidRDefault="0057757C" w:rsidP="00D251EC">
            <w:pPr>
              <w:jc w:val="center"/>
              <w:rPr>
                <w:sz w:val="24"/>
                <w:szCs w:val="24"/>
              </w:rPr>
            </w:pPr>
            <w:r w:rsidRPr="007F65A0">
              <w:rPr>
                <w:sz w:val="24"/>
                <w:szCs w:val="24"/>
              </w:rPr>
              <w:t>5</w:t>
            </w:r>
          </w:p>
        </w:tc>
        <w:tc>
          <w:tcPr>
            <w:tcW w:w="2606" w:type="dxa"/>
            <w:vAlign w:val="center"/>
          </w:tcPr>
          <w:p w14:paraId="34356BD7" w14:textId="77777777" w:rsidR="0057757C" w:rsidRPr="007F65A0" w:rsidRDefault="0057757C" w:rsidP="00D251EC">
            <w:pPr>
              <w:rPr>
                <w:sz w:val="24"/>
                <w:szCs w:val="24"/>
              </w:rPr>
            </w:pPr>
            <w:r w:rsidRPr="007F65A0">
              <w:rPr>
                <w:sz w:val="24"/>
                <w:szCs w:val="24"/>
              </w:rPr>
              <w:t>Ismer és elmond ritmikus, illetve hosszabb verseket.</w:t>
            </w:r>
          </w:p>
        </w:tc>
        <w:tc>
          <w:tcPr>
            <w:tcW w:w="2606" w:type="dxa"/>
            <w:vAlign w:val="center"/>
          </w:tcPr>
          <w:p w14:paraId="0076E329" w14:textId="77777777" w:rsidR="0057757C" w:rsidRPr="007F65A0" w:rsidRDefault="0057757C" w:rsidP="00D251EC">
            <w:pPr>
              <w:jc w:val="center"/>
              <w:rPr>
                <w:sz w:val="24"/>
                <w:szCs w:val="24"/>
              </w:rPr>
            </w:pPr>
          </w:p>
        </w:tc>
        <w:tc>
          <w:tcPr>
            <w:tcW w:w="2606" w:type="dxa"/>
            <w:vAlign w:val="center"/>
          </w:tcPr>
          <w:p w14:paraId="6BF55D61" w14:textId="77777777" w:rsidR="0057757C" w:rsidRPr="007F65A0" w:rsidRDefault="0057757C" w:rsidP="00D251EC">
            <w:pPr>
              <w:rPr>
                <w:sz w:val="24"/>
                <w:szCs w:val="24"/>
              </w:rPr>
            </w:pPr>
          </w:p>
        </w:tc>
      </w:tr>
      <w:tr w:rsidR="0057757C" w:rsidRPr="007F65A0" w14:paraId="632ABB99" w14:textId="77777777" w:rsidTr="00D251EC">
        <w:trPr>
          <w:jc w:val="center"/>
        </w:trPr>
        <w:tc>
          <w:tcPr>
            <w:tcW w:w="2606" w:type="dxa"/>
            <w:vAlign w:val="center"/>
          </w:tcPr>
          <w:p w14:paraId="555966A1" w14:textId="77777777" w:rsidR="0057757C" w:rsidRPr="007F65A0" w:rsidRDefault="0057757C" w:rsidP="00D251EC">
            <w:pPr>
              <w:jc w:val="center"/>
              <w:rPr>
                <w:sz w:val="24"/>
                <w:szCs w:val="24"/>
              </w:rPr>
            </w:pPr>
            <w:r w:rsidRPr="007F65A0">
              <w:rPr>
                <w:sz w:val="24"/>
                <w:szCs w:val="24"/>
              </w:rPr>
              <w:t>6</w:t>
            </w:r>
          </w:p>
        </w:tc>
        <w:tc>
          <w:tcPr>
            <w:tcW w:w="2606" w:type="dxa"/>
            <w:vAlign w:val="center"/>
          </w:tcPr>
          <w:p w14:paraId="61C32253" w14:textId="77777777" w:rsidR="0057757C" w:rsidRPr="007F65A0" w:rsidRDefault="0057757C" w:rsidP="00D251EC">
            <w:pPr>
              <w:rPr>
                <w:sz w:val="24"/>
                <w:szCs w:val="24"/>
              </w:rPr>
            </w:pPr>
            <w:r w:rsidRPr="007F65A0">
              <w:rPr>
                <w:sz w:val="24"/>
                <w:szCs w:val="24"/>
              </w:rPr>
              <w:t>Dalokat, dalos játékokat, mondókákat felismer.</w:t>
            </w:r>
          </w:p>
        </w:tc>
        <w:tc>
          <w:tcPr>
            <w:tcW w:w="2606" w:type="dxa"/>
            <w:vAlign w:val="center"/>
          </w:tcPr>
          <w:p w14:paraId="1608C350" w14:textId="77777777" w:rsidR="0057757C" w:rsidRPr="007F65A0" w:rsidRDefault="0057757C" w:rsidP="00D251EC">
            <w:pPr>
              <w:jc w:val="center"/>
              <w:rPr>
                <w:sz w:val="24"/>
                <w:szCs w:val="24"/>
              </w:rPr>
            </w:pPr>
          </w:p>
        </w:tc>
        <w:tc>
          <w:tcPr>
            <w:tcW w:w="2606" w:type="dxa"/>
            <w:vAlign w:val="center"/>
          </w:tcPr>
          <w:p w14:paraId="6939A2E3" w14:textId="77777777" w:rsidR="0057757C" w:rsidRPr="007F65A0" w:rsidRDefault="0057757C" w:rsidP="00D251EC">
            <w:pPr>
              <w:rPr>
                <w:sz w:val="24"/>
                <w:szCs w:val="24"/>
              </w:rPr>
            </w:pPr>
          </w:p>
        </w:tc>
      </w:tr>
      <w:tr w:rsidR="0057757C" w:rsidRPr="007F65A0" w14:paraId="7E1FC6FC" w14:textId="77777777" w:rsidTr="00D251EC">
        <w:trPr>
          <w:jc w:val="center"/>
        </w:trPr>
        <w:tc>
          <w:tcPr>
            <w:tcW w:w="2606" w:type="dxa"/>
            <w:vAlign w:val="center"/>
          </w:tcPr>
          <w:p w14:paraId="796BD450" w14:textId="77777777" w:rsidR="0057757C" w:rsidRPr="007F65A0" w:rsidRDefault="0057757C" w:rsidP="00D251EC">
            <w:pPr>
              <w:jc w:val="center"/>
              <w:rPr>
                <w:sz w:val="24"/>
                <w:szCs w:val="24"/>
              </w:rPr>
            </w:pPr>
            <w:r w:rsidRPr="007F65A0">
              <w:rPr>
                <w:sz w:val="24"/>
                <w:szCs w:val="24"/>
              </w:rPr>
              <w:t>7</w:t>
            </w:r>
          </w:p>
        </w:tc>
        <w:tc>
          <w:tcPr>
            <w:tcW w:w="2606" w:type="dxa"/>
            <w:vAlign w:val="center"/>
          </w:tcPr>
          <w:p w14:paraId="38BD0B4E" w14:textId="77777777" w:rsidR="0057757C" w:rsidRPr="007F65A0" w:rsidRDefault="0057757C" w:rsidP="00D251EC">
            <w:pPr>
              <w:rPr>
                <w:sz w:val="24"/>
                <w:szCs w:val="24"/>
              </w:rPr>
            </w:pPr>
            <w:r w:rsidRPr="007F65A0">
              <w:rPr>
                <w:sz w:val="24"/>
                <w:szCs w:val="24"/>
              </w:rPr>
              <w:t>Érzékeli a halk–hangos, magas–mély különbséget.</w:t>
            </w:r>
          </w:p>
        </w:tc>
        <w:tc>
          <w:tcPr>
            <w:tcW w:w="2606" w:type="dxa"/>
            <w:vAlign w:val="center"/>
          </w:tcPr>
          <w:p w14:paraId="47678E1F" w14:textId="77777777" w:rsidR="0057757C" w:rsidRPr="007F65A0" w:rsidRDefault="0057757C" w:rsidP="00D251EC">
            <w:pPr>
              <w:jc w:val="center"/>
              <w:rPr>
                <w:sz w:val="24"/>
                <w:szCs w:val="24"/>
              </w:rPr>
            </w:pPr>
          </w:p>
        </w:tc>
        <w:tc>
          <w:tcPr>
            <w:tcW w:w="2606" w:type="dxa"/>
            <w:vAlign w:val="center"/>
          </w:tcPr>
          <w:p w14:paraId="6AC40C7B" w14:textId="77777777" w:rsidR="0057757C" w:rsidRPr="007F65A0" w:rsidRDefault="0057757C" w:rsidP="00D251EC">
            <w:pPr>
              <w:rPr>
                <w:sz w:val="24"/>
                <w:szCs w:val="24"/>
              </w:rPr>
            </w:pPr>
          </w:p>
        </w:tc>
      </w:tr>
      <w:tr w:rsidR="0057757C" w:rsidRPr="007F65A0" w14:paraId="54E6866D" w14:textId="77777777" w:rsidTr="00D251EC">
        <w:trPr>
          <w:jc w:val="center"/>
        </w:trPr>
        <w:tc>
          <w:tcPr>
            <w:tcW w:w="2606" w:type="dxa"/>
            <w:vAlign w:val="center"/>
          </w:tcPr>
          <w:p w14:paraId="2421BEDD" w14:textId="77777777" w:rsidR="0057757C" w:rsidRPr="007F65A0" w:rsidRDefault="0057757C" w:rsidP="00D251EC">
            <w:pPr>
              <w:jc w:val="center"/>
              <w:rPr>
                <w:sz w:val="24"/>
                <w:szCs w:val="24"/>
              </w:rPr>
            </w:pPr>
            <w:r w:rsidRPr="007F65A0">
              <w:rPr>
                <w:sz w:val="24"/>
                <w:szCs w:val="24"/>
              </w:rPr>
              <w:t>8</w:t>
            </w:r>
          </w:p>
        </w:tc>
        <w:tc>
          <w:tcPr>
            <w:tcW w:w="2606" w:type="dxa"/>
            <w:vAlign w:val="center"/>
          </w:tcPr>
          <w:p w14:paraId="3DA3EDF1" w14:textId="77777777" w:rsidR="0057757C" w:rsidRPr="007F65A0" w:rsidRDefault="0057757C" w:rsidP="00D251EC">
            <w:pPr>
              <w:rPr>
                <w:sz w:val="24"/>
                <w:szCs w:val="24"/>
              </w:rPr>
            </w:pPr>
            <w:r w:rsidRPr="007F65A0">
              <w:rPr>
                <w:sz w:val="24"/>
                <w:szCs w:val="24"/>
              </w:rPr>
              <w:t>Érzékeli az egyenletes lüktetést és egyszerű ritmust.</w:t>
            </w:r>
          </w:p>
        </w:tc>
        <w:tc>
          <w:tcPr>
            <w:tcW w:w="2606" w:type="dxa"/>
            <w:vAlign w:val="center"/>
          </w:tcPr>
          <w:p w14:paraId="54EBFF3B" w14:textId="77777777" w:rsidR="0057757C" w:rsidRPr="007F65A0" w:rsidRDefault="0057757C" w:rsidP="00D251EC">
            <w:pPr>
              <w:jc w:val="center"/>
              <w:rPr>
                <w:sz w:val="24"/>
                <w:szCs w:val="24"/>
              </w:rPr>
            </w:pPr>
          </w:p>
        </w:tc>
        <w:tc>
          <w:tcPr>
            <w:tcW w:w="2606" w:type="dxa"/>
            <w:vAlign w:val="center"/>
          </w:tcPr>
          <w:p w14:paraId="7CAB5B9D" w14:textId="77777777" w:rsidR="0057757C" w:rsidRPr="007F65A0" w:rsidRDefault="0057757C" w:rsidP="00D251EC">
            <w:pPr>
              <w:rPr>
                <w:sz w:val="24"/>
                <w:szCs w:val="24"/>
              </w:rPr>
            </w:pPr>
          </w:p>
        </w:tc>
      </w:tr>
      <w:tr w:rsidR="0057757C" w:rsidRPr="007F65A0" w14:paraId="3B56B238" w14:textId="77777777" w:rsidTr="00D251EC">
        <w:trPr>
          <w:jc w:val="center"/>
        </w:trPr>
        <w:tc>
          <w:tcPr>
            <w:tcW w:w="2606" w:type="dxa"/>
            <w:vAlign w:val="center"/>
          </w:tcPr>
          <w:p w14:paraId="2ABFEF1F" w14:textId="77777777" w:rsidR="0057757C" w:rsidRPr="007F65A0" w:rsidRDefault="0057757C" w:rsidP="00D251EC">
            <w:pPr>
              <w:jc w:val="center"/>
              <w:rPr>
                <w:sz w:val="24"/>
                <w:szCs w:val="24"/>
              </w:rPr>
            </w:pPr>
            <w:r w:rsidRPr="007F65A0">
              <w:rPr>
                <w:sz w:val="24"/>
                <w:szCs w:val="24"/>
              </w:rPr>
              <w:t>9</w:t>
            </w:r>
          </w:p>
        </w:tc>
        <w:tc>
          <w:tcPr>
            <w:tcW w:w="2606" w:type="dxa"/>
            <w:vAlign w:val="center"/>
          </w:tcPr>
          <w:p w14:paraId="204544D7" w14:textId="77777777" w:rsidR="0057757C" w:rsidRPr="007F65A0" w:rsidRDefault="0057757C" w:rsidP="00D251EC">
            <w:pPr>
              <w:rPr>
                <w:sz w:val="24"/>
                <w:szCs w:val="24"/>
              </w:rPr>
            </w:pPr>
            <w:r w:rsidRPr="007F65A0">
              <w:rPr>
                <w:sz w:val="24"/>
                <w:szCs w:val="24"/>
              </w:rPr>
              <w:t>Ismer és használ egyszerű ritmushangszereket.</w:t>
            </w:r>
          </w:p>
        </w:tc>
        <w:tc>
          <w:tcPr>
            <w:tcW w:w="2606" w:type="dxa"/>
            <w:vAlign w:val="center"/>
          </w:tcPr>
          <w:p w14:paraId="1C6EB803" w14:textId="77777777" w:rsidR="0057757C" w:rsidRPr="007F65A0" w:rsidRDefault="0057757C" w:rsidP="00D251EC">
            <w:pPr>
              <w:jc w:val="center"/>
              <w:rPr>
                <w:sz w:val="24"/>
                <w:szCs w:val="24"/>
              </w:rPr>
            </w:pPr>
          </w:p>
        </w:tc>
        <w:tc>
          <w:tcPr>
            <w:tcW w:w="2606" w:type="dxa"/>
            <w:vAlign w:val="center"/>
          </w:tcPr>
          <w:p w14:paraId="5E95FEA4" w14:textId="77777777" w:rsidR="0057757C" w:rsidRPr="007F65A0" w:rsidRDefault="0057757C" w:rsidP="00D251EC">
            <w:pPr>
              <w:rPr>
                <w:sz w:val="24"/>
                <w:szCs w:val="24"/>
              </w:rPr>
            </w:pPr>
          </w:p>
        </w:tc>
      </w:tr>
      <w:tr w:rsidR="0057757C" w:rsidRPr="007F65A0" w14:paraId="0FB874A3" w14:textId="77777777" w:rsidTr="00D251EC">
        <w:trPr>
          <w:jc w:val="center"/>
        </w:trPr>
        <w:tc>
          <w:tcPr>
            <w:tcW w:w="2606" w:type="dxa"/>
            <w:vAlign w:val="center"/>
          </w:tcPr>
          <w:p w14:paraId="07FFE39E" w14:textId="77777777" w:rsidR="0057757C" w:rsidRPr="007F65A0" w:rsidRDefault="0057757C" w:rsidP="00D251EC">
            <w:pPr>
              <w:jc w:val="center"/>
              <w:rPr>
                <w:sz w:val="24"/>
                <w:szCs w:val="24"/>
              </w:rPr>
            </w:pPr>
            <w:r w:rsidRPr="007F65A0">
              <w:rPr>
                <w:sz w:val="24"/>
                <w:szCs w:val="24"/>
              </w:rPr>
              <w:t>10</w:t>
            </w:r>
          </w:p>
        </w:tc>
        <w:tc>
          <w:tcPr>
            <w:tcW w:w="2606" w:type="dxa"/>
            <w:vAlign w:val="center"/>
          </w:tcPr>
          <w:p w14:paraId="7ECBCCA2" w14:textId="77777777" w:rsidR="0057757C" w:rsidRPr="007F65A0" w:rsidRDefault="0057757C" w:rsidP="00D251EC">
            <w:pPr>
              <w:rPr>
                <w:sz w:val="24"/>
                <w:szCs w:val="24"/>
              </w:rPr>
            </w:pPr>
            <w:r w:rsidRPr="007F65A0">
              <w:rPr>
                <w:sz w:val="24"/>
                <w:szCs w:val="24"/>
              </w:rPr>
              <w:t>Szívesen ábrázol; rajzeszközeit megfelelően fogja és használja.</w:t>
            </w:r>
          </w:p>
        </w:tc>
        <w:tc>
          <w:tcPr>
            <w:tcW w:w="2606" w:type="dxa"/>
            <w:vAlign w:val="center"/>
          </w:tcPr>
          <w:p w14:paraId="6B765172" w14:textId="77777777" w:rsidR="0057757C" w:rsidRPr="007F65A0" w:rsidRDefault="0057757C" w:rsidP="00D251EC">
            <w:pPr>
              <w:jc w:val="center"/>
              <w:rPr>
                <w:sz w:val="24"/>
                <w:szCs w:val="24"/>
              </w:rPr>
            </w:pPr>
          </w:p>
        </w:tc>
        <w:tc>
          <w:tcPr>
            <w:tcW w:w="2606" w:type="dxa"/>
            <w:vAlign w:val="center"/>
          </w:tcPr>
          <w:p w14:paraId="351F6026" w14:textId="77777777" w:rsidR="0057757C" w:rsidRPr="007F65A0" w:rsidRDefault="0057757C" w:rsidP="00D251EC">
            <w:pPr>
              <w:rPr>
                <w:sz w:val="24"/>
                <w:szCs w:val="24"/>
              </w:rPr>
            </w:pPr>
          </w:p>
        </w:tc>
      </w:tr>
      <w:tr w:rsidR="0057757C" w:rsidRPr="007F65A0" w14:paraId="593A2588" w14:textId="77777777" w:rsidTr="00D251EC">
        <w:trPr>
          <w:jc w:val="center"/>
        </w:trPr>
        <w:tc>
          <w:tcPr>
            <w:tcW w:w="2606" w:type="dxa"/>
            <w:vAlign w:val="center"/>
          </w:tcPr>
          <w:p w14:paraId="325F5B18" w14:textId="77777777" w:rsidR="0057757C" w:rsidRPr="007F65A0" w:rsidRDefault="0057757C" w:rsidP="00D251EC">
            <w:pPr>
              <w:jc w:val="center"/>
              <w:rPr>
                <w:sz w:val="24"/>
                <w:szCs w:val="24"/>
              </w:rPr>
            </w:pPr>
            <w:r w:rsidRPr="007F65A0">
              <w:rPr>
                <w:sz w:val="24"/>
                <w:szCs w:val="24"/>
              </w:rPr>
              <w:t>11</w:t>
            </w:r>
          </w:p>
        </w:tc>
        <w:tc>
          <w:tcPr>
            <w:tcW w:w="2606" w:type="dxa"/>
            <w:vAlign w:val="center"/>
          </w:tcPr>
          <w:p w14:paraId="0F36854F" w14:textId="77777777" w:rsidR="0057757C" w:rsidRPr="007F65A0" w:rsidRDefault="0057757C" w:rsidP="00D251EC">
            <w:pPr>
              <w:rPr>
                <w:sz w:val="24"/>
                <w:szCs w:val="24"/>
              </w:rPr>
            </w:pPr>
            <w:r w:rsidRPr="007F65A0">
              <w:rPr>
                <w:sz w:val="24"/>
                <w:szCs w:val="24"/>
              </w:rPr>
              <w:t>Fest, rajzol, színez; alapvető mintázási technikákat ismer.</w:t>
            </w:r>
          </w:p>
        </w:tc>
        <w:tc>
          <w:tcPr>
            <w:tcW w:w="2606" w:type="dxa"/>
            <w:vAlign w:val="center"/>
          </w:tcPr>
          <w:p w14:paraId="39A4D628" w14:textId="77777777" w:rsidR="0057757C" w:rsidRPr="007F65A0" w:rsidRDefault="0057757C" w:rsidP="00D251EC">
            <w:pPr>
              <w:jc w:val="center"/>
              <w:rPr>
                <w:sz w:val="24"/>
                <w:szCs w:val="24"/>
              </w:rPr>
            </w:pPr>
          </w:p>
        </w:tc>
        <w:tc>
          <w:tcPr>
            <w:tcW w:w="2606" w:type="dxa"/>
            <w:vAlign w:val="center"/>
          </w:tcPr>
          <w:p w14:paraId="03B887B0" w14:textId="77777777" w:rsidR="0057757C" w:rsidRPr="007F65A0" w:rsidRDefault="0057757C" w:rsidP="00D251EC">
            <w:pPr>
              <w:rPr>
                <w:sz w:val="24"/>
                <w:szCs w:val="24"/>
              </w:rPr>
            </w:pPr>
          </w:p>
        </w:tc>
      </w:tr>
      <w:tr w:rsidR="0057757C" w:rsidRPr="007F65A0" w14:paraId="1A81A91F" w14:textId="77777777" w:rsidTr="00D251EC">
        <w:trPr>
          <w:jc w:val="center"/>
        </w:trPr>
        <w:tc>
          <w:tcPr>
            <w:tcW w:w="2606" w:type="dxa"/>
            <w:vAlign w:val="center"/>
          </w:tcPr>
          <w:p w14:paraId="26BEADE5" w14:textId="77777777" w:rsidR="0057757C" w:rsidRPr="007F65A0" w:rsidRDefault="0057757C" w:rsidP="00D251EC">
            <w:pPr>
              <w:jc w:val="center"/>
              <w:rPr>
                <w:sz w:val="24"/>
                <w:szCs w:val="24"/>
              </w:rPr>
            </w:pPr>
            <w:r w:rsidRPr="007F65A0">
              <w:rPr>
                <w:sz w:val="24"/>
                <w:szCs w:val="24"/>
              </w:rPr>
              <w:t>12</w:t>
            </w:r>
          </w:p>
        </w:tc>
        <w:tc>
          <w:tcPr>
            <w:tcW w:w="2606" w:type="dxa"/>
            <w:vAlign w:val="center"/>
          </w:tcPr>
          <w:p w14:paraId="7C21FBB6" w14:textId="77777777" w:rsidR="0057757C" w:rsidRPr="007F65A0" w:rsidRDefault="0057757C" w:rsidP="00D251EC">
            <w:pPr>
              <w:rPr>
                <w:sz w:val="24"/>
                <w:szCs w:val="24"/>
              </w:rPr>
            </w:pPr>
            <w:r w:rsidRPr="007F65A0">
              <w:rPr>
                <w:sz w:val="24"/>
                <w:szCs w:val="24"/>
              </w:rPr>
              <w:t>Ollóval nyír, ragaszt, hajtogat, fűz.</w:t>
            </w:r>
          </w:p>
        </w:tc>
        <w:tc>
          <w:tcPr>
            <w:tcW w:w="2606" w:type="dxa"/>
            <w:vAlign w:val="center"/>
          </w:tcPr>
          <w:p w14:paraId="3EC266EF" w14:textId="77777777" w:rsidR="0057757C" w:rsidRPr="007F65A0" w:rsidRDefault="0057757C" w:rsidP="00D251EC">
            <w:pPr>
              <w:jc w:val="center"/>
              <w:rPr>
                <w:sz w:val="24"/>
                <w:szCs w:val="24"/>
              </w:rPr>
            </w:pPr>
          </w:p>
        </w:tc>
        <w:tc>
          <w:tcPr>
            <w:tcW w:w="2606" w:type="dxa"/>
            <w:vAlign w:val="center"/>
          </w:tcPr>
          <w:p w14:paraId="42F3B55E" w14:textId="77777777" w:rsidR="0057757C" w:rsidRPr="007F65A0" w:rsidRDefault="0057757C" w:rsidP="00D251EC">
            <w:pPr>
              <w:rPr>
                <w:sz w:val="24"/>
                <w:szCs w:val="24"/>
              </w:rPr>
            </w:pPr>
          </w:p>
        </w:tc>
      </w:tr>
      <w:tr w:rsidR="0057757C" w:rsidRPr="007F65A0" w14:paraId="7C6B2A0C" w14:textId="77777777" w:rsidTr="00D251EC">
        <w:trPr>
          <w:jc w:val="center"/>
        </w:trPr>
        <w:tc>
          <w:tcPr>
            <w:tcW w:w="2606" w:type="dxa"/>
            <w:vAlign w:val="center"/>
          </w:tcPr>
          <w:p w14:paraId="7B41D928" w14:textId="77777777" w:rsidR="0057757C" w:rsidRPr="007F65A0" w:rsidRDefault="0057757C" w:rsidP="00D251EC">
            <w:pPr>
              <w:jc w:val="center"/>
              <w:rPr>
                <w:sz w:val="24"/>
                <w:szCs w:val="24"/>
              </w:rPr>
            </w:pPr>
            <w:r w:rsidRPr="007F65A0">
              <w:rPr>
                <w:sz w:val="24"/>
                <w:szCs w:val="24"/>
              </w:rPr>
              <w:lastRenderedPageBreak/>
              <w:t>13</w:t>
            </w:r>
          </w:p>
        </w:tc>
        <w:tc>
          <w:tcPr>
            <w:tcW w:w="2606" w:type="dxa"/>
            <w:vAlign w:val="center"/>
          </w:tcPr>
          <w:p w14:paraId="2834DE00" w14:textId="77777777" w:rsidR="0057757C" w:rsidRPr="007F65A0" w:rsidRDefault="0057757C" w:rsidP="00D251EC">
            <w:pPr>
              <w:rPr>
                <w:sz w:val="24"/>
                <w:szCs w:val="24"/>
              </w:rPr>
            </w:pPr>
            <w:r w:rsidRPr="007F65A0">
              <w:rPr>
                <w:sz w:val="24"/>
                <w:szCs w:val="24"/>
              </w:rPr>
              <w:t>Emberrajza felismerhető és részletes.</w:t>
            </w:r>
          </w:p>
        </w:tc>
        <w:tc>
          <w:tcPr>
            <w:tcW w:w="2606" w:type="dxa"/>
            <w:vAlign w:val="center"/>
          </w:tcPr>
          <w:p w14:paraId="0F357341" w14:textId="77777777" w:rsidR="0057757C" w:rsidRPr="007F65A0" w:rsidRDefault="0057757C" w:rsidP="00D251EC">
            <w:pPr>
              <w:jc w:val="center"/>
              <w:rPr>
                <w:sz w:val="24"/>
                <w:szCs w:val="24"/>
              </w:rPr>
            </w:pPr>
          </w:p>
        </w:tc>
        <w:tc>
          <w:tcPr>
            <w:tcW w:w="2606" w:type="dxa"/>
            <w:vAlign w:val="center"/>
          </w:tcPr>
          <w:p w14:paraId="10934282" w14:textId="77777777" w:rsidR="0057757C" w:rsidRPr="007F65A0" w:rsidRDefault="0057757C" w:rsidP="00D251EC">
            <w:pPr>
              <w:rPr>
                <w:sz w:val="24"/>
                <w:szCs w:val="24"/>
              </w:rPr>
            </w:pPr>
          </w:p>
        </w:tc>
      </w:tr>
      <w:tr w:rsidR="0057757C" w:rsidRPr="007F65A0" w14:paraId="33FD87F6" w14:textId="77777777" w:rsidTr="00D251EC">
        <w:trPr>
          <w:jc w:val="center"/>
        </w:trPr>
        <w:tc>
          <w:tcPr>
            <w:tcW w:w="2606" w:type="dxa"/>
            <w:vAlign w:val="center"/>
          </w:tcPr>
          <w:p w14:paraId="363910BC" w14:textId="77777777" w:rsidR="0057757C" w:rsidRPr="007F65A0" w:rsidRDefault="0057757C" w:rsidP="00D251EC">
            <w:pPr>
              <w:jc w:val="center"/>
              <w:rPr>
                <w:sz w:val="24"/>
                <w:szCs w:val="24"/>
              </w:rPr>
            </w:pPr>
            <w:r w:rsidRPr="007F65A0">
              <w:rPr>
                <w:sz w:val="24"/>
                <w:szCs w:val="24"/>
              </w:rPr>
              <w:t>14</w:t>
            </w:r>
          </w:p>
        </w:tc>
        <w:tc>
          <w:tcPr>
            <w:tcW w:w="2606" w:type="dxa"/>
            <w:vAlign w:val="center"/>
          </w:tcPr>
          <w:p w14:paraId="4643D83C" w14:textId="77777777" w:rsidR="0057757C" w:rsidRPr="007F65A0" w:rsidRDefault="0057757C" w:rsidP="00D251EC">
            <w:pPr>
              <w:rPr>
                <w:sz w:val="24"/>
                <w:szCs w:val="24"/>
              </w:rPr>
            </w:pPr>
            <w:r w:rsidRPr="007F65A0">
              <w:rPr>
                <w:sz w:val="24"/>
                <w:szCs w:val="24"/>
              </w:rPr>
              <w:t>Ábrázolásában megjelennek egyéni, ötletes megoldások.</w:t>
            </w:r>
          </w:p>
        </w:tc>
        <w:tc>
          <w:tcPr>
            <w:tcW w:w="2606" w:type="dxa"/>
            <w:vAlign w:val="center"/>
          </w:tcPr>
          <w:p w14:paraId="33CB4AC4" w14:textId="77777777" w:rsidR="0057757C" w:rsidRPr="007F65A0" w:rsidRDefault="0057757C" w:rsidP="00D251EC">
            <w:pPr>
              <w:jc w:val="center"/>
              <w:rPr>
                <w:sz w:val="24"/>
                <w:szCs w:val="24"/>
              </w:rPr>
            </w:pPr>
          </w:p>
        </w:tc>
        <w:tc>
          <w:tcPr>
            <w:tcW w:w="2606" w:type="dxa"/>
            <w:vAlign w:val="center"/>
          </w:tcPr>
          <w:p w14:paraId="19001A4C" w14:textId="77777777" w:rsidR="0057757C" w:rsidRPr="007F65A0" w:rsidRDefault="0057757C" w:rsidP="00D251EC">
            <w:pPr>
              <w:rPr>
                <w:sz w:val="24"/>
                <w:szCs w:val="24"/>
              </w:rPr>
            </w:pPr>
          </w:p>
        </w:tc>
      </w:tr>
      <w:tr w:rsidR="0057757C" w:rsidRPr="007F65A0" w14:paraId="34B61AC7" w14:textId="77777777" w:rsidTr="00D251EC">
        <w:trPr>
          <w:jc w:val="center"/>
        </w:trPr>
        <w:tc>
          <w:tcPr>
            <w:tcW w:w="2606" w:type="dxa"/>
            <w:vAlign w:val="center"/>
          </w:tcPr>
          <w:p w14:paraId="2055C49B" w14:textId="77777777" w:rsidR="0057757C" w:rsidRPr="007F65A0" w:rsidRDefault="0057757C" w:rsidP="00D251EC">
            <w:pPr>
              <w:rPr>
                <w:sz w:val="24"/>
                <w:szCs w:val="24"/>
              </w:rPr>
            </w:pPr>
          </w:p>
        </w:tc>
        <w:tc>
          <w:tcPr>
            <w:tcW w:w="2606" w:type="dxa"/>
            <w:shd w:val="clear" w:color="auto" w:fill="EEF5FB"/>
            <w:vAlign w:val="center"/>
          </w:tcPr>
          <w:p w14:paraId="156438CA" w14:textId="77777777" w:rsidR="0057757C" w:rsidRPr="007F65A0" w:rsidRDefault="0057757C" w:rsidP="00D251EC">
            <w:pPr>
              <w:rPr>
                <w:sz w:val="24"/>
                <w:szCs w:val="24"/>
              </w:rPr>
            </w:pPr>
            <w:r w:rsidRPr="007F65A0">
              <w:rPr>
                <w:b/>
                <w:sz w:val="24"/>
                <w:szCs w:val="24"/>
              </w:rPr>
              <w:t>Területi összesítés – maximum 28 pont</w:t>
            </w:r>
          </w:p>
        </w:tc>
        <w:tc>
          <w:tcPr>
            <w:tcW w:w="2606" w:type="dxa"/>
            <w:shd w:val="clear" w:color="auto" w:fill="EEF5FB"/>
            <w:vAlign w:val="center"/>
          </w:tcPr>
          <w:p w14:paraId="40E365FD" w14:textId="77777777" w:rsidR="0057757C" w:rsidRPr="007F65A0" w:rsidRDefault="0057757C" w:rsidP="00D251EC">
            <w:pPr>
              <w:rPr>
                <w:sz w:val="24"/>
                <w:szCs w:val="24"/>
              </w:rPr>
            </w:pPr>
            <w:r w:rsidRPr="007F65A0">
              <w:rPr>
                <w:b/>
                <w:sz w:val="24"/>
                <w:szCs w:val="24"/>
              </w:rPr>
              <w:t>____ / 28</w:t>
            </w:r>
          </w:p>
        </w:tc>
        <w:tc>
          <w:tcPr>
            <w:tcW w:w="2606" w:type="dxa"/>
            <w:shd w:val="clear" w:color="auto" w:fill="EEF5FB"/>
            <w:vAlign w:val="center"/>
          </w:tcPr>
          <w:p w14:paraId="6ECC751F" w14:textId="77777777" w:rsidR="0057757C" w:rsidRPr="007F65A0" w:rsidRDefault="0057757C" w:rsidP="00D251EC">
            <w:pPr>
              <w:rPr>
                <w:sz w:val="24"/>
                <w:szCs w:val="24"/>
              </w:rPr>
            </w:pPr>
            <w:r w:rsidRPr="007F65A0">
              <w:rPr>
                <w:b/>
                <w:sz w:val="24"/>
                <w:szCs w:val="24"/>
              </w:rPr>
              <w:t>______ %</w:t>
            </w:r>
          </w:p>
        </w:tc>
      </w:tr>
    </w:tbl>
    <w:p w14:paraId="492E0927" w14:textId="77777777" w:rsidR="0057757C" w:rsidRPr="007F65A0" w:rsidRDefault="0057757C" w:rsidP="0057757C">
      <w:pPr>
        <w:rPr>
          <w:sz w:val="24"/>
          <w:szCs w:val="24"/>
        </w:rPr>
      </w:pPr>
    </w:p>
    <w:p w14:paraId="0621F43D" w14:textId="77777777" w:rsidR="0057757C" w:rsidRPr="007F65A0" w:rsidRDefault="0057757C" w:rsidP="0057757C">
      <w:pPr>
        <w:rPr>
          <w:sz w:val="24"/>
          <w:szCs w:val="24"/>
        </w:rPr>
      </w:pPr>
      <w:r w:rsidRPr="007F65A0">
        <w:rPr>
          <w:sz w:val="24"/>
          <w:szCs w:val="24"/>
        </w:rPr>
        <w:br w:type="page"/>
      </w:r>
    </w:p>
    <w:p w14:paraId="5FA37E2F" w14:textId="77777777" w:rsidR="0057757C" w:rsidRPr="007F65A0" w:rsidRDefault="0057757C" w:rsidP="0057757C">
      <w:pPr>
        <w:pStyle w:val="Cmsor1"/>
        <w:rPr>
          <w:rFonts w:ascii="Times New Roman" w:hAnsi="Times New Roman" w:cs="Times New Roman"/>
          <w:sz w:val="24"/>
          <w:szCs w:val="24"/>
        </w:rPr>
      </w:pPr>
      <w:r w:rsidRPr="007F65A0">
        <w:rPr>
          <w:rFonts w:ascii="Times New Roman" w:hAnsi="Times New Roman" w:cs="Times New Roman"/>
          <w:sz w:val="24"/>
          <w:szCs w:val="24"/>
        </w:rPr>
        <w:lastRenderedPageBreak/>
        <w:t>5. Egyéni összesítő</w:t>
      </w:r>
    </w:p>
    <w:tbl>
      <w:tblPr>
        <w:tblStyle w:val="Rcsostblzat"/>
        <w:tblW w:w="0" w:type="auto"/>
        <w:jc w:val="center"/>
        <w:tblLook w:val="04A0" w:firstRow="1" w:lastRow="0" w:firstColumn="1" w:lastColumn="0" w:noHBand="0" w:noVBand="1"/>
      </w:tblPr>
      <w:tblGrid>
        <w:gridCol w:w="2203"/>
        <w:gridCol w:w="2046"/>
        <w:gridCol w:w="2047"/>
        <w:gridCol w:w="2062"/>
        <w:gridCol w:w="2058"/>
      </w:tblGrid>
      <w:tr w:rsidR="0057757C" w:rsidRPr="007F65A0" w14:paraId="4FAF106A" w14:textId="77777777" w:rsidTr="00D251EC">
        <w:trPr>
          <w:tblHeader/>
          <w:jc w:val="center"/>
        </w:trPr>
        <w:tc>
          <w:tcPr>
            <w:tcW w:w="2085" w:type="dxa"/>
            <w:shd w:val="clear" w:color="auto" w:fill="D9EAF7"/>
            <w:vAlign w:val="center"/>
          </w:tcPr>
          <w:p w14:paraId="1E2CA97E" w14:textId="77777777" w:rsidR="0057757C" w:rsidRPr="007F65A0" w:rsidRDefault="0057757C" w:rsidP="00D251EC">
            <w:pPr>
              <w:jc w:val="center"/>
              <w:rPr>
                <w:sz w:val="24"/>
                <w:szCs w:val="24"/>
              </w:rPr>
            </w:pPr>
            <w:r w:rsidRPr="007F65A0">
              <w:rPr>
                <w:b/>
                <w:sz w:val="24"/>
                <w:szCs w:val="24"/>
              </w:rPr>
              <w:t>Terület</w:t>
            </w:r>
          </w:p>
        </w:tc>
        <w:tc>
          <w:tcPr>
            <w:tcW w:w="2085" w:type="dxa"/>
            <w:shd w:val="clear" w:color="auto" w:fill="D9EAF7"/>
            <w:vAlign w:val="center"/>
          </w:tcPr>
          <w:p w14:paraId="326F0723" w14:textId="77777777" w:rsidR="0057757C" w:rsidRPr="007F65A0" w:rsidRDefault="0057757C" w:rsidP="00D251EC">
            <w:pPr>
              <w:jc w:val="center"/>
              <w:rPr>
                <w:sz w:val="24"/>
                <w:szCs w:val="24"/>
              </w:rPr>
            </w:pPr>
            <w:r w:rsidRPr="007F65A0">
              <w:rPr>
                <w:b/>
                <w:sz w:val="24"/>
                <w:szCs w:val="24"/>
              </w:rPr>
              <w:t>Max. pont</w:t>
            </w:r>
          </w:p>
        </w:tc>
        <w:tc>
          <w:tcPr>
            <w:tcW w:w="2085" w:type="dxa"/>
            <w:shd w:val="clear" w:color="auto" w:fill="D9EAF7"/>
            <w:vAlign w:val="center"/>
          </w:tcPr>
          <w:p w14:paraId="6871A4AD" w14:textId="77777777" w:rsidR="0057757C" w:rsidRPr="007F65A0" w:rsidRDefault="0057757C" w:rsidP="00D251EC">
            <w:pPr>
              <w:jc w:val="center"/>
              <w:rPr>
                <w:sz w:val="24"/>
                <w:szCs w:val="24"/>
              </w:rPr>
            </w:pPr>
            <w:r w:rsidRPr="007F65A0">
              <w:rPr>
                <w:b/>
                <w:sz w:val="24"/>
                <w:szCs w:val="24"/>
              </w:rPr>
              <w:t>Elért pont</w:t>
            </w:r>
          </w:p>
        </w:tc>
        <w:tc>
          <w:tcPr>
            <w:tcW w:w="2085" w:type="dxa"/>
            <w:shd w:val="clear" w:color="auto" w:fill="D9EAF7"/>
            <w:vAlign w:val="center"/>
          </w:tcPr>
          <w:p w14:paraId="6AC76E51" w14:textId="77777777" w:rsidR="0057757C" w:rsidRPr="007F65A0" w:rsidRDefault="0057757C" w:rsidP="00D251EC">
            <w:pPr>
              <w:jc w:val="center"/>
              <w:rPr>
                <w:sz w:val="24"/>
                <w:szCs w:val="24"/>
              </w:rPr>
            </w:pPr>
            <w:r w:rsidRPr="007F65A0">
              <w:rPr>
                <w:b/>
                <w:sz w:val="24"/>
                <w:szCs w:val="24"/>
              </w:rPr>
              <w:t>Eredmény %</w:t>
            </w:r>
          </w:p>
        </w:tc>
        <w:tc>
          <w:tcPr>
            <w:tcW w:w="2085" w:type="dxa"/>
            <w:shd w:val="clear" w:color="auto" w:fill="D9EAF7"/>
            <w:vAlign w:val="center"/>
          </w:tcPr>
          <w:p w14:paraId="7FE001B9" w14:textId="77777777" w:rsidR="0057757C" w:rsidRPr="007F65A0" w:rsidRDefault="0057757C" w:rsidP="00D251EC">
            <w:pPr>
              <w:jc w:val="center"/>
              <w:rPr>
                <w:sz w:val="24"/>
                <w:szCs w:val="24"/>
              </w:rPr>
            </w:pPr>
            <w:r w:rsidRPr="007F65A0">
              <w:rPr>
                <w:b/>
                <w:sz w:val="24"/>
                <w:szCs w:val="24"/>
              </w:rPr>
              <w:t>Rövid értékelés</w:t>
            </w:r>
          </w:p>
        </w:tc>
      </w:tr>
      <w:tr w:rsidR="0057757C" w:rsidRPr="007F65A0" w14:paraId="46E208E3" w14:textId="77777777" w:rsidTr="00D251EC">
        <w:trPr>
          <w:jc w:val="center"/>
        </w:trPr>
        <w:tc>
          <w:tcPr>
            <w:tcW w:w="2085" w:type="dxa"/>
            <w:vAlign w:val="center"/>
          </w:tcPr>
          <w:p w14:paraId="0A15963E" w14:textId="77777777" w:rsidR="0057757C" w:rsidRPr="007F65A0" w:rsidRDefault="0057757C" w:rsidP="00D251EC">
            <w:pPr>
              <w:rPr>
                <w:sz w:val="24"/>
                <w:szCs w:val="24"/>
              </w:rPr>
            </w:pPr>
            <w:r w:rsidRPr="007F65A0">
              <w:rPr>
                <w:sz w:val="24"/>
                <w:szCs w:val="24"/>
              </w:rPr>
              <w:t>Önkiszolgálás és személyi higiéné</w:t>
            </w:r>
          </w:p>
        </w:tc>
        <w:tc>
          <w:tcPr>
            <w:tcW w:w="2085" w:type="dxa"/>
            <w:vAlign w:val="center"/>
          </w:tcPr>
          <w:p w14:paraId="793172EE" w14:textId="77777777" w:rsidR="0057757C" w:rsidRPr="007F65A0" w:rsidRDefault="0057757C" w:rsidP="00D251EC">
            <w:pPr>
              <w:rPr>
                <w:sz w:val="24"/>
                <w:szCs w:val="24"/>
              </w:rPr>
            </w:pPr>
            <w:r w:rsidRPr="007F65A0">
              <w:rPr>
                <w:sz w:val="24"/>
                <w:szCs w:val="24"/>
              </w:rPr>
              <w:t>20</w:t>
            </w:r>
          </w:p>
        </w:tc>
        <w:tc>
          <w:tcPr>
            <w:tcW w:w="2085" w:type="dxa"/>
            <w:vAlign w:val="center"/>
          </w:tcPr>
          <w:p w14:paraId="79130D51" w14:textId="77777777" w:rsidR="0057757C" w:rsidRPr="007F65A0" w:rsidRDefault="0057757C" w:rsidP="00D251EC">
            <w:pPr>
              <w:rPr>
                <w:sz w:val="24"/>
                <w:szCs w:val="24"/>
              </w:rPr>
            </w:pPr>
          </w:p>
        </w:tc>
        <w:tc>
          <w:tcPr>
            <w:tcW w:w="2085" w:type="dxa"/>
            <w:vAlign w:val="center"/>
          </w:tcPr>
          <w:p w14:paraId="6AF2DC2D" w14:textId="77777777" w:rsidR="0057757C" w:rsidRPr="007F65A0" w:rsidRDefault="0057757C" w:rsidP="00D251EC">
            <w:pPr>
              <w:rPr>
                <w:sz w:val="24"/>
                <w:szCs w:val="24"/>
              </w:rPr>
            </w:pPr>
          </w:p>
        </w:tc>
        <w:tc>
          <w:tcPr>
            <w:tcW w:w="2085" w:type="dxa"/>
            <w:vAlign w:val="center"/>
          </w:tcPr>
          <w:p w14:paraId="01F59F04" w14:textId="77777777" w:rsidR="0057757C" w:rsidRPr="007F65A0" w:rsidRDefault="0057757C" w:rsidP="00D251EC">
            <w:pPr>
              <w:rPr>
                <w:sz w:val="24"/>
                <w:szCs w:val="24"/>
              </w:rPr>
            </w:pPr>
          </w:p>
        </w:tc>
      </w:tr>
      <w:tr w:rsidR="0057757C" w:rsidRPr="007F65A0" w14:paraId="630AF803" w14:textId="77777777" w:rsidTr="00D251EC">
        <w:trPr>
          <w:jc w:val="center"/>
        </w:trPr>
        <w:tc>
          <w:tcPr>
            <w:tcW w:w="2085" w:type="dxa"/>
            <w:vAlign w:val="center"/>
          </w:tcPr>
          <w:p w14:paraId="687BBB4A" w14:textId="77777777" w:rsidR="0057757C" w:rsidRPr="007F65A0" w:rsidRDefault="0057757C" w:rsidP="00D251EC">
            <w:pPr>
              <w:rPr>
                <w:sz w:val="24"/>
                <w:szCs w:val="24"/>
              </w:rPr>
            </w:pPr>
            <w:r w:rsidRPr="007F65A0">
              <w:rPr>
                <w:sz w:val="24"/>
                <w:szCs w:val="24"/>
              </w:rPr>
              <w:t>Környezeti higiéné és környezettudatos magatartás</w:t>
            </w:r>
          </w:p>
        </w:tc>
        <w:tc>
          <w:tcPr>
            <w:tcW w:w="2085" w:type="dxa"/>
            <w:vAlign w:val="center"/>
          </w:tcPr>
          <w:p w14:paraId="6DCCFA05" w14:textId="77777777" w:rsidR="0057757C" w:rsidRPr="007F65A0" w:rsidRDefault="0057757C" w:rsidP="00D251EC">
            <w:pPr>
              <w:rPr>
                <w:sz w:val="24"/>
                <w:szCs w:val="24"/>
              </w:rPr>
            </w:pPr>
            <w:r w:rsidRPr="007F65A0">
              <w:rPr>
                <w:sz w:val="24"/>
                <w:szCs w:val="24"/>
              </w:rPr>
              <w:t>12</w:t>
            </w:r>
          </w:p>
        </w:tc>
        <w:tc>
          <w:tcPr>
            <w:tcW w:w="2085" w:type="dxa"/>
            <w:vAlign w:val="center"/>
          </w:tcPr>
          <w:p w14:paraId="6BA0807C" w14:textId="77777777" w:rsidR="0057757C" w:rsidRPr="007F65A0" w:rsidRDefault="0057757C" w:rsidP="00D251EC">
            <w:pPr>
              <w:rPr>
                <w:sz w:val="24"/>
                <w:szCs w:val="24"/>
              </w:rPr>
            </w:pPr>
          </w:p>
        </w:tc>
        <w:tc>
          <w:tcPr>
            <w:tcW w:w="2085" w:type="dxa"/>
            <w:vAlign w:val="center"/>
          </w:tcPr>
          <w:p w14:paraId="076DF9D4" w14:textId="77777777" w:rsidR="0057757C" w:rsidRPr="007F65A0" w:rsidRDefault="0057757C" w:rsidP="00D251EC">
            <w:pPr>
              <w:rPr>
                <w:sz w:val="24"/>
                <w:szCs w:val="24"/>
              </w:rPr>
            </w:pPr>
          </w:p>
        </w:tc>
        <w:tc>
          <w:tcPr>
            <w:tcW w:w="2085" w:type="dxa"/>
            <w:vAlign w:val="center"/>
          </w:tcPr>
          <w:p w14:paraId="2115F955" w14:textId="77777777" w:rsidR="0057757C" w:rsidRPr="007F65A0" w:rsidRDefault="0057757C" w:rsidP="00D251EC">
            <w:pPr>
              <w:rPr>
                <w:sz w:val="24"/>
                <w:szCs w:val="24"/>
              </w:rPr>
            </w:pPr>
          </w:p>
        </w:tc>
      </w:tr>
      <w:tr w:rsidR="0057757C" w:rsidRPr="007F65A0" w14:paraId="15B34498" w14:textId="77777777" w:rsidTr="00D251EC">
        <w:trPr>
          <w:jc w:val="center"/>
        </w:trPr>
        <w:tc>
          <w:tcPr>
            <w:tcW w:w="2085" w:type="dxa"/>
            <w:vAlign w:val="center"/>
          </w:tcPr>
          <w:p w14:paraId="36D96587" w14:textId="77777777" w:rsidR="0057757C" w:rsidRPr="007F65A0" w:rsidRDefault="0057757C" w:rsidP="00D251EC">
            <w:pPr>
              <w:rPr>
                <w:sz w:val="24"/>
                <w:szCs w:val="24"/>
              </w:rPr>
            </w:pPr>
            <w:r w:rsidRPr="007F65A0">
              <w:rPr>
                <w:sz w:val="24"/>
                <w:szCs w:val="24"/>
              </w:rPr>
              <w:t>Szociális és érzelmi érettség</w:t>
            </w:r>
          </w:p>
        </w:tc>
        <w:tc>
          <w:tcPr>
            <w:tcW w:w="2085" w:type="dxa"/>
            <w:vAlign w:val="center"/>
          </w:tcPr>
          <w:p w14:paraId="4D18CF19" w14:textId="77777777" w:rsidR="0057757C" w:rsidRPr="007F65A0" w:rsidRDefault="0057757C" w:rsidP="00D251EC">
            <w:pPr>
              <w:rPr>
                <w:sz w:val="24"/>
                <w:szCs w:val="24"/>
              </w:rPr>
            </w:pPr>
            <w:r w:rsidRPr="007F65A0">
              <w:rPr>
                <w:sz w:val="24"/>
                <w:szCs w:val="24"/>
              </w:rPr>
              <w:t>20</w:t>
            </w:r>
          </w:p>
        </w:tc>
        <w:tc>
          <w:tcPr>
            <w:tcW w:w="2085" w:type="dxa"/>
            <w:vAlign w:val="center"/>
          </w:tcPr>
          <w:p w14:paraId="4BCDD0DE" w14:textId="77777777" w:rsidR="0057757C" w:rsidRPr="007F65A0" w:rsidRDefault="0057757C" w:rsidP="00D251EC">
            <w:pPr>
              <w:rPr>
                <w:sz w:val="24"/>
                <w:szCs w:val="24"/>
              </w:rPr>
            </w:pPr>
          </w:p>
        </w:tc>
        <w:tc>
          <w:tcPr>
            <w:tcW w:w="2085" w:type="dxa"/>
            <w:vAlign w:val="center"/>
          </w:tcPr>
          <w:p w14:paraId="31D2A5DF" w14:textId="77777777" w:rsidR="0057757C" w:rsidRPr="007F65A0" w:rsidRDefault="0057757C" w:rsidP="00D251EC">
            <w:pPr>
              <w:rPr>
                <w:sz w:val="24"/>
                <w:szCs w:val="24"/>
              </w:rPr>
            </w:pPr>
          </w:p>
        </w:tc>
        <w:tc>
          <w:tcPr>
            <w:tcW w:w="2085" w:type="dxa"/>
            <w:vAlign w:val="center"/>
          </w:tcPr>
          <w:p w14:paraId="793231F4" w14:textId="77777777" w:rsidR="0057757C" w:rsidRPr="007F65A0" w:rsidRDefault="0057757C" w:rsidP="00D251EC">
            <w:pPr>
              <w:rPr>
                <w:sz w:val="24"/>
                <w:szCs w:val="24"/>
              </w:rPr>
            </w:pPr>
          </w:p>
        </w:tc>
      </w:tr>
      <w:tr w:rsidR="0057757C" w:rsidRPr="007F65A0" w14:paraId="724A4419" w14:textId="77777777" w:rsidTr="00D251EC">
        <w:trPr>
          <w:jc w:val="center"/>
        </w:trPr>
        <w:tc>
          <w:tcPr>
            <w:tcW w:w="2085" w:type="dxa"/>
            <w:vAlign w:val="center"/>
          </w:tcPr>
          <w:p w14:paraId="195B44E0" w14:textId="77777777" w:rsidR="0057757C" w:rsidRPr="007F65A0" w:rsidRDefault="0057757C" w:rsidP="00D251EC">
            <w:pPr>
              <w:rPr>
                <w:sz w:val="24"/>
                <w:szCs w:val="24"/>
              </w:rPr>
            </w:pPr>
            <w:r w:rsidRPr="007F65A0">
              <w:rPr>
                <w:sz w:val="24"/>
                <w:szCs w:val="24"/>
              </w:rPr>
              <w:t>Akarati tulajdonságok, feladattudat</w:t>
            </w:r>
          </w:p>
        </w:tc>
        <w:tc>
          <w:tcPr>
            <w:tcW w:w="2085" w:type="dxa"/>
            <w:vAlign w:val="center"/>
          </w:tcPr>
          <w:p w14:paraId="5D6E0E0E" w14:textId="77777777" w:rsidR="0057757C" w:rsidRPr="007F65A0" w:rsidRDefault="0057757C" w:rsidP="00D251EC">
            <w:pPr>
              <w:rPr>
                <w:sz w:val="24"/>
                <w:szCs w:val="24"/>
              </w:rPr>
            </w:pPr>
            <w:r w:rsidRPr="007F65A0">
              <w:rPr>
                <w:sz w:val="24"/>
                <w:szCs w:val="24"/>
              </w:rPr>
              <w:t>20</w:t>
            </w:r>
          </w:p>
        </w:tc>
        <w:tc>
          <w:tcPr>
            <w:tcW w:w="2085" w:type="dxa"/>
            <w:vAlign w:val="center"/>
          </w:tcPr>
          <w:p w14:paraId="621E1044" w14:textId="77777777" w:rsidR="0057757C" w:rsidRPr="007F65A0" w:rsidRDefault="0057757C" w:rsidP="00D251EC">
            <w:pPr>
              <w:rPr>
                <w:sz w:val="24"/>
                <w:szCs w:val="24"/>
              </w:rPr>
            </w:pPr>
          </w:p>
        </w:tc>
        <w:tc>
          <w:tcPr>
            <w:tcW w:w="2085" w:type="dxa"/>
            <w:vAlign w:val="center"/>
          </w:tcPr>
          <w:p w14:paraId="3662F119" w14:textId="77777777" w:rsidR="0057757C" w:rsidRPr="007F65A0" w:rsidRDefault="0057757C" w:rsidP="00D251EC">
            <w:pPr>
              <w:rPr>
                <w:sz w:val="24"/>
                <w:szCs w:val="24"/>
              </w:rPr>
            </w:pPr>
          </w:p>
        </w:tc>
        <w:tc>
          <w:tcPr>
            <w:tcW w:w="2085" w:type="dxa"/>
            <w:vAlign w:val="center"/>
          </w:tcPr>
          <w:p w14:paraId="0CC8113F" w14:textId="77777777" w:rsidR="0057757C" w:rsidRPr="007F65A0" w:rsidRDefault="0057757C" w:rsidP="00D251EC">
            <w:pPr>
              <w:rPr>
                <w:sz w:val="24"/>
                <w:szCs w:val="24"/>
              </w:rPr>
            </w:pPr>
          </w:p>
        </w:tc>
      </w:tr>
      <w:tr w:rsidR="0057757C" w:rsidRPr="007F65A0" w14:paraId="05C9865D" w14:textId="77777777" w:rsidTr="00D251EC">
        <w:trPr>
          <w:jc w:val="center"/>
        </w:trPr>
        <w:tc>
          <w:tcPr>
            <w:tcW w:w="2085" w:type="dxa"/>
            <w:vAlign w:val="center"/>
          </w:tcPr>
          <w:p w14:paraId="26236559" w14:textId="77777777" w:rsidR="0057757C" w:rsidRPr="007F65A0" w:rsidRDefault="0057757C" w:rsidP="00D251EC">
            <w:pPr>
              <w:rPr>
                <w:sz w:val="24"/>
                <w:szCs w:val="24"/>
              </w:rPr>
            </w:pPr>
            <w:r w:rsidRPr="007F65A0">
              <w:rPr>
                <w:sz w:val="24"/>
                <w:szCs w:val="24"/>
              </w:rPr>
              <w:t>Mozgás, testi képességek, testséma és dominancia</w:t>
            </w:r>
          </w:p>
        </w:tc>
        <w:tc>
          <w:tcPr>
            <w:tcW w:w="2085" w:type="dxa"/>
            <w:vAlign w:val="center"/>
          </w:tcPr>
          <w:p w14:paraId="36F3E152" w14:textId="77777777" w:rsidR="0057757C" w:rsidRPr="007F65A0" w:rsidRDefault="0057757C" w:rsidP="00D251EC">
            <w:pPr>
              <w:rPr>
                <w:sz w:val="24"/>
                <w:szCs w:val="24"/>
              </w:rPr>
            </w:pPr>
            <w:r w:rsidRPr="007F65A0">
              <w:rPr>
                <w:sz w:val="24"/>
                <w:szCs w:val="24"/>
              </w:rPr>
              <w:t>20</w:t>
            </w:r>
          </w:p>
        </w:tc>
        <w:tc>
          <w:tcPr>
            <w:tcW w:w="2085" w:type="dxa"/>
            <w:vAlign w:val="center"/>
          </w:tcPr>
          <w:p w14:paraId="4517E666" w14:textId="77777777" w:rsidR="0057757C" w:rsidRPr="007F65A0" w:rsidRDefault="0057757C" w:rsidP="00D251EC">
            <w:pPr>
              <w:rPr>
                <w:sz w:val="24"/>
                <w:szCs w:val="24"/>
              </w:rPr>
            </w:pPr>
          </w:p>
        </w:tc>
        <w:tc>
          <w:tcPr>
            <w:tcW w:w="2085" w:type="dxa"/>
            <w:vAlign w:val="center"/>
          </w:tcPr>
          <w:p w14:paraId="40EEA834" w14:textId="77777777" w:rsidR="0057757C" w:rsidRPr="007F65A0" w:rsidRDefault="0057757C" w:rsidP="00D251EC">
            <w:pPr>
              <w:rPr>
                <w:sz w:val="24"/>
                <w:szCs w:val="24"/>
              </w:rPr>
            </w:pPr>
          </w:p>
        </w:tc>
        <w:tc>
          <w:tcPr>
            <w:tcW w:w="2085" w:type="dxa"/>
            <w:vAlign w:val="center"/>
          </w:tcPr>
          <w:p w14:paraId="1EB7A1DE" w14:textId="77777777" w:rsidR="0057757C" w:rsidRPr="007F65A0" w:rsidRDefault="0057757C" w:rsidP="00D251EC">
            <w:pPr>
              <w:rPr>
                <w:sz w:val="24"/>
                <w:szCs w:val="24"/>
              </w:rPr>
            </w:pPr>
          </w:p>
        </w:tc>
      </w:tr>
      <w:tr w:rsidR="0057757C" w:rsidRPr="007F65A0" w14:paraId="59EE1BE5" w14:textId="77777777" w:rsidTr="00D251EC">
        <w:trPr>
          <w:jc w:val="center"/>
        </w:trPr>
        <w:tc>
          <w:tcPr>
            <w:tcW w:w="2085" w:type="dxa"/>
            <w:vAlign w:val="center"/>
          </w:tcPr>
          <w:p w14:paraId="1F34408E" w14:textId="77777777" w:rsidR="0057757C" w:rsidRPr="007F65A0" w:rsidRDefault="0057757C" w:rsidP="00D251EC">
            <w:pPr>
              <w:rPr>
                <w:sz w:val="24"/>
                <w:szCs w:val="24"/>
              </w:rPr>
            </w:pPr>
            <w:r w:rsidRPr="007F65A0">
              <w:rPr>
                <w:sz w:val="24"/>
                <w:szCs w:val="24"/>
              </w:rPr>
              <w:t>Érzékelés, észlelés és téri tájékozódás</w:t>
            </w:r>
          </w:p>
        </w:tc>
        <w:tc>
          <w:tcPr>
            <w:tcW w:w="2085" w:type="dxa"/>
            <w:vAlign w:val="center"/>
          </w:tcPr>
          <w:p w14:paraId="329D45DA" w14:textId="77777777" w:rsidR="0057757C" w:rsidRPr="007F65A0" w:rsidRDefault="0057757C" w:rsidP="00D251EC">
            <w:pPr>
              <w:rPr>
                <w:sz w:val="24"/>
                <w:szCs w:val="24"/>
              </w:rPr>
            </w:pPr>
            <w:r w:rsidRPr="007F65A0">
              <w:rPr>
                <w:sz w:val="24"/>
                <w:szCs w:val="24"/>
              </w:rPr>
              <w:t>24</w:t>
            </w:r>
          </w:p>
        </w:tc>
        <w:tc>
          <w:tcPr>
            <w:tcW w:w="2085" w:type="dxa"/>
            <w:vAlign w:val="center"/>
          </w:tcPr>
          <w:p w14:paraId="568D93DC" w14:textId="77777777" w:rsidR="0057757C" w:rsidRPr="007F65A0" w:rsidRDefault="0057757C" w:rsidP="00D251EC">
            <w:pPr>
              <w:rPr>
                <w:sz w:val="24"/>
                <w:szCs w:val="24"/>
              </w:rPr>
            </w:pPr>
          </w:p>
        </w:tc>
        <w:tc>
          <w:tcPr>
            <w:tcW w:w="2085" w:type="dxa"/>
            <w:vAlign w:val="center"/>
          </w:tcPr>
          <w:p w14:paraId="106E4CB2" w14:textId="77777777" w:rsidR="0057757C" w:rsidRPr="007F65A0" w:rsidRDefault="0057757C" w:rsidP="00D251EC">
            <w:pPr>
              <w:rPr>
                <w:sz w:val="24"/>
                <w:szCs w:val="24"/>
              </w:rPr>
            </w:pPr>
          </w:p>
        </w:tc>
        <w:tc>
          <w:tcPr>
            <w:tcW w:w="2085" w:type="dxa"/>
            <w:vAlign w:val="center"/>
          </w:tcPr>
          <w:p w14:paraId="7281001C" w14:textId="77777777" w:rsidR="0057757C" w:rsidRPr="007F65A0" w:rsidRDefault="0057757C" w:rsidP="00D251EC">
            <w:pPr>
              <w:rPr>
                <w:sz w:val="24"/>
                <w:szCs w:val="24"/>
              </w:rPr>
            </w:pPr>
          </w:p>
        </w:tc>
      </w:tr>
      <w:tr w:rsidR="0057757C" w:rsidRPr="007F65A0" w14:paraId="34F90831" w14:textId="77777777" w:rsidTr="00D251EC">
        <w:trPr>
          <w:jc w:val="center"/>
        </w:trPr>
        <w:tc>
          <w:tcPr>
            <w:tcW w:w="2085" w:type="dxa"/>
            <w:vAlign w:val="center"/>
          </w:tcPr>
          <w:p w14:paraId="1EB1056C" w14:textId="77777777" w:rsidR="0057757C" w:rsidRPr="007F65A0" w:rsidRDefault="0057757C" w:rsidP="00D251EC">
            <w:pPr>
              <w:rPr>
                <w:sz w:val="24"/>
                <w:szCs w:val="24"/>
              </w:rPr>
            </w:pPr>
            <w:r w:rsidRPr="007F65A0">
              <w:rPr>
                <w:sz w:val="24"/>
                <w:szCs w:val="24"/>
              </w:rPr>
              <w:t>Anyanyelvi és kommunikációs képességek</w:t>
            </w:r>
          </w:p>
        </w:tc>
        <w:tc>
          <w:tcPr>
            <w:tcW w:w="2085" w:type="dxa"/>
            <w:vAlign w:val="center"/>
          </w:tcPr>
          <w:p w14:paraId="0829C2ED" w14:textId="77777777" w:rsidR="0057757C" w:rsidRPr="007F65A0" w:rsidRDefault="0057757C" w:rsidP="00D251EC">
            <w:pPr>
              <w:rPr>
                <w:sz w:val="24"/>
                <w:szCs w:val="24"/>
              </w:rPr>
            </w:pPr>
            <w:r w:rsidRPr="007F65A0">
              <w:rPr>
                <w:sz w:val="24"/>
                <w:szCs w:val="24"/>
              </w:rPr>
              <w:t>20</w:t>
            </w:r>
          </w:p>
        </w:tc>
        <w:tc>
          <w:tcPr>
            <w:tcW w:w="2085" w:type="dxa"/>
            <w:vAlign w:val="center"/>
          </w:tcPr>
          <w:p w14:paraId="4527A489" w14:textId="77777777" w:rsidR="0057757C" w:rsidRPr="007F65A0" w:rsidRDefault="0057757C" w:rsidP="00D251EC">
            <w:pPr>
              <w:rPr>
                <w:sz w:val="24"/>
                <w:szCs w:val="24"/>
              </w:rPr>
            </w:pPr>
          </w:p>
        </w:tc>
        <w:tc>
          <w:tcPr>
            <w:tcW w:w="2085" w:type="dxa"/>
            <w:vAlign w:val="center"/>
          </w:tcPr>
          <w:p w14:paraId="1CDFFC94" w14:textId="77777777" w:rsidR="0057757C" w:rsidRPr="007F65A0" w:rsidRDefault="0057757C" w:rsidP="00D251EC">
            <w:pPr>
              <w:rPr>
                <w:sz w:val="24"/>
                <w:szCs w:val="24"/>
              </w:rPr>
            </w:pPr>
          </w:p>
        </w:tc>
        <w:tc>
          <w:tcPr>
            <w:tcW w:w="2085" w:type="dxa"/>
            <w:vAlign w:val="center"/>
          </w:tcPr>
          <w:p w14:paraId="57E98751" w14:textId="77777777" w:rsidR="0057757C" w:rsidRPr="007F65A0" w:rsidRDefault="0057757C" w:rsidP="00D251EC">
            <w:pPr>
              <w:rPr>
                <w:sz w:val="24"/>
                <w:szCs w:val="24"/>
              </w:rPr>
            </w:pPr>
          </w:p>
        </w:tc>
      </w:tr>
      <w:tr w:rsidR="0057757C" w:rsidRPr="007F65A0" w14:paraId="2F1B56BC" w14:textId="77777777" w:rsidTr="00D251EC">
        <w:trPr>
          <w:jc w:val="center"/>
        </w:trPr>
        <w:tc>
          <w:tcPr>
            <w:tcW w:w="2085" w:type="dxa"/>
            <w:vAlign w:val="center"/>
          </w:tcPr>
          <w:p w14:paraId="50BC0A81" w14:textId="77777777" w:rsidR="0057757C" w:rsidRPr="007F65A0" w:rsidRDefault="0057757C" w:rsidP="00D251EC">
            <w:pPr>
              <w:rPr>
                <w:sz w:val="24"/>
                <w:szCs w:val="24"/>
              </w:rPr>
            </w:pPr>
            <w:r w:rsidRPr="007F65A0">
              <w:rPr>
                <w:sz w:val="24"/>
                <w:szCs w:val="24"/>
              </w:rPr>
              <w:t>Értelmi képességek</w:t>
            </w:r>
          </w:p>
        </w:tc>
        <w:tc>
          <w:tcPr>
            <w:tcW w:w="2085" w:type="dxa"/>
            <w:vAlign w:val="center"/>
          </w:tcPr>
          <w:p w14:paraId="58EBD45F" w14:textId="77777777" w:rsidR="0057757C" w:rsidRPr="007F65A0" w:rsidRDefault="0057757C" w:rsidP="00D251EC">
            <w:pPr>
              <w:rPr>
                <w:sz w:val="24"/>
                <w:szCs w:val="24"/>
              </w:rPr>
            </w:pPr>
            <w:r w:rsidRPr="007F65A0">
              <w:rPr>
                <w:sz w:val="24"/>
                <w:szCs w:val="24"/>
              </w:rPr>
              <w:t>20</w:t>
            </w:r>
          </w:p>
        </w:tc>
        <w:tc>
          <w:tcPr>
            <w:tcW w:w="2085" w:type="dxa"/>
            <w:vAlign w:val="center"/>
          </w:tcPr>
          <w:p w14:paraId="6A3F34B9" w14:textId="77777777" w:rsidR="0057757C" w:rsidRPr="007F65A0" w:rsidRDefault="0057757C" w:rsidP="00D251EC">
            <w:pPr>
              <w:rPr>
                <w:sz w:val="24"/>
                <w:szCs w:val="24"/>
              </w:rPr>
            </w:pPr>
          </w:p>
        </w:tc>
        <w:tc>
          <w:tcPr>
            <w:tcW w:w="2085" w:type="dxa"/>
            <w:vAlign w:val="center"/>
          </w:tcPr>
          <w:p w14:paraId="15D692D9" w14:textId="77777777" w:rsidR="0057757C" w:rsidRPr="007F65A0" w:rsidRDefault="0057757C" w:rsidP="00D251EC">
            <w:pPr>
              <w:rPr>
                <w:sz w:val="24"/>
                <w:szCs w:val="24"/>
              </w:rPr>
            </w:pPr>
          </w:p>
        </w:tc>
        <w:tc>
          <w:tcPr>
            <w:tcW w:w="2085" w:type="dxa"/>
            <w:vAlign w:val="center"/>
          </w:tcPr>
          <w:p w14:paraId="63CC490D" w14:textId="77777777" w:rsidR="0057757C" w:rsidRPr="007F65A0" w:rsidRDefault="0057757C" w:rsidP="00D251EC">
            <w:pPr>
              <w:rPr>
                <w:sz w:val="24"/>
                <w:szCs w:val="24"/>
              </w:rPr>
            </w:pPr>
          </w:p>
        </w:tc>
      </w:tr>
      <w:tr w:rsidR="0057757C" w:rsidRPr="007F65A0" w14:paraId="442AC9F7" w14:textId="77777777" w:rsidTr="00D251EC">
        <w:trPr>
          <w:jc w:val="center"/>
        </w:trPr>
        <w:tc>
          <w:tcPr>
            <w:tcW w:w="2085" w:type="dxa"/>
            <w:vAlign w:val="center"/>
          </w:tcPr>
          <w:p w14:paraId="46DB2A10" w14:textId="77777777" w:rsidR="0057757C" w:rsidRPr="007F65A0" w:rsidRDefault="0057757C" w:rsidP="00D251EC">
            <w:pPr>
              <w:rPr>
                <w:sz w:val="24"/>
                <w:szCs w:val="24"/>
              </w:rPr>
            </w:pPr>
            <w:r w:rsidRPr="007F65A0">
              <w:rPr>
                <w:sz w:val="24"/>
                <w:szCs w:val="24"/>
              </w:rPr>
              <w:t>Környezeti és társadalmi tapasztalatok</w:t>
            </w:r>
          </w:p>
        </w:tc>
        <w:tc>
          <w:tcPr>
            <w:tcW w:w="2085" w:type="dxa"/>
            <w:vAlign w:val="center"/>
          </w:tcPr>
          <w:p w14:paraId="60E97164" w14:textId="77777777" w:rsidR="0057757C" w:rsidRPr="007F65A0" w:rsidRDefault="0057757C" w:rsidP="00D251EC">
            <w:pPr>
              <w:rPr>
                <w:sz w:val="24"/>
                <w:szCs w:val="24"/>
              </w:rPr>
            </w:pPr>
            <w:r w:rsidRPr="007F65A0">
              <w:rPr>
                <w:sz w:val="24"/>
                <w:szCs w:val="24"/>
              </w:rPr>
              <w:t>20</w:t>
            </w:r>
          </w:p>
        </w:tc>
        <w:tc>
          <w:tcPr>
            <w:tcW w:w="2085" w:type="dxa"/>
            <w:vAlign w:val="center"/>
          </w:tcPr>
          <w:p w14:paraId="76AFF167" w14:textId="77777777" w:rsidR="0057757C" w:rsidRPr="007F65A0" w:rsidRDefault="0057757C" w:rsidP="00D251EC">
            <w:pPr>
              <w:rPr>
                <w:sz w:val="24"/>
                <w:szCs w:val="24"/>
              </w:rPr>
            </w:pPr>
          </w:p>
        </w:tc>
        <w:tc>
          <w:tcPr>
            <w:tcW w:w="2085" w:type="dxa"/>
            <w:vAlign w:val="center"/>
          </w:tcPr>
          <w:p w14:paraId="56CCE1B8" w14:textId="77777777" w:rsidR="0057757C" w:rsidRPr="007F65A0" w:rsidRDefault="0057757C" w:rsidP="00D251EC">
            <w:pPr>
              <w:rPr>
                <w:sz w:val="24"/>
                <w:szCs w:val="24"/>
              </w:rPr>
            </w:pPr>
          </w:p>
        </w:tc>
        <w:tc>
          <w:tcPr>
            <w:tcW w:w="2085" w:type="dxa"/>
            <w:vAlign w:val="center"/>
          </w:tcPr>
          <w:p w14:paraId="0CFC3FDD" w14:textId="77777777" w:rsidR="0057757C" w:rsidRPr="007F65A0" w:rsidRDefault="0057757C" w:rsidP="00D251EC">
            <w:pPr>
              <w:rPr>
                <w:sz w:val="24"/>
                <w:szCs w:val="24"/>
              </w:rPr>
            </w:pPr>
          </w:p>
        </w:tc>
      </w:tr>
      <w:tr w:rsidR="0057757C" w:rsidRPr="007F65A0" w14:paraId="5262F4E4" w14:textId="77777777" w:rsidTr="00D251EC">
        <w:trPr>
          <w:jc w:val="center"/>
        </w:trPr>
        <w:tc>
          <w:tcPr>
            <w:tcW w:w="2085" w:type="dxa"/>
            <w:vAlign w:val="center"/>
          </w:tcPr>
          <w:p w14:paraId="3892E9EA" w14:textId="77777777" w:rsidR="0057757C" w:rsidRPr="007F65A0" w:rsidRDefault="0057757C" w:rsidP="00D251EC">
            <w:pPr>
              <w:rPr>
                <w:sz w:val="24"/>
                <w:szCs w:val="24"/>
              </w:rPr>
            </w:pPr>
            <w:r w:rsidRPr="007F65A0">
              <w:rPr>
                <w:sz w:val="24"/>
                <w:szCs w:val="24"/>
              </w:rPr>
              <w:t>Matematikai tapasztalatok</w:t>
            </w:r>
          </w:p>
        </w:tc>
        <w:tc>
          <w:tcPr>
            <w:tcW w:w="2085" w:type="dxa"/>
            <w:vAlign w:val="center"/>
          </w:tcPr>
          <w:p w14:paraId="77248009" w14:textId="77777777" w:rsidR="0057757C" w:rsidRPr="007F65A0" w:rsidRDefault="0057757C" w:rsidP="00D251EC">
            <w:pPr>
              <w:rPr>
                <w:sz w:val="24"/>
                <w:szCs w:val="24"/>
              </w:rPr>
            </w:pPr>
            <w:r w:rsidRPr="007F65A0">
              <w:rPr>
                <w:sz w:val="24"/>
                <w:szCs w:val="24"/>
              </w:rPr>
              <w:t>24</w:t>
            </w:r>
          </w:p>
        </w:tc>
        <w:tc>
          <w:tcPr>
            <w:tcW w:w="2085" w:type="dxa"/>
            <w:vAlign w:val="center"/>
          </w:tcPr>
          <w:p w14:paraId="4E50C4CB" w14:textId="77777777" w:rsidR="0057757C" w:rsidRPr="007F65A0" w:rsidRDefault="0057757C" w:rsidP="00D251EC">
            <w:pPr>
              <w:rPr>
                <w:sz w:val="24"/>
                <w:szCs w:val="24"/>
              </w:rPr>
            </w:pPr>
          </w:p>
        </w:tc>
        <w:tc>
          <w:tcPr>
            <w:tcW w:w="2085" w:type="dxa"/>
            <w:vAlign w:val="center"/>
          </w:tcPr>
          <w:p w14:paraId="0B9A6C67" w14:textId="77777777" w:rsidR="0057757C" w:rsidRPr="007F65A0" w:rsidRDefault="0057757C" w:rsidP="00D251EC">
            <w:pPr>
              <w:rPr>
                <w:sz w:val="24"/>
                <w:szCs w:val="24"/>
              </w:rPr>
            </w:pPr>
          </w:p>
        </w:tc>
        <w:tc>
          <w:tcPr>
            <w:tcW w:w="2085" w:type="dxa"/>
            <w:vAlign w:val="center"/>
          </w:tcPr>
          <w:p w14:paraId="3E3D57ED" w14:textId="77777777" w:rsidR="0057757C" w:rsidRPr="007F65A0" w:rsidRDefault="0057757C" w:rsidP="00D251EC">
            <w:pPr>
              <w:rPr>
                <w:sz w:val="24"/>
                <w:szCs w:val="24"/>
              </w:rPr>
            </w:pPr>
          </w:p>
        </w:tc>
      </w:tr>
      <w:tr w:rsidR="0057757C" w:rsidRPr="007F65A0" w14:paraId="400FDDBB" w14:textId="77777777" w:rsidTr="00D251EC">
        <w:trPr>
          <w:jc w:val="center"/>
        </w:trPr>
        <w:tc>
          <w:tcPr>
            <w:tcW w:w="2085" w:type="dxa"/>
            <w:vAlign w:val="center"/>
          </w:tcPr>
          <w:p w14:paraId="3959A7D8" w14:textId="77777777" w:rsidR="0057757C" w:rsidRPr="007F65A0" w:rsidRDefault="0057757C" w:rsidP="00D251EC">
            <w:pPr>
              <w:rPr>
                <w:sz w:val="24"/>
                <w:szCs w:val="24"/>
              </w:rPr>
            </w:pPr>
            <w:r w:rsidRPr="007F65A0">
              <w:rPr>
                <w:sz w:val="24"/>
                <w:szCs w:val="24"/>
              </w:rPr>
              <w:t>Műveltségtartalmak: mese, vers, zene, ábrázolás</w:t>
            </w:r>
          </w:p>
        </w:tc>
        <w:tc>
          <w:tcPr>
            <w:tcW w:w="2085" w:type="dxa"/>
            <w:vAlign w:val="center"/>
          </w:tcPr>
          <w:p w14:paraId="3F88DB37" w14:textId="77777777" w:rsidR="0057757C" w:rsidRPr="007F65A0" w:rsidRDefault="0057757C" w:rsidP="00D251EC">
            <w:pPr>
              <w:rPr>
                <w:sz w:val="24"/>
                <w:szCs w:val="24"/>
              </w:rPr>
            </w:pPr>
            <w:r w:rsidRPr="007F65A0">
              <w:rPr>
                <w:sz w:val="24"/>
                <w:szCs w:val="24"/>
              </w:rPr>
              <w:t>28</w:t>
            </w:r>
          </w:p>
        </w:tc>
        <w:tc>
          <w:tcPr>
            <w:tcW w:w="2085" w:type="dxa"/>
            <w:vAlign w:val="center"/>
          </w:tcPr>
          <w:p w14:paraId="004EAD58" w14:textId="77777777" w:rsidR="0057757C" w:rsidRPr="007F65A0" w:rsidRDefault="0057757C" w:rsidP="00D251EC">
            <w:pPr>
              <w:rPr>
                <w:sz w:val="24"/>
                <w:szCs w:val="24"/>
              </w:rPr>
            </w:pPr>
          </w:p>
        </w:tc>
        <w:tc>
          <w:tcPr>
            <w:tcW w:w="2085" w:type="dxa"/>
            <w:vAlign w:val="center"/>
          </w:tcPr>
          <w:p w14:paraId="655CACB5" w14:textId="77777777" w:rsidR="0057757C" w:rsidRPr="007F65A0" w:rsidRDefault="0057757C" w:rsidP="00D251EC">
            <w:pPr>
              <w:rPr>
                <w:sz w:val="24"/>
                <w:szCs w:val="24"/>
              </w:rPr>
            </w:pPr>
          </w:p>
        </w:tc>
        <w:tc>
          <w:tcPr>
            <w:tcW w:w="2085" w:type="dxa"/>
            <w:vAlign w:val="center"/>
          </w:tcPr>
          <w:p w14:paraId="2F5A8E3F" w14:textId="77777777" w:rsidR="0057757C" w:rsidRPr="007F65A0" w:rsidRDefault="0057757C" w:rsidP="00D251EC">
            <w:pPr>
              <w:rPr>
                <w:sz w:val="24"/>
                <w:szCs w:val="24"/>
              </w:rPr>
            </w:pPr>
          </w:p>
        </w:tc>
      </w:tr>
      <w:tr w:rsidR="0057757C" w:rsidRPr="007F65A0" w14:paraId="115DF41B" w14:textId="77777777" w:rsidTr="00D251EC">
        <w:trPr>
          <w:jc w:val="center"/>
        </w:trPr>
        <w:tc>
          <w:tcPr>
            <w:tcW w:w="2085" w:type="dxa"/>
            <w:shd w:val="clear" w:color="auto" w:fill="D9EAF7"/>
            <w:vAlign w:val="center"/>
          </w:tcPr>
          <w:p w14:paraId="3BBA166A" w14:textId="77777777" w:rsidR="0057757C" w:rsidRPr="007F65A0" w:rsidRDefault="0057757C" w:rsidP="00D251EC">
            <w:pPr>
              <w:rPr>
                <w:sz w:val="24"/>
                <w:szCs w:val="24"/>
              </w:rPr>
            </w:pPr>
            <w:r w:rsidRPr="007F65A0">
              <w:rPr>
                <w:b/>
                <w:sz w:val="24"/>
                <w:szCs w:val="24"/>
              </w:rPr>
              <w:t>ÖSSZESEN</w:t>
            </w:r>
          </w:p>
        </w:tc>
        <w:tc>
          <w:tcPr>
            <w:tcW w:w="2085" w:type="dxa"/>
            <w:shd w:val="clear" w:color="auto" w:fill="D9EAF7"/>
            <w:vAlign w:val="center"/>
          </w:tcPr>
          <w:p w14:paraId="6CFAC549" w14:textId="77777777" w:rsidR="0057757C" w:rsidRPr="007F65A0" w:rsidRDefault="0057757C" w:rsidP="00D251EC">
            <w:pPr>
              <w:rPr>
                <w:sz w:val="24"/>
                <w:szCs w:val="24"/>
              </w:rPr>
            </w:pPr>
            <w:r w:rsidRPr="007F65A0">
              <w:rPr>
                <w:b/>
                <w:sz w:val="24"/>
                <w:szCs w:val="24"/>
              </w:rPr>
              <w:t>228</w:t>
            </w:r>
          </w:p>
        </w:tc>
        <w:tc>
          <w:tcPr>
            <w:tcW w:w="2085" w:type="dxa"/>
            <w:shd w:val="clear" w:color="auto" w:fill="D9EAF7"/>
            <w:vAlign w:val="center"/>
          </w:tcPr>
          <w:p w14:paraId="6B6F671F" w14:textId="77777777" w:rsidR="0057757C" w:rsidRPr="007F65A0" w:rsidRDefault="0057757C" w:rsidP="00D251EC">
            <w:pPr>
              <w:rPr>
                <w:sz w:val="24"/>
                <w:szCs w:val="24"/>
              </w:rPr>
            </w:pPr>
          </w:p>
        </w:tc>
        <w:tc>
          <w:tcPr>
            <w:tcW w:w="2085" w:type="dxa"/>
            <w:shd w:val="clear" w:color="auto" w:fill="D9EAF7"/>
            <w:vAlign w:val="center"/>
          </w:tcPr>
          <w:p w14:paraId="2BD3F5CB" w14:textId="77777777" w:rsidR="0057757C" w:rsidRPr="007F65A0" w:rsidRDefault="0057757C" w:rsidP="00D251EC">
            <w:pPr>
              <w:rPr>
                <w:sz w:val="24"/>
                <w:szCs w:val="24"/>
              </w:rPr>
            </w:pPr>
          </w:p>
        </w:tc>
        <w:tc>
          <w:tcPr>
            <w:tcW w:w="2085" w:type="dxa"/>
            <w:shd w:val="clear" w:color="auto" w:fill="D9EAF7"/>
            <w:vAlign w:val="center"/>
          </w:tcPr>
          <w:p w14:paraId="7D892504" w14:textId="77777777" w:rsidR="0057757C" w:rsidRPr="007F65A0" w:rsidRDefault="0057757C" w:rsidP="00D251EC">
            <w:pPr>
              <w:rPr>
                <w:sz w:val="24"/>
                <w:szCs w:val="24"/>
              </w:rPr>
            </w:pPr>
          </w:p>
        </w:tc>
      </w:tr>
    </w:tbl>
    <w:p w14:paraId="5C6A67C7" w14:textId="77777777" w:rsidR="0057757C" w:rsidRPr="007F65A0" w:rsidRDefault="0057757C" w:rsidP="0057757C">
      <w:pPr>
        <w:rPr>
          <w:sz w:val="24"/>
          <w:szCs w:val="24"/>
        </w:rPr>
      </w:pPr>
    </w:p>
    <w:p w14:paraId="791C316E" w14:textId="77777777" w:rsidR="0057757C" w:rsidRPr="007F65A0" w:rsidRDefault="0057757C" w:rsidP="0057757C">
      <w:pPr>
        <w:rPr>
          <w:sz w:val="24"/>
          <w:szCs w:val="24"/>
        </w:rPr>
      </w:pPr>
      <w:r w:rsidRPr="007F65A0">
        <w:rPr>
          <w:b/>
          <w:sz w:val="24"/>
          <w:szCs w:val="24"/>
        </w:rPr>
        <w:t xml:space="preserve">Összesített eredmény: </w:t>
      </w:r>
      <w:r w:rsidRPr="007F65A0">
        <w:rPr>
          <w:sz w:val="24"/>
          <w:szCs w:val="24"/>
        </w:rPr>
        <w:t>________ / 228 pont = ________ %</w:t>
      </w:r>
    </w:p>
    <w:p w14:paraId="49A137A1" w14:textId="77777777" w:rsidR="0057757C" w:rsidRPr="007F65A0" w:rsidRDefault="0057757C" w:rsidP="0057757C">
      <w:pPr>
        <w:rPr>
          <w:sz w:val="24"/>
          <w:szCs w:val="24"/>
        </w:rPr>
      </w:pPr>
      <w:r w:rsidRPr="007F65A0">
        <w:rPr>
          <w:b/>
          <w:sz w:val="24"/>
          <w:szCs w:val="24"/>
        </w:rPr>
        <w:t xml:space="preserve">Pedagógiai összegzés: </w:t>
      </w:r>
      <w:r w:rsidRPr="007F65A0">
        <w:rPr>
          <w:rFonts w:ascii="Segoe UI Symbol" w:hAnsi="Segoe UI Symbol" w:cs="Segoe UI Symbol"/>
          <w:sz w:val="24"/>
          <w:szCs w:val="24"/>
        </w:rPr>
        <w:t>☐</w:t>
      </w:r>
      <w:r w:rsidRPr="007F65A0">
        <w:rPr>
          <w:sz w:val="24"/>
          <w:szCs w:val="24"/>
        </w:rPr>
        <w:t xml:space="preserve"> iskolakezdéshez szükséges fejlettség stabilan megfigyelhető   </w:t>
      </w:r>
      <w:r w:rsidRPr="007F65A0">
        <w:rPr>
          <w:rFonts w:ascii="Segoe UI Symbol" w:hAnsi="Segoe UI Symbol" w:cs="Segoe UI Symbol"/>
          <w:sz w:val="24"/>
          <w:szCs w:val="24"/>
        </w:rPr>
        <w:t>☐</w:t>
      </w:r>
      <w:r w:rsidRPr="007F65A0">
        <w:rPr>
          <w:sz w:val="24"/>
          <w:szCs w:val="24"/>
        </w:rPr>
        <w:t xml:space="preserve"> nagyrészt kialakult, célzott megerősítés szükséges   </w:t>
      </w:r>
      <w:r w:rsidRPr="007F65A0">
        <w:rPr>
          <w:rFonts w:ascii="Segoe UI Symbol" w:hAnsi="Segoe UI Symbol" w:cs="Segoe UI Symbol"/>
          <w:sz w:val="24"/>
          <w:szCs w:val="24"/>
        </w:rPr>
        <w:t>☐</w:t>
      </w:r>
      <w:r w:rsidRPr="007F65A0">
        <w:rPr>
          <w:sz w:val="24"/>
          <w:szCs w:val="24"/>
        </w:rPr>
        <w:t xml:space="preserve"> több területen további fejlesztés szükséges</w:t>
      </w:r>
    </w:p>
    <w:p w14:paraId="48E00044" w14:textId="77777777" w:rsidR="0057757C" w:rsidRPr="007F65A0" w:rsidRDefault="0057757C" w:rsidP="0057757C">
      <w:pPr>
        <w:pStyle w:val="Cmsor1"/>
        <w:rPr>
          <w:rFonts w:ascii="Times New Roman" w:hAnsi="Times New Roman" w:cs="Times New Roman"/>
          <w:sz w:val="24"/>
          <w:szCs w:val="24"/>
        </w:rPr>
      </w:pPr>
      <w:r w:rsidRPr="007F65A0">
        <w:rPr>
          <w:rFonts w:ascii="Times New Roman" w:hAnsi="Times New Roman" w:cs="Times New Roman"/>
          <w:sz w:val="24"/>
          <w:szCs w:val="24"/>
        </w:rPr>
        <w:t>6. Szöveges értékelés</w:t>
      </w:r>
    </w:p>
    <w:p w14:paraId="5477164E" w14:textId="77777777" w:rsidR="0057757C" w:rsidRPr="007F65A0" w:rsidRDefault="0057757C" w:rsidP="0057757C">
      <w:pPr>
        <w:rPr>
          <w:sz w:val="24"/>
          <w:szCs w:val="24"/>
        </w:rPr>
      </w:pPr>
      <w:r w:rsidRPr="007F65A0">
        <w:rPr>
          <w:b/>
          <w:sz w:val="24"/>
          <w:szCs w:val="24"/>
        </w:rPr>
        <w:t>Erősségek, stabilan kialakult képességek:</w:t>
      </w:r>
    </w:p>
    <w:p w14:paraId="779F93DC"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3FF863D8"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371B384D"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2A4BABDB" w14:textId="77777777" w:rsidR="0057757C" w:rsidRPr="007F65A0" w:rsidRDefault="0057757C" w:rsidP="0057757C">
      <w:pPr>
        <w:rPr>
          <w:sz w:val="24"/>
          <w:szCs w:val="24"/>
        </w:rPr>
      </w:pPr>
      <w:r w:rsidRPr="007F65A0">
        <w:rPr>
          <w:b/>
          <w:sz w:val="24"/>
          <w:szCs w:val="24"/>
        </w:rPr>
        <w:t>Fejlődő, megerősítendő területek:</w:t>
      </w:r>
    </w:p>
    <w:p w14:paraId="340CA7C8"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648D7879"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2253AB7A"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7EE621E9" w14:textId="77777777" w:rsidR="0057757C" w:rsidRPr="007F65A0" w:rsidRDefault="0057757C" w:rsidP="0057757C">
      <w:pPr>
        <w:rPr>
          <w:sz w:val="24"/>
          <w:szCs w:val="24"/>
        </w:rPr>
      </w:pPr>
      <w:r w:rsidRPr="007F65A0">
        <w:rPr>
          <w:b/>
          <w:sz w:val="24"/>
          <w:szCs w:val="24"/>
        </w:rPr>
        <w:t>Kiemelt egyéni fejlesztési célok:</w:t>
      </w:r>
    </w:p>
    <w:p w14:paraId="5DAFE97E"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409D7EBC"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7513C4B7"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126E9931" w14:textId="77777777" w:rsidR="0057757C" w:rsidRPr="007F65A0" w:rsidRDefault="0057757C" w:rsidP="0057757C">
      <w:pPr>
        <w:rPr>
          <w:sz w:val="24"/>
          <w:szCs w:val="24"/>
        </w:rPr>
      </w:pPr>
      <w:r w:rsidRPr="007F65A0">
        <w:rPr>
          <w:b/>
          <w:sz w:val="24"/>
          <w:szCs w:val="24"/>
        </w:rPr>
        <w:t>Javasolt pedagógiai módszerek, tevékenységek:</w:t>
      </w:r>
    </w:p>
    <w:p w14:paraId="37F7B841" w14:textId="77777777" w:rsidR="0057757C" w:rsidRPr="007F65A0" w:rsidRDefault="0057757C" w:rsidP="0057757C">
      <w:pPr>
        <w:rPr>
          <w:sz w:val="24"/>
          <w:szCs w:val="24"/>
        </w:rPr>
      </w:pPr>
      <w:r w:rsidRPr="007F65A0">
        <w:rPr>
          <w:sz w:val="24"/>
          <w:szCs w:val="24"/>
        </w:rPr>
        <w:lastRenderedPageBreak/>
        <w:t>________________________________________________________________________________</w:t>
      </w:r>
    </w:p>
    <w:p w14:paraId="35646C15"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68932CA1"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712415DF" w14:textId="77777777" w:rsidR="0057757C" w:rsidRPr="007F65A0" w:rsidRDefault="0057757C" w:rsidP="0057757C">
      <w:pPr>
        <w:rPr>
          <w:sz w:val="24"/>
          <w:szCs w:val="24"/>
        </w:rPr>
      </w:pPr>
      <w:r w:rsidRPr="007F65A0">
        <w:rPr>
          <w:b/>
          <w:sz w:val="24"/>
          <w:szCs w:val="24"/>
        </w:rPr>
        <w:t>Szülővel egyeztetendő tapasztalatok / javaslatok:</w:t>
      </w:r>
    </w:p>
    <w:p w14:paraId="1067EFBF"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7E651CDE"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0811707B"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2014CDAA" w14:textId="77777777" w:rsidR="0057757C" w:rsidRPr="007F65A0" w:rsidRDefault="0057757C" w:rsidP="0057757C">
      <w:pPr>
        <w:rPr>
          <w:sz w:val="24"/>
          <w:szCs w:val="24"/>
        </w:rPr>
      </w:pPr>
      <w:r w:rsidRPr="007F65A0">
        <w:rPr>
          <w:b/>
          <w:sz w:val="24"/>
          <w:szCs w:val="24"/>
        </w:rPr>
        <w:t>Szükséges szakmai együttműködés (ha indokolt):</w:t>
      </w:r>
    </w:p>
    <w:p w14:paraId="5922C853"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266C02A1"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18AD923D" w14:textId="77777777" w:rsidR="0057757C" w:rsidRPr="007F65A0" w:rsidRDefault="0057757C" w:rsidP="0057757C">
      <w:pPr>
        <w:rPr>
          <w:sz w:val="24"/>
          <w:szCs w:val="24"/>
        </w:rPr>
      </w:pPr>
      <w:r w:rsidRPr="007F65A0">
        <w:rPr>
          <w:sz w:val="24"/>
          <w:szCs w:val="24"/>
        </w:rPr>
        <w:t>________________________________________________________________________________</w:t>
      </w:r>
    </w:p>
    <w:p w14:paraId="55CFE708" w14:textId="77777777" w:rsidR="0057757C" w:rsidRPr="007F65A0" w:rsidRDefault="0057757C" w:rsidP="0057757C">
      <w:pPr>
        <w:rPr>
          <w:sz w:val="24"/>
          <w:szCs w:val="24"/>
        </w:rPr>
      </w:pPr>
    </w:p>
    <w:tbl>
      <w:tblPr>
        <w:tblStyle w:val="Rcsostblzat"/>
        <w:tblW w:w="0" w:type="auto"/>
        <w:tblLook w:val="04A0" w:firstRow="1" w:lastRow="0" w:firstColumn="1" w:lastColumn="0" w:noHBand="0" w:noVBand="1"/>
      </w:tblPr>
      <w:tblGrid>
        <w:gridCol w:w="5209"/>
        <w:gridCol w:w="5207"/>
      </w:tblGrid>
      <w:tr w:rsidR="0057757C" w:rsidRPr="007F65A0" w14:paraId="76538A61" w14:textId="77777777" w:rsidTr="00D251EC">
        <w:tc>
          <w:tcPr>
            <w:tcW w:w="5213" w:type="dxa"/>
            <w:vAlign w:val="center"/>
          </w:tcPr>
          <w:p w14:paraId="23DEF294" w14:textId="77777777" w:rsidR="0057757C" w:rsidRPr="007F65A0" w:rsidRDefault="0057757C" w:rsidP="00D251EC">
            <w:pPr>
              <w:rPr>
                <w:sz w:val="24"/>
                <w:szCs w:val="24"/>
              </w:rPr>
            </w:pPr>
            <w:r w:rsidRPr="007F65A0">
              <w:rPr>
                <w:b/>
                <w:sz w:val="24"/>
                <w:szCs w:val="24"/>
              </w:rPr>
              <w:t>Dátum:</w:t>
            </w:r>
          </w:p>
        </w:tc>
        <w:tc>
          <w:tcPr>
            <w:tcW w:w="5213" w:type="dxa"/>
            <w:vAlign w:val="center"/>
          </w:tcPr>
          <w:p w14:paraId="3B0CD4FC" w14:textId="77777777" w:rsidR="0057757C" w:rsidRPr="007F65A0" w:rsidRDefault="0057757C" w:rsidP="00D251EC">
            <w:pPr>
              <w:rPr>
                <w:sz w:val="24"/>
                <w:szCs w:val="24"/>
              </w:rPr>
            </w:pPr>
          </w:p>
        </w:tc>
      </w:tr>
      <w:tr w:rsidR="0057757C" w:rsidRPr="007F65A0" w14:paraId="2FFC6C3B" w14:textId="77777777" w:rsidTr="00D251EC">
        <w:tc>
          <w:tcPr>
            <w:tcW w:w="5213" w:type="dxa"/>
            <w:vAlign w:val="center"/>
          </w:tcPr>
          <w:p w14:paraId="7DF0AC56" w14:textId="77777777" w:rsidR="0057757C" w:rsidRPr="007F65A0" w:rsidRDefault="0057757C" w:rsidP="00D251EC">
            <w:pPr>
              <w:rPr>
                <w:sz w:val="24"/>
                <w:szCs w:val="24"/>
              </w:rPr>
            </w:pPr>
            <w:r w:rsidRPr="007F65A0">
              <w:rPr>
                <w:b/>
                <w:sz w:val="24"/>
                <w:szCs w:val="24"/>
              </w:rPr>
              <w:t>Óvodapedagógus(ok) aláírása:</w:t>
            </w:r>
          </w:p>
        </w:tc>
        <w:tc>
          <w:tcPr>
            <w:tcW w:w="5213" w:type="dxa"/>
            <w:vAlign w:val="center"/>
          </w:tcPr>
          <w:p w14:paraId="15105E40" w14:textId="77777777" w:rsidR="0057757C" w:rsidRPr="007F65A0" w:rsidRDefault="0057757C" w:rsidP="00D251EC">
            <w:pPr>
              <w:rPr>
                <w:sz w:val="24"/>
                <w:szCs w:val="24"/>
              </w:rPr>
            </w:pPr>
          </w:p>
        </w:tc>
      </w:tr>
    </w:tbl>
    <w:p w14:paraId="01D0E901" w14:textId="77777777" w:rsidR="0057757C" w:rsidRPr="007F65A0" w:rsidRDefault="0057757C" w:rsidP="0057757C">
      <w:pPr>
        <w:rPr>
          <w:sz w:val="24"/>
          <w:szCs w:val="24"/>
        </w:rPr>
      </w:pPr>
      <w:r w:rsidRPr="007F65A0">
        <w:rPr>
          <w:sz w:val="24"/>
          <w:szCs w:val="24"/>
        </w:rPr>
        <w:br w:type="page"/>
      </w:r>
    </w:p>
    <w:p w14:paraId="46878F79" w14:textId="77777777" w:rsidR="0057757C" w:rsidRPr="007F65A0" w:rsidRDefault="0057757C" w:rsidP="0057757C">
      <w:pPr>
        <w:pStyle w:val="Cmsor1"/>
        <w:rPr>
          <w:rFonts w:ascii="Times New Roman" w:hAnsi="Times New Roman" w:cs="Times New Roman"/>
          <w:sz w:val="24"/>
          <w:szCs w:val="24"/>
        </w:rPr>
      </w:pPr>
      <w:r w:rsidRPr="007F65A0">
        <w:rPr>
          <w:rFonts w:ascii="Times New Roman" w:hAnsi="Times New Roman" w:cs="Times New Roman"/>
          <w:sz w:val="24"/>
          <w:szCs w:val="24"/>
        </w:rPr>
        <w:lastRenderedPageBreak/>
        <w:t>7. Csoportszintű összesítő – százalékos eredmények</w:t>
      </w:r>
    </w:p>
    <w:p w14:paraId="5997F311" w14:textId="77777777" w:rsidR="0057757C" w:rsidRPr="007F65A0" w:rsidRDefault="0057757C" w:rsidP="0057757C">
      <w:pPr>
        <w:rPr>
          <w:sz w:val="24"/>
          <w:szCs w:val="24"/>
        </w:rPr>
      </w:pPr>
      <w:r w:rsidRPr="007F65A0">
        <w:rPr>
          <w:sz w:val="24"/>
          <w:szCs w:val="24"/>
        </w:rPr>
        <w:t>A táblázat segítségével gyermekenként és területenként rögzíthető a százalékos teljesítmény. A csoportátlagok alapján láthatóvá válik, mely területeken erős a csoport, és hol szükséges a következő időszak pedagógiai tervezésében hangsúlyosabb fejlesztés.</w:t>
      </w:r>
    </w:p>
    <w:p w14:paraId="3554C96A" w14:textId="77777777" w:rsidR="0057757C" w:rsidRPr="007F65A0" w:rsidRDefault="0057757C" w:rsidP="0057757C">
      <w:pPr>
        <w:rPr>
          <w:sz w:val="24"/>
          <w:szCs w:val="24"/>
        </w:rPr>
        <w:sectPr w:rsidR="0057757C" w:rsidRPr="007F65A0" w:rsidSect="00A42104">
          <w:headerReference w:type="default" r:id="rId13"/>
          <w:footerReference w:type="default" r:id="rId14"/>
          <w:pgSz w:w="12240" w:h="15840"/>
          <w:pgMar w:top="850" w:right="907" w:bottom="850" w:left="907" w:header="720" w:footer="720" w:gutter="0"/>
          <w:cols w:space="720"/>
          <w:docGrid w:linePitch="360"/>
        </w:sectPr>
      </w:pPr>
    </w:p>
    <w:tbl>
      <w:tblPr>
        <w:tblStyle w:val="Rcsostblzat"/>
        <w:tblW w:w="0" w:type="auto"/>
        <w:jc w:val="center"/>
        <w:tblLook w:val="04A0" w:firstRow="1" w:lastRow="0" w:firstColumn="1" w:lastColumn="0" w:noHBand="0" w:noVBand="1"/>
      </w:tblPr>
      <w:tblGrid>
        <w:gridCol w:w="2230"/>
        <w:gridCol w:w="564"/>
        <w:gridCol w:w="555"/>
        <w:gridCol w:w="565"/>
        <w:gridCol w:w="565"/>
        <w:gridCol w:w="555"/>
        <w:gridCol w:w="544"/>
        <w:gridCol w:w="575"/>
        <w:gridCol w:w="575"/>
        <w:gridCol w:w="504"/>
        <w:gridCol w:w="524"/>
        <w:gridCol w:w="575"/>
        <w:gridCol w:w="1309"/>
      </w:tblGrid>
      <w:tr w:rsidR="0057757C" w:rsidRPr="007F65A0" w14:paraId="6FA77530" w14:textId="77777777" w:rsidTr="00D251EC">
        <w:trPr>
          <w:tblHeader/>
          <w:jc w:val="center"/>
        </w:trPr>
        <w:tc>
          <w:tcPr>
            <w:tcW w:w="1114" w:type="dxa"/>
            <w:shd w:val="clear" w:color="auto" w:fill="D9EAF7"/>
            <w:vAlign w:val="center"/>
          </w:tcPr>
          <w:p w14:paraId="10BFB31D" w14:textId="77777777" w:rsidR="0057757C" w:rsidRPr="007F65A0" w:rsidRDefault="0057757C" w:rsidP="00D251EC">
            <w:pPr>
              <w:jc w:val="center"/>
              <w:rPr>
                <w:sz w:val="24"/>
                <w:szCs w:val="24"/>
              </w:rPr>
            </w:pPr>
            <w:r w:rsidRPr="007F65A0">
              <w:rPr>
                <w:b/>
                <w:sz w:val="24"/>
                <w:szCs w:val="24"/>
              </w:rPr>
              <w:lastRenderedPageBreak/>
              <w:t>Gyermek neve</w:t>
            </w:r>
          </w:p>
        </w:tc>
        <w:tc>
          <w:tcPr>
            <w:tcW w:w="1114" w:type="dxa"/>
            <w:shd w:val="clear" w:color="auto" w:fill="D9EAF7"/>
            <w:vAlign w:val="center"/>
          </w:tcPr>
          <w:p w14:paraId="25471D94" w14:textId="77777777" w:rsidR="0057757C" w:rsidRPr="007F65A0" w:rsidRDefault="0057757C" w:rsidP="00D251EC">
            <w:pPr>
              <w:jc w:val="center"/>
              <w:rPr>
                <w:sz w:val="24"/>
                <w:szCs w:val="24"/>
              </w:rPr>
            </w:pPr>
            <w:r w:rsidRPr="007F65A0">
              <w:rPr>
                <w:b/>
                <w:sz w:val="24"/>
                <w:szCs w:val="24"/>
              </w:rPr>
              <w:t>A</w:t>
            </w:r>
          </w:p>
        </w:tc>
        <w:tc>
          <w:tcPr>
            <w:tcW w:w="1114" w:type="dxa"/>
            <w:shd w:val="clear" w:color="auto" w:fill="D9EAF7"/>
            <w:vAlign w:val="center"/>
          </w:tcPr>
          <w:p w14:paraId="34467987" w14:textId="77777777" w:rsidR="0057757C" w:rsidRPr="007F65A0" w:rsidRDefault="0057757C" w:rsidP="00D251EC">
            <w:pPr>
              <w:jc w:val="center"/>
              <w:rPr>
                <w:sz w:val="24"/>
                <w:szCs w:val="24"/>
              </w:rPr>
            </w:pPr>
            <w:r w:rsidRPr="007F65A0">
              <w:rPr>
                <w:b/>
                <w:sz w:val="24"/>
                <w:szCs w:val="24"/>
              </w:rPr>
              <w:t>B</w:t>
            </w:r>
          </w:p>
        </w:tc>
        <w:tc>
          <w:tcPr>
            <w:tcW w:w="1114" w:type="dxa"/>
            <w:shd w:val="clear" w:color="auto" w:fill="D9EAF7"/>
            <w:vAlign w:val="center"/>
          </w:tcPr>
          <w:p w14:paraId="0EB103D1" w14:textId="77777777" w:rsidR="0057757C" w:rsidRPr="007F65A0" w:rsidRDefault="0057757C" w:rsidP="00D251EC">
            <w:pPr>
              <w:jc w:val="center"/>
              <w:rPr>
                <w:sz w:val="24"/>
                <w:szCs w:val="24"/>
              </w:rPr>
            </w:pPr>
            <w:r w:rsidRPr="007F65A0">
              <w:rPr>
                <w:b/>
                <w:sz w:val="24"/>
                <w:szCs w:val="24"/>
              </w:rPr>
              <w:t>C</w:t>
            </w:r>
          </w:p>
        </w:tc>
        <w:tc>
          <w:tcPr>
            <w:tcW w:w="1114" w:type="dxa"/>
            <w:shd w:val="clear" w:color="auto" w:fill="D9EAF7"/>
            <w:vAlign w:val="center"/>
          </w:tcPr>
          <w:p w14:paraId="37EC1F40" w14:textId="77777777" w:rsidR="0057757C" w:rsidRPr="007F65A0" w:rsidRDefault="0057757C" w:rsidP="00D251EC">
            <w:pPr>
              <w:jc w:val="center"/>
              <w:rPr>
                <w:sz w:val="24"/>
                <w:szCs w:val="24"/>
              </w:rPr>
            </w:pPr>
            <w:r w:rsidRPr="007F65A0">
              <w:rPr>
                <w:b/>
                <w:sz w:val="24"/>
                <w:szCs w:val="24"/>
              </w:rPr>
              <w:t>D</w:t>
            </w:r>
          </w:p>
        </w:tc>
        <w:tc>
          <w:tcPr>
            <w:tcW w:w="1114" w:type="dxa"/>
            <w:shd w:val="clear" w:color="auto" w:fill="D9EAF7"/>
            <w:vAlign w:val="center"/>
          </w:tcPr>
          <w:p w14:paraId="7877A82C" w14:textId="77777777" w:rsidR="0057757C" w:rsidRPr="007F65A0" w:rsidRDefault="0057757C" w:rsidP="00D251EC">
            <w:pPr>
              <w:jc w:val="center"/>
              <w:rPr>
                <w:sz w:val="24"/>
                <w:szCs w:val="24"/>
              </w:rPr>
            </w:pPr>
            <w:r w:rsidRPr="007F65A0">
              <w:rPr>
                <w:b/>
                <w:sz w:val="24"/>
                <w:szCs w:val="24"/>
              </w:rPr>
              <w:t>E</w:t>
            </w:r>
          </w:p>
        </w:tc>
        <w:tc>
          <w:tcPr>
            <w:tcW w:w="1114" w:type="dxa"/>
            <w:shd w:val="clear" w:color="auto" w:fill="D9EAF7"/>
            <w:vAlign w:val="center"/>
          </w:tcPr>
          <w:p w14:paraId="217B9C98" w14:textId="77777777" w:rsidR="0057757C" w:rsidRPr="007F65A0" w:rsidRDefault="0057757C" w:rsidP="00D251EC">
            <w:pPr>
              <w:jc w:val="center"/>
              <w:rPr>
                <w:sz w:val="24"/>
                <w:szCs w:val="24"/>
              </w:rPr>
            </w:pPr>
            <w:r w:rsidRPr="007F65A0">
              <w:rPr>
                <w:b/>
                <w:sz w:val="24"/>
                <w:szCs w:val="24"/>
              </w:rPr>
              <w:t>F</w:t>
            </w:r>
          </w:p>
        </w:tc>
        <w:tc>
          <w:tcPr>
            <w:tcW w:w="1114" w:type="dxa"/>
            <w:shd w:val="clear" w:color="auto" w:fill="D9EAF7"/>
            <w:vAlign w:val="center"/>
          </w:tcPr>
          <w:p w14:paraId="1E332965" w14:textId="77777777" w:rsidR="0057757C" w:rsidRPr="007F65A0" w:rsidRDefault="0057757C" w:rsidP="00D251EC">
            <w:pPr>
              <w:jc w:val="center"/>
              <w:rPr>
                <w:sz w:val="24"/>
                <w:szCs w:val="24"/>
              </w:rPr>
            </w:pPr>
            <w:r w:rsidRPr="007F65A0">
              <w:rPr>
                <w:b/>
                <w:sz w:val="24"/>
                <w:szCs w:val="24"/>
              </w:rPr>
              <w:t>G</w:t>
            </w:r>
          </w:p>
        </w:tc>
        <w:tc>
          <w:tcPr>
            <w:tcW w:w="1114" w:type="dxa"/>
            <w:shd w:val="clear" w:color="auto" w:fill="D9EAF7"/>
            <w:vAlign w:val="center"/>
          </w:tcPr>
          <w:p w14:paraId="2BC7C7AF" w14:textId="77777777" w:rsidR="0057757C" w:rsidRPr="007F65A0" w:rsidRDefault="0057757C" w:rsidP="00D251EC">
            <w:pPr>
              <w:jc w:val="center"/>
              <w:rPr>
                <w:sz w:val="24"/>
                <w:szCs w:val="24"/>
              </w:rPr>
            </w:pPr>
            <w:r w:rsidRPr="007F65A0">
              <w:rPr>
                <w:b/>
                <w:sz w:val="24"/>
                <w:szCs w:val="24"/>
              </w:rPr>
              <w:t>H</w:t>
            </w:r>
          </w:p>
        </w:tc>
        <w:tc>
          <w:tcPr>
            <w:tcW w:w="1114" w:type="dxa"/>
            <w:shd w:val="clear" w:color="auto" w:fill="D9EAF7"/>
            <w:vAlign w:val="center"/>
          </w:tcPr>
          <w:p w14:paraId="2A443CB2" w14:textId="77777777" w:rsidR="0057757C" w:rsidRPr="007F65A0" w:rsidRDefault="0057757C" w:rsidP="00D251EC">
            <w:pPr>
              <w:jc w:val="center"/>
              <w:rPr>
                <w:sz w:val="24"/>
                <w:szCs w:val="24"/>
              </w:rPr>
            </w:pPr>
            <w:r w:rsidRPr="007F65A0">
              <w:rPr>
                <w:b/>
                <w:sz w:val="24"/>
                <w:szCs w:val="24"/>
              </w:rPr>
              <w:t>I</w:t>
            </w:r>
          </w:p>
        </w:tc>
        <w:tc>
          <w:tcPr>
            <w:tcW w:w="1114" w:type="dxa"/>
            <w:shd w:val="clear" w:color="auto" w:fill="D9EAF7"/>
            <w:vAlign w:val="center"/>
          </w:tcPr>
          <w:p w14:paraId="16D95461" w14:textId="77777777" w:rsidR="0057757C" w:rsidRPr="007F65A0" w:rsidRDefault="0057757C" w:rsidP="00D251EC">
            <w:pPr>
              <w:jc w:val="center"/>
              <w:rPr>
                <w:sz w:val="24"/>
                <w:szCs w:val="24"/>
              </w:rPr>
            </w:pPr>
            <w:r w:rsidRPr="007F65A0">
              <w:rPr>
                <w:b/>
                <w:sz w:val="24"/>
                <w:szCs w:val="24"/>
              </w:rPr>
              <w:t>J</w:t>
            </w:r>
          </w:p>
        </w:tc>
        <w:tc>
          <w:tcPr>
            <w:tcW w:w="1114" w:type="dxa"/>
            <w:shd w:val="clear" w:color="auto" w:fill="D9EAF7"/>
            <w:vAlign w:val="center"/>
          </w:tcPr>
          <w:p w14:paraId="2A86CD4E" w14:textId="77777777" w:rsidR="0057757C" w:rsidRPr="007F65A0" w:rsidRDefault="0057757C" w:rsidP="00D251EC">
            <w:pPr>
              <w:jc w:val="center"/>
              <w:rPr>
                <w:sz w:val="24"/>
                <w:szCs w:val="24"/>
              </w:rPr>
            </w:pPr>
            <w:r w:rsidRPr="007F65A0">
              <w:rPr>
                <w:b/>
                <w:sz w:val="24"/>
                <w:szCs w:val="24"/>
              </w:rPr>
              <w:t>K</w:t>
            </w:r>
          </w:p>
        </w:tc>
        <w:tc>
          <w:tcPr>
            <w:tcW w:w="1114" w:type="dxa"/>
            <w:shd w:val="clear" w:color="auto" w:fill="D9EAF7"/>
            <w:vAlign w:val="center"/>
          </w:tcPr>
          <w:p w14:paraId="107EE86E" w14:textId="77777777" w:rsidR="0057757C" w:rsidRPr="007F65A0" w:rsidRDefault="0057757C" w:rsidP="00D251EC">
            <w:pPr>
              <w:jc w:val="center"/>
              <w:rPr>
                <w:sz w:val="24"/>
                <w:szCs w:val="24"/>
              </w:rPr>
            </w:pPr>
            <w:r w:rsidRPr="007F65A0">
              <w:rPr>
                <w:b/>
                <w:sz w:val="24"/>
                <w:szCs w:val="24"/>
              </w:rPr>
              <w:t>Összesített %</w:t>
            </w:r>
          </w:p>
        </w:tc>
      </w:tr>
      <w:tr w:rsidR="00A42104" w:rsidRPr="007F65A0" w14:paraId="1BA72478" w14:textId="77777777" w:rsidTr="00D251EC">
        <w:trPr>
          <w:jc w:val="center"/>
        </w:trPr>
        <w:tc>
          <w:tcPr>
            <w:tcW w:w="1114" w:type="dxa"/>
            <w:vAlign w:val="center"/>
          </w:tcPr>
          <w:p w14:paraId="0647993E" w14:textId="77777777" w:rsidR="0057757C" w:rsidRPr="007F65A0" w:rsidRDefault="0057757C" w:rsidP="00D251EC">
            <w:pPr>
              <w:rPr>
                <w:sz w:val="24"/>
                <w:szCs w:val="24"/>
              </w:rPr>
            </w:pPr>
          </w:p>
        </w:tc>
        <w:tc>
          <w:tcPr>
            <w:tcW w:w="1114" w:type="dxa"/>
            <w:vAlign w:val="center"/>
          </w:tcPr>
          <w:p w14:paraId="03CE9B18" w14:textId="77777777" w:rsidR="0057757C" w:rsidRPr="007F65A0" w:rsidRDefault="0057757C" w:rsidP="00D251EC">
            <w:pPr>
              <w:rPr>
                <w:sz w:val="24"/>
                <w:szCs w:val="24"/>
              </w:rPr>
            </w:pPr>
          </w:p>
        </w:tc>
        <w:tc>
          <w:tcPr>
            <w:tcW w:w="1114" w:type="dxa"/>
            <w:vAlign w:val="center"/>
          </w:tcPr>
          <w:p w14:paraId="2820AAB5" w14:textId="77777777" w:rsidR="0057757C" w:rsidRPr="007F65A0" w:rsidRDefault="0057757C" w:rsidP="00D251EC">
            <w:pPr>
              <w:rPr>
                <w:sz w:val="24"/>
                <w:szCs w:val="24"/>
              </w:rPr>
            </w:pPr>
          </w:p>
        </w:tc>
        <w:tc>
          <w:tcPr>
            <w:tcW w:w="1114" w:type="dxa"/>
            <w:vAlign w:val="center"/>
          </w:tcPr>
          <w:p w14:paraId="0841A412" w14:textId="77777777" w:rsidR="0057757C" w:rsidRPr="007F65A0" w:rsidRDefault="0057757C" w:rsidP="00D251EC">
            <w:pPr>
              <w:rPr>
                <w:sz w:val="24"/>
                <w:szCs w:val="24"/>
              </w:rPr>
            </w:pPr>
          </w:p>
        </w:tc>
        <w:tc>
          <w:tcPr>
            <w:tcW w:w="1114" w:type="dxa"/>
            <w:vAlign w:val="center"/>
          </w:tcPr>
          <w:p w14:paraId="593FF07F" w14:textId="77777777" w:rsidR="0057757C" w:rsidRPr="007F65A0" w:rsidRDefault="0057757C" w:rsidP="00D251EC">
            <w:pPr>
              <w:rPr>
                <w:sz w:val="24"/>
                <w:szCs w:val="24"/>
              </w:rPr>
            </w:pPr>
          </w:p>
        </w:tc>
        <w:tc>
          <w:tcPr>
            <w:tcW w:w="1114" w:type="dxa"/>
            <w:vAlign w:val="center"/>
          </w:tcPr>
          <w:p w14:paraId="04FA2D8E" w14:textId="77777777" w:rsidR="0057757C" w:rsidRPr="007F65A0" w:rsidRDefault="0057757C" w:rsidP="00D251EC">
            <w:pPr>
              <w:rPr>
                <w:sz w:val="24"/>
                <w:szCs w:val="24"/>
              </w:rPr>
            </w:pPr>
          </w:p>
        </w:tc>
        <w:tc>
          <w:tcPr>
            <w:tcW w:w="1114" w:type="dxa"/>
            <w:vAlign w:val="center"/>
          </w:tcPr>
          <w:p w14:paraId="0CB245E7" w14:textId="77777777" w:rsidR="0057757C" w:rsidRPr="007F65A0" w:rsidRDefault="0057757C" w:rsidP="00D251EC">
            <w:pPr>
              <w:rPr>
                <w:sz w:val="24"/>
                <w:szCs w:val="24"/>
              </w:rPr>
            </w:pPr>
          </w:p>
        </w:tc>
        <w:tc>
          <w:tcPr>
            <w:tcW w:w="1114" w:type="dxa"/>
            <w:vAlign w:val="center"/>
          </w:tcPr>
          <w:p w14:paraId="2E3073EE" w14:textId="77777777" w:rsidR="0057757C" w:rsidRPr="007F65A0" w:rsidRDefault="0057757C" w:rsidP="00D251EC">
            <w:pPr>
              <w:rPr>
                <w:sz w:val="24"/>
                <w:szCs w:val="24"/>
              </w:rPr>
            </w:pPr>
          </w:p>
        </w:tc>
        <w:tc>
          <w:tcPr>
            <w:tcW w:w="1114" w:type="dxa"/>
            <w:vAlign w:val="center"/>
          </w:tcPr>
          <w:p w14:paraId="13DC301B" w14:textId="77777777" w:rsidR="0057757C" w:rsidRPr="007F65A0" w:rsidRDefault="0057757C" w:rsidP="00D251EC">
            <w:pPr>
              <w:rPr>
                <w:sz w:val="24"/>
                <w:szCs w:val="24"/>
              </w:rPr>
            </w:pPr>
          </w:p>
        </w:tc>
        <w:tc>
          <w:tcPr>
            <w:tcW w:w="1114" w:type="dxa"/>
            <w:vAlign w:val="center"/>
          </w:tcPr>
          <w:p w14:paraId="012E2998" w14:textId="77777777" w:rsidR="0057757C" w:rsidRPr="007F65A0" w:rsidRDefault="0057757C" w:rsidP="00D251EC">
            <w:pPr>
              <w:rPr>
                <w:sz w:val="24"/>
                <w:szCs w:val="24"/>
              </w:rPr>
            </w:pPr>
          </w:p>
        </w:tc>
        <w:tc>
          <w:tcPr>
            <w:tcW w:w="1114" w:type="dxa"/>
            <w:vAlign w:val="center"/>
          </w:tcPr>
          <w:p w14:paraId="62FE5F05" w14:textId="77777777" w:rsidR="0057757C" w:rsidRPr="007F65A0" w:rsidRDefault="0057757C" w:rsidP="00D251EC">
            <w:pPr>
              <w:rPr>
                <w:sz w:val="24"/>
                <w:szCs w:val="24"/>
              </w:rPr>
            </w:pPr>
          </w:p>
        </w:tc>
        <w:tc>
          <w:tcPr>
            <w:tcW w:w="1114" w:type="dxa"/>
            <w:vAlign w:val="center"/>
          </w:tcPr>
          <w:p w14:paraId="53902280" w14:textId="77777777" w:rsidR="0057757C" w:rsidRPr="007F65A0" w:rsidRDefault="0057757C" w:rsidP="00D251EC">
            <w:pPr>
              <w:rPr>
                <w:sz w:val="24"/>
                <w:szCs w:val="24"/>
              </w:rPr>
            </w:pPr>
          </w:p>
        </w:tc>
        <w:tc>
          <w:tcPr>
            <w:tcW w:w="1114" w:type="dxa"/>
            <w:vAlign w:val="center"/>
          </w:tcPr>
          <w:p w14:paraId="5B886C14" w14:textId="77777777" w:rsidR="0057757C" w:rsidRPr="007F65A0" w:rsidRDefault="0057757C" w:rsidP="00D251EC">
            <w:pPr>
              <w:rPr>
                <w:sz w:val="24"/>
                <w:szCs w:val="24"/>
              </w:rPr>
            </w:pPr>
          </w:p>
        </w:tc>
      </w:tr>
      <w:tr w:rsidR="00A42104" w:rsidRPr="007F65A0" w14:paraId="636FB666" w14:textId="77777777" w:rsidTr="00D251EC">
        <w:trPr>
          <w:jc w:val="center"/>
        </w:trPr>
        <w:tc>
          <w:tcPr>
            <w:tcW w:w="1114" w:type="dxa"/>
            <w:vAlign w:val="center"/>
          </w:tcPr>
          <w:p w14:paraId="762EC3F7" w14:textId="77777777" w:rsidR="0057757C" w:rsidRPr="007F65A0" w:rsidRDefault="0057757C" w:rsidP="00D251EC">
            <w:pPr>
              <w:rPr>
                <w:sz w:val="24"/>
                <w:szCs w:val="24"/>
              </w:rPr>
            </w:pPr>
          </w:p>
        </w:tc>
        <w:tc>
          <w:tcPr>
            <w:tcW w:w="1114" w:type="dxa"/>
            <w:vAlign w:val="center"/>
          </w:tcPr>
          <w:p w14:paraId="7B20D9A8" w14:textId="77777777" w:rsidR="0057757C" w:rsidRPr="007F65A0" w:rsidRDefault="0057757C" w:rsidP="00D251EC">
            <w:pPr>
              <w:rPr>
                <w:sz w:val="24"/>
                <w:szCs w:val="24"/>
              </w:rPr>
            </w:pPr>
          </w:p>
        </w:tc>
        <w:tc>
          <w:tcPr>
            <w:tcW w:w="1114" w:type="dxa"/>
            <w:vAlign w:val="center"/>
          </w:tcPr>
          <w:p w14:paraId="364AF6D8" w14:textId="77777777" w:rsidR="0057757C" w:rsidRPr="007F65A0" w:rsidRDefault="0057757C" w:rsidP="00D251EC">
            <w:pPr>
              <w:rPr>
                <w:sz w:val="24"/>
                <w:szCs w:val="24"/>
              </w:rPr>
            </w:pPr>
          </w:p>
        </w:tc>
        <w:tc>
          <w:tcPr>
            <w:tcW w:w="1114" w:type="dxa"/>
            <w:vAlign w:val="center"/>
          </w:tcPr>
          <w:p w14:paraId="74EC9D33" w14:textId="77777777" w:rsidR="0057757C" w:rsidRPr="007F65A0" w:rsidRDefault="0057757C" w:rsidP="00D251EC">
            <w:pPr>
              <w:rPr>
                <w:sz w:val="24"/>
                <w:szCs w:val="24"/>
              </w:rPr>
            </w:pPr>
          </w:p>
        </w:tc>
        <w:tc>
          <w:tcPr>
            <w:tcW w:w="1114" w:type="dxa"/>
            <w:vAlign w:val="center"/>
          </w:tcPr>
          <w:p w14:paraId="34579A79" w14:textId="77777777" w:rsidR="0057757C" w:rsidRPr="007F65A0" w:rsidRDefault="0057757C" w:rsidP="00D251EC">
            <w:pPr>
              <w:rPr>
                <w:sz w:val="24"/>
                <w:szCs w:val="24"/>
              </w:rPr>
            </w:pPr>
          </w:p>
        </w:tc>
        <w:tc>
          <w:tcPr>
            <w:tcW w:w="1114" w:type="dxa"/>
            <w:vAlign w:val="center"/>
          </w:tcPr>
          <w:p w14:paraId="1FCDF1FF" w14:textId="77777777" w:rsidR="0057757C" w:rsidRPr="007F65A0" w:rsidRDefault="0057757C" w:rsidP="00D251EC">
            <w:pPr>
              <w:rPr>
                <w:sz w:val="24"/>
                <w:szCs w:val="24"/>
              </w:rPr>
            </w:pPr>
          </w:p>
        </w:tc>
        <w:tc>
          <w:tcPr>
            <w:tcW w:w="1114" w:type="dxa"/>
            <w:vAlign w:val="center"/>
          </w:tcPr>
          <w:p w14:paraId="3AC9758A" w14:textId="77777777" w:rsidR="0057757C" w:rsidRPr="007F65A0" w:rsidRDefault="0057757C" w:rsidP="00D251EC">
            <w:pPr>
              <w:rPr>
                <w:sz w:val="24"/>
                <w:szCs w:val="24"/>
              </w:rPr>
            </w:pPr>
          </w:p>
        </w:tc>
        <w:tc>
          <w:tcPr>
            <w:tcW w:w="1114" w:type="dxa"/>
            <w:vAlign w:val="center"/>
          </w:tcPr>
          <w:p w14:paraId="5DAF07EC" w14:textId="77777777" w:rsidR="0057757C" w:rsidRPr="007F65A0" w:rsidRDefault="0057757C" w:rsidP="00D251EC">
            <w:pPr>
              <w:rPr>
                <w:sz w:val="24"/>
                <w:szCs w:val="24"/>
              </w:rPr>
            </w:pPr>
          </w:p>
        </w:tc>
        <w:tc>
          <w:tcPr>
            <w:tcW w:w="1114" w:type="dxa"/>
            <w:vAlign w:val="center"/>
          </w:tcPr>
          <w:p w14:paraId="1ECFCBF1" w14:textId="77777777" w:rsidR="0057757C" w:rsidRPr="007F65A0" w:rsidRDefault="0057757C" w:rsidP="00D251EC">
            <w:pPr>
              <w:rPr>
                <w:sz w:val="24"/>
                <w:szCs w:val="24"/>
              </w:rPr>
            </w:pPr>
          </w:p>
        </w:tc>
        <w:tc>
          <w:tcPr>
            <w:tcW w:w="1114" w:type="dxa"/>
            <w:vAlign w:val="center"/>
          </w:tcPr>
          <w:p w14:paraId="24CFA2E9" w14:textId="77777777" w:rsidR="0057757C" w:rsidRPr="007F65A0" w:rsidRDefault="0057757C" w:rsidP="00D251EC">
            <w:pPr>
              <w:rPr>
                <w:sz w:val="24"/>
                <w:szCs w:val="24"/>
              </w:rPr>
            </w:pPr>
          </w:p>
        </w:tc>
        <w:tc>
          <w:tcPr>
            <w:tcW w:w="1114" w:type="dxa"/>
            <w:vAlign w:val="center"/>
          </w:tcPr>
          <w:p w14:paraId="4CA98DA0" w14:textId="77777777" w:rsidR="0057757C" w:rsidRPr="007F65A0" w:rsidRDefault="0057757C" w:rsidP="00D251EC">
            <w:pPr>
              <w:rPr>
                <w:sz w:val="24"/>
                <w:szCs w:val="24"/>
              </w:rPr>
            </w:pPr>
          </w:p>
        </w:tc>
        <w:tc>
          <w:tcPr>
            <w:tcW w:w="1114" w:type="dxa"/>
            <w:vAlign w:val="center"/>
          </w:tcPr>
          <w:p w14:paraId="1FAB09D2" w14:textId="77777777" w:rsidR="0057757C" w:rsidRPr="007F65A0" w:rsidRDefault="0057757C" w:rsidP="00D251EC">
            <w:pPr>
              <w:rPr>
                <w:sz w:val="24"/>
                <w:szCs w:val="24"/>
              </w:rPr>
            </w:pPr>
          </w:p>
        </w:tc>
        <w:tc>
          <w:tcPr>
            <w:tcW w:w="1114" w:type="dxa"/>
            <w:vAlign w:val="center"/>
          </w:tcPr>
          <w:p w14:paraId="7FA476D5" w14:textId="77777777" w:rsidR="0057757C" w:rsidRPr="007F65A0" w:rsidRDefault="0057757C" w:rsidP="00D251EC">
            <w:pPr>
              <w:rPr>
                <w:sz w:val="24"/>
                <w:szCs w:val="24"/>
              </w:rPr>
            </w:pPr>
          </w:p>
        </w:tc>
      </w:tr>
      <w:tr w:rsidR="00A42104" w:rsidRPr="007F65A0" w14:paraId="6E05B99B" w14:textId="77777777" w:rsidTr="00D251EC">
        <w:trPr>
          <w:jc w:val="center"/>
        </w:trPr>
        <w:tc>
          <w:tcPr>
            <w:tcW w:w="1114" w:type="dxa"/>
            <w:vAlign w:val="center"/>
          </w:tcPr>
          <w:p w14:paraId="4FB54BFC" w14:textId="77777777" w:rsidR="0057757C" w:rsidRPr="007F65A0" w:rsidRDefault="0057757C" w:rsidP="00D251EC">
            <w:pPr>
              <w:rPr>
                <w:sz w:val="24"/>
                <w:szCs w:val="24"/>
              </w:rPr>
            </w:pPr>
          </w:p>
        </w:tc>
        <w:tc>
          <w:tcPr>
            <w:tcW w:w="1114" w:type="dxa"/>
            <w:vAlign w:val="center"/>
          </w:tcPr>
          <w:p w14:paraId="7930CFB8" w14:textId="77777777" w:rsidR="0057757C" w:rsidRPr="007F65A0" w:rsidRDefault="0057757C" w:rsidP="00D251EC">
            <w:pPr>
              <w:rPr>
                <w:sz w:val="24"/>
                <w:szCs w:val="24"/>
              </w:rPr>
            </w:pPr>
          </w:p>
        </w:tc>
        <w:tc>
          <w:tcPr>
            <w:tcW w:w="1114" w:type="dxa"/>
            <w:vAlign w:val="center"/>
          </w:tcPr>
          <w:p w14:paraId="609DC97E" w14:textId="77777777" w:rsidR="0057757C" w:rsidRPr="007F65A0" w:rsidRDefault="0057757C" w:rsidP="00D251EC">
            <w:pPr>
              <w:rPr>
                <w:sz w:val="24"/>
                <w:szCs w:val="24"/>
              </w:rPr>
            </w:pPr>
          </w:p>
        </w:tc>
        <w:tc>
          <w:tcPr>
            <w:tcW w:w="1114" w:type="dxa"/>
            <w:vAlign w:val="center"/>
          </w:tcPr>
          <w:p w14:paraId="2047C629" w14:textId="77777777" w:rsidR="0057757C" w:rsidRPr="007F65A0" w:rsidRDefault="0057757C" w:rsidP="00D251EC">
            <w:pPr>
              <w:rPr>
                <w:sz w:val="24"/>
                <w:szCs w:val="24"/>
              </w:rPr>
            </w:pPr>
          </w:p>
        </w:tc>
        <w:tc>
          <w:tcPr>
            <w:tcW w:w="1114" w:type="dxa"/>
            <w:vAlign w:val="center"/>
          </w:tcPr>
          <w:p w14:paraId="7C89CF22" w14:textId="77777777" w:rsidR="0057757C" w:rsidRPr="007F65A0" w:rsidRDefault="0057757C" w:rsidP="00D251EC">
            <w:pPr>
              <w:rPr>
                <w:sz w:val="24"/>
                <w:szCs w:val="24"/>
              </w:rPr>
            </w:pPr>
          </w:p>
        </w:tc>
        <w:tc>
          <w:tcPr>
            <w:tcW w:w="1114" w:type="dxa"/>
            <w:vAlign w:val="center"/>
          </w:tcPr>
          <w:p w14:paraId="4DDC4D0D" w14:textId="77777777" w:rsidR="0057757C" w:rsidRPr="007F65A0" w:rsidRDefault="0057757C" w:rsidP="00D251EC">
            <w:pPr>
              <w:rPr>
                <w:sz w:val="24"/>
                <w:szCs w:val="24"/>
              </w:rPr>
            </w:pPr>
          </w:p>
        </w:tc>
        <w:tc>
          <w:tcPr>
            <w:tcW w:w="1114" w:type="dxa"/>
            <w:vAlign w:val="center"/>
          </w:tcPr>
          <w:p w14:paraId="1784D5C0" w14:textId="77777777" w:rsidR="0057757C" w:rsidRPr="007F65A0" w:rsidRDefault="0057757C" w:rsidP="00D251EC">
            <w:pPr>
              <w:rPr>
                <w:sz w:val="24"/>
                <w:szCs w:val="24"/>
              </w:rPr>
            </w:pPr>
          </w:p>
        </w:tc>
        <w:tc>
          <w:tcPr>
            <w:tcW w:w="1114" w:type="dxa"/>
            <w:vAlign w:val="center"/>
          </w:tcPr>
          <w:p w14:paraId="5E08DB0C" w14:textId="77777777" w:rsidR="0057757C" w:rsidRPr="007F65A0" w:rsidRDefault="0057757C" w:rsidP="00D251EC">
            <w:pPr>
              <w:rPr>
                <w:sz w:val="24"/>
                <w:szCs w:val="24"/>
              </w:rPr>
            </w:pPr>
          </w:p>
        </w:tc>
        <w:tc>
          <w:tcPr>
            <w:tcW w:w="1114" w:type="dxa"/>
            <w:vAlign w:val="center"/>
          </w:tcPr>
          <w:p w14:paraId="14C85353" w14:textId="77777777" w:rsidR="0057757C" w:rsidRPr="007F65A0" w:rsidRDefault="0057757C" w:rsidP="00D251EC">
            <w:pPr>
              <w:rPr>
                <w:sz w:val="24"/>
                <w:szCs w:val="24"/>
              </w:rPr>
            </w:pPr>
          </w:p>
        </w:tc>
        <w:tc>
          <w:tcPr>
            <w:tcW w:w="1114" w:type="dxa"/>
            <w:vAlign w:val="center"/>
          </w:tcPr>
          <w:p w14:paraId="64314335" w14:textId="77777777" w:rsidR="0057757C" w:rsidRPr="007F65A0" w:rsidRDefault="0057757C" w:rsidP="00D251EC">
            <w:pPr>
              <w:rPr>
                <w:sz w:val="24"/>
                <w:szCs w:val="24"/>
              </w:rPr>
            </w:pPr>
          </w:p>
        </w:tc>
        <w:tc>
          <w:tcPr>
            <w:tcW w:w="1114" w:type="dxa"/>
            <w:vAlign w:val="center"/>
          </w:tcPr>
          <w:p w14:paraId="50EC40F6" w14:textId="77777777" w:rsidR="0057757C" w:rsidRPr="007F65A0" w:rsidRDefault="0057757C" w:rsidP="00D251EC">
            <w:pPr>
              <w:rPr>
                <w:sz w:val="24"/>
                <w:szCs w:val="24"/>
              </w:rPr>
            </w:pPr>
          </w:p>
        </w:tc>
        <w:tc>
          <w:tcPr>
            <w:tcW w:w="1114" w:type="dxa"/>
            <w:vAlign w:val="center"/>
          </w:tcPr>
          <w:p w14:paraId="12850F1D" w14:textId="77777777" w:rsidR="0057757C" w:rsidRPr="007F65A0" w:rsidRDefault="0057757C" w:rsidP="00D251EC">
            <w:pPr>
              <w:rPr>
                <w:sz w:val="24"/>
                <w:szCs w:val="24"/>
              </w:rPr>
            </w:pPr>
          </w:p>
        </w:tc>
        <w:tc>
          <w:tcPr>
            <w:tcW w:w="1114" w:type="dxa"/>
            <w:vAlign w:val="center"/>
          </w:tcPr>
          <w:p w14:paraId="15A174AC" w14:textId="77777777" w:rsidR="0057757C" w:rsidRPr="007F65A0" w:rsidRDefault="0057757C" w:rsidP="00D251EC">
            <w:pPr>
              <w:rPr>
                <w:sz w:val="24"/>
                <w:szCs w:val="24"/>
              </w:rPr>
            </w:pPr>
          </w:p>
        </w:tc>
      </w:tr>
      <w:tr w:rsidR="00A42104" w:rsidRPr="007F65A0" w14:paraId="1AB00B67" w14:textId="77777777" w:rsidTr="00D251EC">
        <w:trPr>
          <w:jc w:val="center"/>
        </w:trPr>
        <w:tc>
          <w:tcPr>
            <w:tcW w:w="1114" w:type="dxa"/>
            <w:vAlign w:val="center"/>
          </w:tcPr>
          <w:p w14:paraId="6CAE6851" w14:textId="77777777" w:rsidR="0057757C" w:rsidRPr="007F65A0" w:rsidRDefault="0057757C" w:rsidP="00D251EC">
            <w:pPr>
              <w:rPr>
                <w:sz w:val="24"/>
                <w:szCs w:val="24"/>
              </w:rPr>
            </w:pPr>
          </w:p>
        </w:tc>
        <w:tc>
          <w:tcPr>
            <w:tcW w:w="1114" w:type="dxa"/>
            <w:vAlign w:val="center"/>
          </w:tcPr>
          <w:p w14:paraId="79E4D2C0" w14:textId="77777777" w:rsidR="0057757C" w:rsidRPr="007F65A0" w:rsidRDefault="0057757C" w:rsidP="00D251EC">
            <w:pPr>
              <w:rPr>
                <w:sz w:val="24"/>
                <w:szCs w:val="24"/>
              </w:rPr>
            </w:pPr>
          </w:p>
        </w:tc>
        <w:tc>
          <w:tcPr>
            <w:tcW w:w="1114" w:type="dxa"/>
            <w:vAlign w:val="center"/>
          </w:tcPr>
          <w:p w14:paraId="5A75FC2C" w14:textId="77777777" w:rsidR="0057757C" w:rsidRPr="007F65A0" w:rsidRDefault="0057757C" w:rsidP="00D251EC">
            <w:pPr>
              <w:rPr>
                <w:sz w:val="24"/>
                <w:szCs w:val="24"/>
              </w:rPr>
            </w:pPr>
          </w:p>
        </w:tc>
        <w:tc>
          <w:tcPr>
            <w:tcW w:w="1114" w:type="dxa"/>
            <w:vAlign w:val="center"/>
          </w:tcPr>
          <w:p w14:paraId="7B57F787" w14:textId="77777777" w:rsidR="0057757C" w:rsidRPr="007F65A0" w:rsidRDefault="0057757C" w:rsidP="00D251EC">
            <w:pPr>
              <w:rPr>
                <w:sz w:val="24"/>
                <w:szCs w:val="24"/>
              </w:rPr>
            </w:pPr>
          </w:p>
        </w:tc>
        <w:tc>
          <w:tcPr>
            <w:tcW w:w="1114" w:type="dxa"/>
            <w:vAlign w:val="center"/>
          </w:tcPr>
          <w:p w14:paraId="78BFE42F" w14:textId="77777777" w:rsidR="0057757C" w:rsidRPr="007F65A0" w:rsidRDefault="0057757C" w:rsidP="00D251EC">
            <w:pPr>
              <w:rPr>
                <w:sz w:val="24"/>
                <w:szCs w:val="24"/>
              </w:rPr>
            </w:pPr>
          </w:p>
        </w:tc>
        <w:tc>
          <w:tcPr>
            <w:tcW w:w="1114" w:type="dxa"/>
            <w:vAlign w:val="center"/>
          </w:tcPr>
          <w:p w14:paraId="74A1DFE0" w14:textId="77777777" w:rsidR="0057757C" w:rsidRPr="007F65A0" w:rsidRDefault="0057757C" w:rsidP="00D251EC">
            <w:pPr>
              <w:rPr>
                <w:sz w:val="24"/>
                <w:szCs w:val="24"/>
              </w:rPr>
            </w:pPr>
          </w:p>
        </w:tc>
        <w:tc>
          <w:tcPr>
            <w:tcW w:w="1114" w:type="dxa"/>
            <w:vAlign w:val="center"/>
          </w:tcPr>
          <w:p w14:paraId="01167782" w14:textId="77777777" w:rsidR="0057757C" w:rsidRPr="007F65A0" w:rsidRDefault="0057757C" w:rsidP="00D251EC">
            <w:pPr>
              <w:rPr>
                <w:sz w:val="24"/>
                <w:szCs w:val="24"/>
              </w:rPr>
            </w:pPr>
          </w:p>
        </w:tc>
        <w:tc>
          <w:tcPr>
            <w:tcW w:w="1114" w:type="dxa"/>
            <w:vAlign w:val="center"/>
          </w:tcPr>
          <w:p w14:paraId="55F375B1" w14:textId="77777777" w:rsidR="0057757C" w:rsidRPr="007F65A0" w:rsidRDefault="0057757C" w:rsidP="00D251EC">
            <w:pPr>
              <w:rPr>
                <w:sz w:val="24"/>
                <w:szCs w:val="24"/>
              </w:rPr>
            </w:pPr>
          </w:p>
        </w:tc>
        <w:tc>
          <w:tcPr>
            <w:tcW w:w="1114" w:type="dxa"/>
            <w:vAlign w:val="center"/>
          </w:tcPr>
          <w:p w14:paraId="77F6DB5E" w14:textId="77777777" w:rsidR="0057757C" w:rsidRPr="007F65A0" w:rsidRDefault="0057757C" w:rsidP="00D251EC">
            <w:pPr>
              <w:rPr>
                <w:sz w:val="24"/>
                <w:szCs w:val="24"/>
              </w:rPr>
            </w:pPr>
          </w:p>
        </w:tc>
        <w:tc>
          <w:tcPr>
            <w:tcW w:w="1114" w:type="dxa"/>
            <w:vAlign w:val="center"/>
          </w:tcPr>
          <w:p w14:paraId="544AA92C" w14:textId="77777777" w:rsidR="0057757C" w:rsidRPr="007F65A0" w:rsidRDefault="0057757C" w:rsidP="00D251EC">
            <w:pPr>
              <w:rPr>
                <w:sz w:val="24"/>
                <w:szCs w:val="24"/>
              </w:rPr>
            </w:pPr>
          </w:p>
        </w:tc>
        <w:tc>
          <w:tcPr>
            <w:tcW w:w="1114" w:type="dxa"/>
            <w:vAlign w:val="center"/>
          </w:tcPr>
          <w:p w14:paraId="4F48D8EC" w14:textId="77777777" w:rsidR="0057757C" w:rsidRPr="007F65A0" w:rsidRDefault="0057757C" w:rsidP="00D251EC">
            <w:pPr>
              <w:rPr>
                <w:sz w:val="24"/>
                <w:szCs w:val="24"/>
              </w:rPr>
            </w:pPr>
          </w:p>
        </w:tc>
        <w:tc>
          <w:tcPr>
            <w:tcW w:w="1114" w:type="dxa"/>
            <w:vAlign w:val="center"/>
          </w:tcPr>
          <w:p w14:paraId="38B6AAB4" w14:textId="77777777" w:rsidR="0057757C" w:rsidRPr="007F65A0" w:rsidRDefault="0057757C" w:rsidP="00D251EC">
            <w:pPr>
              <w:rPr>
                <w:sz w:val="24"/>
                <w:szCs w:val="24"/>
              </w:rPr>
            </w:pPr>
          </w:p>
        </w:tc>
        <w:tc>
          <w:tcPr>
            <w:tcW w:w="1114" w:type="dxa"/>
            <w:vAlign w:val="center"/>
          </w:tcPr>
          <w:p w14:paraId="52BF947B" w14:textId="77777777" w:rsidR="0057757C" w:rsidRPr="007F65A0" w:rsidRDefault="0057757C" w:rsidP="00D251EC">
            <w:pPr>
              <w:rPr>
                <w:sz w:val="24"/>
                <w:szCs w:val="24"/>
              </w:rPr>
            </w:pPr>
          </w:p>
        </w:tc>
      </w:tr>
      <w:tr w:rsidR="00A42104" w:rsidRPr="007F65A0" w14:paraId="0571C89D" w14:textId="77777777" w:rsidTr="00D251EC">
        <w:trPr>
          <w:jc w:val="center"/>
        </w:trPr>
        <w:tc>
          <w:tcPr>
            <w:tcW w:w="1114" w:type="dxa"/>
            <w:vAlign w:val="center"/>
          </w:tcPr>
          <w:p w14:paraId="6EB2244A" w14:textId="77777777" w:rsidR="0057757C" w:rsidRPr="007F65A0" w:rsidRDefault="0057757C" w:rsidP="00D251EC">
            <w:pPr>
              <w:rPr>
                <w:sz w:val="24"/>
                <w:szCs w:val="24"/>
              </w:rPr>
            </w:pPr>
          </w:p>
        </w:tc>
        <w:tc>
          <w:tcPr>
            <w:tcW w:w="1114" w:type="dxa"/>
            <w:vAlign w:val="center"/>
          </w:tcPr>
          <w:p w14:paraId="43271BBA" w14:textId="77777777" w:rsidR="0057757C" w:rsidRPr="007F65A0" w:rsidRDefault="0057757C" w:rsidP="00D251EC">
            <w:pPr>
              <w:rPr>
                <w:sz w:val="24"/>
                <w:szCs w:val="24"/>
              </w:rPr>
            </w:pPr>
          </w:p>
        </w:tc>
        <w:tc>
          <w:tcPr>
            <w:tcW w:w="1114" w:type="dxa"/>
            <w:vAlign w:val="center"/>
          </w:tcPr>
          <w:p w14:paraId="4E5F7753" w14:textId="77777777" w:rsidR="0057757C" w:rsidRPr="007F65A0" w:rsidRDefault="0057757C" w:rsidP="00D251EC">
            <w:pPr>
              <w:rPr>
                <w:sz w:val="24"/>
                <w:szCs w:val="24"/>
              </w:rPr>
            </w:pPr>
          </w:p>
        </w:tc>
        <w:tc>
          <w:tcPr>
            <w:tcW w:w="1114" w:type="dxa"/>
            <w:vAlign w:val="center"/>
          </w:tcPr>
          <w:p w14:paraId="3F71934E" w14:textId="77777777" w:rsidR="0057757C" w:rsidRPr="007F65A0" w:rsidRDefault="0057757C" w:rsidP="00D251EC">
            <w:pPr>
              <w:rPr>
                <w:sz w:val="24"/>
                <w:szCs w:val="24"/>
              </w:rPr>
            </w:pPr>
          </w:p>
        </w:tc>
        <w:tc>
          <w:tcPr>
            <w:tcW w:w="1114" w:type="dxa"/>
            <w:vAlign w:val="center"/>
          </w:tcPr>
          <w:p w14:paraId="032CDD40" w14:textId="77777777" w:rsidR="0057757C" w:rsidRPr="007F65A0" w:rsidRDefault="0057757C" w:rsidP="00D251EC">
            <w:pPr>
              <w:rPr>
                <w:sz w:val="24"/>
                <w:szCs w:val="24"/>
              </w:rPr>
            </w:pPr>
          </w:p>
        </w:tc>
        <w:tc>
          <w:tcPr>
            <w:tcW w:w="1114" w:type="dxa"/>
            <w:vAlign w:val="center"/>
          </w:tcPr>
          <w:p w14:paraId="6B307F6B" w14:textId="77777777" w:rsidR="0057757C" w:rsidRPr="007F65A0" w:rsidRDefault="0057757C" w:rsidP="00D251EC">
            <w:pPr>
              <w:rPr>
                <w:sz w:val="24"/>
                <w:szCs w:val="24"/>
              </w:rPr>
            </w:pPr>
          </w:p>
        </w:tc>
        <w:tc>
          <w:tcPr>
            <w:tcW w:w="1114" w:type="dxa"/>
            <w:vAlign w:val="center"/>
          </w:tcPr>
          <w:p w14:paraId="3E951B4B" w14:textId="77777777" w:rsidR="0057757C" w:rsidRPr="007F65A0" w:rsidRDefault="0057757C" w:rsidP="00D251EC">
            <w:pPr>
              <w:rPr>
                <w:sz w:val="24"/>
                <w:szCs w:val="24"/>
              </w:rPr>
            </w:pPr>
          </w:p>
        </w:tc>
        <w:tc>
          <w:tcPr>
            <w:tcW w:w="1114" w:type="dxa"/>
            <w:vAlign w:val="center"/>
          </w:tcPr>
          <w:p w14:paraId="7944DA8B" w14:textId="77777777" w:rsidR="0057757C" w:rsidRPr="007F65A0" w:rsidRDefault="0057757C" w:rsidP="00D251EC">
            <w:pPr>
              <w:rPr>
                <w:sz w:val="24"/>
                <w:szCs w:val="24"/>
              </w:rPr>
            </w:pPr>
          </w:p>
        </w:tc>
        <w:tc>
          <w:tcPr>
            <w:tcW w:w="1114" w:type="dxa"/>
            <w:vAlign w:val="center"/>
          </w:tcPr>
          <w:p w14:paraId="6180FF94" w14:textId="77777777" w:rsidR="0057757C" w:rsidRPr="007F65A0" w:rsidRDefault="0057757C" w:rsidP="00D251EC">
            <w:pPr>
              <w:rPr>
                <w:sz w:val="24"/>
                <w:szCs w:val="24"/>
              </w:rPr>
            </w:pPr>
          </w:p>
        </w:tc>
        <w:tc>
          <w:tcPr>
            <w:tcW w:w="1114" w:type="dxa"/>
            <w:vAlign w:val="center"/>
          </w:tcPr>
          <w:p w14:paraId="2CD9BEFD" w14:textId="77777777" w:rsidR="0057757C" w:rsidRPr="007F65A0" w:rsidRDefault="0057757C" w:rsidP="00D251EC">
            <w:pPr>
              <w:rPr>
                <w:sz w:val="24"/>
                <w:szCs w:val="24"/>
              </w:rPr>
            </w:pPr>
          </w:p>
        </w:tc>
        <w:tc>
          <w:tcPr>
            <w:tcW w:w="1114" w:type="dxa"/>
            <w:vAlign w:val="center"/>
          </w:tcPr>
          <w:p w14:paraId="3880AACE" w14:textId="77777777" w:rsidR="0057757C" w:rsidRPr="007F65A0" w:rsidRDefault="0057757C" w:rsidP="00D251EC">
            <w:pPr>
              <w:rPr>
                <w:sz w:val="24"/>
                <w:szCs w:val="24"/>
              </w:rPr>
            </w:pPr>
          </w:p>
        </w:tc>
        <w:tc>
          <w:tcPr>
            <w:tcW w:w="1114" w:type="dxa"/>
            <w:vAlign w:val="center"/>
          </w:tcPr>
          <w:p w14:paraId="3B2571D6" w14:textId="77777777" w:rsidR="0057757C" w:rsidRPr="007F65A0" w:rsidRDefault="0057757C" w:rsidP="00D251EC">
            <w:pPr>
              <w:rPr>
                <w:sz w:val="24"/>
                <w:szCs w:val="24"/>
              </w:rPr>
            </w:pPr>
          </w:p>
        </w:tc>
        <w:tc>
          <w:tcPr>
            <w:tcW w:w="1114" w:type="dxa"/>
            <w:vAlign w:val="center"/>
          </w:tcPr>
          <w:p w14:paraId="268CDFC8" w14:textId="77777777" w:rsidR="0057757C" w:rsidRPr="007F65A0" w:rsidRDefault="0057757C" w:rsidP="00D251EC">
            <w:pPr>
              <w:rPr>
                <w:sz w:val="24"/>
                <w:szCs w:val="24"/>
              </w:rPr>
            </w:pPr>
          </w:p>
        </w:tc>
      </w:tr>
      <w:tr w:rsidR="00A42104" w:rsidRPr="007F65A0" w14:paraId="7F990A8C" w14:textId="77777777" w:rsidTr="00D251EC">
        <w:trPr>
          <w:jc w:val="center"/>
        </w:trPr>
        <w:tc>
          <w:tcPr>
            <w:tcW w:w="1114" w:type="dxa"/>
            <w:vAlign w:val="center"/>
          </w:tcPr>
          <w:p w14:paraId="7929D10D" w14:textId="77777777" w:rsidR="0057757C" w:rsidRPr="007F65A0" w:rsidRDefault="0057757C" w:rsidP="00D251EC">
            <w:pPr>
              <w:rPr>
                <w:sz w:val="24"/>
                <w:szCs w:val="24"/>
              </w:rPr>
            </w:pPr>
          </w:p>
        </w:tc>
        <w:tc>
          <w:tcPr>
            <w:tcW w:w="1114" w:type="dxa"/>
            <w:vAlign w:val="center"/>
          </w:tcPr>
          <w:p w14:paraId="5445CB65" w14:textId="77777777" w:rsidR="0057757C" w:rsidRPr="007F65A0" w:rsidRDefault="0057757C" w:rsidP="00D251EC">
            <w:pPr>
              <w:rPr>
                <w:sz w:val="24"/>
                <w:szCs w:val="24"/>
              </w:rPr>
            </w:pPr>
          </w:p>
        </w:tc>
        <w:tc>
          <w:tcPr>
            <w:tcW w:w="1114" w:type="dxa"/>
            <w:vAlign w:val="center"/>
          </w:tcPr>
          <w:p w14:paraId="1498BC48" w14:textId="77777777" w:rsidR="0057757C" w:rsidRPr="007F65A0" w:rsidRDefault="0057757C" w:rsidP="00D251EC">
            <w:pPr>
              <w:rPr>
                <w:sz w:val="24"/>
                <w:szCs w:val="24"/>
              </w:rPr>
            </w:pPr>
          </w:p>
        </w:tc>
        <w:tc>
          <w:tcPr>
            <w:tcW w:w="1114" w:type="dxa"/>
            <w:vAlign w:val="center"/>
          </w:tcPr>
          <w:p w14:paraId="427BE0C9" w14:textId="77777777" w:rsidR="0057757C" w:rsidRPr="007F65A0" w:rsidRDefault="0057757C" w:rsidP="00D251EC">
            <w:pPr>
              <w:rPr>
                <w:sz w:val="24"/>
                <w:szCs w:val="24"/>
              </w:rPr>
            </w:pPr>
          </w:p>
        </w:tc>
        <w:tc>
          <w:tcPr>
            <w:tcW w:w="1114" w:type="dxa"/>
            <w:vAlign w:val="center"/>
          </w:tcPr>
          <w:p w14:paraId="256B5590" w14:textId="77777777" w:rsidR="0057757C" w:rsidRPr="007F65A0" w:rsidRDefault="0057757C" w:rsidP="00D251EC">
            <w:pPr>
              <w:rPr>
                <w:sz w:val="24"/>
                <w:szCs w:val="24"/>
              </w:rPr>
            </w:pPr>
          </w:p>
        </w:tc>
        <w:tc>
          <w:tcPr>
            <w:tcW w:w="1114" w:type="dxa"/>
            <w:vAlign w:val="center"/>
          </w:tcPr>
          <w:p w14:paraId="21BE4749" w14:textId="77777777" w:rsidR="0057757C" w:rsidRPr="007F65A0" w:rsidRDefault="0057757C" w:rsidP="00D251EC">
            <w:pPr>
              <w:rPr>
                <w:sz w:val="24"/>
                <w:szCs w:val="24"/>
              </w:rPr>
            </w:pPr>
          </w:p>
        </w:tc>
        <w:tc>
          <w:tcPr>
            <w:tcW w:w="1114" w:type="dxa"/>
            <w:vAlign w:val="center"/>
          </w:tcPr>
          <w:p w14:paraId="1BC18A6C" w14:textId="77777777" w:rsidR="0057757C" w:rsidRPr="007F65A0" w:rsidRDefault="0057757C" w:rsidP="00D251EC">
            <w:pPr>
              <w:rPr>
                <w:sz w:val="24"/>
                <w:szCs w:val="24"/>
              </w:rPr>
            </w:pPr>
          </w:p>
        </w:tc>
        <w:tc>
          <w:tcPr>
            <w:tcW w:w="1114" w:type="dxa"/>
            <w:vAlign w:val="center"/>
          </w:tcPr>
          <w:p w14:paraId="6AE80EF9" w14:textId="77777777" w:rsidR="0057757C" w:rsidRPr="007F65A0" w:rsidRDefault="0057757C" w:rsidP="00D251EC">
            <w:pPr>
              <w:rPr>
                <w:sz w:val="24"/>
                <w:szCs w:val="24"/>
              </w:rPr>
            </w:pPr>
          </w:p>
        </w:tc>
        <w:tc>
          <w:tcPr>
            <w:tcW w:w="1114" w:type="dxa"/>
            <w:vAlign w:val="center"/>
          </w:tcPr>
          <w:p w14:paraId="63935A12" w14:textId="77777777" w:rsidR="0057757C" w:rsidRPr="007F65A0" w:rsidRDefault="0057757C" w:rsidP="00D251EC">
            <w:pPr>
              <w:rPr>
                <w:sz w:val="24"/>
                <w:szCs w:val="24"/>
              </w:rPr>
            </w:pPr>
          </w:p>
        </w:tc>
        <w:tc>
          <w:tcPr>
            <w:tcW w:w="1114" w:type="dxa"/>
            <w:vAlign w:val="center"/>
          </w:tcPr>
          <w:p w14:paraId="26F348DF" w14:textId="77777777" w:rsidR="0057757C" w:rsidRPr="007F65A0" w:rsidRDefault="0057757C" w:rsidP="00D251EC">
            <w:pPr>
              <w:rPr>
                <w:sz w:val="24"/>
                <w:szCs w:val="24"/>
              </w:rPr>
            </w:pPr>
          </w:p>
        </w:tc>
        <w:tc>
          <w:tcPr>
            <w:tcW w:w="1114" w:type="dxa"/>
            <w:vAlign w:val="center"/>
          </w:tcPr>
          <w:p w14:paraId="5E3F4ECE" w14:textId="77777777" w:rsidR="0057757C" w:rsidRPr="007F65A0" w:rsidRDefault="0057757C" w:rsidP="00D251EC">
            <w:pPr>
              <w:rPr>
                <w:sz w:val="24"/>
                <w:szCs w:val="24"/>
              </w:rPr>
            </w:pPr>
          </w:p>
        </w:tc>
        <w:tc>
          <w:tcPr>
            <w:tcW w:w="1114" w:type="dxa"/>
            <w:vAlign w:val="center"/>
          </w:tcPr>
          <w:p w14:paraId="3DBF0CBA" w14:textId="77777777" w:rsidR="0057757C" w:rsidRPr="007F65A0" w:rsidRDefault="0057757C" w:rsidP="00D251EC">
            <w:pPr>
              <w:rPr>
                <w:sz w:val="24"/>
                <w:szCs w:val="24"/>
              </w:rPr>
            </w:pPr>
          </w:p>
        </w:tc>
        <w:tc>
          <w:tcPr>
            <w:tcW w:w="1114" w:type="dxa"/>
            <w:vAlign w:val="center"/>
          </w:tcPr>
          <w:p w14:paraId="655817E1" w14:textId="77777777" w:rsidR="0057757C" w:rsidRPr="007F65A0" w:rsidRDefault="0057757C" w:rsidP="00D251EC">
            <w:pPr>
              <w:rPr>
                <w:sz w:val="24"/>
                <w:szCs w:val="24"/>
              </w:rPr>
            </w:pPr>
          </w:p>
        </w:tc>
      </w:tr>
      <w:tr w:rsidR="00A42104" w:rsidRPr="007F65A0" w14:paraId="13A0A6DB" w14:textId="77777777" w:rsidTr="00D251EC">
        <w:trPr>
          <w:jc w:val="center"/>
        </w:trPr>
        <w:tc>
          <w:tcPr>
            <w:tcW w:w="1114" w:type="dxa"/>
            <w:vAlign w:val="center"/>
          </w:tcPr>
          <w:p w14:paraId="2D3687B5" w14:textId="77777777" w:rsidR="0057757C" w:rsidRPr="007F65A0" w:rsidRDefault="0057757C" w:rsidP="00D251EC">
            <w:pPr>
              <w:rPr>
                <w:sz w:val="24"/>
                <w:szCs w:val="24"/>
              </w:rPr>
            </w:pPr>
          </w:p>
        </w:tc>
        <w:tc>
          <w:tcPr>
            <w:tcW w:w="1114" w:type="dxa"/>
            <w:vAlign w:val="center"/>
          </w:tcPr>
          <w:p w14:paraId="2001057F" w14:textId="77777777" w:rsidR="0057757C" w:rsidRPr="007F65A0" w:rsidRDefault="0057757C" w:rsidP="00D251EC">
            <w:pPr>
              <w:rPr>
                <w:sz w:val="24"/>
                <w:szCs w:val="24"/>
              </w:rPr>
            </w:pPr>
          </w:p>
        </w:tc>
        <w:tc>
          <w:tcPr>
            <w:tcW w:w="1114" w:type="dxa"/>
            <w:vAlign w:val="center"/>
          </w:tcPr>
          <w:p w14:paraId="623C8B56" w14:textId="77777777" w:rsidR="0057757C" w:rsidRPr="007F65A0" w:rsidRDefault="0057757C" w:rsidP="00D251EC">
            <w:pPr>
              <w:rPr>
                <w:sz w:val="24"/>
                <w:szCs w:val="24"/>
              </w:rPr>
            </w:pPr>
          </w:p>
        </w:tc>
        <w:tc>
          <w:tcPr>
            <w:tcW w:w="1114" w:type="dxa"/>
            <w:vAlign w:val="center"/>
          </w:tcPr>
          <w:p w14:paraId="47BA56E8" w14:textId="77777777" w:rsidR="0057757C" w:rsidRPr="007F65A0" w:rsidRDefault="0057757C" w:rsidP="00D251EC">
            <w:pPr>
              <w:rPr>
                <w:sz w:val="24"/>
                <w:szCs w:val="24"/>
              </w:rPr>
            </w:pPr>
          </w:p>
        </w:tc>
        <w:tc>
          <w:tcPr>
            <w:tcW w:w="1114" w:type="dxa"/>
            <w:vAlign w:val="center"/>
          </w:tcPr>
          <w:p w14:paraId="52A4D500" w14:textId="77777777" w:rsidR="0057757C" w:rsidRPr="007F65A0" w:rsidRDefault="0057757C" w:rsidP="00D251EC">
            <w:pPr>
              <w:rPr>
                <w:sz w:val="24"/>
                <w:szCs w:val="24"/>
              </w:rPr>
            </w:pPr>
          </w:p>
        </w:tc>
        <w:tc>
          <w:tcPr>
            <w:tcW w:w="1114" w:type="dxa"/>
            <w:vAlign w:val="center"/>
          </w:tcPr>
          <w:p w14:paraId="188C4F39" w14:textId="77777777" w:rsidR="0057757C" w:rsidRPr="007F65A0" w:rsidRDefault="0057757C" w:rsidP="00D251EC">
            <w:pPr>
              <w:rPr>
                <w:sz w:val="24"/>
                <w:szCs w:val="24"/>
              </w:rPr>
            </w:pPr>
          </w:p>
        </w:tc>
        <w:tc>
          <w:tcPr>
            <w:tcW w:w="1114" w:type="dxa"/>
            <w:vAlign w:val="center"/>
          </w:tcPr>
          <w:p w14:paraId="59C7F899" w14:textId="77777777" w:rsidR="0057757C" w:rsidRPr="007F65A0" w:rsidRDefault="0057757C" w:rsidP="00D251EC">
            <w:pPr>
              <w:rPr>
                <w:sz w:val="24"/>
                <w:szCs w:val="24"/>
              </w:rPr>
            </w:pPr>
          </w:p>
        </w:tc>
        <w:tc>
          <w:tcPr>
            <w:tcW w:w="1114" w:type="dxa"/>
            <w:vAlign w:val="center"/>
          </w:tcPr>
          <w:p w14:paraId="6798FCF1" w14:textId="77777777" w:rsidR="0057757C" w:rsidRPr="007F65A0" w:rsidRDefault="0057757C" w:rsidP="00D251EC">
            <w:pPr>
              <w:rPr>
                <w:sz w:val="24"/>
                <w:szCs w:val="24"/>
              </w:rPr>
            </w:pPr>
          </w:p>
        </w:tc>
        <w:tc>
          <w:tcPr>
            <w:tcW w:w="1114" w:type="dxa"/>
            <w:vAlign w:val="center"/>
          </w:tcPr>
          <w:p w14:paraId="732C90F3" w14:textId="77777777" w:rsidR="0057757C" w:rsidRPr="007F65A0" w:rsidRDefault="0057757C" w:rsidP="00D251EC">
            <w:pPr>
              <w:rPr>
                <w:sz w:val="24"/>
                <w:szCs w:val="24"/>
              </w:rPr>
            </w:pPr>
          </w:p>
        </w:tc>
        <w:tc>
          <w:tcPr>
            <w:tcW w:w="1114" w:type="dxa"/>
            <w:vAlign w:val="center"/>
          </w:tcPr>
          <w:p w14:paraId="0FC1AD98" w14:textId="77777777" w:rsidR="0057757C" w:rsidRPr="007F65A0" w:rsidRDefault="0057757C" w:rsidP="00D251EC">
            <w:pPr>
              <w:rPr>
                <w:sz w:val="24"/>
                <w:szCs w:val="24"/>
              </w:rPr>
            </w:pPr>
          </w:p>
        </w:tc>
        <w:tc>
          <w:tcPr>
            <w:tcW w:w="1114" w:type="dxa"/>
            <w:vAlign w:val="center"/>
          </w:tcPr>
          <w:p w14:paraId="142D68AD" w14:textId="77777777" w:rsidR="0057757C" w:rsidRPr="007F65A0" w:rsidRDefault="0057757C" w:rsidP="00D251EC">
            <w:pPr>
              <w:rPr>
                <w:sz w:val="24"/>
                <w:szCs w:val="24"/>
              </w:rPr>
            </w:pPr>
          </w:p>
        </w:tc>
        <w:tc>
          <w:tcPr>
            <w:tcW w:w="1114" w:type="dxa"/>
            <w:vAlign w:val="center"/>
          </w:tcPr>
          <w:p w14:paraId="2D158120" w14:textId="77777777" w:rsidR="0057757C" w:rsidRPr="007F65A0" w:rsidRDefault="0057757C" w:rsidP="00D251EC">
            <w:pPr>
              <w:rPr>
                <w:sz w:val="24"/>
                <w:szCs w:val="24"/>
              </w:rPr>
            </w:pPr>
          </w:p>
        </w:tc>
        <w:tc>
          <w:tcPr>
            <w:tcW w:w="1114" w:type="dxa"/>
            <w:vAlign w:val="center"/>
          </w:tcPr>
          <w:p w14:paraId="2D077F05" w14:textId="77777777" w:rsidR="0057757C" w:rsidRPr="007F65A0" w:rsidRDefault="0057757C" w:rsidP="00D251EC">
            <w:pPr>
              <w:rPr>
                <w:sz w:val="24"/>
                <w:szCs w:val="24"/>
              </w:rPr>
            </w:pPr>
          </w:p>
        </w:tc>
      </w:tr>
      <w:tr w:rsidR="00A42104" w:rsidRPr="007F65A0" w14:paraId="7E21C6ED" w14:textId="77777777" w:rsidTr="00D251EC">
        <w:trPr>
          <w:jc w:val="center"/>
        </w:trPr>
        <w:tc>
          <w:tcPr>
            <w:tcW w:w="1114" w:type="dxa"/>
            <w:vAlign w:val="center"/>
          </w:tcPr>
          <w:p w14:paraId="152DD057" w14:textId="77777777" w:rsidR="0057757C" w:rsidRPr="007F65A0" w:rsidRDefault="0057757C" w:rsidP="00D251EC">
            <w:pPr>
              <w:rPr>
                <w:sz w:val="24"/>
                <w:szCs w:val="24"/>
              </w:rPr>
            </w:pPr>
          </w:p>
        </w:tc>
        <w:tc>
          <w:tcPr>
            <w:tcW w:w="1114" w:type="dxa"/>
            <w:vAlign w:val="center"/>
          </w:tcPr>
          <w:p w14:paraId="199E569A" w14:textId="77777777" w:rsidR="0057757C" w:rsidRPr="007F65A0" w:rsidRDefault="0057757C" w:rsidP="00D251EC">
            <w:pPr>
              <w:rPr>
                <w:sz w:val="24"/>
                <w:szCs w:val="24"/>
              </w:rPr>
            </w:pPr>
          </w:p>
        </w:tc>
        <w:tc>
          <w:tcPr>
            <w:tcW w:w="1114" w:type="dxa"/>
            <w:vAlign w:val="center"/>
          </w:tcPr>
          <w:p w14:paraId="6A6CFFE0" w14:textId="77777777" w:rsidR="0057757C" w:rsidRPr="007F65A0" w:rsidRDefault="0057757C" w:rsidP="00D251EC">
            <w:pPr>
              <w:rPr>
                <w:sz w:val="24"/>
                <w:szCs w:val="24"/>
              </w:rPr>
            </w:pPr>
          </w:p>
        </w:tc>
        <w:tc>
          <w:tcPr>
            <w:tcW w:w="1114" w:type="dxa"/>
            <w:vAlign w:val="center"/>
          </w:tcPr>
          <w:p w14:paraId="72A11B79" w14:textId="77777777" w:rsidR="0057757C" w:rsidRPr="007F65A0" w:rsidRDefault="0057757C" w:rsidP="00D251EC">
            <w:pPr>
              <w:rPr>
                <w:sz w:val="24"/>
                <w:szCs w:val="24"/>
              </w:rPr>
            </w:pPr>
          </w:p>
        </w:tc>
        <w:tc>
          <w:tcPr>
            <w:tcW w:w="1114" w:type="dxa"/>
            <w:vAlign w:val="center"/>
          </w:tcPr>
          <w:p w14:paraId="29A7EEC3" w14:textId="77777777" w:rsidR="0057757C" w:rsidRPr="007F65A0" w:rsidRDefault="0057757C" w:rsidP="00D251EC">
            <w:pPr>
              <w:rPr>
                <w:sz w:val="24"/>
                <w:szCs w:val="24"/>
              </w:rPr>
            </w:pPr>
          </w:p>
        </w:tc>
        <w:tc>
          <w:tcPr>
            <w:tcW w:w="1114" w:type="dxa"/>
            <w:vAlign w:val="center"/>
          </w:tcPr>
          <w:p w14:paraId="2A7F87C8" w14:textId="77777777" w:rsidR="0057757C" w:rsidRPr="007F65A0" w:rsidRDefault="0057757C" w:rsidP="00D251EC">
            <w:pPr>
              <w:rPr>
                <w:sz w:val="24"/>
                <w:szCs w:val="24"/>
              </w:rPr>
            </w:pPr>
          </w:p>
        </w:tc>
        <w:tc>
          <w:tcPr>
            <w:tcW w:w="1114" w:type="dxa"/>
            <w:vAlign w:val="center"/>
          </w:tcPr>
          <w:p w14:paraId="7988CE6E" w14:textId="77777777" w:rsidR="0057757C" w:rsidRPr="007F65A0" w:rsidRDefault="0057757C" w:rsidP="00D251EC">
            <w:pPr>
              <w:rPr>
                <w:sz w:val="24"/>
                <w:szCs w:val="24"/>
              </w:rPr>
            </w:pPr>
          </w:p>
        </w:tc>
        <w:tc>
          <w:tcPr>
            <w:tcW w:w="1114" w:type="dxa"/>
            <w:vAlign w:val="center"/>
          </w:tcPr>
          <w:p w14:paraId="10645CCE" w14:textId="77777777" w:rsidR="0057757C" w:rsidRPr="007F65A0" w:rsidRDefault="0057757C" w:rsidP="00D251EC">
            <w:pPr>
              <w:rPr>
                <w:sz w:val="24"/>
                <w:szCs w:val="24"/>
              </w:rPr>
            </w:pPr>
          </w:p>
        </w:tc>
        <w:tc>
          <w:tcPr>
            <w:tcW w:w="1114" w:type="dxa"/>
            <w:vAlign w:val="center"/>
          </w:tcPr>
          <w:p w14:paraId="754914A3" w14:textId="77777777" w:rsidR="0057757C" w:rsidRPr="007F65A0" w:rsidRDefault="0057757C" w:rsidP="00D251EC">
            <w:pPr>
              <w:rPr>
                <w:sz w:val="24"/>
                <w:szCs w:val="24"/>
              </w:rPr>
            </w:pPr>
          </w:p>
        </w:tc>
        <w:tc>
          <w:tcPr>
            <w:tcW w:w="1114" w:type="dxa"/>
            <w:vAlign w:val="center"/>
          </w:tcPr>
          <w:p w14:paraId="0FA9AE33" w14:textId="77777777" w:rsidR="0057757C" w:rsidRPr="007F65A0" w:rsidRDefault="0057757C" w:rsidP="00D251EC">
            <w:pPr>
              <w:rPr>
                <w:sz w:val="24"/>
                <w:szCs w:val="24"/>
              </w:rPr>
            </w:pPr>
          </w:p>
        </w:tc>
        <w:tc>
          <w:tcPr>
            <w:tcW w:w="1114" w:type="dxa"/>
            <w:vAlign w:val="center"/>
          </w:tcPr>
          <w:p w14:paraId="7B8C8D1A" w14:textId="77777777" w:rsidR="0057757C" w:rsidRPr="007F65A0" w:rsidRDefault="0057757C" w:rsidP="00D251EC">
            <w:pPr>
              <w:rPr>
                <w:sz w:val="24"/>
                <w:szCs w:val="24"/>
              </w:rPr>
            </w:pPr>
          </w:p>
        </w:tc>
        <w:tc>
          <w:tcPr>
            <w:tcW w:w="1114" w:type="dxa"/>
            <w:vAlign w:val="center"/>
          </w:tcPr>
          <w:p w14:paraId="5A0E0F96" w14:textId="77777777" w:rsidR="0057757C" w:rsidRPr="007F65A0" w:rsidRDefault="0057757C" w:rsidP="00D251EC">
            <w:pPr>
              <w:rPr>
                <w:sz w:val="24"/>
                <w:szCs w:val="24"/>
              </w:rPr>
            </w:pPr>
          </w:p>
        </w:tc>
        <w:tc>
          <w:tcPr>
            <w:tcW w:w="1114" w:type="dxa"/>
            <w:vAlign w:val="center"/>
          </w:tcPr>
          <w:p w14:paraId="6878D21E" w14:textId="77777777" w:rsidR="0057757C" w:rsidRPr="007F65A0" w:rsidRDefault="0057757C" w:rsidP="00D251EC">
            <w:pPr>
              <w:rPr>
                <w:sz w:val="24"/>
                <w:szCs w:val="24"/>
              </w:rPr>
            </w:pPr>
          </w:p>
        </w:tc>
      </w:tr>
      <w:tr w:rsidR="00A42104" w:rsidRPr="007F65A0" w14:paraId="511D47ED" w14:textId="77777777" w:rsidTr="00D251EC">
        <w:trPr>
          <w:jc w:val="center"/>
        </w:trPr>
        <w:tc>
          <w:tcPr>
            <w:tcW w:w="1114" w:type="dxa"/>
            <w:vAlign w:val="center"/>
          </w:tcPr>
          <w:p w14:paraId="70D95FDD" w14:textId="77777777" w:rsidR="0057757C" w:rsidRPr="007F65A0" w:rsidRDefault="0057757C" w:rsidP="00D251EC">
            <w:pPr>
              <w:rPr>
                <w:sz w:val="24"/>
                <w:szCs w:val="24"/>
              </w:rPr>
            </w:pPr>
          </w:p>
        </w:tc>
        <w:tc>
          <w:tcPr>
            <w:tcW w:w="1114" w:type="dxa"/>
            <w:vAlign w:val="center"/>
          </w:tcPr>
          <w:p w14:paraId="5E3FA588" w14:textId="77777777" w:rsidR="0057757C" w:rsidRPr="007F65A0" w:rsidRDefault="0057757C" w:rsidP="00D251EC">
            <w:pPr>
              <w:rPr>
                <w:sz w:val="24"/>
                <w:szCs w:val="24"/>
              </w:rPr>
            </w:pPr>
          </w:p>
        </w:tc>
        <w:tc>
          <w:tcPr>
            <w:tcW w:w="1114" w:type="dxa"/>
            <w:vAlign w:val="center"/>
          </w:tcPr>
          <w:p w14:paraId="4ABE432C" w14:textId="77777777" w:rsidR="0057757C" w:rsidRPr="007F65A0" w:rsidRDefault="0057757C" w:rsidP="00D251EC">
            <w:pPr>
              <w:rPr>
                <w:sz w:val="24"/>
                <w:szCs w:val="24"/>
              </w:rPr>
            </w:pPr>
          </w:p>
        </w:tc>
        <w:tc>
          <w:tcPr>
            <w:tcW w:w="1114" w:type="dxa"/>
            <w:vAlign w:val="center"/>
          </w:tcPr>
          <w:p w14:paraId="0023D6FD" w14:textId="77777777" w:rsidR="0057757C" w:rsidRPr="007F65A0" w:rsidRDefault="0057757C" w:rsidP="00D251EC">
            <w:pPr>
              <w:rPr>
                <w:sz w:val="24"/>
                <w:szCs w:val="24"/>
              </w:rPr>
            </w:pPr>
          </w:p>
        </w:tc>
        <w:tc>
          <w:tcPr>
            <w:tcW w:w="1114" w:type="dxa"/>
            <w:vAlign w:val="center"/>
          </w:tcPr>
          <w:p w14:paraId="79FB5FE1" w14:textId="77777777" w:rsidR="0057757C" w:rsidRPr="007F65A0" w:rsidRDefault="0057757C" w:rsidP="00D251EC">
            <w:pPr>
              <w:rPr>
                <w:sz w:val="24"/>
                <w:szCs w:val="24"/>
              </w:rPr>
            </w:pPr>
          </w:p>
        </w:tc>
        <w:tc>
          <w:tcPr>
            <w:tcW w:w="1114" w:type="dxa"/>
            <w:vAlign w:val="center"/>
          </w:tcPr>
          <w:p w14:paraId="3B9A2EE1" w14:textId="77777777" w:rsidR="0057757C" w:rsidRPr="007F65A0" w:rsidRDefault="0057757C" w:rsidP="00D251EC">
            <w:pPr>
              <w:rPr>
                <w:sz w:val="24"/>
                <w:szCs w:val="24"/>
              </w:rPr>
            </w:pPr>
          </w:p>
        </w:tc>
        <w:tc>
          <w:tcPr>
            <w:tcW w:w="1114" w:type="dxa"/>
            <w:vAlign w:val="center"/>
          </w:tcPr>
          <w:p w14:paraId="2505446F" w14:textId="77777777" w:rsidR="0057757C" w:rsidRPr="007F65A0" w:rsidRDefault="0057757C" w:rsidP="00D251EC">
            <w:pPr>
              <w:rPr>
                <w:sz w:val="24"/>
                <w:szCs w:val="24"/>
              </w:rPr>
            </w:pPr>
          </w:p>
        </w:tc>
        <w:tc>
          <w:tcPr>
            <w:tcW w:w="1114" w:type="dxa"/>
            <w:vAlign w:val="center"/>
          </w:tcPr>
          <w:p w14:paraId="561F0FDE" w14:textId="77777777" w:rsidR="0057757C" w:rsidRPr="007F65A0" w:rsidRDefault="0057757C" w:rsidP="00D251EC">
            <w:pPr>
              <w:rPr>
                <w:sz w:val="24"/>
                <w:szCs w:val="24"/>
              </w:rPr>
            </w:pPr>
          </w:p>
        </w:tc>
        <w:tc>
          <w:tcPr>
            <w:tcW w:w="1114" w:type="dxa"/>
            <w:vAlign w:val="center"/>
          </w:tcPr>
          <w:p w14:paraId="00B0A4AC" w14:textId="77777777" w:rsidR="0057757C" w:rsidRPr="007F65A0" w:rsidRDefault="0057757C" w:rsidP="00D251EC">
            <w:pPr>
              <w:rPr>
                <w:sz w:val="24"/>
                <w:szCs w:val="24"/>
              </w:rPr>
            </w:pPr>
          </w:p>
        </w:tc>
        <w:tc>
          <w:tcPr>
            <w:tcW w:w="1114" w:type="dxa"/>
            <w:vAlign w:val="center"/>
          </w:tcPr>
          <w:p w14:paraId="13AA18FA" w14:textId="77777777" w:rsidR="0057757C" w:rsidRPr="007F65A0" w:rsidRDefault="0057757C" w:rsidP="00D251EC">
            <w:pPr>
              <w:rPr>
                <w:sz w:val="24"/>
                <w:szCs w:val="24"/>
              </w:rPr>
            </w:pPr>
          </w:p>
        </w:tc>
        <w:tc>
          <w:tcPr>
            <w:tcW w:w="1114" w:type="dxa"/>
            <w:vAlign w:val="center"/>
          </w:tcPr>
          <w:p w14:paraId="7F8CF507" w14:textId="77777777" w:rsidR="0057757C" w:rsidRPr="007F65A0" w:rsidRDefault="0057757C" w:rsidP="00D251EC">
            <w:pPr>
              <w:rPr>
                <w:sz w:val="24"/>
                <w:szCs w:val="24"/>
              </w:rPr>
            </w:pPr>
          </w:p>
        </w:tc>
        <w:tc>
          <w:tcPr>
            <w:tcW w:w="1114" w:type="dxa"/>
            <w:vAlign w:val="center"/>
          </w:tcPr>
          <w:p w14:paraId="5DA0FA73" w14:textId="77777777" w:rsidR="0057757C" w:rsidRPr="007F65A0" w:rsidRDefault="0057757C" w:rsidP="00D251EC">
            <w:pPr>
              <w:rPr>
                <w:sz w:val="24"/>
                <w:szCs w:val="24"/>
              </w:rPr>
            </w:pPr>
          </w:p>
        </w:tc>
        <w:tc>
          <w:tcPr>
            <w:tcW w:w="1114" w:type="dxa"/>
            <w:vAlign w:val="center"/>
          </w:tcPr>
          <w:p w14:paraId="03B4FB67" w14:textId="77777777" w:rsidR="0057757C" w:rsidRPr="007F65A0" w:rsidRDefault="0057757C" w:rsidP="00D251EC">
            <w:pPr>
              <w:rPr>
                <w:sz w:val="24"/>
                <w:szCs w:val="24"/>
              </w:rPr>
            </w:pPr>
          </w:p>
        </w:tc>
      </w:tr>
      <w:tr w:rsidR="00A42104" w:rsidRPr="007F65A0" w14:paraId="1BEED76F" w14:textId="77777777" w:rsidTr="00D251EC">
        <w:trPr>
          <w:jc w:val="center"/>
        </w:trPr>
        <w:tc>
          <w:tcPr>
            <w:tcW w:w="1114" w:type="dxa"/>
            <w:vAlign w:val="center"/>
          </w:tcPr>
          <w:p w14:paraId="6B5D4110" w14:textId="77777777" w:rsidR="0057757C" w:rsidRPr="007F65A0" w:rsidRDefault="0057757C" w:rsidP="00D251EC">
            <w:pPr>
              <w:rPr>
                <w:sz w:val="24"/>
                <w:szCs w:val="24"/>
              </w:rPr>
            </w:pPr>
          </w:p>
        </w:tc>
        <w:tc>
          <w:tcPr>
            <w:tcW w:w="1114" w:type="dxa"/>
            <w:vAlign w:val="center"/>
          </w:tcPr>
          <w:p w14:paraId="7395E737" w14:textId="77777777" w:rsidR="0057757C" w:rsidRPr="007F65A0" w:rsidRDefault="0057757C" w:rsidP="00D251EC">
            <w:pPr>
              <w:rPr>
                <w:sz w:val="24"/>
                <w:szCs w:val="24"/>
              </w:rPr>
            </w:pPr>
          </w:p>
        </w:tc>
        <w:tc>
          <w:tcPr>
            <w:tcW w:w="1114" w:type="dxa"/>
            <w:vAlign w:val="center"/>
          </w:tcPr>
          <w:p w14:paraId="58D4121B" w14:textId="77777777" w:rsidR="0057757C" w:rsidRPr="007F65A0" w:rsidRDefault="0057757C" w:rsidP="00D251EC">
            <w:pPr>
              <w:rPr>
                <w:sz w:val="24"/>
                <w:szCs w:val="24"/>
              </w:rPr>
            </w:pPr>
          </w:p>
        </w:tc>
        <w:tc>
          <w:tcPr>
            <w:tcW w:w="1114" w:type="dxa"/>
            <w:vAlign w:val="center"/>
          </w:tcPr>
          <w:p w14:paraId="5AC769A7" w14:textId="77777777" w:rsidR="0057757C" w:rsidRPr="007F65A0" w:rsidRDefault="0057757C" w:rsidP="00D251EC">
            <w:pPr>
              <w:rPr>
                <w:sz w:val="24"/>
                <w:szCs w:val="24"/>
              </w:rPr>
            </w:pPr>
          </w:p>
        </w:tc>
        <w:tc>
          <w:tcPr>
            <w:tcW w:w="1114" w:type="dxa"/>
            <w:vAlign w:val="center"/>
          </w:tcPr>
          <w:p w14:paraId="2F2D0F53" w14:textId="77777777" w:rsidR="0057757C" w:rsidRPr="007F65A0" w:rsidRDefault="0057757C" w:rsidP="00D251EC">
            <w:pPr>
              <w:rPr>
                <w:sz w:val="24"/>
                <w:szCs w:val="24"/>
              </w:rPr>
            </w:pPr>
          </w:p>
        </w:tc>
        <w:tc>
          <w:tcPr>
            <w:tcW w:w="1114" w:type="dxa"/>
            <w:vAlign w:val="center"/>
          </w:tcPr>
          <w:p w14:paraId="6EB1ACF4" w14:textId="77777777" w:rsidR="0057757C" w:rsidRPr="007F65A0" w:rsidRDefault="0057757C" w:rsidP="00D251EC">
            <w:pPr>
              <w:rPr>
                <w:sz w:val="24"/>
                <w:szCs w:val="24"/>
              </w:rPr>
            </w:pPr>
          </w:p>
        </w:tc>
        <w:tc>
          <w:tcPr>
            <w:tcW w:w="1114" w:type="dxa"/>
            <w:vAlign w:val="center"/>
          </w:tcPr>
          <w:p w14:paraId="3145099F" w14:textId="77777777" w:rsidR="0057757C" w:rsidRPr="007F65A0" w:rsidRDefault="0057757C" w:rsidP="00D251EC">
            <w:pPr>
              <w:rPr>
                <w:sz w:val="24"/>
                <w:szCs w:val="24"/>
              </w:rPr>
            </w:pPr>
          </w:p>
        </w:tc>
        <w:tc>
          <w:tcPr>
            <w:tcW w:w="1114" w:type="dxa"/>
            <w:vAlign w:val="center"/>
          </w:tcPr>
          <w:p w14:paraId="408EF1B4" w14:textId="77777777" w:rsidR="0057757C" w:rsidRPr="007F65A0" w:rsidRDefault="0057757C" w:rsidP="00D251EC">
            <w:pPr>
              <w:rPr>
                <w:sz w:val="24"/>
                <w:szCs w:val="24"/>
              </w:rPr>
            </w:pPr>
          </w:p>
        </w:tc>
        <w:tc>
          <w:tcPr>
            <w:tcW w:w="1114" w:type="dxa"/>
            <w:vAlign w:val="center"/>
          </w:tcPr>
          <w:p w14:paraId="46DB512B" w14:textId="77777777" w:rsidR="0057757C" w:rsidRPr="007F65A0" w:rsidRDefault="0057757C" w:rsidP="00D251EC">
            <w:pPr>
              <w:rPr>
                <w:sz w:val="24"/>
                <w:szCs w:val="24"/>
              </w:rPr>
            </w:pPr>
          </w:p>
        </w:tc>
        <w:tc>
          <w:tcPr>
            <w:tcW w:w="1114" w:type="dxa"/>
            <w:vAlign w:val="center"/>
          </w:tcPr>
          <w:p w14:paraId="66C5C319" w14:textId="77777777" w:rsidR="0057757C" w:rsidRPr="007F65A0" w:rsidRDefault="0057757C" w:rsidP="00D251EC">
            <w:pPr>
              <w:rPr>
                <w:sz w:val="24"/>
                <w:szCs w:val="24"/>
              </w:rPr>
            </w:pPr>
          </w:p>
        </w:tc>
        <w:tc>
          <w:tcPr>
            <w:tcW w:w="1114" w:type="dxa"/>
            <w:vAlign w:val="center"/>
          </w:tcPr>
          <w:p w14:paraId="4BDA862D" w14:textId="77777777" w:rsidR="0057757C" w:rsidRPr="007F65A0" w:rsidRDefault="0057757C" w:rsidP="00D251EC">
            <w:pPr>
              <w:rPr>
                <w:sz w:val="24"/>
                <w:szCs w:val="24"/>
              </w:rPr>
            </w:pPr>
          </w:p>
        </w:tc>
        <w:tc>
          <w:tcPr>
            <w:tcW w:w="1114" w:type="dxa"/>
            <w:vAlign w:val="center"/>
          </w:tcPr>
          <w:p w14:paraId="195A3C00" w14:textId="77777777" w:rsidR="0057757C" w:rsidRPr="007F65A0" w:rsidRDefault="0057757C" w:rsidP="00D251EC">
            <w:pPr>
              <w:rPr>
                <w:sz w:val="24"/>
                <w:szCs w:val="24"/>
              </w:rPr>
            </w:pPr>
          </w:p>
        </w:tc>
        <w:tc>
          <w:tcPr>
            <w:tcW w:w="1114" w:type="dxa"/>
            <w:vAlign w:val="center"/>
          </w:tcPr>
          <w:p w14:paraId="35BC82B3" w14:textId="77777777" w:rsidR="0057757C" w:rsidRPr="007F65A0" w:rsidRDefault="0057757C" w:rsidP="00D251EC">
            <w:pPr>
              <w:rPr>
                <w:sz w:val="24"/>
                <w:szCs w:val="24"/>
              </w:rPr>
            </w:pPr>
          </w:p>
        </w:tc>
      </w:tr>
      <w:tr w:rsidR="00A42104" w:rsidRPr="007F65A0" w14:paraId="55BD8DB7" w14:textId="77777777" w:rsidTr="00D251EC">
        <w:trPr>
          <w:jc w:val="center"/>
        </w:trPr>
        <w:tc>
          <w:tcPr>
            <w:tcW w:w="1114" w:type="dxa"/>
            <w:vAlign w:val="center"/>
          </w:tcPr>
          <w:p w14:paraId="34CB7EF6" w14:textId="77777777" w:rsidR="0057757C" w:rsidRPr="007F65A0" w:rsidRDefault="0057757C" w:rsidP="00D251EC">
            <w:pPr>
              <w:rPr>
                <w:sz w:val="24"/>
                <w:szCs w:val="24"/>
              </w:rPr>
            </w:pPr>
          </w:p>
        </w:tc>
        <w:tc>
          <w:tcPr>
            <w:tcW w:w="1114" w:type="dxa"/>
            <w:vAlign w:val="center"/>
          </w:tcPr>
          <w:p w14:paraId="7DD281B3" w14:textId="77777777" w:rsidR="0057757C" w:rsidRPr="007F65A0" w:rsidRDefault="0057757C" w:rsidP="00D251EC">
            <w:pPr>
              <w:rPr>
                <w:sz w:val="24"/>
                <w:szCs w:val="24"/>
              </w:rPr>
            </w:pPr>
          </w:p>
        </w:tc>
        <w:tc>
          <w:tcPr>
            <w:tcW w:w="1114" w:type="dxa"/>
            <w:vAlign w:val="center"/>
          </w:tcPr>
          <w:p w14:paraId="0FC6A42B" w14:textId="77777777" w:rsidR="0057757C" w:rsidRPr="007F65A0" w:rsidRDefault="0057757C" w:rsidP="00D251EC">
            <w:pPr>
              <w:rPr>
                <w:sz w:val="24"/>
                <w:szCs w:val="24"/>
              </w:rPr>
            </w:pPr>
          </w:p>
        </w:tc>
        <w:tc>
          <w:tcPr>
            <w:tcW w:w="1114" w:type="dxa"/>
            <w:vAlign w:val="center"/>
          </w:tcPr>
          <w:p w14:paraId="5294CE13" w14:textId="77777777" w:rsidR="0057757C" w:rsidRPr="007F65A0" w:rsidRDefault="0057757C" w:rsidP="00D251EC">
            <w:pPr>
              <w:rPr>
                <w:sz w:val="24"/>
                <w:szCs w:val="24"/>
              </w:rPr>
            </w:pPr>
          </w:p>
        </w:tc>
        <w:tc>
          <w:tcPr>
            <w:tcW w:w="1114" w:type="dxa"/>
            <w:vAlign w:val="center"/>
          </w:tcPr>
          <w:p w14:paraId="31B2A18B" w14:textId="77777777" w:rsidR="0057757C" w:rsidRPr="007F65A0" w:rsidRDefault="0057757C" w:rsidP="00D251EC">
            <w:pPr>
              <w:rPr>
                <w:sz w:val="24"/>
                <w:szCs w:val="24"/>
              </w:rPr>
            </w:pPr>
          </w:p>
        </w:tc>
        <w:tc>
          <w:tcPr>
            <w:tcW w:w="1114" w:type="dxa"/>
            <w:vAlign w:val="center"/>
          </w:tcPr>
          <w:p w14:paraId="2CEC27E4" w14:textId="77777777" w:rsidR="0057757C" w:rsidRPr="007F65A0" w:rsidRDefault="0057757C" w:rsidP="00D251EC">
            <w:pPr>
              <w:rPr>
                <w:sz w:val="24"/>
                <w:szCs w:val="24"/>
              </w:rPr>
            </w:pPr>
          </w:p>
        </w:tc>
        <w:tc>
          <w:tcPr>
            <w:tcW w:w="1114" w:type="dxa"/>
            <w:vAlign w:val="center"/>
          </w:tcPr>
          <w:p w14:paraId="7AC319DC" w14:textId="77777777" w:rsidR="0057757C" w:rsidRPr="007F65A0" w:rsidRDefault="0057757C" w:rsidP="00D251EC">
            <w:pPr>
              <w:rPr>
                <w:sz w:val="24"/>
                <w:szCs w:val="24"/>
              </w:rPr>
            </w:pPr>
          </w:p>
        </w:tc>
        <w:tc>
          <w:tcPr>
            <w:tcW w:w="1114" w:type="dxa"/>
            <w:vAlign w:val="center"/>
          </w:tcPr>
          <w:p w14:paraId="29C40A6E" w14:textId="77777777" w:rsidR="0057757C" w:rsidRPr="007F65A0" w:rsidRDefault="0057757C" w:rsidP="00D251EC">
            <w:pPr>
              <w:rPr>
                <w:sz w:val="24"/>
                <w:szCs w:val="24"/>
              </w:rPr>
            </w:pPr>
          </w:p>
        </w:tc>
        <w:tc>
          <w:tcPr>
            <w:tcW w:w="1114" w:type="dxa"/>
            <w:vAlign w:val="center"/>
          </w:tcPr>
          <w:p w14:paraId="60D0DB07" w14:textId="77777777" w:rsidR="0057757C" w:rsidRPr="007F65A0" w:rsidRDefault="0057757C" w:rsidP="00D251EC">
            <w:pPr>
              <w:rPr>
                <w:sz w:val="24"/>
                <w:szCs w:val="24"/>
              </w:rPr>
            </w:pPr>
          </w:p>
        </w:tc>
        <w:tc>
          <w:tcPr>
            <w:tcW w:w="1114" w:type="dxa"/>
            <w:vAlign w:val="center"/>
          </w:tcPr>
          <w:p w14:paraId="476F76CE" w14:textId="77777777" w:rsidR="0057757C" w:rsidRPr="007F65A0" w:rsidRDefault="0057757C" w:rsidP="00D251EC">
            <w:pPr>
              <w:rPr>
                <w:sz w:val="24"/>
                <w:szCs w:val="24"/>
              </w:rPr>
            </w:pPr>
          </w:p>
        </w:tc>
        <w:tc>
          <w:tcPr>
            <w:tcW w:w="1114" w:type="dxa"/>
            <w:vAlign w:val="center"/>
          </w:tcPr>
          <w:p w14:paraId="1A2D9FD2" w14:textId="77777777" w:rsidR="0057757C" w:rsidRPr="007F65A0" w:rsidRDefault="0057757C" w:rsidP="00D251EC">
            <w:pPr>
              <w:rPr>
                <w:sz w:val="24"/>
                <w:szCs w:val="24"/>
              </w:rPr>
            </w:pPr>
          </w:p>
        </w:tc>
        <w:tc>
          <w:tcPr>
            <w:tcW w:w="1114" w:type="dxa"/>
            <w:vAlign w:val="center"/>
          </w:tcPr>
          <w:p w14:paraId="6358ECBD" w14:textId="77777777" w:rsidR="0057757C" w:rsidRPr="007F65A0" w:rsidRDefault="0057757C" w:rsidP="00D251EC">
            <w:pPr>
              <w:rPr>
                <w:sz w:val="24"/>
                <w:szCs w:val="24"/>
              </w:rPr>
            </w:pPr>
          </w:p>
        </w:tc>
        <w:tc>
          <w:tcPr>
            <w:tcW w:w="1114" w:type="dxa"/>
            <w:vAlign w:val="center"/>
          </w:tcPr>
          <w:p w14:paraId="657F0A5D" w14:textId="77777777" w:rsidR="0057757C" w:rsidRPr="007F65A0" w:rsidRDefault="0057757C" w:rsidP="00D251EC">
            <w:pPr>
              <w:rPr>
                <w:sz w:val="24"/>
                <w:szCs w:val="24"/>
              </w:rPr>
            </w:pPr>
          </w:p>
        </w:tc>
      </w:tr>
      <w:tr w:rsidR="00A42104" w:rsidRPr="007F65A0" w14:paraId="1C32023B" w14:textId="77777777" w:rsidTr="00D251EC">
        <w:trPr>
          <w:jc w:val="center"/>
        </w:trPr>
        <w:tc>
          <w:tcPr>
            <w:tcW w:w="1114" w:type="dxa"/>
            <w:vAlign w:val="center"/>
          </w:tcPr>
          <w:p w14:paraId="63F28FF4" w14:textId="77777777" w:rsidR="0057757C" w:rsidRPr="007F65A0" w:rsidRDefault="0057757C" w:rsidP="00D251EC">
            <w:pPr>
              <w:rPr>
                <w:sz w:val="24"/>
                <w:szCs w:val="24"/>
              </w:rPr>
            </w:pPr>
          </w:p>
        </w:tc>
        <w:tc>
          <w:tcPr>
            <w:tcW w:w="1114" w:type="dxa"/>
            <w:vAlign w:val="center"/>
          </w:tcPr>
          <w:p w14:paraId="6B8961C0" w14:textId="77777777" w:rsidR="0057757C" w:rsidRPr="007F65A0" w:rsidRDefault="0057757C" w:rsidP="00D251EC">
            <w:pPr>
              <w:rPr>
                <w:sz w:val="24"/>
                <w:szCs w:val="24"/>
              </w:rPr>
            </w:pPr>
          </w:p>
        </w:tc>
        <w:tc>
          <w:tcPr>
            <w:tcW w:w="1114" w:type="dxa"/>
            <w:vAlign w:val="center"/>
          </w:tcPr>
          <w:p w14:paraId="1077E1FD" w14:textId="77777777" w:rsidR="0057757C" w:rsidRPr="007F65A0" w:rsidRDefault="0057757C" w:rsidP="00D251EC">
            <w:pPr>
              <w:rPr>
                <w:sz w:val="24"/>
                <w:szCs w:val="24"/>
              </w:rPr>
            </w:pPr>
          </w:p>
        </w:tc>
        <w:tc>
          <w:tcPr>
            <w:tcW w:w="1114" w:type="dxa"/>
            <w:vAlign w:val="center"/>
          </w:tcPr>
          <w:p w14:paraId="6225554A" w14:textId="77777777" w:rsidR="0057757C" w:rsidRPr="007F65A0" w:rsidRDefault="0057757C" w:rsidP="00D251EC">
            <w:pPr>
              <w:rPr>
                <w:sz w:val="24"/>
                <w:szCs w:val="24"/>
              </w:rPr>
            </w:pPr>
          </w:p>
        </w:tc>
        <w:tc>
          <w:tcPr>
            <w:tcW w:w="1114" w:type="dxa"/>
            <w:vAlign w:val="center"/>
          </w:tcPr>
          <w:p w14:paraId="4D45E26E" w14:textId="77777777" w:rsidR="0057757C" w:rsidRPr="007F65A0" w:rsidRDefault="0057757C" w:rsidP="00D251EC">
            <w:pPr>
              <w:rPr>
                <w:sz w:val="24"/>
                <w:szCs w:val="24"/>
              </w:rPr>
            </w:pPr>
          </w:p>
        </w:tc>
        <w:tc>
          <w:tcPr>
            <w:tcW w:w="1114" w:type="dxa"/>
            <w:vAlign w:val="center"/>
          </w:tcPr>
          <w:p w14:paraId="0D0C7B0B" w14:textId="77777777" w:rsidR="0057757C" w:rsidRPr="007F65A0" w:rsidRDefault="0057757C" w:rsidP="00D251EC">
            <w:pPr>
              <w:rPr>
                <w:sz w:val="24"/>
                <w:szCs w:val="24"/>
              </w:rPr>
            </w:pPr>
          </w:p>
        </w:tc>
        <w:tc>
          <w:tcPr>
            <w:tcW w:w="1114" w:type="dxa"/>
            <w:vAlign w:val="center"/>
          </w:tcPr>
          <w:p w14:paraId="32D909BF" w14:textId="77777777" w:rsidR="0057757C" w:rsidRPr="007F65A0" w:rsidRDefault="0057757C" w:rsidP="00D251EC">
            <w:pPr>
              <w:rPr>
                <w:sz w:val="24"/>
                <w:szCs w:val="24"/>
              </w:rPr>
            </w:pPr>
          </w:p>
        </w:tc>
        <w:tc>
          <w:tcPr>
            <w:tcW w:w="1114" w:type="dxa"/>
            <w:vAlign w:val="center"/>
          </w:tcPr>
          <w:p w14:paraId="4B57B96E" w14:textId="77777777" w:rsidR="0057757C" w:rsidRPr="007F65A0" w:rsidRDefault="0057757C" w:rsidP="00D251EC">
            <w:pPr>
              <w:rPr>
                <w:sz w:val="24"/>
                <w:szCs w:val="24"/>
              </w:rPr>
            </w:pPr>
          </w:p>
        </w:tc>
        <w:tc>
          <w:tcPr>
            <w:tcW w:w="1114" w:type="dxa"/>
            <w:vAlign w:val="center"/>
          </w:tcPr>
          <w:p w14:paraId="7F719104" w14:textId="77777777" w:rsidR="0057757C" w:rsidRPr="007F65A0" w:rsidRDefault="0057757C" w:rsidP="00D251EC">
            <w:pPr>
              <w:rPr>
                <w:sz w:val="24"/>
                <w:szCs w:val="24"/>
              </w:rPr>
            </w:pPr>
          </w:p>
        </w:tc>
        <w:tc>
          <w:tcPr>
            <w:tcW w:w="1114" w:type="dxa"/>
            <w:vAlign w:val="center"/>
          </w:tcPr>
          <w:p w14:paraId="42D54169" w14:textId="77777777" w:rsidR="0057757C" w:rsidRPr="007F65A0" w:rsidRDefault="0057757C" w:rsidP="00D251EC">
            <w:pPr>
              <w:rPr>
                <w:sz w:val="24"/>
                <w:szCs w:val="24"/>
              </w:rPr>
            </w:pPr>
          </w:p>
        </w:tc>
        <w:tc>
          <w:tcPr>
            <w:tcW w:w="1114" w:type="dxa"/>
            <w:vAlign w:val="center"/>
          </w:tcPr>
          <w:p w14:paraId="0A3B35D6" w14:textId="77777777" w:rsidR="0057757C" w:rsidRPr="007F65A0" w:rsidRDefault="0057757C" w:rsidP="00D251EC">
            <w:pPr>
              <w:rPr>
                <w:sz w:val="24"/>
                <w:szCs w:val="24"/>
              </w:rPr>
            </w:pPr>
          </w:p>
        </w:tc>
        <w:tc>
          <w:tcPr>
            <w:tcW w:w="1114" w:type="dxa"/>
            <w:vAlign w:val="center"/>
          </w:tcPr>
          <w:p w14:paraId="1C8CFA4F" w14:textId="77777777" w:rsidR="0057757C" w:rsidRPr="007F65A0" w:rsidRDefault="0057757C" w:rsidP="00D251EC">
            <w:pPr>
              <w:rPr>
                <w:sz w:val="24"/>
                <w:szCs w:val="24"/>
              </w:rPr>
            </w:pPr>
          </w:p>
        </w:tc>
        <w:tc>
          <w:tcPr>
            <w:tcW w:w="1114" w:type="dxa"/>
            <w:vAlign w:val="center"/>
          </w:tcPr>
          <w:p w14:paraId="676B5894" w14:textId="77777777" w:rsidR="0057757C" w:rsidRPr="007F65A0" w:rsidRDefault="0057757C" w:rsidP="00D251EC">
            <w:pPr>
              <w:rPr>
                <w:sz w:val="24"/>
                <w:szCs w:val="24"/>
              </w:rPr>
            </w:pPr>
          </w:p>
        </w:tc>
      </w:tr>
      <w:tr w:rsidR="00A42104" w:rsidRPr="007F65A0" w14:paraId="70E94FC8" w14:textId="77777777" w:rsidTr="00D251EC">
        <w:trPr>
          <w:jc w:val="center"/>
        </w:trPr>
        <w:tc>
          <w:tcPr>
            <w:tcW w:w="1114" w:type="dxa"/>
            <w:vAlign w:val="center"/>
          </w:tcPr>
          <w:p w14:paraId="458C4A74" w14:textId="77777777" w:rsidR="0057757C" w:rsidRPr="007F65A0" w:rsidRDefault="0057757C" w:rsidP="00D251EC">
            <w:pPr>
              <w:rPr>
                <w:sz w:val="24"/>
                <w:szCs w:val="24"/>
              </w:rPr>
            </w:pPr>
          </w:p>
        </w:tc>
        <w:tc>
          <w:tcPr>
            <w:tcW w:w="1114" w:type="dxa"/>
            <w:vAlign w:val="center"/>
          </w:tcPr>
          <w:p w14:paraId="321126BF" w14:textId="77777777" w:rsidR="0057757C" w:rsidRPr="007F65A0" w:rsidRDefault="0057757C" w:rsidP="00D251EC">
            <w:pPr>
              <w:rPr>
                <w:sz w:val="24"/>
                <w:szCs w:val="24"/>
              </w:rPr>
            </w:pPr>
          </w:p>
        </w:tc>
        <w:tc>
          <w:tcPr>
            <w:tcW w:w="1114" w:type="dxa"/>
            <w:vAlign w:val="center"/>
          </w:tcPr>
          <w:p w14:paraId="570848B9" w14:textId="77777777" w:rsidR="0057757C" w:rsidRPr="007F65A0" w:rsidRDefault="0057757C" w:rsidP="00D251EC">
            <w:pPr>
              <w:rPr>
                <w:sz w:val="24"/>
                <w:szCs w:val="24"/>
              </w:rPr>
            </w:pPr>
          </w:p>
        </w:tc>
        <w:tc>
          <w:tcPr>
            <w:tcW w:w="1114" w:type="dxa"/>
            <w:vAlign w:val="center"/>
          </w:tcPr>
          <w:p w14:paraId="73DACB27" w14:textId="77777777" w:rsidR="0057757C" w:rsidRPr="007F65A0" w:rsidRDefault="0057757C" w:rsidP="00D251EC">
            <w:pPr>
              <w:rPr>
                <w:sz w:val="24"/>
                <w:szCs w:val="24"/>
              </w:rPr>
            </w:pPr>
          </w:p>
        </w:tc>
        <w:tc>
          <w:tcPr>
            <w:tcW w:w="1114" w:type="dxa"/>
            <w:vAlign w:val="center"/>
          </w:tcPr>
          <w:p w14:paraId="2BB0913A" w14:textId="77777777" w:rsidR="0057757C" w:rsidRPr="007F65A0" w:rsidRDefault="0057757C" w:rsidP="00D251EC">
            <w:pPr>
              <w:rPr>
                <w:sz w:val="24"/>
                <w:szCs w:val="24"/>
              </w:rPr>
            </w:pPr>
          </w:p>
        </w:tc>
        <w:tc>
          <w:tcPr>
            <w:tcW w:w="1114" w:type="dxa"/>
            <w:vAlign w:val="center"/>
          </w:tcPr>
          <w:p w14:paraId="2FC033DD" w14:textId="77777777" w:rsidR="0057757C" w:rsidRPr="007F65A0" w:rsidRDefault="0057757C" w:rsidP="00D251EC">
            <w:pPr>
              <w:rPr>
                <w:sz w:val="24"/>
                <w:szCs w:val="24"/>
              </w:rPr>
            </w:pPr>
          </w:p>
        </w:tc>
        <w:tc>
          <w:tcPr>
            <w:tcW w:w="1114" w:type="dxa"/>
            <w:vAlign w:val="center"/>
          </w:tcPr>
          <w:p w14:paraId="7B927E4C" w14:textId="77777777" w:rsidR="0057757C" w:rsidRPr="007F65A0" w:rsidRDefault="0057757C" w:rsidP="00D251EC">
            <w:pPr>
              <w:rPr>
                <w:sz w:val="24"/>
                <w:szCs w:val="24"/>
              </w:rPr>
            </w:pPr>
          </w:p>
        </w:tc>
        <w:tc>
          <w:tcPr>
            <w:tcW w:w="1114" w:type="dxa"/>
            <w:vAlign w:val="center"/>
          </w:tcPr>
          <w:p w14:paraId="3E0421B8" w14:textId="77777777" w:rsidR="0057757C" w:rsidRPr="007F65A0" w:rsidRDefault="0057757C" w:rsidP="00D251EC">
            <w:pPr>
              <w:rPr>
                <w:sz w:val="24"/>
                <w:szCs w:val="24"/>
              </w:rPr>
            </w:pPr>
          </w:p>
        </w:tc>
        <w:tc>
          <w:tcPr>
            <w:tcW w:w="1114" w:type="dxa"/>
            <w:vAlign w:val="center"/>
          </w:tcPr>
          <w:p w14:paraId="3F8E7047" w14:textId="77777777" w:rsidR="0057757C" w:rsidRPr="007F65A0" w:rsidRDefault="0057757C" w:rsidP="00D251EC">
            <w:pPr>
              <w:rPr>
                <w:sz w:val="24"/>
                <w:szCs w:val="24"/>
              </w:rPr>
            </w:pPr>
          </w:p>
        </w:tc>
        <w:tc>
          <w:tcPr>
            <w:tcW w:w="1114" w:type="dxa"/>
            <w:vAlign w:val="center"/>
          </w:tcPr>
          <w:p w14:paraId="567624DD" w14:textId="77777777" w:rsidR="0057757C" w:rsidRPr="007F65A0" w:rsidRDefault="0057757C" w:rsidP="00D251EC">
            <w:pPr>
              <w:rPr>
                <w:sz w:val="24"/>
                <w:szCs w:val="24"/>
              </w:rPr>
            </w:pPr>
          </w:p>
        </w:tc>
        <w:tc>
          <w:tcPr>
            <w:tcW w:w="1114" w:type="dxa"/>
            <w:vAlign w:val="center"/>
          </w:tcPr>
          <w:p w14:paraId="0D7120A8" w14:textId="77777777" w:rsidR="0057757C" w:rsidRPr="007F65A0" w:rsidRDefault="0057757C" w:rsidP="00D251EC">
            <w:pPr>
              <w:rPr>
                <w:sz w:val="24"/>
                <w:szCs w:val="24"/>
              </w:rPr>
            </w:pPr>
          </w:p>
        </w:tc>
        <w:tc>
          <w:tcPr>
            <w:tcW w:w="1114" w:type="dxa"/>
            <w:vAlign w:val="center"/>
          </w:tcPr>
          <w:p w14:paraId="47FE95DD" w14:textId="77777777" w:rsidR="0057757C" w:rsidRPr="007F65A0" w:rsidRDefault="0057757C" w:rsidP="00D251EC">
            <w:pPr>
              <w:rPr>
                <w:sz w:val="24"/>
                <w:szCs w:val="24"/>
              </w:rPr>
            </w:pPr>
          </w:p>
        </w:tc>
        <w:tc>
          <w:tcPr>
            <w:tcW w:w="1114" w:type="dxa"/>
            <w:vAlign w:val="center"/>
          </w:tcPr>
          <w:p w14:paraId="0CC8080B" w14:textId="77777777" w:rsidR="0057757C" w:rsidRPr="007F65A0" w:rsidRDefault="0057757C" w:rsidP="00D251EC">
            <w:pPr>
              <w:rPr>
                <w:sz w:val="24"/>
                <w:szCs w:val="24"/>
              </w:rPr>
            </w:pPr>
          </w:p>
        </w:tc>
      </w:tr>
      <w:tr w:rsidR="00A42104" w:rsidRPr="007F65A0" w14:paraId="49CE2AEA" w14:textId="77777777" w:rsidTr="00D251EC">
        <w:trPr>
          <w:jc w:val="center"/>
        </w:trPr>
        <w:tc>
          <w:tcPr>
            <w:tcW w:w="1114" w:type="dxa"/>
            <w:vAlign w:val="center"/>
          </w:tcPr>
          <w:p w14:paraId="41A697EE" w14:textId="77777777" w:rsidR="0057757C" w:rsidRPr="007F65A0" w:rsidRDefault="0057757C" w:rsidP="00D251EC">
            <w:pPr>
              <w:rPr>
                <w:sz w:val="24"/>
                <w:szCs w:val="24"/>
              </w:rPr>
            </w:pPr>
          </w:p>
        </w:tc>
        <w:tc>
          <w:tcPr>
            <w:tcW w:w="1114" w:type="dxa"/>
            <w:vAlign w:val="center"/>
          </w:tcPr>
          <w:p w14:paraId="2F1F4B12" w14:textId="77777777" w:rsidR="0057757C" w:rsidRPr="007F65A0" w:rsidRDefault="0057757C" w:rsidP="00D251EC">
            <w:pPr>
              <w:rPr>
                <w:sz w:val="24"/>
                <w:szCs w:val="24"/>
              </w:rPr>
            </w:pPr>
          </w:p>
        </w:tc>
        <w:tc>
          <w:tcPr>
            <w:tcW w:w="1114" w:type="dxa"/>
            <w:vAlign w:val="center"/>
          </w:tcPr>
          <w:p w14:paraId="5E8FC190" w14:textId="77777777" w:rsidR="0057757C" w:rsidRPr="007F65A0" w:rsidRDefault="0057757C" w:rsidP="00D251EC">
            <w:pPr>
              <w:rPr>
                <w:sz w:val="24"/>
                <w:szCs w:val="24"/>
              </w:rPr>
            </w:pPr>
          </w:p>
        </w:tc>
        <w:tc>
          <w:tcPr>
            <w:tcW w:w="1114" w:type="dxa"/>
            <w:vAlign w:val="center"/>
          </w:tcPr>
          <w:p w14:paraId="4C018ADA" w14:textId="77777777" w:rsidR="0057757C" w:rsidRPr="007F65A0" w:rsidRDefault="0057757C" w:rsidP="00D251EC">
            <w:pPr>
              <w:rPr>
                <w:sz w:val="24"/>
                <w:szCs w:val="24"/>
              </w:rPr>
            </w:pPr>
          </w:p>
        </w:tc>
        <w:tc>
          <w:tcPr>
            <w:tcW w:w="1114" w:type="dxa"/>
            <w:vAlign w:val="center"/>
          </w:tcPr>
          <w:p w14:paraId="7238A95B" w14:textId="77777777" w:rsidR="0057757C" w:rsidRPr="007F65A0" w:rsidRDefault="0057757C" w:rsidP="00D251EC">
            <w:pPr>
              <w:rPr>
                <w:sz w:val="24"/>
                <w:szCs w:val="24"/>
              </w:rPr>
            </w:pPr>
          </w:p>
        </w:tc>
        <w:tc>
          <w:tcPr>
            <w:tcW w:w="1114" w:type="dxa"/>
            <w:vAlign w:val="center"/>
          </w:tcPr>
          <w:p w14:paraId="02C5F1F0" w14:textId="77777777" w:rsidR="0057757C" w:rsidRPr="007F65A0" w:rsidRDefault="0057757C" w:rsidP="00D251EC">
            <w:pPr>
              <w:rPr>
                <w:sz w:val="24"/>
                <w:szCs w:val="24"/>
              </w:rPr>
            </w:pPr>
          </w:p>
        </w:tc>
        <w:tc>
          <w:tcPr>
            <w:tcW w:w="1114" w:type="dxa"/>
            <w:vAlign w:val="center"/>
          </w:tcPr>
          <w:p w14:paraId="7EDF2A9F" w14:textId="77777777" w:rsidR="0057757C" w:rsidRPr="007F65A0" w:rsidRDefault="0057757C" w:rsidP="00D251EC">
            <w:pPr>
              <w:rPr>
                <w:sz w:val="24"/>
                <w:szCs w:val="24"/>
              </w:rPr>
            </w:pPr>
          </w:p>
        </w:tc>
        <w:tc>
          <w:tcPr>
            <w:tcW w:w="1114" w:type="dxa"/>
            <w:vAlign w:val="center"/>
          </w:tcPr>
          <w:p w14:paraId="52731CEF" w14:textId="77777777" w:rsidR="0057757C" w:rsidRPr="007F65A0" w:rsidRDefault="0057757C" w:rsidP="00D251EC">
            <w:pPr>
              <w:rPr>
                <w:sz w:val="24"/>
                <w:szCs w:val="24"/>
              </w:rPr>
            </w:pPr>
          </w:p>
        </w:tc>
        <w:tc>
          <w:tcPr>
            <w:tcW w:w="1114" w:type="dxa"/>
            <w:vAlign w:val="center"/>
          </w:tcPr>
          <w:p w14:paraId="2529E174" w14:textId="77777777" w:rsidR="0057757C" w:rsidRPr="007F65A0" w:rsidRDefault="0057757C" w:rsidP="00D251EC">
            <w:pPr>
              <w:rPr>
                <w:sz w:val="24"/>
                <w:szCs w:val="24"/>
              </w:rPr>
            </w:pPr>
          </w:p>
        </w:tc>
        <w:tc>
          <w:tcPr>
            <w:tcW w:w="1114" w:type="dxa"/>
            <w:vAlign w:val="center"/>
          </w:tcPr>
          <w:p w14:paraId="52BAF6CE" w14:textId="77777777" w:rsidR="0057757C" w:rsidRPr="007F65A0" w:rsidRDefault="0057757C" w:rsidP="00D251EC">
            <w:pPr>
              <w:rPr>
                <w:sz w:val="24"/>
                <w:szCs w:val="24"/>
              </w:rPr>
            </w:pPr>
          </w:p>
        </w:tc>
        <w:tc>
          <w:tcPr>
            <w:tcW w:w="1114" w:type="dxa"/>
            <w:vAlign w:val="center"/>
          </w:tcPr>
          <w:p w14:paraId="699B2A9B" w14:textId="77777777" w:rsidR="0057757C" w:rsidRPr="007F65A0" w:rsidRDefault="0057757C" w:rsidP="00D251EC">
            <w:pPr>
              <w:rPr>
                <w:sz w:val="24"/>
                <w:szCs w:val="24"/>
              </w:rPr>
            </w:pPr>
          </w:p>
        </w:tc>
        <w:tc>
          <w:tcPr>
            <w:tcW w:w="1114" w:type="dxa"/>
            <w:vAlign w:val="center"/>
          </w:tcPr>
          <w:p w14:paraId="00BE5A1F" w14:textId="77777777" w:rsidR="0057757C" w:rsidRPr="007F65A0" w:rsidRDefault="0057757C" w:rsidP="00D251EC">
            <w:pPr>
              <w:rPr>
                <w:sz w:val="24"/>
                <w:szCs w:val="24"/>
              </w:rPr>
            </w:pPr>
          </w:p>
        </w:tc>
        <w:tc>
          <w:tcPr>
            <w:tcW w:w="1114" w:type="dxa"/>
            <w:vAlign w:val="center"/>
          </w:tcPr>
          <w:p w14:paraId="21941AA0" w14:textId="77777777" w:rsidR="0057757C" w:rsidRPr="007F65A0" w:rsidRDefault="0057757C" w:rsidP="00D251EC">
            <w:pPr>
              <w:rPr>
                <w:sz w:val="24"/>
                <w:szCs w:val="24"/>
              </w:rPr>
            </w:pPr>
          </w:p>
        </w:tc>
      </w:tr>
      <w:tr w:rsidR="00A42104" w:rsidRPr="007F65A0" w14:paraId="5B213E26" w14:textId="77777777" w:rsidTr="00D251EC">
        <w:trPr>
          <w:jc w:val="center"/>
        </w:trPr>
        <w:tc>
          <w:tcPr>
            <w:tcW w:w="1114" w:type="dxa"/>
            <w:vAlign w:val="center"/>
          </w:tcPr>
          <w:p w14:paraId="05514098" w14:textId="77777777" w:rsidR="0057757C" w:rsidRPr="007F65A0" w:rsidRDefault="0057757C" w:rsidP="00D251EC">
            <w:pPr>
              <w:rPr>
                <w:sz w:val="24"/>
                <w:szCs w:val="24"/>
              </w:rPr>
            </w:pPr>
          </w:p>
        </w:tc>
        <w:tc>
          <w:tcPr>
            <w:tcW w:w="1114" w:type="dxa"/>
            <w:vAlign w:val="center"/>
          </w:tcPr>
          <w:p w14:paraId="1927C077" w14:textId="77777777" w:rsidR="0057757C" w:rsidRPr="007F65A0" w:rsidRDefault="0057757C" w:rsidP="00D251EC">
            <w:pPr>
              <w:rPr>
                <w:sz w:val="24"/>
                <w:szCs w:val="24"/>
              </w:rPr>
            </w:pPr>
          </w:p>
        </w:tc>
        <w:tc>
          <w:tcPr>
            <w:tcW w:w="1114" w:type="dxa"/>
            <w:vAlign w:val="center"/>
          </w:tcPr>
          <w:p w14:paraId="250F6661" w14:textId="77777777" w:rsidR="0057757C" w:rsidRPr="007F65A0" w:rsidRDefault="0057757C" w:rsidP="00D251EC">
            <w:pPr>
              <w:rPr>
                <w:sz w:val="24"/>
                <w:szCs w:val="24"/>
              </w:rPr>
            </w:pPr>
          </w:p>
        </w:tc>
        <w:tc>
          <w:tcPr>
            <w:tcW w:w="1114" w:type="dxa"/>
            <w:vAlign w:val="center"/>
          </w:tcPr>
          <w:p w14:paraId="5AD76636" w14:textId="77777777" w:rsidR="0057757C" w:rsidRPr="007F65A0" w:rsidRDefault="0057757C" w:rsidP="00D251EC">
            <w:pPr>
              <w:rPr>
                <w:sz w:val="24"/>
                <w:szCs w:val="24"/>
              </w:rPr>
            </w:pPr>
          </w:p>
        </w:tc>
        <w:tc>
          <w:tcPr>
            <w:tcW w:w="1114" w:type="dxa"/>
            <w:vAlign w:val="center"/>
          </w:tcPr>
          <w:p w14:paraId="147910B1" w14:textId="77777777" w:rsidR="0057757C" w:rsidRPr="007F65A0" w:rsidRDefault="0057757C" w:rsidP="00D251EC">
            <w:pPr>
              <w:rPr>
                <w:sz w:val="24"/>
                <w:szCs w:val="24"/>
              </w:rPr>
            </w:pPr>
          </w:p>
        </w:tc>
        <w:tc>
          <w:tcPr>
            <w:tcW w:w="1114" w:type="dxa"/>
            <w:vAlign w:val="center"/>
          </w:tcPr>
          <w:p w14:paraId="03821F6F" w14:textId="77777777" w:rsidR="0057757C" w:rsidRPr="007F65A0" w:rsidRDefault="0057757C" w:rsidP="00D251EC">
            <w:pPr>
              <w:rPr>
                <w:sz w:val="24"/>
                <w:szCs w:val="24"/>
              </w:rPr>
            </w:pPr>
          </w:p>
        </w:tc>
        <w:tc>
          <w:tcPr>
            <w:tcW w:w="1114" w:type="dxa"/>
            <w:vAlign w:val="center"/>
          </w:tcPr>
          <w:p w14:paraId="31FCA397" w14:textId="77777777" w:rsidR="0057757C" w:rsidRPr="007F65A0" w:rsidRDefault="0057757C" w:rsidP="00D251EC">
            <w:pPr>
              <w:rPr>
                <w:sz w:val="24"/>
                <w:szCs w:val="24"/>
              </w:rPr>
            </w:pPr>
          </w:p>
        </w:tc>
        <w:tc>
          <w:tcPr>
            <w:tcW w:w="1114" w:type="dxa"/>
            <w:vAlign w:val="center"/>
          </w:tcPr>
          <w:p w14:paraId="441CAF86" w14:textId="77777777" w:rsidR="0057757C" w:rsidRPr="007F65A0" w:rsidRDefault="0057757C" w:rsidP="00D251EC">
            <w:pPr>
              <w:rPr>
                <w:sz w:val="24"/>
                <w:szCs w:val="24"/>
              </w:rPr>
            </w:pPr>
          </w:p>
        </w:tc>
        <w:tc>
          <w:tcPr>
            <w:tcW w:w="1114" w:type="dxa"/>
            <w:vAlign w:val="center"/>
          </w:tcPr>
          <w:p w14:paraId="1B866F17" w14:textId="77777777" w:rsidR="0057757C" w:rsidRPr="007F65A0" w:rsidRDefault="0057757C" w:rsidP="00D251EC">
            <w:pPr>
              <w:rPr>
                <w:sz w:val="24"/>
                <w:szCs w:val="24"/>
              </w:rPr>
            </w:pPr>
          </w:p>
        </w:tc>
        <w:tc>
          <w:tcPr>
            <w:tcW w:w="1114" w:type="dxa"/>
            <w:vAlign w:val="center"/>
          </w:tcPr>
          <w:p w14:paraId="0F607CCE" w14:textId="77777777" w:rsidR="0057757C" w:rsidRPr="007F65A0" w:rsidRDefault="0057757C" w:rsidP="00D251EC">
            <w:pPr>
              <w:rPr>
                <w:sz w:val="24"/>
                <w:szCs w:val="24"/>
              </w:rPr>
            </w:pPr>
          </w:p>
        </w:tc>
        <w:tc>
          <w:tcPr>
            <w:tcW w:w="1114" w:type="dxa"/>
            <w:vAlign w:val="center"/>
          </w:tcPr>
          <w:p w14:paraId="03A0AE33" w14:textId="77777777" w:rsidR="0057757C" w:rsidRPr="007F65A0" w:rsidRDefault="0057757C" w:rsidP="00D251EC">
            <w:pPr>
              <w:rPr>
                <w:sz w:val="24"/>
                <w:szCs w:val="24"/>
              </w:rPr>
            </w:pPr>
          </w:p>
        </w:tc>
        <w:tc>
          <w:tcPr>
            <w:tcW w:w="1114" w:type="dxa"/>
            <w:vAlign w:val="center"/>
          </w:tcPr>
          <w:p w14:paraId="46479951" w14:textId="77777777" w:rsidR="0057757C" w:rsidRPr="007F65A0" w:rsidRDefault="0057757C" w:rsidP="00D251EC">
            <w:pPr>
              <w:rPr>
                <w:sz w:val="24"/>
                <w:szCs w:val="24"/>
              </w:rPr>
            </w:pPr>
          </w:p>
        </w:tc>
        <w:tc>
          <w:tcPr>
            <w:tcW w:w="1114" w:type="dxa"/>
            <w:vAlign w:val="center"/>
          </w:tcPr>
          <w:p w14:paraId="43D19A82" w14:textId="77777777" w:rsidR="0057757C" w:rsidRPr="007F65A0" w:rsidRDefault="0057757C" w:rsidP="00D251EC">
            <w:pPr>
              <w:rPr>
                <w:sz w:val="24"/>
                <w:szCs w:val="24"/>
              </w:rPr>
            </w:pPr>
          </w:p>
        </w:tc>
      </w:tr>
      <w:tr w:rsidR="00A42104" w:rsidRPr="007F65A0" w14:paraId="42EF944A" w14:textId="77777777" w:rsidTr="00D251EC">
        <w:trPr>
          <w:jc w:val="center"/>
        </w:trPr>
        <w:tc>
          <w:tcPr>
            <w:tcW w:w="1114" w:type="dxa"/>
            <w:vAlign w:val="center"/>
          </w:tcPr>
          <w:p w14:paraId="255A183D" w14:textId="77777777" w:rsidR="0057757C" w:rsidRPr="007F65A0" w:rsidRDefault="0057757C" w:rsidP="00D251EC">
            <w:pPr>
              <w:rPr>
                <w:sz w:val="24"/>
                <w:szCs w:val="24"/>
              </w:rPr>
            </w:pPr>
          </w:p>
        </w:tc>
        <w:tc>
          <w:tcPr>
            <w:tcW w:w="1114" w:type="dxa"/>
            <w:vAlign w:val="center"/>
          </w:tcPr>
          <w:p w14:paraId="0C60AD3C" w14:textId="77777777" w:rsidR="0057757C" w:rsidRPr="007F65A0" w:rsidRDefault="0057757C" w:rsidP="00D251EC">
            <w:pPr>
              <w:rPr>
                <w:sz w:val="24"/>
                <w:szCs w:val="24"/>
              </w:rPr>
            </w:pPr>
          </w:p>
        </w:tc>
        <w:tc>
          <w:tcPr>
            <w:tcW w:w="1114" w:type="dxa"/>
            <w:vAlign w:val="center"/>
          </w:tcPr>
          <w:p w14:paraId="73E29ECD" w14:textId="77777777" w:rsidR="0057757C" w:rsidRPr="007F65A0" w:rsidRDefault="0057757C" w:rsidP="00D251EC">
            <w:pPr>
              <w:rPr>
                <w:sz w:val="24"/>
                <w:szCs w:val="24"/>
              </w:rPr>
            </w:pPr>
          </w:p>
        </w:tc>
        <w:tc>
          <w:tcPr>
            <w:tcW w:w="1114" w:type="dxa"/>
            <w:vAlign w:val="center"/>
          </w:tcPr>
          <w:p w14:paraId="57F30DAA" w14:textId="77777777" w:rsidR="0057757C" w:rsidRPr="007F65A0" w:rsidRDefault="0057757C" w:rsidP="00D251EC">
            <w:pPr>
              <w:rPr>
                <w:sz w:val="24"/>
                <w:szCs w:val="24"/>
              </w:rPr>
            </w:pPr>
          </w:p>
        </w:tc>
        <w:tc>
          <w:tcPr>
            <w:tcW w:w="1114" w:type="dxa"/>
            <w:vAlign w:val="center"/>
          </w:tcPr>
          <w:p w14:paraId="226021E1" w14:textId="77777777" w:rsidR="0057757C" w:rsidRPr="007F65A0" w:rsidRDefault="0057757C" w:rsidP="00D251EC">
            <w:pPr>
              <w:rPr>
                <w:sz w:val="24"/>
                <w:szCs w:val="24"/>
              </w:rPr>
            </w:pPr>
          </w:p>
        </w:tc>
        <w:tc>
          <w:tcPr>
            <w:tcW w:w="1114" w:type="dxa"/>
            <w:vAlign w:val="center"/>
          </w:tcPr>
          <w:p w14:paraId="5D007686" w14:textId="77777777" w:rsidR="0057757C" w:rsidRPr="007F65A0" w:rsidRDefault="0057757C" w:rsidP="00D251EC">
            <w:pPr>
              <w:rPr>
                <w:sz w:val="24"/>
                <w:szCs w:val="24"/>
              </w:rPr>
            </w:pPr>
          </w:p>
        </w:tc>
        <w:tc>
          <w:tcPr>
            <w:tcW w:w="1114" w:type="dxa"/>
            <w:vAlign w:val="center"/>
          </w:tcPr>
          <w:p w14:paraId="75CFDEF3" w14:textId="77777777" w:rsidR="0057757C" w:rsidRPr="007F65A0" w:rsidRDefault="0057757C" w:rsidP="00D251EC">
            <w:pPr>
              <w:rPr>
                <w:sz w:val="24"/>
                <w:szCs w:val="24"/>
              </w:rPr>
            </w:pPr>
          </w:p>
        </w:tc>
        <w:tc>
          <w:tcPr>
            <w:tcW w:w="1114" w:type="dxa"/>
            <w:vAlign w:val="center"/>
          </w:tcPr>
          <w:p w14:paraId="42A8FC2D" w14:textId="77777777" w:rsidR="0057757C" w:rsidRPr="007F65A0" w:rsidRDefault="0057757C" w:rsidP="00D251EC">
            <w:pPr>
              <w:rPr>
                <w:sz w:val="24"/>
                <w:szCs w:val="24"/>
              </w:rPr>
            </w:pPr>
          </w:p>
        </w:tc>
        <w:tc>
          <w:tcPr>
            <w:tcW w:w="1114" w:type="dxa"/>
            <w:vAlign w:val="center"/>
          </w:tcPr>
          <w:p w14:paraId="67DF1367" w14:textId="77777777" w:rsidR="0057757C" w:rsidRPr="007F65A0" w:rsidRDefault="0057757C" w:rsidP="00D251EC">
            <w:pPr>
              <w:rPr>
                <w:sz w:val="24"/>
                <w:szCs w:val="24"/>
              </w:rPr>
            </w:pPr>
          </w:p>
        </w:tc>
        <w:tc>
          <w:tcPr>
            <w:tcW w:w="1114" w:type="dxa"/>
            <w:vAlign w:val="center"/>
          </w:tcPr>
          <w:p w14:paraId="73F83413" w14:textId="77777777" w:rsidR="0057757C" w:rsidRPr="007F65A0" w:rsidRDefault="0057757C" w:rsidP="00D251EC">
            <w:pPr>
              <w:rPr>
                <w:sz w:val="24"/>
                <w:szCs w:val="24"/>
              </w:rPr>
            </w:pPr>
          </w:p>
        </w:tc>
        <w:tc>
          <w:tcPr>
            <w:tcW w:w="1114" w:type="dxa"/>
            <w:vAlign w:val="center"/>
          </w:tcPr>
          <w:p w14:paraId="13F2BF0E" w14:textId="77777777" w:rsidR="0057757C" w:rsidRPr="007F65A0" w:rsidRDefault="0057757C" w:rsidP="00D251EC">
            <w:pPr>
              <w:rPr>
                <w:sz w:val="24"/>
                <w:szCs w:val="24"/>
              </w:rPr>
            </w:pPr>
          </w:p>
        </w:tc>
        <w:tc>
          <w:tcPr>
            <w:tcW w:w="1114" w:type="dxa"/>
            <w:vAlign w:val="center"/>
          </w:tcPr>
          <w:p w14:paraId="62984331" w14:textId="77777777" w:rsidR="0057757C" w:rsidRPr="007F65A0" w:rsidRDefault="0057757C" w:rsidP="00D251EC">
            <w:pPr>
              <w:rPr>
                <w:sz w:val="24"/>
                <w:szCs w:val="24"/>
              </w:rPr>
            </w:pPr>
          </w:p>
        </w:tc>
        <w:tc>
          <w:tcPr>
            <w:tcW w:w="1114" w:type="dxa"/>
            <w:vAlign w:val="center"/>
          </w:tcPr>
          <w:p w14:paraId="0656971B" w14:textId="77777777" w:rsidR="0057757C" w:rsidRPr="007F65A0" w:rsidRDefault="0057757C" w:rsidP="00D251EC">
            <w:pPr>
              <w:rPr>
                <w:sz w:val="24"/>
                <w:szCs w:val="24"/>
              </w:rPr>
            </w:pPr>
          </w:p>
        </w:tc>
      </w:tr>
      <w:tr w:rsidR="00A42104" w:rsidRPr="007F65A0" w14:paraId="08288DA1" w14:textId="77777777" w:rsidTr="00D251EC">
        <w:trPr>
          <w:jc w:val="center"/>
        </w:trPr>
        <w:tc>
          <w:tcPr>
            <w:tcW w:w="1114" w:type="dxa"/>
            <w:vAlign w:val="center"/>
          </w:tcPr>
          <w:p w14:paraId="7C18BE89" w14:textId="77777777" w:rsidR="0057757C" w:rsidRPr="007F65A0" w:rsidRDefault="0057757C" w:rsidP="00D251EC">
            <w:pPr>
              <w:rPr>
                <w:sz w:val="24"/>
                <w:szCs w:val="24"/>
              </w:rPr>
            </w:pPr>
          </w:p>
        </w:tc>
        <w:tc>
          <w:tcPr>
            <w:tcW w:w="1114" w:type="dxa"/>
            <w:vAlign w:val="center"/>
          </w:tcPr>
          <w:p w14:paraId="5C527DF0" w14:textId="77777777" w:rsidR="0057757C" w:rsidRPr="007F65A0" w:rsidRDefault="0057757C" w:rsidP="00D251EC">
            <w:pPr>
              <w:rPr>
                <w:sz w:val="24"/>
                <w:szCs w:val="24"/>
              </w:rPr>
            </w:pPr>
          </w:p>
        </w:tc>
        <w:tc>
          <w:tcPr>
            <w:tcW w:w="1114" w:type="dxa"/>
            <w:vAlign w:val="center"/>
          </w:tcPr>
          <w:p w14:paraId="63B636E1" w14:textId="77777777" w:rsidR="0057757C" w:rsidRPr="007F65A0" w:rsidRDefault="0057757C" w:rsidP="00D251EC">
            <w:pPr>
              <w:rPr>
                <w:sz w:val="24"/>
                <w:szCs w:val="24"/>
              </w:rPr>
            </w:pPr>
          </w:p>
        </w:tc>
        <w:tc>
          <w:tcPr>
            <w:tcW w:w="1114" w:type="dxa"/>
            <w:vAlign w:val="center"/>
          </w:tcPr>
          <w:p w14:paraId="606435A5" w14:textId="77777777" w:rsidR="0057757C" w:rsidRPr="007F65A0" w:rsidRDefault="0057757C" w:rsidP="00D251EC">
            <w:pPr>
              <w:rPr>
                <w:sz w:val="24"/>
                <w:szCs w:val="24"/>
              </w:rPr>
            </w:pPr>
          </w:p>
        </w:tc>
        <w:tc>
          <w:tcPr>
            <w:tcW w:w="1114" w:type="dxa"/>
            <w:vAlign w:val="center"/>
          </w:tcPr>
          <w:p w14:paraId="7F6AE7F5" w14:textId="77777777" w:rsidR="0057757C" w:rsidRPr="007F65A0" w:rsidRDefault="0057757C" w:rsidP="00D251EC">
            <w:pPr>
              <w:rPr>
                <w:sz w:val="24"/>
                <w:szCs w:val="24"/>
              </w:rPr>
            </w:pPr>
          </w:p>
        </w:tc>
        <w:tc>
          <w:tcPr>
            <w:tcW w:w="1114" w:type="dxa"/>
            <w:vAlign w:val="center"/>
          </w:tcPr>
          <w:p w14:paraId="4351AD39" w14:textId="77777777" w:rsidR="0057757C" w:rsidRPr="007F65A0" w:rsidRDefault="0057757C" w:rsidP="00D251EC">
            <w:pPr>
              <w:rPr>
                <w:sz w:val="24"/>
                <w:szCs w:val="24"/>
              </w:rPr>
            </w:pPr>
          </w:p>
        </w:tc>
        <w:tc>
          <w:tcPr>
            <w:tcW w:w="1114" w:type="dxa"/>
            <w:vAlign w:val="center"/>
          </w:tcPr>
          <w:p w14:paraId="2F6F2A11" w14:textId="77777777" w:rsidR="0057757C" w:rsidRPr="007F65A0" w:rsidRDefault="0057757C" w:rsidP="00D251EC">
            <w:pPr>
              <w:rPr>
                <w:sz w:val="24"/>
                <w:szCs w:val="24"/>
              </w:rPr>
            </w:pPr>
          </w:p>
        </w:tc>
        <w:tc>
          <w:tcPr>
            <w:tcW w:w="1114" w:type="dxa"/>
            <w:vAlign w:val="center"/>
          </w:tcPr>
          <w:p w14:paraId="56AD9728" w14:textId="77777777" w:rsidR="0057757C" w:rsidRPr="007F65A0" w:rsidRDefault="0057757C" w:rsidP="00D251EC">
            <w:pPr>
              <w:rPr>
                <w:sz w:val="24"/>
                <w:szCs w:val="24"/>
              </w:rPr>
            </w:pPr>
          </w:p>
        </w:tc>
        <w:tc>
          <w:tcPr>
            <w:tcW w:w="1114" w:type="dxa"/>
            <w:vAlign w:val="center"/>
          </w:tcPr>
          <w:p w14:paraId="5C8CB039" w14:textId="77777777" w:rsidR="0057757C" w:rsidRPr="007F65A0" w:rsidRDefault="0057757C" w:rsidP="00D251EC">
            <w:pPr>
              <w:rPr>
                <w:sz w:val="24"/>
                <w:szCs w:val="24"/>
              </w:rPr>
            </w:pPr>
          </w:p>
        </w:tc>
        <w:tc>
          <w:tcPr>
            <w:tcW w:w="1114" w:type="dxa"/>
            <w:vAlign w:val="center"/>
          </w:tcPr>
          <w:p w14:paraId="1C515A9E" w14:textId="77777777" w:rsidR="0057757C" w:rsidRPr="007F65A0" w:rsidRDefault="0057757C" w:rsidP="00D251EC">
            <w:pPr>
              <w:rPr>
                <w:sz w:val="24"/>
                <w:szCs w:val="24"/>
              </w:rPr>
            </w:pPr>
          </w:p>
        </w:tc>
        <w:tc>
          <w:tcPr>
            <w:tcW w:w="1114" w:type="dxa"/>
            <w:vAlign w:val="center"/>
          </w:tcPr>
          <w:p w14:paraId="780E260D" w14:textId="77777777" w:rsidR="0057757C" w:rsidRPr="007F65A0" w:rsidRDefault="0057757C" w:rsidP="00D251EC">
            <w:pPr>
              <w:rPr>
                <w:sz w:val="24"/>
                <w:szCs w:val="24"/>
              </w:rPr>
            </w:pPr>
          </w:p>
        </w:tc>
        <w:tc>
          <w:tcPr>
            <w:tcW w:w="1114" w:type="dxa"/>
            <w:vAlign w:val="center"/>
          </w:tcPr>
          <w:p w14:paraId="51D6CBF0" w14:textId="77777777" w:rsidR="0057757C" w:rsidRPr="007F65A0" w:rsidRDefault="0057757C" w:rsidP="00D251EC">
            <w:pPr>
              <w:rPr>
                <w:sz w:val="24"/>
                <w:szCs w:val="24"/>
              </w:rPr>
            </w:pPr>
          </w:p>
        </w:tc>
        <w:tc>
          <w:tcPr>
            <w:tcW w:w="1114" w:type="dxa"/>
            <w:vAlign w:val="center"/>
          </w:tcPr>
          <w:p w14:paraId="385AA2E9" w14:textId="77777777" w:rsidR="0057757C" w:rsidRPr="007F65A0" w:rsidRDefault="0057757C" w:rsidP="00D251EC">
            <w:pPr>
              <w:rPr>
                <w:sz w:val="24"/>
                <w:szCs w:val="24"/>
              </w:rPr>
            </w:pPr>
          </w:p>
        </w:tc>
      </w:tr>
      <w:tr w:rsidR="00A42104" w:rsidRPr="007F65A0" w14:paraId="37BF6837" w14:textId="77777777" w:rsidTr="00D251EC">
        <w:trPr>
          <w:jc w:val="center"/>
        </w:trPr>
        <w:tc>
          <w:tcPr>
            <w:tcW w:w="1114" w:type="dxa"/>
            <w:vAlign w:val="center"/>
          </w:tcPr>
          <w:p w14:paraId="16CE09D2" w14:textId="77777777" w:rsidR="0057757C" w:rsidRPr="007F65A0" w:rsidRDefault="0057757C" w:rsidP="00D251EC">
            <w:pPr>
              <w:rPr>
                <w:sz w:val="24"/>
                <w:szCs w:val="24"/>
              </w:rPr>
            </w:pPr>
          </w:p>
        </w:tc>
        <w:tc>
          <w:tcPr>
            <w:tcW w:w="1114" w:type="dxa"/>
            <w:vAlign w:val="center"/>
          </w:tcPr>
          <w:p w14:paraId="795B76D5" w14:textId="77777777" w:rsidR="0057757C" w:rsidRPr="007F65A0" w:rsidRDefault="0057757C" w:rsidP="00D251EC">
            <w:pPr>
              <w:rPr>
                <w:sz w:val="24"/>
                <w:szCs w:val="24"/>
              </w:rPr>
            </w:pPr>
          </w:p>
        </w:tc>
        <w:tc>
          <w:tcPr>
            <w:tcW w:w="1114" w:type="dxa"/>
            <w:vAlign w:val="center"/>
          </w:tcPr>
          <w:p w14:paraId="44EAB666" w14:textId="77777777" w:rsidR="0057757C" w:rsidRPr="007F65A0" w:rsidRDefault="0057757C" w:rsidP="00D251EC">
            <w:pPr>
              <w:rPr>
                <w:sz w:val="24"/>
                <w:szCs w:val="24"/>
              </w:rPr>
            </w:pPr>
          </w:p>
        </w:tc>
        <w:tc>
          <w:tcPr>
            <w:tcW w:w="1114" w:type="dxa"/>
            <w:vAlign w:val="center"/>
          </w:tcPr>
          <w:p w14:paraId="7B644BFB" w14:textId="77777777" w:rsidR="0057757C" w:rsidRPr="007F65A0" w:rsidRDefault="0057757C" w:rsidP="00D251EC">
            <w:pPr>
              <w:rPr>
                <w:sz w:val="24"/>
                <w:szCs w:val="24"/>
              </w:rPr>
            </w:pPr>
          </w:p>
        </w:tc>
        <w:tc>
          <w:tcPr>
            <w:tcW w:w="1114" w:type="dxa"/>
            <w:vAlign w:val="center"/>
          </w:tcPr>
          <w:p w14:paraId="51C3CFB9" w14:textId="77777777" w:rsidR="0057757C" w:rsidRPr="007F65A0" w:rsidRDefault="0057757C" w:rsidP="00D251EC">
            <w:pPr>
              <w:rPr>
                <w:sz w:val="24"/>
                <w:szCs w:val="24"/>
              </w:rPr>
            </w:pPr>
          </w:p>
        </w:tc>
        <w:tc>
          <w:tcPr>
            <w:tcW w:w="1114" w:type="dxa"/>
            <w:vAlign w:val="center"/>
          </w:tcPr>
          <w:p w14:paraId="6004C9A4" w14:textId="77777777" w:rsidR="0057757C" w:rsidRPr="007F65A0" w:rsidRDefault="0057757C" w:rsidP="00D251EC">
            <w:pPr>
              <w:rPr>
                <w:sz w:val="24"/>
                <w:szCs w:val="24"/>
              </w:rPr>
            </w:pPr>
          </w:p>
        </w:tc>
        <w:tc>
          <w:tcPr>
            <w:tcW w:w="1114" w:type="dxa"/>
            <w:vAlign w:val="center"/>
          </w:tcPr>
          <w:p w14:paraId="32B885D3" w14:textId="77777777" w:rsidR="0057757C" w:rsidRPr="007F65A0" w:rsidRDefault="0057757C" w:rsidP="00D251EC">
            <w:pPr>
              <w:rPr>
                <w:sz w:val="24"/>
                <w:szCs w:val="24"/>
              </w:rPr>
            </w:pPr>
          </w:p>
        </w:tc>
        <w:tc>
          <w:tcPr>
            <w:tcW w:w="1114" w:type="dxa"/>
            <w:vAlign w:val="center"/>
          </w:tcPr>
          <w:p w14:paraId="6BF2C30C" w14:textId="77777777" w:rsidR="0057757C" w:rsidRPr="007F65A0" w:rsidRDefault="0057757C" w:rsidP="00D251EC">
            <w:pPr>
              <w:rPr>
                <w:sz w:val="24"/>
                <w:szCs w:val="24"/>
              </w:rPr>
            </w:pPr>
          </w:p>
        </w:tc>
        <w:tc>
          <w:tcPr>
            <w:tcW w:w="1114" w:type="dxa"/>
            <w:vAlign w:val="center"/>
          </w:tcPr>
          <w:p w14:paraId="5B318391" w14:textId="77777777" w:rsidR="0057757C" w:rsidRPr="007F65A0" w:rsidRDefault="0057757C" w:rsidP="00D251EC">
            <w:pPr>
              <w:rPr>
                <w:sz w:val="24"/>
                <w:szCs w:val="24"/>
              </w:rPr>
            </w:pPr>
          </w:p>
        </w:tc>
        <w:tc>
          <w:tcPr>
            <w:tcW w:w="1114" w:type="dxa"/>
            <w:vAlign w:val="center"/>
          </w:tcPr>
          <w:p w14:paraId="15913436" w14:textId="77777777" w:rsidR="0057757C" w:rsidRPr="007F65A0" w:rsidRDefault="0057757C" w:rsidP="00D251EC">
            <w:pPr>
              <w:rPr>
                <w:sz w:val="24"/>
                <w:szCs w:val="24"/>
              </w:rPr>
            </w:pPr>
          </w:p>
        </w:tc>
        <w:tc>
          <w:tcPr>
            <w:tcW w:w="1114" w:type="dxa"/>
            <w:vAlign w:val="center"/>
          </w:tcPr>
          <w:p w14:paraId="7E8CA99F" w14:textId="77777777" w:rsidR="0057757C" w:rsidRPr="007F65A0" w:rsidRDefault="0057757C" w:rsidP="00D251EC">
            <w:pPr>
              <w:rPr>
                <w:sz w:val="24"/>
                <w:szCs w:val="24"/>
              </w:rPr>
            </w:pPr>
          </w:p>
        </w:tc>
        <w:tc>
          <w:tcPr>
            <w:tcW w:w="1114" w:type="dxa"/>
            <w:vAlign w:val="center"/>
          </w:tcPr>
          <w:p w14:paraId="755426D4" w14:textId="77777777" w:rsidR="0057757C" w:rsidRPr="007F65A0" w:rsidRDefault="0057757C" w:rsidP="00D251EC">
            <w:pPr>
              <w:rPr>
                <w:sz w:val="24"/>
                <w:szCs w:val="24"/>
              </w:rPr>
            </w:pPr>
          </w:p>
        </w:tc>
        <w:tc>
          <w:tcPr>
            <w:tcW w:w="1114" w:type="dxa"/>
            <w:vAlign w:val="center"/>
          </w:tcPr>
          <w:p w14:paraId="38628CC6" w14:textId="77777777" w:rsidR="0057757C" w:rsidRPr="007F65A0" w:rsidRDefault="0057757C" w:rsidP="00D251EC">
            <w:pPr>
              <w:rPr>
                <w:sz w:val="24"/>
                <w:szCs w:val="24"/>
              </w:rPr>
            </w:pPr>
          </w:p>
        </w:tc>
      </w:tr>
      <w:tr w:rsidR="00A42104" w:rsidRPr="007F65A0" w14:paraId="222216F9" w14:textId="77777777" w:rsidTr="00D251EC">
        <w:trPr>
          <w:jc w:val="center"/>
        </w:trPr>
        <w:tc>
          <w:tcPr>
            <w:tcW w:w="1114" w:type="dxa"/>
            <w:vAlign w:val="center"/>
          </w:tcPr>
          <w:p w14:paraId="450DC91E" w14:textId="77777777" w:rsidR="0057757C" w:rsidRPr="007F65A0" w:rsidRDefault="0057757C" w:rsidP="00D251EC">
            <w:pPr>
              <w:rPr>
                <w:sz w:val="24"/>
                <w:szCs w:val="24"/>
              </w:rPr>
            </w:pPr>
          </w:p>
        </w:tc>
        <w:tc>
          <w:tcPr>
            <w:tcW w:w="1114" w:type="dxa"/>
            <w:vAlign w:val="center"/>
          </w:tcPr>
          <w:p w14:paraId="3CE95426" w14:textId="77777777" w:rsidR="0057757C" w:rsidRPr="007F65A0" w:rsidRDefault="0057757C" w:rsidP="00D251EC">
            <w:pPr>
              <w:rPr>
                <w:sz w:val="24"/>
                <w:szCs w:val="24"/>
              </w:rPr>
            </w:pPr>
          </w:p>
        </w:tc>
        <w:tc>
          <w:tcPr>
            <w:tcW w:w="1114" w:type="dxa"/>
            <w:vAlign w:val="center"/>
          </w:tcPr>
          <w:p w14:paraId="5E4DFDE2" w14:textId="77777777" w:rsidR="0057757C" w:rsidRPr="007F65A0" w:rsidRDefault="0057757C" w:rsidP="00D251EC">
            <w:pPr>
              <w:rPr>
                <w:sz w:val="24"/>
                <w:szCs w:val="24"/>
              </w:rPr>
            </w:pPr>
          </w:p>
        </w:tc>
        <w:tc>
          <w:tcPr>
            <w:tcW w:w="1114" w:type="dxa"/>
            <w:vAlign w:val="center"/>
          </w:tcPr>
          <w:p w14:paraId="7111BD43" w14:textId="77777777" w:rsidR="0057757C" w:rsidRPr="007F65A0" w:rsidRDefault="0057757C" w:rsidP="00D251EC">
            <w:pPr>
              <w:rPr>
                <w:sz w:val="24"/>
                <w:szCs w:val="24"/>
              </w:rPr>
            </w:pPr>
          </w:p>
        </w:tc>
        <w:tc>
          <w:tcPr>
            <w:tcW w:w="1114" w:type="dxa"/>
            <w:vAlign w:val="center"/>
          </w:tcPr>
          <w:p w14:paraId="50969E56" w14:textId="77777777" w:rsidR="0057757C" w:rsidRPr="007F65A0" w:rsidRDefault="0057757C" w:rsidP="00D251EC">
            <w:pPr>
              <w:rPr>
                <w:sz w:val="24"/>
                <w:szCs w:val="24"/>
              </w:rPr>
            </w:pPr>
          </w:p>
        </w:tc>
        <w:tc>
          <w:tcPr>
            <w:tcW w:w="1114" w:type="dxa"/>
            <w:vAlign w:val="center"/>
          </w:tcPr>
          <w:p w14:paraId="3D4531C5" w14:textId="77777777" w:rsidR="0057757C" w:rsidRPr="007F65A0" w:rsidRDefault="0057757C" w:rsidP="00D251EC">
            <w:pPr>
              <w:rPr>
                <w:sz w:val="24"/>
                <w:szCs w:val="24"/>
              </w:rPr>
            </w:pPr>
          </w:p>
        </w:tc>
        <w:tc>
          <w:tcPr>
            <w:tcW w:w="1114" w:type="dxa"/>
            <w:vAlign w:val="center"/>
          </w:tcPr>
          <w:p w14:paraId="229314F4" w14:textId="77777777" w:rsidR="0057757C" w:rsidRPr="007F65A0" w:rsidRDefault="0057757C" w:rsidP="00D251EC">
            <w:pPr>
              <w:rPr>
                <w:sz w:val="24"/>
                <w:szCs w:val="24"/>
              </w:rPr>
            </w:pPr>
          </w:p>
        </w:tc>
        <w:tc>
          <w:tcPr>
            <w:tcW w:w="1114" w:type="dxa"/>
            <w:vAlign w:val="center"/>
          </w:tcPr>
          <w:p w14:paraId="7F97ABEE" w14:textId="77777777" w:rsidR="0057757C" w:rsidRPr="007F65A0" w:rsidRDefault="0057757C" w:rsidP="00D251EC">
            <w:pPr>
              <w:rPr>
                <w:sz w:val="24"/>
                <w:szCs w:val="24"/>
              </w:rPr>
            </w:pPr>
          </w:p>
        </w:tc>
        <w:tc>
          <w:tcPr>
            <w:tcW w:w="1114" w:type="dxa"/>
            <w:vAlign w:val="center"/>
          </w:tcPr>
          <w:p w14:paraId="78ABBAC0" w14:textId="77777777" w:rsidR="0057757C" w:rsidRPr="007F65A0" w:rsidRDefault="0057757C" w:rsidP="00D251EC">
            <w:pPr>
              <w:rPr>
                <w:sz w:val="24"/>
                <w:szCs w:val="24"/>
              </w:rPr>
            </w:pPr>
          </w:p>
        </w:tc>
        <w:tc>
          <w:tcPr>
            <w:tcW w:w="1114" w:type="dxa"/>
            <w:vAlign w:val="center"/>
          </w:tcPr>
          <w:p w14:paraId="6F284A2A" w14:textId="77777777" w:rsidR="0057757C" w:rsidRPr="007F65A0" w:rsidRDefault="0057757C" w:rsidP="00D251EC">
            <w:pPr>
              <w:rPr>
                <w:sz w:val="24"/>
                <w:szCs w:val="24"/>
              </w:rPr>
            </w:pPr>
          </w:p>
        </w:tc>
        <w:tc>
          <w:tcPr>
            <w:tcW w:w="1114" w:type="dxa"/>
            <w:vAlign w:val="center"/>
          </w:tcPr>
          <w:p w14:paraId="77B2152E" w14:textId="77777777" w:rsidR="0057757C" w:rsidRPr="007F65A0" w:rsidRDefault="0057757C" w:rsidP="00D251EC">
            <w:pPr>
              <w:rPr>
                <w:sz w:val="24"/>
                <w:szCs w:val="24"/>
              </w:rPr>
            </w:pPr>
          </w:p>
        </w:tc>
        <w:tc>
          <w:tcPr>
            <w:tcW w:w="1114" w:type="dxa"/>
            <w:vAlign w:val="center"/>
          </w:tcPr>
          <w:p w14:paraId="05E38385" w14:textId="77777777" w:rsidR="0057757C" w:rsidRPr="007F65A0" w:rsidRDefault="0057757C" w:rsidP="00D251EC">
            <w:pPr>
              <w:rPr>
                <w:sz w:val="24"/>
                <w:szCs w:val="24"/>
              </w:rPr>
            </w:pPr>
          </w:p>
        </w:tc>
        <w:tc>
          <w:tcPr>
            <w:tcW w:w="1114" w:type="dxa"/>
            <w:vAlign w:val="center"/>
          </w:tcPr>
          <w:p w14:paraId="043937E6" w14:textId="77777777" w:rsidR="0057757C" w:rsidRPr="007F65A0" w:rsidRDefault="0057757C" w:rsidP="00D251EC">
            <w:pPr>
              <w:rPr>
                <w:sz w:val="24"/>
                <w:szCs w:val="24"/>
              </w:rPr>
            </w:pPr>
          </w:p>
        </w:tc>
      </w:tr>
      <w:tr w:rsidR="00A42104" w:rsidRPr="007F65A0" w14:paraId="424B1149" w14:textId="77777777" w:rsidTr="00D251EC">
        <w:trPr>
          <w:jc w:val="center"/>
        </w:trPr>
        <w:tc>
          <w:tcPr>
            <w:tcW w:w="1114" w:type="dxa"/>
            <w:vAlign w:val="center"/>
          </w:tcPr>
          <w:p w14:paraId="10D80C93" w14:textId="77777777" w:rsidR="0057757C" w:rsidRPr="007F65A0" w:rsidRDefault="0057757C" w:rsidP="00D251EC">
            <w:pPr>
              <w:rPr>
                <w:sz w:val="24"/>
                <w:szCs w:val="24"/>
              </w:rPr>
            </w:pPr>
          </w:p>
        </w:tc>
        <w:tc>
          <w:tcPr>
            <w:tcW w:w="1114" w:type="dxa"/>
            <w:vAlign w:val="center"/>
          </w:tcPr>
          <w:p w14:paraId="4B672D22" w14:textId="77777777" w:rsidR="0057757C" w:rsidRPr="007F65A0" w:rsidRDefault="0057757C" w:rsidP="00D251EC">
            <w:pPr>
              <w:rPr>
                <w:sz w:val="24"/>
                <w:szCs w:val="24"/>
              </w:rPr>
            </w:pPr>
          </w:p>
        </w:tc>
        <w:tc>
          <w:tcPr>
            <w:tcW w:w="1114" w:type="dxa"/>
            <w:vAlign w:val="center"/>
          </w:tcPr>
          <w:p w14:paraId="503B4100" w14:textId="77777777" w:rsidR="0057757C" w:rsidRPr="007F65A0" w:rsidRDefault="0057757C" w:rsidP="00D251EC">
            <w:pPr>
              <w:rPr>
                <w:sz w:val="24"/>
                <w:szCs w:val="24"/>
              </w:rPr>
            </w:pPr>
          </w:p>
        </w:tc>
        <w:tc>
          <w:tcPr>
            <w:tcW w:w="1114" w:type="dxa"/>
            <w:vAlign w:val="center"/>
          </w:tcPr>
          <w:p w14:paraId="0C397A10" w14:textId="77777777" w:rsidR="0057757C" w:rsidRPr="007F65A0" w:rsidRDefault="0057757C" w:rsidP="00D251EC">
            <w:pPr>
              <w:rPr>
                <w:sz w:val="24"/>
                <w:szCs w:val="24"/>
              </w:rPr>
            </w:pPr>
          </w:p>
        </w:tc>
        <w:tc>
          <w:tcPr>
            <w:tcW w:w="1114" w:type="dxa"/>
            <w:vAlign w:val="center"/>
          </w:tcPr>
          <w:p w14:paraId="140C8238" w14:textId="77777777" w:rsidR="0057757C" w:rsidRPr="007F65A0" w:rsidRDefault="0057757C" w:rsidP="00D251EC">
            <w:pPr>
              <w:rPr>
                <w:sz w:val="24"/>
                <w:szCs w:val="24"/>
              </w:rPr>
            </w:pPr>
          </w:p>
        </w:tc>
        <w:tc>
          <w:tcPr>
            <w:tcW w:w="1114" w:type="dxa"/>
            <w:vAlign w:val="center"/>
          </w:tcPr>
          <w:p w14:paraId="3EEC5FFB" w14:textId="77777777" w:rsidR="0057757C" w:rsidRPr="007F65A0" w:rsidRDefault="0057757C" w:rsidP="00D251EC">
            <w:pPr>
              <w:rPr>
                <w:sz w:val="24"/>
                <w:szCs w:val="24"/>
              </w:rPr>
            </w:pPr>
          </w:p>
        </w:tc>
        <w:tc>
          <w:tcPr>
            <w:tcW w:w="1114" w:type="dxa"/>
            <w:vAlign w:val="center"/>
          </w:tcPr>
          <w:p w14:paraId="0D2AFE86" w14:textId="77777777" w:rsidR="0057757C" w:rsidRPr="007F65A0" w:rsidRDefault="0057757C" w:rsidP="00D251EC">
            <w:pPr>
              <w:rPr>
                <w:sz w:val="24"/>
                <w:szCs w:val="24"/>
              </w:rPr>
            </w:pPr>
          </w:p>
        </w:tc>
        <w:tc>
          <w:tcPr>
            <w:tcW w:w="1114" w:type="dxa"/>
            <w:vAlign w:val="center"/>
          </w:tcPr>
          <w:p w14:paraId="45730218" w14:textId="77777777" w:rsidR="0057757C" w:rsidRPr="007F65A0" w:rsidRDefault="0057757C" w:rsidP="00D251EC">
            <w:pPr>
              <w:rPr>
                <w:sz w:val="24"/>
                <w:szCs w:val="24"/>
              </w:rPr>
            </w:pPr>
          </w:p>
        </w:tc>
        <w:tc>
          <w:tcPr>
            <w:tcW w:w="1114" w:type="dxa"/>
            <w:vAlign w:val="center"/>
          </w:tcPr>
          <w:p w14:paraId="68241B06" w14:textId="77777777" w:rsidR="0057757C" w:rsidRPr="007F65A0" w:rsidRDefault="0057757C" w:rsidP="00D251EC">
            <w:pPr>
              <w:rPr>
                <w:sz w:val="24"/>
                <w:szCs w:val="24"/>
              </w:rPr>
            </w:pPr>
          </w:p>
        </w:tc>
        <w:tc>
          <w:tcPr>
            <w:tcW w:w="1114" w:type="dxa"/>
            <w:vAlign w:val="center"/>
          </w:tcPr>
          <w:p w14:paraId="4C2D99E2" w14:textId="77777777" w:rsidR="0057757C" w:rsidRPr="007F65A0" w:rsidRDefault="0057757C" w:rsidP="00D251EC">
            <w:pPr>
              <w:rPr>
                <w:sz w:val="24"/>
                <w:szCs w:val="24"/>
              </w:rPr>
            </w:pPr>
          </w:p>
        </w:tc>
        <w:tc>
          <w:tcPr>
            <w:tcW w:w="1114" w:type="dxa"/>
            <w:vAlign w:val="center"/>
          </w:tcPr>
          <w:p w14:paraId="0C7551BD" w14:textId="77777777" w:rsidR="0057757C" w:rsidRPr="007F65A0" w:rsidRDefault="0057757C" w:rsidP="00D251EC">
            <w:pPr>
              <w:rPr>
                <w:sz w:val="24"/>
                <w:szCs w:val="24"/>
              </w:rPr>
            </w:pPr>
          </w:p>
        </w:tc>
        <w:tc>
          <w:tcPr>
            <w:tcW w:w="1114" w:type="dxa"/>
            <w:vAlign w:val="center"/>
          </w:tcPr>
          <w:p w14:paraId="0BCD82F3" w14:textId="77777777" w:rsidR="0057757C" w:rsidRPr="007F65A0" w:rsidRDefault="0057757C" w:rsidP="00D251EC">
            <w:pPr>
              <w:rPr>
                <w:sz w:val="24"/>
                <w:szCs w:val="24"/>
              </w:rPr>
            </w:pPr>
          </w:p>
        </w:tc>
        <w:tc>
          <w:tcPr>
            <w:tcW w:w="1114" w:type="dxa"/>
            <w:vAlign w:val="center"/>
          </w:tcPr>
          <w:p w14:paraId="66255C19" w14:textId="77777777" w:rsidR="0057757C" w:rsidRPr="007F65A0" w:rsidRDefault="0057757C" w:rsidP="00D251EC">
            <w:pPr>
              <w:rPr>
                <w:sz w:val="24"/>
                <w:szCs w:val="24"/>
              </w:rPr>
            </w:pPr>
          </w:p>
        </w:tc>
      </w:tr>
      <w:tr w:rsidR="00A42104" w:rsidRPr="007F65A0" w14:paraId="41ACFB1F" w14:textId="77777777" w:rsidTr="00D251EC">
        <w:trPr>
          <w:jc w:val="center"/>
        </w:trPr>
        <w:tc>
          <w:tcPr>
            <w:tcW w:w="1114" w:type="dxa"/>
            <w:vAlign w:val="center"/>
          </w:tcPr>
          <w:p w14:paraId="54E2EE11" w14:textId="77777777" w:rsidR="0057757C" w:rsidRPr="007F65A0" w:rsidRDefault="0057757C" w:rsidP="00D251EC">
            <w:pPr>
              <w:rPr>
                <w:sz w:val="24"/>
                <w:szCs w:val="24"/>
              </w:rPr>
            </w:pPr>
          </w:p>
        </w:tc>
        <w:tc>
          <w:tcPr>
            <w:tcW w:w="1114" w:type="dxa"/>
            <w:vAlign w:val="center"/>
          </w:tcPr>
          <w:p w14:paraId="20D3E622" w14:textId="77777777" w:rsidR="0057757C" w:rsidRPr="007F65A0" w:rsidRDefault="0057757C" w:rsidP="00D251EC">
            <w:pPr>
              <w:rPr>
                <w:sz w:val="24"/>
                <w:szCs w:val="24"/>
              </w:rPr>
            </w:pPr>
          </w:p>
        </w:tc>
        <w:tc>
          <w:tcPr>
            <w:tcW w:w="1114" w:type="dxa"/>
            <w:vAlign w:val="center"/>
          </w:tcPr>
          <w:p w14:paraId="7C3065AA" w14:textId="77777777" w:rsidR="0057757C" w:rsidRPr="007F65A0" w:rsidRDefault="0057757C" w:rsidP="00D251EC">
            <w:pPr>
              <w:rPr>
                <w:sz w:val="24"/>
                <w:szCs w:val="24"/>
              </w:rPr>
            </w:pPr>
          </w:p>
        </w:tc>
        <w:tc>
          <w:tcPr>
            <w:tcW w:w="1114" w:type="dxa"/>
            <w:vAlign w:val="center"/>
          </w:tcPr>
          <w:p w14:paraId="67B91740" w14:textId="77777777" w:rsidR="0057757C" w:rsidRPr="007F65A0" w:rsidRDefault="0057757C" w:rsidP="00D251EC">
            <w:pPr>
              <w:rPr>
                <w:sz w:val="24"/>
                <w:szCs w:val="24"/>
              </w:rPr>
            </w:pPr>
          </w:p>
        </w:tc>
        <w:tc>
          <w:tcPr>
            <w:tcW w:w="1114" w:type="dxa"/>
            <w:vAlign w:val="center"/>
          </w:tcPr>
          <w:p w14:paraId="42BDF30D" w14:textId="77777777" w:rsidR="0057757C" w:rsidRPr="007F65A0" w:rsidRDefault="0057757C" w:rsidP="00D251EC">
            <w:pPr>
              <w:rPr>
                <w:sz w:val="24"/>
                <w:szCs w:val="24"/>
              </w:rPr>
            </w:pPr>
          </w:p>
        </w:tc>
        <w:tc>
          <w:tcPr>
            <w:tcW w:w="1114" w:type="dxa"/>
            <w:vAlign w:val="center"/>
          </w:tcPr>
          <w:p w14:paraId="0C221CC8" w14:textId="77777777" w:rsidR="0057757C" w:rsidRPr="007F65A0" w:rsidRDefault="0057757C" w:rsidP="00D251EC">
            <w:pPr>
              <w:rPr>
                <w:sz w:val="24"/>
                <w:szCs w:val="24"/>
              </w:rPr>
            </w:pPr>
          </w:p>
        </w:tc>
        <w:tc>
          <w:tcPr>
            <w:tcW w:w="1114" w:type="dxa"/>
            <w:vAlign w:val="center"/>
          </w:tcPr>
          <w:p w14:paraId="13B6DD15" w14:textId="77777777" w:rsidR="0057757C" w:rsidRPr="007F65A0" w:rsidRDefault="0057757C" w:rsidP="00D251EC">
            <w:pPr>
              <w:rPr>
                <w:sz w:val="24"/>
                <w:szCs w:val="24"/>
              </w:rPr>
            </w:pPr>
          </w:p>
        </w:tc>
        <w:tc>
          <w:tcPr>
            <w:tcW w:w="1114" w:type="dxa"/>
            <w:vAlign w:val="center"/>
          </w:tcPr>
          <w:p w14:paraId="694C197C" w14:textId="77777777" w:rsidR="0057757C" w:rsidRPr="007F65A0" w:rsidRDefault="0057757C" w:rsidP="00D251EC">
            <w:pPr>
              <w:rPr>
                <w:sz w:val="24"/>
                <w:szCs w:val="24"/>
              </w:rPr>
            </w:pPr>
          </w:p>
        </w:tc>
        <w:tc>
          <w:tcPr>
            <w:tcW w:w="1114" w:type="dxa"/>
            <w:vAlign w:val="center"/>
          </w:tcPr>
          <w:p w14:paraId="277AA65B" w14:textId="77777777" w:rsidR="0057757C" w:rsidRPr="007F65A0" w:rsidRDefault="0057757C" w:rsidP="00D251EC">
            <w:pPr>
              <w:rPr>
                <w:sz w:val="24"/>
                <w:szCs w:val="24"/>
              </w:rPr>
            </w:pPr>
          </w:p>
        </w:tc>
        <w:tc>
          <w:tcPr>
            <w:tcW w:w="1114" w:type="dxa"/>
            <w:vAlign w:val="center"/>
          </w:tcPr>
          <w:p w14:paraId="274CB1A6" w14:textId="77777777" w:rsidR="0057757C" w:rsidRPr="007F65A0" w:rsidRDefault="0057757C" w:rsidP="00D251EC">
            <w:pPr>
              <w:rPr>
                <w:sz w:val="24"/>
                <w:szCs w:val="24"/>
              </w:rPr>
            </w:pPr>
          </w:p>
        </w:tc>
        <w:tc>
          <w:tcPr>
            <w:tcW w:w="1114" w:type="dxa"/>
            <w:vAlign w:val="center"/>
          </w:tcPr>
          <w:p w14:paraId="4447F6CF" w14:textId="77777777" w:rsidR="0057757C" w:rsidRPr="007F65A0" w:rsidRDefault="0057757C" w:rsidP="00D251EC">
            <w:pPr>
              <w:rPr>
                <w:sz w:val="24"/>
                <w:szCs w:val="24"/>
              </w:rPr>
            </w:pPr>
          </w:p>
        </w:tc>
        <w:tc>
          <w:tcPr>
            <w:tcW w:w="1114" w:type="dxa"/>
            <w:vAlign w:val="center"/>
          </w:tcPr>
          <w:p w14:paraId="17D4444F" w14:textId="77777777" w:rsidR="0057757C" w:rsidRPr="007F65A0" w:rsidRDefault="0057757C" w:rsidP="00D251EC">
            <w:pPr>
              <w:rPr>
                <w:sz w:val="24"/>
                <w:szCs w:val="24"/>
              </w:rPr>
            </w:pPr>
          </w:p>
        </w:tc>
        <w:tc>
          <w:tcPr>
            <w:tcW w:w="1114" w:type="dxa"/>
            <w:vAlign w:val="center"/>
          </w:tcPr>
          <w:p w14:paraId="454D4DC3" w14:textId="77777777" w:rsidR="0057757C" w:rsidRPr="007F65A0" w:rsidRDefault="0057757C" w:rsidP="00D251EC">
            <w:pPr>
              <w:rPr>
                <w:sz w:val="24"/>
                <w:szCs w:val="24"/>
              </w:rPr>
            </w:pPr>
          </w:p>
        </w:tc>
      </w:tr>
      <w:tr w:rsidR="00A42104" w:rsidRPr="007F65A0" w14:paraId="74F2FBB4" w14:textId="77777777" w:rsidTr="00D251EC">
        <w:trPr>
          <w:jc w:val="center"/>
        </w:trPr>
        <w:tc>
          <w:tcPr>
            <w:tcW w:w="1114" w:type="dxa"/>
            <w:vAlign w:val="center"/>
          </w:tcPr>
          <w:p w14:paraId="242AA077" w14:textId="77777777" w:rsidR="0057757C" w:rsidRPr="007F65A0" w:rsidRDefault="0057757C" w:rsidP="00D251EC">
            <w:pPr>
              <w:rPr>
                <w:sz w:val="24"/>
                <w:szCs w:val="24"/>
              </w:rPr>
            </w:pPr>
          </w:p>
        </w:tc>
        <w:tc>
          <w:tcPr>
            <w:tcW w:w="1114" w:type="dxa"/>
            <w:vAlign w:val="center"/>
          </w:tcPr>
          <w:p w14:paraId="125AC4A8" w14:textId="77777777" w:rsidR="0057757C" w:rsidRPr="007F65A0" w:rsidRDefault="0057757C" w:rsidP="00D251EC">
            <w:pPr>
              <w:rPr>
                <w:sz w:val="24"/>
                <w:szCs w:val="24"/>
              </w:rPr>
            </w:pPr>
          </w:p>
        </w:tc>
        <w:tc>
          <w:tcPr>
            <w:tcW w:w="1114" w:type="dxa"/>
            <w:vAlign w:val="center"/>
          </w:tcPr>
          <w:p w14:paraId="3F372930" w14:textId="77777777" w:rsidR="0057757C" w:rsidRPr="007F65A0" w:rsidRDefault="0057757C" w:rsidP="00D251EC">
            <w:pPr>
              <w:rPr>
                <w:sz w:val="24"/>
                <w:szCs w:val="24"/>
              </w:rPr>
            </w:pPr>
          </w:p>
        </w:tc>
        <w:tc>
          <w:tcPr>
            <w:tcW w:w="1114" w:type="dxa"/>
            <w:vAlign w:val="center"/>
          </w:tcPr>
          <w:p w14:paraId="4233ED34" w14:textId="77777777" w:rsidR="0057757C" w:rsidRPr="007F65A0" w:rsidRDefault="0057757C" w:rsidP="00D251EC">
            <w:pPr>
              <w:rPr>
                <w:sz w:val="24"/>
                <w:szCs w:val="24"/>
              </w:rPr>
            </w:pPr>
          </w:p>
        </w:tc>
        <w:tc>
          <w:tcPr>
            <w:tcW w:w="1114" w:type="dxa"/>
            <w:vAlign w:val="center"/>
          </w:tcPr>
          <w:p w14:paraId="5D1FCAC4" w14:textId="77777777" w:rsidR="0057757C" w:rsidRPr="007F65A0" w:rsidRDefault="0057757C" w:rsidP="00D251EC">
            <w:pPr>
              <w:rPr>
                <w:sz w:val="24"/>
                <w:szCs w:val="24"/>
              </w:rPr>
            </w:pPr>
          </w:p>
        </w:tc>
        <w:tc>
          <w:tcPr>
            <w:tcW w:w="1114" w:type="dxa"/>
            <w:vAlign w:val="center"/>
          </w:tcPr>
          <w:p w14:paraId="27B2AA1B" w14:textId="77777777" w:rsidR="0057757C" w:rsidRPr="007F65A0" w:rsidRDefault="0057757C" w:rsidP="00D251EC">
            <w:pPr>
              <w:rPr>
                <w:sz w:val="24"/>
                <w:szCs w:val="24"/>
              </w:rPr>
            </w:pPr>
          </w:p>
        </w:tc>
        <w:tc>
          <w:tcPr>
            <w:tcW w:w="1114" w:type="dxa"/>
            <w:vAlign w:val="center"/>
          </w:tcPr>
          <w:p w14:paraId="0C348CAD" w14:textId="77777777" w:rsidR="0057757C" w:rsidRPr="007F65A0" w:rsidRDefault="0057757C" w:rsidP="00D251EC">
            <w:pPr>
              <w:rPr>
                <w:sz w:val="24"/>
                <w:szCs w:val="24"/>
              </w:rPr>
            </w:pPr>
          </w:p>
        </w:tc>
        <w:tc>
          <w:tcPr>
            <w:tcW w:w="1114" w:type="dxa"/>
            <w:vAlign w:val="center"/>
          </w:tcPr>
          <w:p w14:paraId="57058B88" w14:textId="77777777" w:rsidR="0057757C" w:rsidRPr="007F65A0" w:rsidRDefault="0057757C" w:rsidP="00D251EC">
            <w:pPr>
              <w:rPr>
                <w:sz w:val="24"/>
                <w:szCs w:val="24"/>
              </w:rPr>
            </w:pPr>
          </w:p>
        </w:tc>
        <w:tc>
          <w:tcPr>
            <w:tcW w:w="1114" w:type="dxa"/>
            <w:vAlign w:val="center"/>
          </w:tcPr>
          <w:p w14:paraId="0AC6D393" w14:textId="77777777" w:rsidR="0057757C" w:rsidRPr="007F65A0" w:rsidRDefault="0057757C" w:rsidP="00D251EC">
            <w:pPr>
              <w:rPr>
                <w:sz w:val="24"/>
                <w:szCs w:val="24"/>
              </w:rPr>
            </w:pPr>
          </w:p>
        </w:tc>
        <w:tc>
          <w:tcPr>
            <w:tcW w:w="1114" w:type="dxa"/>
            <w:vAlign w:val="center"/>
          </w:tcPr>
          <w:p w14:paraId="08AF68DA" w14:textId="77777777" w:rsidR="0057757C" w:rsidRPr="007F65A0" w:rsidRDefault="0057757C" w:rsidP="00D251EC">
            <w:pPr>
              <w:rPr>
                <w:sz w:val="24"/>
                <w:szCs w:val="24"/>
              </w:rPr>
            </w:pPr>
          </w:p>
        </w:tc>
        <w:tc>
          <w:tcPr>
            <w:tcW w:w="1114" w:type="dxa"/>
            <w:vAlign w:val="center"/>
          </w:tcPr>
          <w:p w14:paraId="4C561A62" w14:textId="77777777" w:rsidR="0057757C" w:rsidRPr="007F65A0" w:rsidRDefault="0057757C" w:rsidP="00D251EC">
            <w:pPr>
              <w:rPr>
                <w:sz w:val="24"/>
                <w:szCs w:val="24"/>
              </w:rPr>
            </w:pPr>
          </w:p>
        </w:tc>
        <w:tc>
          <w:tcPr>
            <w:tcW w:w="1114" w:type="dxa"/>
            <w:vAlign w:val="center"/>
          </w:tcPr>
          <w:p w14:paraId="1E3EFB5E" w14:textId="77777777" w:rsidR="0057757C" w:rsidRPr="007F65A0" w:rsidRDefault="0057757C" w:rsidP="00D251EC">
            <w:pPr>
              <w:rPr>
                <w:sz w:val="24"/>
                <w:szCs w:val="24"/>
              </w:rPr>
            </w:pPr>
          </w:p>
        </w:tc>
        <w:tc>
          <w:tcPr>
            <w:tcW w:w="1114" w:type="dxa"/>
            <w:vAlign w:val="center"/>
          </w:tcPr>
          <w:p w14:paraId="713E0FD9" w14:textId="77777777" w:rsidR="0057757C" w:rsidRPr="007F65A0" w:rsidRDefault="0057757C" w:rsidP="00D251EC">
            <w:pPr>
              <w:rPr>
                <w:sz w:val="24"/>
                <w:szCs w:val="24"/>
              </w:rPr>
            </w:pPr>
          </w:p>
        </w:tc>
      </w:tr>
      <w:tr w:rsidR="00A42104" w:rsidRPr="007F65A0" w14:paraId="51314A3A" w14:textId="77777777" w:rsidTr="00D251EC">
        <w:trPr>
          <w:jc w:val="center"/>
        </w:trPr>
        <w:tc>
          <w:tcPr>
            <w:tcW w:w="1114" w:type="dxa"/>
            <w:vAlign w:val="center"/>
          </w:tcPr>
          <w:p w14:paraId="28AF1C9B" w14:textId="77777777" w:rsidR="0057757C" w:rsidRPr="007F65A0" w:rsidRDefault="0057757C" w:rsidP="00D251EC">
            <w:pPr>
              <w:rPr>
                <w:sz w:val="24"/>
                <w:szCs w:val="24"/>
              </w:rPr>
            </w:pPr>
          </w:p>
        </w:tc>
        <w:tc>
          <w:tcPr>
            <w:tcW w:w="1114" w:type="dxa"/>
            <w:vAlign w:val="center"/>
          </w:tcPr>
          <w:p w14:paraId="60E935A8" w14:textId="77777777" w:rsidR="0057757C" w:rsidRPr="007F65A0" w:rsidRDefault="0057757C" w:rsidP="00D251EC">
            <w:pPr>
              <w:rPr>
                <w:sz w:val="24"/>
                <w:szCs w:val="24"/>
              </w:rPr>
            </w:pPr>
          </w:p>
        </w:tc>
        <w:tc>
          <w:tcPr>
            <w:tcW w:w="1114" w:type="dxa"/>
            <w:vAlign w:val="center"/>
          </w:tcPr>
          <w:p w14:paraId="6DBC5594" w14:textId="77777777" w:rsidR="0057757C" w:rsidRPr="007F65A0" w:rsidRDefault="0057757C" w:rsidP="00D251EC">
            <w:pPr>
              <w:rPr>
                <w:sz w:val="24"/>
                <w:szCs w:val="24"/>
              </w:rPr>
            </w:pPr>
          </w:p>
        </w:tc>
        <w:tc>
          <w:tcPr>
            <w:tcW w:w="1114" w:type="dxa"/>
            <w:vAlign w:val="center"/>
          </w:tcPr>
          <w:p w14:paraId="6D2C1004" w14:textId="77777777" w:rsidR="0057757C" w:rsidRPr="007F65A0" w:rsidRDefault="0057757C" w:rsidP="00D251EC">
            <w:pPr>
              <w:rPr>
                <w:sz w:val="24"/>
                <w:szCs w:val="24"/>
              </w:rPr>
            </w:pPr>
          </w:p>
        </w:tc>
        <w:tc>
          <w:tcPr>
            <w:tcW w:w="1114" w:type="dxa"/>
            <w:vAlign w:val="center"/>
          </w:tcPr>
          <w:p w14:paraId="4E6F5008" w14:textId="77777777" w:rsidR="0057757C" w:rsidRPr="007F65A0" w:rsidRDefault="0057757C" w:rsidP="00D251EC">
            <w:pPr>
              <w:rPr>
                <w:sz w:val="24"/>
                <w:szCs w:val="24"/>
              </w:rPr>
            </w:pPr>
          </w:p>
        </w:tc>
        <w:tc>
          <w:tcPr>
            <w:tcW w:w="1114" w:type="dxa"/>
            <w:vAlign w:val="center"/>
          </w:tcPr>
          <w:p w14:paraId="1F5E1003" w14:textId="77777777" w:rsidR="0057757C" w:rsidRPr="007F65A0" w:rsidRDefault="0057757C" w:rsidP="00D251EC">
            <w:pPr>
              <w:rPr>
                <w:sz w:val="24"/>
                <w:szCs w:val="24"/>
              </w:rPr>
            </w:pPr>
          </w:p>
        </w:tc>
        <w:tc>
          <w:tcPr>
            <w:tcW w:w="1114" w:type="dxa"/>
            <w:vAlign w:val="center"/>
          </w:tcPr>
          <w:p w14:paraId="7698F30A" w14:textId="77777777" w:rsidR="0057757C" w:rsidRPr="007F65A0" w:rsidRDefault="0057757C" w:rsidP="00D251EC">
            <w:pPr>
              <w:rPr>
                <w:sz w:val="24"/>
                <w:szCs w:val="24"/>
              </w:rPr>
            </w:pPr>
          </w:p>
        </w:tc>
        <w:tc>
          <w:tcPr>
            <w:tcW w:w="1114" w:type="dxa"/>
            <w:vAlign w:val="center"/>
          </w:tcPr>
          <w:p w14:paraId="64B0D06D" w14:textId="77777777" w:rsidR="0057757C" w:rsidRPr="007F65A0" w:rsidRDefault="0057757C" w:rsidP="00D251EC">
            <w:pPr>
              <w:rPr>
                <w:sz w:val="24"/>
                <w:szCs w:val="24"/>
              </w:rPr>
            </w:pPr>
          </w:p>
        </w:tc>
        <w:tc>
          <w:tcPr>
            <w:tcW w:w="1114" w:type="dxa"/>
            <w:vAlign w:val="center"/>
          </w:tcPr>
          <w:p w14:paraId="6E38C0EF" w14:textId="77777777" w:rsidR="0057757C" w:rsidRPr="007F65A0" w:rsidRDefault="0057757C" w:rsidP="00D251EC">
            <w:pPr>
              <w:rPr>
                <w:sz w:val="24"/>
                <w:szCs w:val="24"/>
              </w:rPr>
            </w:pPr>
          </w:p>
        </w:tc>
        <w:tc>
          <w:tcPr>
            <w:tcW w:w="1114" w:type="dxa"/>
            <w:vAlign w:val="center"/>
          </w:tcPr>
          <w:p w14:paraId="124E7AC7" w14:textId="77777777" w:rsidR="0057757C" w:rsidRPr="007F65A0" w:rsidRDefault="0057757C" w:rsidP="00D251EC">
            <w:pPr>
              <w:rPr>
                <w:sz w:val="24"/>
                <w:szCs w:val="24"/>
              </w:rPr>
            </w:pPr>
          </w:p>
        </w:tc>
        <w:tc>
          <w:tcPr>
            <w:tcW w:w="1114" w:type="dxa"/>
            <w:vAlign w:val="center"/>
          </w:tcPr>
          <w:p w14:paraId="67C8D1C6" w14:textId="77777777" w:rsidR="0057757C" w:rsidRPr="007F65A0" w:rsidRDefault="0057757C" w:rsidP="00D251EC">
            <w:pPr>
              <w:rPr>
                <w:sz w:val="24"/>
                <w:szCs w:val="24"/>
              </w:rPr>
            </w:pPr>
          </w:p>
        </w:tc>
        <w:tc>
          <w:tcPr>
            <w:tcW w:w="1114" w:type="dxa"/>
            <w:vAlign w:val="center"/>
          </w:tcPr>
          <w:p w14:paraId="1E247C96" w14:textId="77777777" w:rsidR="0057757C" w:rsidRPr="007F65A0" w:rsidRDefault="0057757C" w:rsidP="00D251EC">
            <w:pPr>
              <w:rPr>
                <w:sz w:val="24"/>
                <w:szCs w:val="24"/>
              </w:rPr>
            </w:pPr>
          </w:p>
        </w:tc>
        <w:tc>
          <w:tcPr>
            <w:tcW w:w="1114" w:type="dxa"/>
            <w:vAlign w:val="center"/>
          </w:tcPr>
          <w:p w14:paraId="78CC504B" w14:textId="77777777" w:rsidR="0057757C" w:rsidRPr="007F65A0" w:rsidRDefault="0057757C" w:rsidP="00D251EC">
            <w:pPr>
              <w:rPr>
                <w:sz w:val="24"/>
                <w:szCs w:val="24"/>
              </w:rPr>
            </w:pPr>
          </w:p>
        </w:tc>
      </w:tr>
      <w:tr w:rsidR="00A42104" w:rsidRPr="007F65A0" w14:paraId="4569E0D9" w14:textId="77777777" w:rsidTr="00D251EC">
        <w:trPr>
          <w:jc w:val="center"/>
        </w:trPr>
        <w:tc>
          <w:tcPr>
            <w:tcW w:w="1114" w:type="dxa"/>
            <w:vAlign w:val="center"/>
          </w:tcPr>
          <w:p w14:paraId="6AF96C02" w14:textId="77777777" w:rsidR="0057757C" w:rsidRPr="007F65A0" w:rsidRDefault="0057757C" w:rsidP="00D251EC">
            <w:pPr>
              <w:rPr>
                <w:sz w:val="24"/>
                <w:szCs w:val="24"/>
              </w:rPr>
            </w:pPr>
          </w:p>
        </w:tc>
        <w:tc>
          <w:tcPr>
            <w:tcW w:w="1114" w:type="dxa"/>
            <w:vAlign w:val="center"/>
          </w:tcPr>
          <w:p w14:paraId="7DB179DD" w14:textId="77777777" w:rsidR="0057757C" w:rsidRPr="007F65A0" w:rsidRDefault="0057757C" w:rsidP="00D251EC">
            <w:pPr>
              <w:rPr>
                <w:sz w:val="24"/>
                <w:szCs w:val="24"/>
              </w:rPr>
            </w:pPr>
          </w:p>
        </w:tc>
        <w:tc>
          <w:tcPr>
            <w:tcW w:w="1114" w:type="dxa"/>
            <w:vAlign w:val="center"/>
          </w:tcPr>
          <w:p w14:paraId="1C9D1E48" w14:textId="77777777" w:rsidR="0057757C" w:rsidRPr="007F65A0" w:rsidRDefault="0057757C" w:rsidP="00D251EC">
            <w:pPr>
              <w:rPr>
                <w:sz w:val="24"/>
                <w:szCs w:val="24"/>
              </w:rPr>
            </w:pPr>
          </w:p>
        </w:tc>
        <w:tc>
          <w:tcPr>
            <w:tcW w:w="1114" w:type="dxa"/>
            <w:vAlign w:val="center"/>
          </w:tcPr>
          <w:p w14:paraId="529F6188" w14:textId="77777777" w:rsidR="0057757C" w:rsidRPr="007F65A0" w:rsidRDefault="0057757C" w:rsidP="00D251EC">
            <w:pPr>
              <w:rPr>
                <w:sz w:val="24"/>
                <w:szCs w:val="24"/>
              </w:rPr>
            </w:pPr>
          </w:p>
        </w:tc>
        <w:tc>
          <w:tcPr>
            <w:tcW w:w="1114" w:type="dxa"/>
            <w:vAlign w:val="center"/>
          </w:tcPr>
          <w:p w14:paraId="476D9325" w14:textId="77777777" w:rsidR="0057757C" w:rsidRPr="007F65A0" w:rsidRDefault="0057757C" w:rsidP="00D251EC">
            <w:pPr>
              <w:rPr>
                <w:sz w:val="24"/>
                <w:szCs w:val="24"/>
              </w:rPr>
            </w:pPr>
          </w:p>
        </w:tc>
        <w:tc>
          <w:tcPr>
            <w:tcW w:w="1114" w:type="dxa"/>
            <w:vAlign w:val="center"/>
          </w:tcPr>
          <w:p w14:paraId="51B2CC21" w14:textId="77777777" w:rsidR="0057757C" w:rsidRPr="007F65A0" w:rsidRDefault="0057757C" w:rsidP="00D251EC">
            <w:pPr>
              <w:rPr>
                <w:sz w:val="24"/>
                <w:szCs w:val="24"/>
              </w:rPr>
            </w:pPr>
          </w:p>
        </w:tc>
        <w:tc>
          <w:tcPr>
            <w:tcW w:w="1114" w:type="dxa"/>
            <w:vAlign w:val="center"/>
          </w:tcPr>
          <w:p w14:paraId="534DF816" w14:textId="77777777" w:rsidR="0057757C" w:rsidRPr="007F65A0" w:rsidRDefault="0057757C" w:rsidP="00D251EC">
            <w:pPr>
              <w:rPr>
                <w:sz w:val="24"/>
                <w:szCs w:val="24"/>
              </w:rPr>
            </w:pPr>
          </w:p>
        </w:tc>
        <w:tc>
          <w:tcPr>
            <w:tcW w:w="1114" w:type="dxa"/>
            <w:vAlign w:val="center"/>
          </w:tcPr>
          <w:p w14:paraId="7133459F" w14:textId="77777777" w:rsidR="0057757C" w:rsidRPr="007F65A0" w:rsidRDefault="0057757C" w:rsidP="00D251EC">
            <w:pPr>
              <w:rPr>
                <w:sz w:val="24"/>
                <w:szCs w:val="24"/>
              </w:rPr>
            </w:pPr>
          </w:p>
        </w:tc>
        <w:tc>
          <w:tcPr>
            <w:tcW w:w="1114" w:type="dxa"/>
            <w:vAlign w:val="center"/>
          </w:tcPr>
          <w:p w14:paraId="5702D89A" w14:textId="77777777" w:rsidR="0057757C" w:rsidRPr="007F65A0" w:rsidRDefault="0057757C" w:rsidP="00D251EC">
            <w:pPr>
              <w:rPr>
                <w:sz w:val="24"/>
                <w:szCs w:val="24"/>
              </w:rPr>
            </w:pPr>
          </w:p>
        </w:tc>
        <w:tc>
          <w:tcPr>
            <w:tcW w:w="1114" w:type="dxa"/>
            <w:vAlign w:val="center"/>
          </w:tcPr>
          <w:p w14:paraId="233C5EE5" w14:textId="77777777" w:rsidR="0057757C" w:rsidRPr="007F65A0" w:rsidRDefault="0057757C" w:rsidP="00D251EC">
            <w:pPr>
              <w:rPr>
                <w:sz w:val="24"/>
                <w:szCs w:val="24"/>
              </w:rPr>
            </w:pPr>
          </w:p>
        </w:tc>
        <w:tc>
          <w:tcPr>
            <w:tcW w:w="1114" w:type="dxa"/>
            <w:vAlign w:val="center"/>
          </w:tcPr>
          <w:p w14:paraId="5E112D96" w14:textId="77777777" w:rsidR="0057757C" w:rsidRPr="007F65A0" w:rsidRDefault="0057757C" w:rsidP="00D251EC">
            <w:pPr>
              <w:rPr>
                <w:sz w:val="24"/>
                <w:szCs w:val="24"/>
              </w:rPr>
            </w:pPr>
          </w:p>
        </w:tc>
        <w:tc>
          <w:tcPr>
            <w:tcW w:w="1114" w:type="dxa"/>
            <w:vAlign w:val="center"/>
          </w:tcPr>
          <w:p w14:paraId="540ECEC0" w14:textId="77777777" w:rsidR="0057757C" w:rsidRPr="007F65A0" w:rsidRDefault="0057757C" w:rsidP="00D251EC">
            <w:pPr>
              <w:rPr>
                <w:sz w:val="24"/>
                <w:szCs w:val="24"/>
              </w:rPr>
            </w:pPr>
          </w:p>
        </w:tc>
        <w:tc>
          <w:tcPr>
            <w:tcW w:w="1114" w:type="dxa"/>
            <w:vAlign w:val="center"/>
          </w:tcPr>
          <w:p w14:paraId="571E6DDF" w14:textId="77777777" w:rsidR="0057757C" w:rsidRPr="007F65A0" w:rsidRDefault="0057757C" w:rsidP="00D251EC">
            <w:pPr>
              <w:rPr>
                <w:sz w:val="24"/>
                <w:szCs w:val="24"/>
              </w:rPr>
            </w:pPr>
          </w:p>
        </w:tc>
      </w:tr>
      <w:tr w:rsidR="00A42104" w:rsidRPr="007F65A0" w14:paraId="7ACE82CE" w14:textId="77777777" w:rsidTr="00D251EC">
        <w:trPr>
          <w:jc w:val="center"/>
        </w:trPr>
        <w:tc>
          <w:tcPr>
            <w:tcW w:w="1114" w:type="dxa"/>
            <w:vAlign w:val="center"/>
          </w:tcPr>
          <w:p w14:paraId="09E3C0B3" w14:textId="77777777" w:rsidR="0057757C" w:rsidRPr="007F65A0" w:rsidRDefault="0057757C" w:rsidP="00D251EC">
            <w:pPr>
              <w:rPr>
                <w:sz w:val="24"/>
                <w:szCs w:val="24"/>
              </w:rPr>
            </w:pPr>
          </w:p>
        </w:tc>
        <w:tc>
          <w:tcPr>
            <w:tcW w:w="1114" w:type="dxa"/>
            <w:vAlign w:val="center"/>
          </w:tcPr>
          <w:p w14:paraId="01643AAB" w14:textId="77777777" w:rsidR="0057757C" w:rsidRPr="007F65A0" w:rsidRDefault="0057757C" w:rsidP="00D251EC">
            <w:pPr>
              <w:rPr>
                <w:sz w:val="24"/>
                <w:szCs w:val="24"/>
              </w:rPr>
            </w:pPr>
          </w:p>
        </w:tc>
        <w:tc>
          <w:tcPr>
            <w:tcW w:w="1114" w:type="dxa"/>
            <w:vAlign w:val="center"/>
          </w:tcPr>
          <w:p w14:paraId="7D2B68F7" w14:textId="77777777" w:rsidR="0057757C" w:rsidRPr="007F65A0" w:rsidRDefault="0057757C" w:rsidP="00D251EC">
            <w:pPr>
              <w:rPr>
                <w:sz w:val="24"/>
                <w:szCs w:val="24"/>
              </w:rPr>
            </w:pPr>
          </w:p>
        </w:tc>
        <w:tc>
          <w:tcPr>
            <w:tcW w:w="1114" w:type="dxa"/>
            <w:vAlign w:val="center"/>
          </w:tcPr>
          <w:p w14:paraId="0566CA70" w14:textId="77777777" w:rsidR="0057757C" w:rsidRPr="007F65A0" w:rsidRDefault="0057757C" w:rsidP="00D251EC">
            <w:pPr>
              <w:rPr>
                <w:sz w:val="24"/>
                <w:szCs w:val="24"/>
              </w:rPr>
            </w:pPr>
          </w:p>
        </w:tc>
        <w:tc>
          <w:tcPr>
            <w:tcW w:w="1114" w:type="dxa"/>
            <w:vAlign w:val="center"/>
          </w:tcPr>
          <w:p w14:paraId="5370EFB2" w14:textId="77777777" w:rsidR="0057757C" w:rsidRPr="007F65A0" w:rsidRDefault="0057757C" w:rsidP="00D251EC">
            <w:pPr>
              <w:rPr>
                <w:sz w:val="24"/>
                <w:szCs w:val="24"/>
              </w:rPr>
            </w:pPr>
          </w:p>
        </w:tc>
        <w:tc>
          <w:tcPr>
            <w:tcW w:w="1114" w:type="dxa"/>
            <w:vAlign w:val="center"/>
          </w:tcPr>
          <w:p w14:paraId="2EA864AB" w14:textId="77777777" w:rsidR="0057757C" w:rsidRPr="007F65A0" w:rsidRDefault="0057757C" w:rsidP="00D251EC">
            <w:pPr>
              <w:rPr>
                <w:sz w:val="24"/>
                <w:szCs w:val="24"/>
              </w:rPr>
            </w:pPr>
          </w:p>
        </w:tc>
        <w:tc>
          <w:tcPr>
            <w:tcW w:w="1114" w:type="dxa"/>
            <w:vAlign w:val="center"/>
          </w:tcPr>
          <w:p w14:paraId="0D2AC845" w14:textId="77777777" w:rsidR="0057757C" w:rsidRPr="007F65A0" w:rsidRDefault="0057757C" w:rsidP="00D251EC">
            <w:pPr>
              <w:rPr>
                <w:sz w:val="24"/>
                <w:szCs w:val="24"/>
              </w:rPr>
            </w:pPr>
          </w:p>
        </w:tc>
        <w:tc>
          <w:tcPr>
            <w:tcW w:w="1114" w:type="dxa"/>
            <w:vAlign w:val="center"/>
          </w:tcPr>
          <w:p w14:paraId="3D51B1DE" w14:textId="77777777" w:rsidR="0057757C" w:rsidRPr="007F65A0" w:rsidRDefault="0057757C" w:rsidP="00D251EC">
            <w:pPr>
              <w:rPr>
                <w:sz w:val="24"/>
                <w:szCs w:val="24"/>
              </w:rPr>
            </w:pPr>
          </w:p>
        </w:tc>
        <w:tc>
          <w:tcPr>
            <w:tcW w:w="1114" w:type="dxa"/>
            <w:vAlign w:val="center"/>
          </w:tcPr>
          <w:p w14:paraId="02217156" w14:textId="77777777" w:rsidR="0057757C" w:rsidRPr="007F65A0" w:rsidRDefault="0057757C" w:rsidP="00D251EC">
            <w:pPr>
              <w:rPr>
                <w:sz w:val="24"/>
                <w:szCs w:val="24"/>
              </w:rPr>
            </w:pPr>
          </w:p>
        </w:tc>
        <w:tc>
          <w:tcPr>
            <w:tcW w:w="1114" w:type="dxa"/>
            <w:vAlign w:val="center"/>
          </w:tcPr>
          <w:p w14:paraId="5805A1FE" w14:textId="77777777" w:rsidR="0057757C" w:rsidRPr="007F65A0" w:rsidRDefault="0057757C" w:rsidP="00D251EC">
            <w:pPr>
              <w:rPr>
                <w:sz w:val="24"/>
                <w:szCs w:val="24"/>
              </w:rPr>
            </w:pPr>
          </w:p>
        </w:tc>
        <w:tc>
          <w:tcPr>
            <w:tcW w:w="1114" w:type="dxa"/>
            <w:vAlign w:val="center"/>
          </w:tcPr>
          <w:p w14:paraId="6B247E7D" w14:textId="77777777" w:rsidR="0057757C" w:rsidRPr="007F65A0" w:rsidRDefault="0057757C" w:rsidP="00D251EC">
            <w:pPr>
              <w:rPr>
                <w:sz w:val="24"/>
                <w:szCs w:val="24"/>
              </w:rPr>
            </w:pPr>
          </w:p>
        </w:tc>
        <w:tc>
          <w:tcPr>
            <w:tcW w:w="1114" w:type="dxa"/>
            <w:vAlign w:val="center"/>
          </w:tcPr>
          <w:p w14:paraId="721583DC" w14:textId="77777777" w:rsidR="0057757C" w:rsidRPr="007F65A0" w:rsidRDefault="0057757C" w:rsidP="00D251EC">
            <w:pPr>
              <w:rPr>
                <w:sz w:val="24"/>
                <w:szCs w:val="24"/>
              </w:rPr>
            </w:pPr>
          </w:p>
        </w:tc>
        <w:tc>
          <w:tcPr>
            <w:tcW w:w="1114" w:type="dxa"/>
            <w:vAlign w:val="center"/>
          </w:tcPr>
          <w:p w14:paraId="3E7071E7" w14:textId="77777777" w:rsidR="0057757C" w:rsidRPr="007F65A0" w:rsidRDefault="0057757C" w:rsidP="00D251EC">
            <w:pPr>
              <w:rPr>
                <w:sz w:val="24"/>
                <w:szCs w:val="24"/>
              </w:rPr>
            </w:pPr>
          </w:p>
        </w:tc>
      </w:tr>
      <w:tr w:rsidR="0057757C" w:rsidRPr="007F65A0" w14:paraId="6C1DCA52" w14:textId="77777777" w:rsidTr="00D251EC">
        <w:trPr>
          <w:jc w:val="center"/>
        </w:trPr>
        <w:tc>
          <w:tcPr>
            <w:tcW w:w="1114" w:type="dxa"/>
            <w:shd w:val="clear" w:color="auto" w:fill="D9EAF7"/>
            <w:vAlign w:val="center"/>
          </w:tcPr>
          <w:p w14:paraId="5F7D1B82" w14:textId="77777777" w:rsidR="0057757C" w:rsidRPr="007F65A0" w:rsidRDefault="0057757C" w:rsidP="00D251EC">
            <w:pPr>
              <w:rPr>
                <w:sz w:val="24"/>
                <w:szCs w:val="24"/>
              </w:rPr>
            </w:pPr>
            <w:r w:rsidRPr="007F65A0">
              <w:rPr>
                <w:b/>
                <w:sz w:val="24"/>
                <w:szCs w:val="24"/>
              </w:rPr>
              <w:t>CSOPORTÁTLAG</w:t>
            </w:r>
          </w:p>
        </w:tc>
        <w:tc>
          <w:tcPr>
            <w:tcW w:w="1114" w:type="dxa"/>
            <w:shd w:val="clear" w:color="auto" w:fill="D9EAF7"/>
            <w:vAlign w:val="center"/>
          </w:tcPr>
          <w:p w14:paraId="5D954209" w14:textId="77777777" w:rsidR="0057757C" w:rsidRPr="007F65A0" w:rsidRDefault="0057757C" w:rsidP="00D251EC">
            <w:pPr>
              <w:rPr>
                <w:sz w:val="24"/>
                <w:szCs w:val="24"/>
              </w:rPr>
            </w:pPr>
          </w:p>
        </w:tc>
        <w:tc>
          <w:tcPr>
            <w:tcW w:w="1114" w:type="dxa"/>
            <w:shd w:val="clear" w:color="auto" w:fill="D9EAF7"/>
            <w:vAlign w:val="center"/>
          </w:tcPr>
          <w:p w14:paraId="42133E1E" w14:textId="77777777" w:rsidR="0057757C" w:rsidRPr="007F65A0" w:rsidRDefault="0057757C" w:rsidP="00D251EC">
            <w:pPr>
              <w:rPr>
                <w:sz w:val="24"/>
                <w:szCs w:val="24"/>
              </w:rPr>
            </w:pPr>
          </w:p>
        </w:tc>
        <w:tc>
          <w:tcPr>
            <w:tcW w:w="1114" w:type="dxa"/>
            <w:shd w:val="clear" w:color="auto" w:fill="D9EAF7"/>
            <w:vAlign w:val="center"/>
          </w:tcPr>
          <w:p w14:paraId="7742DF7C" w14:textId="77777777" w:rsidR="0057757C" w:rsidRPr="007F65A0" w:rsidRDefault="0057757C" w:rsidP="00D251EC">
            <w:pPr>
              <w:rPr>
                <w:sz w:val="24"/>
                <w:szCs w:val="24"/>
              </w:rPr>
            </w:pPr>
          </w:p>
        </w:tc>
        <w:tc>
          <w:tcPr>
            <w:tcW w:w="1114" w:type="dxa"/>
            <w:shd w:val="clear" w:color="auto" w:fill="D9EAF7"/>
            <w:vAlign w:val="center"/>
          </w:tcPr>
          <w:p w14:paraId="5B84890A" w14:textId="77777777" w:rsidR="0057757C" w:rsidRPr="007F65A0" w:rsidRDefault="0057757C" w:rsidP="00D251EC">
            <w:pPr>
              <w:rPr>
                <w:sz w:val="24"/>
                <w:szCs w:val="24"/>
              </w:rPr>
            </w:pPr>
          </w:p>
        </w:tc>
        <w:tc>
          <w:tcPr>
            <w:tcW w:w="1114" w:type="dxa"/>
            <w:shd w:val="clear" w:color="auto" w:fill="D9EAF7"/>
            <w:vAlign w:val="center"/>
          </w:tcPr>
          <w:p w14:paraId="068A1B2E" w14:textId="77777777" w:rsidR="0057757C" w:rsidRPr="007F65A0" w:rsidRDefault="0057757C" w:rsidP="00D251EC">
            <w:pPr>
              <w:rPr>
                <w:sz w:val="24"/>
                <w:szCs w:val="24"/>
              </w:rPr>
            </w:pPr>
          </w:p>
        </w:tc>
        <w:tc>
          <w:tcPr>
            <w:tcW w:w="1114" w:type="dxa"/>
            <w:shd w:val="clear" w:color="auto" w:fill="D9EAF7"/>
            <w:vAlign w:val="center"/>
          </w:tcPr>
          <w:p w14:paraId="7B415F51" w14:textId="77777777" w:rsidR="0057757C" w:rsidRPr="007F65A0" w:rsidRDefault="0057757C" w:rsidP="00D251EC">
            <w:pPr>
              <w:rPr>
                <w:sz w:val="24"/>
                <w:szCs w:val="24"/>
              </w:rPr>
            </w:pPr>
          </w:p>
        </w:tc>
        <w:tc>
          <w:tcPr>
            <w:tcW w:w="1114" w:type="dxa"/>
            <w:shd w:val="clear" w:color="auto" w:fill="D9EAF7"/>
            <w:vAlign w:val="center"/>
          </w:tcPr>
          <w:p w14:paraId="15F29BB1" w14:textId="77777777" w:rsidR="0057757C" w:rsidRPr="007F65A0" w:rsidRDefault="0057757C" w:rsidP="00D251EC">
            <w:pPr>
              <w:rPr>
                <w:sz w:val="24"/>
                <w:szCs w:val="24"/>
              </w:rPr>
            </w:pPr>
          </w:p>
        </w:tc>
        <w:tc>
          <w:tcPr>
            <w:tcW w:w="1114" w:type="dxa"/>
            <w:shd w:val="clear" w:color="auto" w:fill="D9EAF7"/>
            <w:vAlign w:val="center"/>
          </w:tcPr>
          <w:p w14:paraId="174B931F" w14:textId="77777777" w:rsidR="0057757C" w:rsidRPr="007F65A0" w:rsidRDefault="0057757C" w:rsidP="00D251EC">
            <w:pPr>
              <w:rPr>
                <w:sz w:val="24"/>
                <w:szCs w:val="24"/>
              </w:rPr>
            </w:pPr>
          </w:p>
        </w:tc>
        <w:tc>
          <w:tcPr>
            <w:tcW w:w="1114" w:type="dxa"/>
            <w:shd w:val="clear" w:color="auto" w:fill="D9EAF7"/>
            <w:vAlign w:val="center"/>
          </w:tcPr>
          <w:p w14:paraId="4957BA1E" w14:textId="77777777" w:rsidR="0057757C" w:rsidRPr="007F65A0" w:rsidRDefault="0057757C" w:rsidP="00D251EC">
            <w:pPr>
              <w:rPr>
                <w:sz w:val="24"/>
                <w:szCs w:val="24"/>
              </w:rPr>
            </w:pPr>
          </w:p>
        </w:tc>
        <w:tc>
          <w:tcPr>
            <w:tcW w:w="1114" w:type="dxa"/>
            <w:shd w:val="clear" w:color="auto" w:fill="D9EAF7"/>
            <w:vAlign w:val="center"/>
          </w:tcPr>
          <w:p w14:paraId="458BF108" w14:textId="77777777" w:rsidR="0057757C" w:rsidRPr="007F65A0" w:rsidRDefault="0057757C" w:rsidP="00D251EC">
            <w:pPr>
              <w:rPr>
                <w:sz w:val="24"/>
                <w:szCs w:val="24"/>
              </w:rPr>
            </w:pPr>
          </w:p>
        </w:tc>
        <w:tc>
          <w:tcPr>
            <w:tcW w:w="1114" w:type="dxa"/>
            <w:shd w:val="clear" w:color="auto" w:fill="D9EAF7"/>
            <w:vAlign w:val="center"/>
          </w:tcPr>
          <w:p w14:paraId="24AA9B78" w14:textId="77777777" w:rsidR="0057757C" w:rsidRPr="007F65A0" w:rsidRDefault="0057757C" w:rsidP="00D251EC">
            <w:pPr>
              <w:rPr>
                <w:sz w:val="24"/>
                <w:szCs w:val="24"/>
              </w:rPr>
            </w:pPr>
          </w:p>
        </w:tc>
        <w:tc>
          <w:tcPr>
            <w:tcW w:w="1114" w:type="dxa"/>
            <w:shd w:val="clear" w:color="auto" w:fill="D9EAF7"/>
            <w:vAlign w:val="center"/>
          </w:tcPr>
          <w:p w14:paraId="401B2316" w14:textId="77777777" w:rsidR="0057757C" w:rsidRPr="007F65A0" w:rsidRDefault="0057757C" w:rsidP="00D251EC">
            <w:pPr>
              <w:rPr>
                <w:sz w:val="24"/>
                <w:szCs w:val="24"/>
              </w:rPr>
            </w:pPr>
          </w:p>
        </w:tc>
      </w:tr>
    </w:tbl>
    <w:p w14:paraId="4DE7A8FE" w14:textId="77777777" w:rsidR="0057757C" w:rsidRPr="007F65A0" w:rsidRDefault="0057757C" w:rsidP="0057757C">
      <w:pPr>
        <w:rPr>
          <w:sz w:val="24"/>
          <w:szCs w:val="24"/>
        </w:rPr>
      </w:pPr>
    </w:p>
    <w:tbl>
      <w:tblPr>
        <w:tblStyle w:val="Rcsostblzat"/>
        <w:tblW w:w="0" w:type="auto"/>
        <w:tblLook w:val="04A0" w:firstRow="1" w:lastRow="0" w:firstColumn="1" w:lastColumn="0" w:noHBand="0" w:noVBand="1"/>
      </w:tblPr>
      <w:tblGrid>
        <w:gridCol w:w="4472"/>
        <w:gridCol w:w="5168"/>
      </w:tblGrid>
      <w:tr w:rsidR="0057757C" w:rsidRPr="007F65A0" w14:paraId="6EC5E957" w14:textId="77777777" w:rsidTr="00D251EC">
        <w:trPr>
          <w:tblHeader/>
        </w:trPr>
        <w:tc>
          <w:tcPr>
            <w:tcW w:w="7240" w:type="dxa"/>
            <w:shd w:val="clear" w:color="auto" w:fill="D9EAF7"/>
            <w:vAlign w:val="center"/>
          </w:tcPr>
          <w:p w14:paraId="4B4B0631" w14:textId="77777777" w:rsidR="0057757C" w:rsidRPr="007F65A0" w:rsidRDefault="0057757C" w:rsidP="00D251EC">
            <w:pPr>
              <w:jc w:val="center"/>
              <w:rPr>
                <w:sz w:val="24"/>
                <w:szCs w:val="24"/>
              </w:rPr>
            </w:pPr>
            <w:r w:rsidRPr="007F65A0">
              <w:rPr>
                <w:b/>
                <w:sz w:val="24"/>
                <w:szCs w:val="24"/>
              </w:rPr>
              <w:t>Jel</w:t>
            </w:r>
          </w:p>
        </w:tc>
        <w:tc>
          <w:tcPr>
            <w:tcW w:w="7240" w:type="dxa"/>
            <w:shd w:val="clear" w:color="auto" w:fill="D9EAF7"/>
            <w:vAlign w:val="center"/>
          </w:tcPr>
          <w:p w14:paraId="1839718D" w14:textId="77777777" w:rsidR="0057757C" w:rsidRPr="007F65A0" w:rsidRDefault="0057757C" w:rsidP="00D251EC">
            <w:pPr>
              <w:jc w:val="center"/>
              <w:rPr>
                <w:sz w:val="24"/>
                <w:szCs w:val="24"/>
              </w:rPr>
            </w:pPr>
            <w:r w:rsidRPr="007F65A0">
              <w:rPr>
                <w:b/>
                <w:sz w:val="24"/>
                <w:szCs w:val="24"/>
              </w:rPr>
              <w:t>Terület</w:t>
            </w:r>
          </w:p>
        </w:tc>
      </w:tr>
      <w:tr w:rsidR="0057757C" w:rsidRPr="007F65A0" w14:paraId="534F70C7" w14:textId="77777777" w:rsidTr="00D251EC">
        <w:tc>
          <w:tcPr>
            <w:tcW w:w="7240" w:type="dxa"/>
            <w:vAlign w:val="center"/>
          </w:tcPr>
          <w:p w14:paraId="39959482" w14:textId="77777777" w:rsidR="0057757C" w:rsidRPr="007F65A0" w:rsidRDefault="0057757C" w:rsidP="00D251EC">
            <w:pPr>
              <w:rPr>
                <w:sz w:val="24"/>
                <w:szCs w:val="24"/>
              </w:rPr>
            </w:pPr>
            <w:r w:rsidRPr="007F65A0">
              <w:rPr>
                <w:b/>
                <w:sz w:val="24"/>
                <w:szCs w:val="24"/>
              </w:rPr>
              <w:t>A</w:t>
            </w:r>
          </w:p>
        </w:tc>
        <w:tc>
          <w:tcPr>
            <w:tcW w:w="7240" w:type="dxa"/>
            <w:vAlign w:val="center"/>
          </w:tcPr>
          <w:p w14:paraId="3A6F1A44" w14:textId="77777777" w:rsidR="0057757C" w:rsidRPr="007F65A0" w:rsidRDefault="0057757C" w:rsidP="00D251EC">
            <w:pPr>
              <w:rPr>
                <w:sz w:val="24"/>
                <w:szCs w:val="24"/>
              </w:rPr>
            </w:pPr>
            <w:r w:rsidRPr="007F65A0">
              <w:rPr>
                <w:sz w:val="24"/>
                <w:szCs w:val="24"/>
              </w:rPr>
              <w:t>Önkiszolgálás és személyi higiéné</w:t>
            </w:r>
          </w:p>
        </w:tc>
      </w:tr>
      <w:tr w:rsidR="0057757C" w:rsidRPr="007F65A0" w14:paraId="34CB127B" w14:textId="77777777" w:rsidTr="00D251EC">
        <w:tc>
          <w:tcPr>
            <w:tcW w:w="7240" w:type="dxa"/>
            <w:vAlign w:val="center"/>
          </w:tcPr>
          <w:p w14:paraId="29A66679" w14:textId="77777777" w:rsidR="0057757C" w:rsidRPr="007F65A0" w:rsidRDefault="0057757C" w:rsidP="00D251EC">
            <w:pPr>
              <w:rPr>
                <w:sz w:val="24"/>
                <w:szCs w:val="24"/>
              </w:rPr>
            </w:pPr>
            <w:r w:rsidRPr="007F65A0">
              <w:rPr>
                <w:b/>
                <w:sz w:val="24"/>
                <w:szCs w:val="24"/>
              </w:rPr>
              <w:t>B</w:t>
            </w:r>
          </w:p>
        </w:tc>
        <w:tc>
          <w:tcPr>
            <w:tcW w:w="7240" w:type="dxa"/>
            <w:vAlign w:val="center"/>
          </w:tcPr>
          <w:p w14:paraId="6FB6042D" w14:textId="77777777" w:rsidR="0057757C" w:rsidRPr="007F65A0" w:rsidRDefault="0057757C" w:rsidP="00D251EC">
            <w:pPr>
              <w:rPr>
                <w:sz w:val="24"/>
                <w:szCs w:val="24"/>
              </w:rPr>
            </w:pPr>
            <w:r w:rsidRPr="007F65A0">
              <w:rPr>
                <w:sz w:val="24"/>
                <w:szCs w:val="24"/>
              </w:rPr>
              <w:t>Környezeti higiéné és környezettudatos magatartás</w:t>
            </w:r>
          </w:p>
        </w:tc>
      </w:tr>
      <w:tr w:rsidR="0057757C" w:rsidRPr="007F65A0" w14:paraId="4E8AB39C" w14:textId="77777777" w:rsidTr="00D251EC">
        <w:tc>
          <w:tcPr>
            <w:tcW w:w="7240" w:type="dxa"/>
            <w:vAlign w:val="center"/>
          </w:tcPr>
          <w:p w14:paraId="6D90D452" w14:textId="77777777" w:rsidR="0057757C" w:rsidRPr="007F65A0" w:rsidRDefault="0057757C" w:rsidP="00D251EC">
            <w:pPr>
              <w:rPr>
                <w:sz w:val="24"/>
                <w:szCs w:val="24"/>
              </w:rPr>
            </w:pPr>
            <w:r w:rsidRPr="007F65A0">
              <w:rPr>
                <w:b/>
                <w:sz w:val="24"/>
                <w:szCs w:val="24"/>
              </w:rPr>
              <w:t>C</w:t>
            </w:r>
          </w:p>
        </w:tc>
        <w:tc>
          <w:tcPr>
            <w:tcW w:w="7240" w:type="dxa"/>
            <w:vAlign w:val="center"/>
          </w:tcPr>
          <w:p w14:paraId="682E2D3F" w14:textId="77777777" w:rsidR="0057757C" w:rsidRPr="007F65A0" w:rsidRDefault="0057757C" w:rsidP="00D251EC">
            <w:pPr>
              <w:rPr>
                <w:sz w:val="24"/>
                <w:szCs w:val="24"/>
              </w:rPr>
            </w:pPr>
            <w:r w:rsidRPr="007F65A0">
              <w:rPr>
                <w:sz w:val="24"/>
                <w:szCs w:val="24"/>
              </w:rPr>
              <w:t>Szociális és érzelmi érettség</w:t>
            </w:r>
          </w:p>
        </w:tc>
      </w:tr>
      <w:tr w:rsidR="0057757C" w:rsidRPr="007F65A0" w14:paraId="144C2939" w14:textId="77777777" w:rsidTr="00D251EC">
        <w:tc>
          <w:tcPr>
            <w:tcW w:w="7240" w:type="dxa"/>
            <w:vAlign w:val="center"/>
          </w:tcPr>
          <w:p w14:paraId="3A194CD3" w14:textId="77777777" w:rsidR="0057757C" w:rsidRPr="007F65A0" w:rsidRDefault="0057757C" w:rsidP="00D251EC">
            <w:pPr>
              <w:rPr>
                <w:sz w:val="24"/>
                <w:szCs w:val="24"/>
              </w:rPr>
            </w:pPr>
            <w:r w:rsidRPr="007F65A0">
              <w:rPr>
                <w:b/>
                <w:sz w:val="24"/>
                <w:szCs w:val="24"/>
              </w:rPr>
              <w:t>D</w:t>
            </w:r>
          </w:p>
        </w:tc>
        <w:tc>
          <w:tcPr>
            <w:tcW w:w="7240" w:type="dxa"/>
            <w:vAlign w:val="center"/>
          </w:tcPr>
          <w:p w14:paraId="77A51CBB" w14:textId="77777777" w:rsidR="0057757C" w:rsidRPr="007F65A0" w:rsidRDefault="0057757C" w:rsidP="00D251EC">
            <w:pPr>
              <w:rPr>
                <w:sz w:val="24"/>
                <w:szCs w:val="24"/>
              </w:rPr>
            </w:pPr>
            <w:r w:rsidRPr="007F65A0">
              <w:rPr>
                <w:sz w:val="24"/>
                <w:szCs w:val="24"/>
              </w:rPr>
              <w:t>Akarati tulajdonságok, feladattudat</w:t>
            </w:r>
          </w:p>
        </w:tc>
      </w:tr>
      <w:tr w:rsidR="0057757C" w:rsidRPr="007F65A0" w14:paraId="31354628" w14:textId="77777777" w:rsidTr="00D251EC">
        <w:tc>
          <w:tcPr>
            <w:tcW w:w="7240" w:type="dxa"/>
            <w:vAlign w:val="center"/>
          </w:tcPr>
          <w:p w14:paraId="48D629C7" w14:textId="77777777" w:rsidR="0057757C" w:rsidRPr="007F65A0" w:rsidRDefault="0057757C" w:rsidP="00D251EC">
            <w:pPr>
              <w:rPr>
                <w:sz w:val="24"/>
                <w:szCs w:val="24"/>
              </w:rPr>
            </w:pPr>
            <w:r w:rsidRPr="007F65A0">
              <w:rPr>
                <w:b/>
                <w:sz w:val="24"/>
                <w:szCs w:val="24"/>
              </w:rPr>
              <w:t>E</w:t>
            </w:r>
          </w:p>
        </w:tc>
        <w:tc>
          <w:tcPr>
            <w:tcW w:w="7240" w:type="dxa"/>
            <w:vAlign w:val="center"/>
          </w:tcPr>
          <w:p w14:paraId="5B0D885D" w14:textId="77777777" w:rsidR="0057757C" w:rsidRPr="007F65A0" w:rsidRDefault="0057757C" w:rsidP="00D251EC">
            <w:pPr>
              <w:rPr>
                <w:sz w:val="24"/>
                <w:szCs w:val="24"/>
              </w:rPr>
            </w:pPr>
            <w:r w:rsidRPr="007F65A0">
              <w:rPr>
                <w:sz w:val="24"/>
                <w:szCs w:val="24"/>
              </w:rPr>
              <w:t>Mozgás, testi képességek, testséma és dominancia</w:t>
            </w:r>
          </w:p>
        </w:tc>
      </w:tr>
      <w:tr w:rsidR="0057757C" w:rsidRPr="007F65A0" w14:paraId="498A0B48" w14:textId="77777777" w:rsidTr="00D251EC">
        <w:tc>
          <w:tcPr>
            <w:tcW w:w="7240" w:type="dxa"/>
            <w:vAlign w:val="center"/>
          </w:tcPr>
          <w:p w14:paraId="63D1355C" w14:textId="77777777" w:rsidR="0057757C" w:rsidRPr="007F65A0" w:rsidRDefault="0057757C" w:rsidP="00D251EC">
            <w:pPr>
              <w:rPr>
                <w:sz w:val="24"/>
                <w:szCs w:val="24"/>
              </w:rPr>
            </w:pPr>
            <w:r w:rsidRPr="007F65A0">
              <w:rPr>
                <w:b/>
                <w:sz w:val="24"/>
                <w:szCs w:val="24"/>
              </w:rPr>
              <w:t>F</w:t>
            </w:r>
          </w:p>
        </w:tc>
        <w:tc>
          <w:tcPr>
            <w:tcW w:w="7240" w:type="dxa"/>
            <w:vAlign w:val="center"/>
          </w:tcPr>
          <w:p w14:paraId="6BF8F98A" w14:textId="77777777" w:rsidR="0057757C" w:rsidRPr="007F65A0" w:rsidRDefault="0057757C" w:rsidP="00D251EC">
            <w:pPr>
              <w:rPr>
                <w:sz w:val="24"/>
                <w:szCs w:val="24"/>
              </w:rPr>
            </w:pPr>
            <w:r w:rsidRPr="007F65A0">
              <w:rPr>
                <w:sz w:val="24"/>
                <w:szCs w:val="24"/>
              </w:rPr>
              <w:t>Érzékelés, észlelés és téri tájékozódás</w:t>
            </w:r>
          </w:p>
        </w:tc>
      </w:tr>
      <w:tr w:rsidR="0057757C" w:rsidRPr="007F65A0" w14:paraId="13395EFA" w14:textId="77777777" w:rsidTr="00D251EC">
        <w:tc>
          <w:tcPr>
            <w:tcW w:w="7240" w:type="dxa"/>
            <w:vAlign w:val="center"/>
          </w:tcPr>
          <w:p w14:paraId="4FDFB594" w14:textId="77777777" w:rsidR="0057757C" w:rsidRPr="007F65A0" w:rsidRDefault="0057757C" w:rsidP="00D251EC">
            <w:pPr>
              <w:rPr>
                <w:sz w:val="24"/>
                <w:szCs w:val="24"/>
              </w:rPr>
            </w:pPr>
            <w:r w:rsidRPr="007F65A0">
              <w:rPr>
                <w:b/>
                <w:sz w:val="24"/>
                <w:szCs w:val="24"/>
              </w:rPr>
              <w:t>G</w:t>
            </w:r>
          </w:p>
        </w:tc>
        <w:tc>
          <w:tcPr>
            <w:tcW w:w="7240" w:type="dxa"/>
            <w:vAlign w:val="center"/>
          </w:tcPr>
          <w:p w14:paraId="5445C23C" w14:textId="77777777" w:rsidR="0057757C" w:rsidRPr="007F65A0" w:rsidRDefault="0057757C" w:rsidP="00D251EC">
            <w:pPr>
              <w:rPr>
                <w:sz w:val="24"/>
                <w:szCs w:val="24"/>
              </w:rPr>
            </w:pPr>
            <w:r w:rsidRPr="007F65A0">
              <w:rPr>
                <w:sz w:val="24"/>
                <w:szCs w:val="24"/>
              </w:rPr>
              <w:t>Anyanyelvi és kommunikációs képességek</w:t>
            </w:r>
          </w:p>
        </w:tc>
      </w:tr>
      <w:tr w:rsidR="0057757C" w:rsidRPr="007F65A0" w14:paraId="367BEFE1" w14:textId="77777777" w:rsidTr="00D251EC">
        <w:tc>
          <w:tcPr>
            <w:tcW w:w="7240" w:type="dxa"/>
            <w:vAlign w:val="center"/>
          </w:tcPr>
          <w:p w14:paraId="1AFD54DF" w14:textId="77777777" w:rsidR="0057757C" w:rsidRPr="007F65A0" w:rsidRDefault="0057757C" w:rsidP="00D251EC">
            <w:pPr>
              <w:rPr>
                <w:sz w:val="24"/>
                <w:szCs w:val="24"/>
              </w:rPr>
            </w:pPr>
            <w:r w:rsidRPr="007F65A0">
              <w:rPr>
                <w:b/>
                <w:sz w:val="24"/>
                <w:szCs w:val="24"/>
              </w:rPr>
              <w:t>H</w:t>
            </w:r>
          </w:p>
        </w:tc>
        <w:tc>
          <w:tcPr>
            <w:tcW w:w="7240" w:type="dxa"/>
            <w:vAlign w:val="center"/>
          </w:tcPr>
          <w:p w14:paraId="03AD9D65" w14:textId="77777777" w:rsidR="0057757C" w:rsidRPr="007F65A0" w:rsidRDefault="0057757C" w:rsidP="00D251EC">
            <w:pPr>
              <w:rPr>
                <w:sz w:val="24"/>
                <w:szCs w:val="24"/>
              </w:rPr>
            </w:pPr>
            <w:r w:rsidRPr="007F65A0">
              <w:rPr>
                <w:sz w:val="24"/>
                <w:szCs w:val="24"/>
              </w:rPr>
              <w:t>Értelmi képességek</w:t>
            </w:r>
          </w:p>
        </w:tc>
      </w:tr>
      <w:tr w:rsidR="0057757C" w:rsidRPr="007F65A0" w14:paraId="00DD0CA9" w14:textId="77777777" w:rsidTr="00D251EC">
        <w:tc>
          <w:tcPr>
            <w:tcW w:w="7240" w:type="dxa"/>
            <w:vAlign w:val="center"/>
          </w:tcPr>
          <w:p w14:paraId="4BAE4974" w14:textId="77777777" w:rsidR="0057757C" w:rsidRPr="007F65A0" w:rsidRDefault="0057757C" w:rsidP="00D251EC">
            <w:pPr>
              <w:rPr>
                <w:sz w:val="24"/>
                <w:szCs w:val="24"/>
              </w:rPr>
            </w:pPr>
            <w:r w:rsidRPr="007F65A0">
              <w:rPr>
                <w:b/>
                <w:sz w:val="24"/>
                <w:szCs w:val="24"/>
              </w:rPr>
              <w:t>I</w:t>
            </w:r>
          </w:p>
        </w:tc>
        <w:tc>
          <w:tcPr>
            <w:tcW w:w="7240" w:type="dxa"/>
            <w:vAlign w:val="center"/>
          </w:tcPr>
          <w:p w14:paraId="7844C240" w14:textId="77777777" w:rsidR="0057757C" w:rsidRPr="007F65A0" w:rsidRDefault="0057757C" w:rsidP="00D251EC">
            <w:pPr>
              <w:rPr>
                <w:sz w:val="24"/>
                <w:szCs w:val="24"/>
              </w:rPr>
            </w:pPr>
            <w:r w:rsidRPr="007F65A0">
              <w:rPr>
                <w:sz w:val="24"/>
                <w:szCs w:val="24"/>
              </w:rPr>
              <w:t>Környezeti és társadalmi tapasztalatok</w:t>
            </w:r>
          </w:p>
        </w:tc>
      </w:tr>
      <w:tr w:rsidR="0057757C" w:rsidRPr="007F65A0" w14:paraId="7DEF9B3D" w14:textId="77777777" w:rsidTr="00D251EC">
        <w:tc>
          <w:tcPr>
            <w:tcW w:w="7240" w:type="dxa"/>
            <w:vAlign w:val="center"/>
          </w:tcPr>
          <w:p w14:paraId="3B3B692A" w14:textId="77777777" w:rsidR="0057757C" w:rsidRPr="007F65A0" w:rsidRDefault="0057757C" w:rsidP="00D251EC">
            <w:pPr>
              <w:rPr>
                <w:sz w:val="24"/>
                <w:szCs w:val="24"/>
              </w:rPr>
            </w:pPr>
            <w:r w:rsidRPr="007F65A0">
              <w:rPr>
                <w:b/>
                <w:sz w:val="24"/>
                <w:szCs w:val="24"/>
              </w:rPr>
              <w:t>J</w:t>
            </w:r>
          </w:p>
        </w:tc>
        <w:tc>
          <w:tcPr>
            <w:tcW w:w="7240" w:type="dxa"/>
            <w:vAlign w:val="center"/>
          </w:tcPr>
          <w:p w14:paraId="713E4BD2" w14:textId="77777777" w:rsidR="0057757C" w:rsidRPr="007F65A0" w:rsidRDefault="0057757C" w:rsidP="00D251EC">
            <w:pPr>
              <w:rPr>
                <w:sz w:val="24"/>
                <w:szCs w:val="24"/>
              </w:rPr>
            </w:pPr>
            <w:r w:rsidRPr="007F65A0">
              <w:rPr>
                <w:sz w:val="24"/>
                <w:szCs w:val="24"/>
              </w:rPr>
              <w:t>Matematikai tapasztalatok</w:t>
            </w:r>
          </w:p>
        </w:tc>
      </w:tr>
      <w:tr w:rsidR="0057757C" w:rsidRPr="007F65A0" w14:paraId="393DD859" w14:textId="77777777" w:rsidTr="00D251EC">
        <w:tc>
          <w:tcPr>
            <w:tcW w:w="7240" w:type="dxa"/>
            <w:vAlign w:val="center"/>
          </w:tcPr>
          <w:p w14:paraId="6C237F59" w14:textId="77777777" w:rsidR="0057757C" w:rsidRPr="007F65A0" w:rsidRDefault="0057757C" w:rsidP="00D251EC">
            <w:pPr>
              <w:rPr>
                <w:sz w:val="24"/>
                <w:szCs w:val="24"/>
              </w:rPr>
            </w:pPr>
            <w:r w:rsidRPr="007F65A0">
              <w:rPr>
                <w:b/>
                <w:sz w:val="24"/>
                <w:szCs w:val="24"/>
              </w:rPr>
              <w:t>K</w:t>
            </w:r>
          </w:p>
        </w:tc>
        <w:tc>
          <w:tcPr>
            <w:tcW w:w="7240" w:type="dxa"/>
            <w:vAlign w:val="center"/>
          </w:tcPr>
          <w:p w14:paraId="28D973D7" w14:textId="77777777" w:rsidR="0057757C" w:rsidRPr="007F65A0" w:rsidRDefault="0057757C" w:rsidP="00D251EC">
            <w:pPr>
              <w:rPr>
                <w:sz w:val="24"/>
                <w:szCs w:val="24"/>
              </w:rPr>
            </w:pPr>
            <w:r w:rsidRPr="007F65A0">
              <w:rPr>
                <w:sz w:val="24"/>
                <w:szCs w:val="24"/>
              </w:rPr>
              <w:t>Műveltségtartalmak: mese, vers, zene, ábrázolás</w:t>
            </w:r>
          </w:p>
        </w:tc>
      </w:tr>
    </w:tbl>
    <w:p w14:paraId="14A18EA0" w14:textId="77777777" w:rsidR="0057757C" w:rsidRPr="007F65A0" w:rsidRDefault="0057757C" w:rsidP="0057757C">
      <w:pPr>
        <w:pStyle w:val="Cmsor1"/>
        <w:rPr>
          <w:rFonts w:ascii="Times New Roman" w:hAnsi="Times New Roman" w:cs="Times New Roman"/>
          <w:sz w:val="24"/>
          <w:szCs w:val="24"/>
        </w:rPr>
      </w:pPr>
      <w:r w:rsidRPr="007F65A0">
        <w:rPr>
          <w:rFonts w:ascii="Times New Roman" w:hAnsi="Times New Roman" w:cs="Times New Roman"/>
          <w:sz w:val="24"/>
          <w:szCs w:val="24"/>
        </w:rPr>
        <w:t>8. Csoportszintű szöveges elemzés</w:t>
      </w:r>
    </w:p>
    <w:p w14:paraId="14E93DC2" w14:textId="77777777" w:rsidR="0057757C" w:rsidRPr="007F65A0" w:rsidRDefault="0057757C" w:rsidP="0057757C">
      <w:pPr>
        <w:rPr>
          <w:sz w:val="24"/>
          <w:szCs w:val="24"/>
        </w:rPr>
      </w:pPr>
      <w:r w:rsidRPr="007F65A0">
        <w:rPr>
          <w:b/>
          <w:sz w:val="24"/>
          <w:szCs w:val="24"/>
        </w:rPr>
        <w:t>A csoport legerősebb területei:</w:t>
      </w:r>
    </w:p>
    <w:p w14:paraId="52F306B4" w14:textId="77777777" w:rsidR="0057757C" w:rsidRPr="007F65A0" w:rsidRDefault="0057757C" w:rsidP="0057757C">
      <w:pPr>
        <w:rPr>
          <w:sz w:val="24"/>
          <w:szCs w:val="24"/>
        </w:rPr>
      </w:pPr>
      <w:r w:rsidRPr="007F65A0">
        <w:rPr>
          <w:sz w:val="24"/>
          <w:szCs w:val="24"/>
        </w:rPr>
        <w:t>____________________________________________________________________________________________</w:t>
      </w:r>
    </w:p>
    <w:p w14:paraId="50550F51" w14:textId="77777777" w:rsidR="0057757C" w:rsidRPr="007F65A0" w:rsidRDefault="0057757C" w:rsidP="0057757C">
      <w:pPr>
        <w:rPr>
          <w:sz w:val="24"/>
          <w:szCs w:val="24"/>
        </w:rPr>
      </w:pPr>
      <w:r w:rsidRPr="007F65A0">
        <w:rPr>
          <w:sz w:val="24"/>
          <w:szCs w:val="24"/>
        </w:rPr>
        <w:t>____________________________________________________________________________________________</w:t>
      </w:r>
    </w:p>
    <w:p w14:paraId="6A396DCA" w14:textId="77777777" w:rsidR="0057757C" w:rsidRPr="007F65A0" w:rsidRDefault="0057757C" w:rsidP="0057757C">
      <w:pPr>
        <w:rPr>
          <w:sz w:val="24"/>
          <w:szCs w:val="24"/>
        </w:rPr>
      </w:pPr>
      <w:r w:rsidRPr="007F65A0">
        <w:rPr>
          <w:b/>
          <w:sz w:val="24"/>
          <w:szCs w:val="24"/>
        </w:rPr>
        <w:t>A csoport fejlesztendő területei:</w:t>
      </w:r>
    </w:p>
    <w:p w14:paraId="3835D6A5" w14:textId="77777777" w:rsidR="0057757C" w:rsidRPr="007F65A0" w:rsidRDefault="0057757C" w:rsidP="0057757C">
      <w:pPr>
        <w:rPr>
          <w:sz w:val="24"/>
          <w:szCs w:val="24"/>
        </w:rPr>
      </w:pPr>
      <w:r w:rsidRPr="007F65A0">
        <w:rPr>
          <w:sz w:val="24"/>
          <w:szCs w:val="24"/>
        </w:rPr>
        <w:lastRenderedPageBreak/>
        <w:t>____________________________________________________________________________________________</w:t>
      </w:r>
    </w:p>
    <w:p w14:paraId="04783FE0" w14:textId="77777777" w:rsidR="0057757C" w:rsidRPr="007F65A0" w:rsidRDefault="0057757C" w:rsidP="0057757C">
      <w:pPr>
        <w:rPr>
          <w:sz w:val="24"/>
          <w:szCs w:val="24"/>
        </w:rPr>
      </w:pPr>
      <w:r w:rsidRPr="007F65A0">
        <w:rPr>
          <w:sz w:val="24"/>
          <w:szCs w:val="24"/>
        </w:rPr>
        <w:t>____________________________________________________________________________________________</w:t>
      </w:r>
    </w:p>
    <w:p w14:paraId="1437363D" w14:textId="77777777" w:rsidR="0057757C" w:rsidRPr="007F65A0" w:rsidRDefault="0057757C" w:rsidP="0057757C">
      <w:pPr>
        <w:rPr>
          <w:sz w:val="24"/>
          <w:szCs w:val="24"/>
        </w:rPr>
      </w:pPr>
      <w:r w:rsidRPr="007F65A0">
        <w:rPr>
          <w:b/>
          <w:sz w:val="24"/>
          <w:szCs w:val="24"/>
        </w:rPr>
        <w:t>Az iskolaátmenet szempontjából kiemelten figyelendő képességek:</w:t>
      </w:r>
    </w:p>
    <w:p w14:paraId="25288F0A" w14:textId="77777777" w:rsidR="0057757C" w:rsidRPr="007F65A0" w:rsidRDefault="0057757C" w:rsidP="0057757C">
      <w:pPr>
        <w:rPr>
          <w:sz w:val="24"/>
          <w:szCs w:val="24"/>
        </w:rPr>
      </w:pPr>
      <w:r w:rsidRPr="007F65A0">
        <w:rPr>
          <w:sz w:val="24"/>
          <w:szCs w:val="24"/>
        </w:rPr>
        <w:t>____________________________________________________________________________________________</w:t>
      </w:r>
    </w:p>
    <w:p w14:paraId="2004340C" w14:textId="77777777" w:rsidR="0057757C" w:rsidRPr="007F65A0" w:rsidRDefault="0057757C" w:rsidP="0057757C">
      <w:pPr>
        <w:rPr>
          <w:sz w:val="24"/>
          <w:szCs w:val="24"/>
        </w:rPr>
      </w:pPr>
      <w:r w:rsidRPr="007F65A0">
        <w:rPr>
          <w:sz w:val="24"/>
          <w:szCs w:val="24"/>
        </w:rPr>
        <w:t>____________________________________________________________________________________________</w:t>
      </w:r>
    </w:p>
    <w:p w14:paraId="5C4D79CA" w14:textId="77777777" w:rsidR="0057757C" w:rsidRPr="007F65A0" w:rsidRDefault="0057757C" w:rsidP="0057757C">
      <w:pPr>
        <w:rPr>
          <w:sz w:val="24"/>
          <w:szCs w:val="24"/>
        </w:rPr>
      </w:pPr>
      <w:r w:rsidRPr="007F65A0">
        <w:rPr>
          <w:b/>
          <w:sz w:val="24"/>
          <w:szCs w:val="24"/>
        </w:rPr>
        <w:t>Tervezett csoportos fejlesztési feladatok:</w:t>
      </w:r>
    </w:p>
    <w:p w14:paraId="23461486" w14:textId="77777777" w:rsidR="0057757C" w:rsidRPr="007F65A0" w:rsidRDefault="0057757C" w:rsidP="0057757C">
      <w:pPr>
        <w:rPr>
          <w:sz w:val="24"/>
          <w:szCs w:val="24"/>
        </w:rPr>
      </w:pPr>
      <w:r w:rsidRPr="007F65A0">
        <w:rPr>
          <w:sz w:val="24"/>
          <w:szCs w:val="24"/>
        </w:rPr>
        <w:t>____________________________________________________________________________________________</w:t>
      </w:r>
    </w:p>
    <w:p w14:paraId="528E1FDC" w14:textId="77777777" w:rsidR="0057757C" w:rsidRPr="007F65A0" w:rsidRDefault="0057757C" w:rsidP="0057757C">
      <w:pPr>
        <w:rPr>
          <w:sz w:val="24"/>
          <w:szCs w:val="24"/>
        </w:rPr>
      </w:pPr>
      <w:r w:rsidRPr="007F65A0">
        <w:rPr>
          <w:sz w:val="24"/>
          <w:szCs w:val="24"/>
        </w:rPr>
        <w:t>____________________________________________________________________________________________</w:t>
      </w:r>
    </w:p>
    <w:p w14:paraId="31692A31" w14:textId="77777777" w:rsidR="0057757C" w:rsidRPr="007F65A0" w:rsidRDefault="0057757C" w:rsidP="0057757C">
      <w:pPr>
        <w:rPr>
          <w:sz w:val="24"/>
          <w:szCs w:val="24"/>
        </w:rPr>
      </w:pPr>
      <w:r w:rsidRPr="007F65A0">
        <w:rPr>
          <w:b/>
          <w:sz w:val="24"/>
          <w:szCs w:val="24"/>
        </w:rPr>
        <w:t>Egyéni differenciálást igénylő gyermekek száma / főbb területei:</w:t>
      </w:r>
    </w:p>
    <w:p w14:paraId="2A846987" w14:textId="77777777" w:rsidR="0057757C" w:rsidRPr="007F65A0" w:rsidRDefault="0057757C" w:rsidP="0057757C">
      <w:pPr>
        <w:rPr>
          <w:sz w:val="24"/>
          <w:szCs w:val="24"/>
        </w:rPr>
      </w:pPr>
      <w:r w:rsidRPr="007F65A0">
        <w:rPr>
          <w:sz w:val="24"/>
          <w:szCs w:val="24"/>
        </w:rPr>
        <w:t>____________________________________________________________________________________________</w:t>
      </w:r>
    </w:p>
    <w:p w14:paraId="34D11DB6" w14:textId="77777777" w:rsidR="0057757C" w:rsidRPr="007F65A0" w:rsidRDefault="0057757C" w:rsidP="0057757C">
      <w:pPr>
        <w:rPr>
          <w:sz w:val="24"/>
          <w:szCs w:val="24"/>
        </w:rPr>
      </w:pPr>
      <w:r w:rsidRPr="007F65A0">
        <w:rPr>
          <w:sz w:val="24"/>
          <w:szCs w:val="24"/>
        </w:rPr>
        <w:t>____________________________________________________________________________________________</w:t>
      </w:r>
    </w:p>
    <w:p w14:paraId="556D9566" w14:textId="77777777" w:rsidR="0057757C" w:rsidRPr="007F65A0" w:rsidRDefault="0057757C" w:rsidP="0057757C">
      <w:pPr>
        <w:rPr>
          <w:sz w:val="24"/>
          <w:szCs w:val="24"/>
        </w:rPr>
      </w:pPr>
      <w:r w:rsidRPr="007F65A0">
        <w:rPr>
          <w:b/>
          <w:sz w:val="24"/>
          <w:szCs w:val="24"/>
        </w:rPr>
        <w:t>Következő visszamérés tervezett időpontja:</w:t>
      </w:r>
    </w:p>
    <w:p w14:paraId="6809526D" w14:textId="77777777" w:rsidR="0057757C" w:rsidRPr="007F65A0" w:rsidRDefault="0057757C" w:rsidP="0057757C">
      <w:pPr>
        <w:rPr>
          <w:sz w:val="24"/>
          <w:szCs w:val="24"/>
        </w:rPr>
      </w:pPr>
      <w:r w:rsidRPr="007F65A0">
        <w:rPr>
          <w:sz w:val="24"/>
          <w:szCs w:val="24"/>
        </w:rPr>
        <w:t>____________________________________________________________________________________________</w:t>
      </w:r>
    </w:p>
    <w:p w14:paraId="48AC20C6" w14:textId="77777777" w:rsidR="0057757C" w:rsidRPr="007F65A0" w:rsidRDefault="0057757C" w:rsidP="0057757C">
      <w:pPr>
        <w:rPr>
          <w:sz w:val="24"/>
          <w:szCs w:val="24"/>
        </w:rPr>
      </w:pPr>
      <w:r w:rsidRPr="007F65A0">
        <w:rPr>
          <w:sz w:val="24"/>
          <w:szCs w:val="24"/>
        </w:rPr>
        <w:t>____________________________________________________________________________________________</w:t>
      </w:r>
    </w:p>
    <w:p w14:paraId="7AB86DBA" w14:textId="77777777" w:rsidR="00AE0CFD" w:rsidRPr="0078531E" w:rsidRDefault="00AE0CFD">
      <w:pPr>
        <w:pStyle w:val="Szvegtrzs"/>
      </w:pPr>
    </w:p>
    <w:p w14:paraId="1056764E" w14:textId="77777777" w:rsidR="00AE0CFD" w:rsidRPr="0078531E" w:rsidRDefault="00AE0CFD">
      <w:pPr>
        <w:pStyle w:val="Szvegtrzs"/>
      </w:pPr>
    </w:p>
    <w:p w14:paraId="60053A04" w14:textId="77777777" w:rsidR="00AE0CFD" w:rsidRPr="0078531E" w:rsidRDefault="00AE0CFD">
      <w:pPr>
        <w:pStyle w:val="Szvegtrzs"/>
      </w:pPr>
    </w:p>
    <w:p w14:paraId="438FA7AF" w14:textId="77777777" w:rsidR="00AE0CFD" w:rsidRPr="0078531E" w:rsidRDefault="00AE0CFD">
      <w:pPr>
        <w:pStyle w:val="Szvegtrzs"/>
      </w:pPr>
    </w:p>
    <w:p w14:paraId="7920C48E" w14:textId="77777777" w:rsidR="00AE0CFD" w:rsidRPr="0078531E" w:rsidRDefault="00AE0CFD">
      <w:pPr>
        <w:pStyle w:val="Szvegtrzs"/>
        <w:spacing w:before="190"/>
      </w:pPr>
    </w:p>
    <w:p w14:paraId="212AA07C" w14:textId="77777777" w:rsidR="00AE0CFD" w:rsidRPr="0078531E" w:rsidRDefault="00AE0CFD">
      <w:pPr>
        <w:pStyle w:val="Szvegtrzs"/>
        <w:rPr>
          <w:b/>
        </w:rPr>
      </w:pPr>
    </w:p>
    <w:p w14:paraId="7B5B7D46" w14:textId="77777777" w:rsidR="00AE0CFD" w:rsidRPr="0078531E" w:rsidRDefault="00AE0CFD">
      <w:pPr>
        <w:pStyle w:val="Szvegtrzs"/>
        <w:spacing w:before="76"/>
        <w:rPr>
          <w:b/>
        </w:rPr>
      </w:pPr>
    </w:p>
    <w:p w14:paraId="18EF1FE0" w14:textId="4D05C588" w:rsidR="00B20721" w:rsidRPr="0078531E" w:rsidRDefault="00B20721">
      <w:pPr>
        <w:jc w:val="center"/>
        <w:rPr>
          <w:sz w:val="28"/>
        </w:rPr>
      </w:pPr>
    </w:p>
    <w:p w14:paraId="7177E173" w14:textId="77777777" w:rsidR="00B20721" w:rsidRPr="0078531E" w:rsidRDefault="00B20721">
      <w:pPr>
        <w:rPr>
          <w:sz w:val="28"/>
        </w:rPr>
      </w:pPr>
      <w:r w:rsidRPr="0078531E">
        <w:rPr>
          <w:sz w:val="28"/>
        </w:rPr>
        <w:br w:type="page"/>
      </w:r>
    </w:p>
    <w:p w14:paraId="64867C78" w14:textId="2332E36D" w:rsidR="00AE0CFD" w:rsidRPr="0078531E" w:rsidRDefault="00AE0CFD" w:rsidP="008013BC">
      <w:pPr>
        <w:jc w:val="center"/>
        <w:rPr>
          <w:sz w:val="28"/>
        </w:rPr>
        <w:sectPr w:rsidR="00AE0CFD" w:rsidRPr="0078531E" w:rsidSect="00A42104">
          <w:pgSz w:w="11910" w:h="16840"/>
          <w:pgMar w:top="1840" w:right="980" w:bottom="1200" w:left="1280" w:header="0" w:footer="1003" w:gutter="0"/>
          <w:cols w:space="708"/>
        </w:sectPr>
      </w:pPr>
    </w:p>
    <w:p w14:paraId="7D2E88E8" w14:textId="77777777" w:rsidR="00AE0CFD" w:rsidRPr="0078531E" w:rsidRDefault="00AE0CFD" w:rsidP="008332EF">
      <w:pPr>
        <w:pStyle w:val="Szvegtrzs"/>
        <w:rPr>
          <w:sz w:val="20"/>
        </w:rPr>
      </w:pPr>
    </w:p>
    <w:sectPr w:rsidR="00AE0CFD" w:rsidRPr="0078531E" w:rsidSect="00A42104">
      <w:footerReference w:type="default" r:id="rId15"/>
      <w:pgSz w:w="16840" w:h="11910" w:orient="landscape"/>
      <w:pgMar w:top="1340" w:right="720" w:bottom="1200" w:left="1200" w:header="0" w:footer="100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1C720" w14:textId="77777777" w:rsidR="008F769E" w:rsidRDefault="008F769E">
      <w:r>
        <w:separator/>
      </w:r>
    </w:p>
  </w:endnote>
  <w:endnote w:type="continuationSeparator" w:id="0">
    <w:p w14:paraId="6F8C597C" w14:textId="77777777" w:rsidR="008F769E" w:rsidRDefault="008F7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DA7F2" w14:textId="4E69DB7F" w:rsidR="00AE0CFD" w:rsidRDefault="00975DBB">
    <w:pPr>
      <w:pStyle w:val="Szvegtrzs"/>
      <w:spacing w:line="14" w:lineRule="auto"/>
      <w:rPr>
        <w:sz w:val="20"/>
      </w:rPr>
    </w:pPr>
    <w:r>
      <w:rPr>
        <w:noProof/>
      </w:rPr>
      <mc:AlternateContent>
        <mc:Choice Requires="wps">
          <w:drawing>
            <wp:anchor distT="0" distB="0" distL="0" distR="0" simplePos="0" relativeHeight="484824064" behindDoc="1" locked="0" layoutInCell="1" allowOverlap="1" wp14:anchorId="5BCEA44E" wp14:editId="0AD953A0">
              <wp:simplePos x="0" y="0"/>
              <wp:positionH relativeFrom="page">
                <wp:posOffset>6479540</wp:posOffset>
              </wp:positionH>
              <wp:positionV relativeFrom="page">
                <wp:posOffset>9916160</wp:posOffset>
              </wp:positionV>
              <wp:extent cx="232410" cy="165735"/>
              <wp:effectExtent l="0" t="0" r="0" b="0"/>
              <wp:wrapNone/>
              <wp:docPr id="1107458359" name="Szövegdoboz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015410B7" w14:textId="77777777" w:rsidR="00AE0CFD" w:rsidRDefault="00C3522D">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5BCEA44E" id="_x0000_t202" coordsize="21600,21600" o:spt="202" path="m,l,21600r21600,l21600,xe">
              <v:stroke joinstyle="miter"/>
              <v:path gradientshapeok="t" o:connecttype="rect"/>
            </v:shapetype>
            <v:shape id="Szövegdoboz 3" o:spid="_x0000_s1026" type="#_x0000_t202" style="position:absolute;margin-left:510.2pt;margin-top:780.8pt;width:18.3pt;height:13.05pt;z-index:-184924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" filled="f" stroked="f">
              <v:textbox inset="0,0,0,0">
                <w:txbxContent>
                  <w:p w14:paraId="015410B7" w14:textId="77777777" w:rsidR="00AE0CFD" w:rsidRDefault="00C3522D">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9153E" w14:textId="4FF063BC" w:rsidR="0057757C" w:rsidRPr="00A42104" w:rsidRDefault="0057757C" w:rsidP="00A42104">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72F8" w14:textId="77777777" w:rsidR="00AE0CFD" w:rsidRDefault="00AE0CFD">
    <w:pPr>
      <w:pStyle w:val="Szvegtrzs"/>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91B87" w14:textId="77777777" w:rsidR="008F769E" w:rsidRDefault="008F769E">
      <w:r>
        <w:separator/>
      </w:r>
    </w:p>
  </w:footnote>
  <w:footnote w:type="continuationSeparator" w:id="0">
    <w:p w14:paraId="63832199" w14:textId="77777777" w:rsidR="008F769E" w:rsidRDefault="008F7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2B77" w14:textId="77777777" w:rsidR="0057757C" w:rsidRDefault="0057757C">
    <w:pPr>
      <w:pStyle w:val="lfej"/>
      <w:jc w:val="center"/>
    </w:pPr>
    <w:r>
      <w:rPr>
        <w:b/>
        <w:sz w:val="18"/>
      </w:rPr>
      <w:t>Balatonvilágosi Szivárvány Óvoda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abstractNum w:abstractNumId="9" w15:restartNumberingAfterBreak="0">
    <w:nsid w:val="0000A991"/>
    <w:multiLevelType w:val="multilevel"/>
    <w:tmpl w:val="AF5AA8F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0" w15:restartNumberingAfterBreak="0">
    <w:nsid w:val="00A99411"/>
    <w:multiLevelType w:val="multilevel"/>
    <w:tmpl w:val="E42615C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00F263A7"/>
    <w:multiLevelType w:val="hybridMultilevel"/>
    <w:tmpl w:val="0332E65A"/>
    <w:lvl w:ilvl="0" w:tplc="594E6E4E">
      <w:numFmt w:val="bullet"/>
      <w:lvlText w:val=""/>
      <w:lvlJc w:val="left"/>
      <w:pPr>
        <w:ind w:left="1713" w:hanging="360"/>
      </w:pPr>
      <w:rPr>
        <w:rFonts w:ascii="Wingdings" w:eastAsia="Wingdings" w:hAnsi="Wingdings" w:cs="Wingdings" w:hint="default"/>
        <w:b w:val="0"/>
        <w:bCs w:val="0"/>
        <w:i w:val="0"/>
        <w:iCs w:val="0"/>
        <w:spacing w:val="0"/>
        <w:w w:val="100"/>
        <w:sz w:val="24"/>
        <w:szCs w:val="24"/>
        <w:lang w:val="hu-HU" w:eastAsia="en-US" w:bidi="ar-SA"/>
      </w:rPr>
    </w:lvl>
    <w:lvl w:ilvl="1" w:tplc="040E0003" w:tentative="1">
      <w:start w:val="1"/>
      <w:numFmt w:val="bullet"/>
      <w:lvlText w:val="o"/>
      <w:lvlJc w:val="left"/>
      <w:pPr>
        <w:ind w:left="2433" w:hanging="360"/>
      </w:pPr>
      <w:rPr>
        <w:rFonts w:ascii="Courier New" w:hAnsi="Courier New" w:cs="Courier New" w:hint="default"/>
      </w:rPr>
    </w:lvl>
    <w:lvl w:ilvl="2" w:tplc="040E0005" w:tentative="1">
      <w:start w:val="1"/>
      <w:numFmt w:val="bullet"/>
      <w:lvlText w:val=""/>
      <w:lvlJc w:val="left"/>
      <w:pPr>
        <w:ind w:left="3153" w:hanging="360"/>
      </w:pPr>
      <w:rPr>
        <w:rFonts w:ascii="Wingdings" w:hAnsi="Wingdings" w:hint="default"/>
      </w:rPr>
    </w:lvl>
    <w:lvl w:ilvl="3" w:tplc="040E0001" w:tentative="1">
      <w:start w:val="1"/>
      <w:numFmt w:val="bullet"/>
      <w:lvlText w:val=""/>
      <w:lvlJc w:val="left"/>
      <w:pPr>
        <w:ind w:left="3873" w:hanging="360"/>
      </w:pPr>
      <w:rPr>
        <w:rFonts w:ascii="Symbol" w:hAnsi="Symbol" w:hint="default"/>
      </w:rPr>
    </w:lvl>
    <w:lvl w:ilvl="4" w:tplc="040E0003" w:tentative="1">
      <w:start w:val="1"/>
      <w:numFmt w:val="bullet"/>
      <w:lvlText w:val="o"/>
      <w:lvlJc w:val="left"/>
      <w:pPr>
        <w:ind w:left="4593" w:hanging="360"/>
      </w:pPr>
      <w:rPr>
        <w:rFonts w:ascii="Courier New" w:hAnsi="Courier New" w:cs="Courier New" w:hint="default"/>
      </w:rPr>
    </w:lvl>
    <w:lvl w:ilvl="5" w:tplc="040E0005" w:tentative="1">
      <w:start w:val="1"/>
      <w:numFmt w:val="bullet"/>
      <w:lvlText w:val=""/>
      <w:lvlJc w:val="left"/>
      <w:pPr>
        <w:ind w:left="5313" w:hanging="360"/>
      </w:pPr>
      <w:rPr>
        <w:rFonts w:ascii="Wingdings" w:hAnsi="Wingdings" w:hint="default"/>
      </w:rPr>
    </w:lvl>
    <w:lvl w:ilvl="6" w:tplc="040E0001" w:tentative="1">
      <w:start w:val="1"/>
      <w:numFmt w:val="bullet"/>
      <w:lvlText w:val=""/>
      <w:lvlJc w:val="left"/>
      <w:pPr>
        <w:ind w:left="6033" w:hanging="360"/>
      </w:pPr>
      <w:rPr>
        <w:rFonts w:ascii="Symbol" w:hAnsi="Symbol" w:hint="default"/>
      </w:rPr>
    </w:lvl>
    <w:lvl w:ilvl="7" w:tplc="040E0003" w:tentative="1">
      <w:start w:val="1"/>
      <w:numFmt w:val="bullet"/>
      <w:lvlText w:val="o"/>
      <w:lvlJc w:val="left"/>
      <w:pPr>
        <w:ind w:left="6753" w:hanging="360"/>
      </w:pPr>
      <w:rPr>
        <w:rFonts w:ascii="Courier New" w:hAnsi="Courier New" w:cs="Courier New" w:hint="default"/>
      </w:rPr>
    </w:lvl>
    <w:lvl w:ilvl="8" w:tplc="040E0005" w:tentative="1">
      <w:start w:val="1"/>
      <w:numFmt w:val="bullet"/>
      <w:lvlText w:val=""/>
      <w:lvlJc w:val="left"/>
      <w:pPr>
        <w:ind w:left="7473" w:hanging="360"/>
      </w:pPr>
      <w:rPr>
        <w:rFonts w:ascii="Wingdings" w:hAnsi="Wingdings" w:hint="default"/>
      </w:rPr>
    </w:lvl>
  </w:abstractNum>
  <w:abstractNum w:abstractNumId="12" w15:restartNumberingAfterBreak="0">
    <w:nsid w:val="03882A5B"/>
    <w:multiLevelType w:val="hybridMultilevel"/>
    <w:tmpl w:val="5442C9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057C0CA9"/>
    <w:multiLevelType w:val="hybridMultilevel"/>
    <w:tmpl w:val="A29E250E"/>
    <w:lvl w:ilvl="0" w:tplc="083AF41E">
      <w:start w:val="1"/>
      <w:numFmt w:val="decimal"/>
      <w:lvlText w:val="%1."/>
      <w:lvlJc w:val="left"/>
      <w:pPr>
        <w:ind w:left="496" w:hanging="360"/>
      </w:pPr>
      <w:rPr>
        <w:rFonts w:hint="default"/>
      </w:rPr>
    </w:lvl>
    <w:lvl w:ilvl="1" w:tplc="040E0019">
      <w:start w:val="1"/>
      <w:numFmt w:val="lowerLetter"/>
      <w:lvlText w:val="%2."/>
      <w:lvlJc w:val="left"/>
      <w:pPr>
        <w:ind w:left="1216" w:hanging="360"/>
      </w:pPr>
    </w:lvl>
    <w:lvl w:ilvl="2" w:tplc="040E001B">
      <w:start w:val="1"/>
      <w:numFmt w:val="lowerRoman"/>
      <w:lvlText w:val="%3."/>
      <w:lvlJc w:val="right"/>
      <w:pPr>
        <w:ind w:left="1936" w:hanging="180"/>
      </w:pPr>
    </w:lvl>
    <w:lvl w:ilvl="3" w:tplc="040E000F" w:tentative="1">
      <w:start w:val="1"/>
      <w:numFmt w:val="decimal"/>
      <w:lvlText w:val="%4."/>
      <w:lvlJc w:val="left"/>
      <w:pPr>
        <w:ind w:left="2656" w:hanging="360"/>
      </w:pPr>
    </w:lvl>
    <w:lvl w:ilvl="4" w:tplc="040E0019" w:tentative="1">
      <w:start w:val="1"/>
      <w:numFmt w:val="lowerLetter"/>
      <w:lvlText w:val="%5."/>
      <w:lvlJc w:val="left"/>
      <w:pPr>
        <w:ind w:left="3376" w:hanging="360"/>
      </w:pPr>
    </w:lvl>
    <w:lvl w:ilvl="5" w:tplc="040E001B" w:tentative="1">
      <w:start w:val="1"/>
      <w:numFmt w:val="lowerRoman"/>
      <w:lvlText w:val="%6."/>
      <w:lvlJc w:val="right"/>
      <w:pPr>
        <w:ind w:left="4096" w:hanging="180"/>
      </w:pPr>
    </w:lvl>
    <w:lvl w:ilvl="6" w:tplc="040E000F" w:tentative="1">
      <w:start w:val="1"/>
      <w:numFmt w:val="decimal"/>
      <w:lvlText w:val="%7."/>
      <w:lvlJc w:val="left"/>
      <w:pPr>
        <w:ind w:left="4816" w:hanging="360"/>
      </w:pPr>
    </w:lvl>
    <w:lvl w:ilvl="7" w:tplc="040E0019" w:tentative="1">
      <w:start w:val="1"/>
      <w:numFmt w:val="lowerLetter"/>
      <w:lvlText w:val="%8."/>
      <w:lvlJc w:val="left"/>
      <w:pPr>
        <w:ind w:left="5536" w:hanging="360"/>
      </w:pPr>
    </w:lvl>
    <w:lvl w:ilvl="8" w:tplc="040E001B" w:tentative="1">
      <w:start w:val="1"/>
      <w:numFmt w:val="lowerRoman"/>
      <w:lvlText w:val="%9."/>
      <w:lvlJc w:val="right"/>
      <w:pPr>
        <w:ind w:left="6256" w:hanging="180"/>
      </w:pPr>
    </w:lvl>
  </w:abstractNum>
  <w:abstractNum w:abstractNumId="14" w15:restartNumberingAfterBreak="0">
    <w:nsid w:val="0D2B5F9B"/>
    <w:multiLevelType w:val="hybridMultilevel"/>
    <w:tmpl w:val="F5102858"/>
    <w:lvl w:ilvl="0" w:tplc="FEE2E212">
      <w:start w:val="1"/>
      <w:numFmt w:val="decimal"/>
      <w:lvlText w:val="%1."/>
      <w:lvlJc w:val="left"/>
      <w:pPr>
        <w:ind w:left="136" w:hanging="240"/>
      </w:pPr>
      <w:rPr>
        <w:rFonts w:ascii="Times New Roman" w:eastAsia="Times New Roman" w:hAnsi="Times New Roman" w:cs="Times New Roman" w:hint="default"/>
        <w:b w:val="0"/>
        <w:bCs w:val="0"/>
        <w:i w:val="0"/>
        <w:iCs w:val="0"/>
        <w:spacing w:val="0"/>
        <w:w w:val="100"/>
        <w:sz w:val="24"/>
        <w:szCs w:val="24"/>
        <w:lang w:val="hu-HU" w:eastAsia="en-US" w:bidi="ar-SA"/>
      </w:rPr>
    </w:lvl>
    <w:lvl w:ilvl="1" w:tplc="862A7BB4">
      <w:numFmt w:val="bullet"/>
      <w:lvlText w:val="•"/>
      <w:lvlJc w:val="left"/>
      <w:pPr>
        <w:ind w:left="1090" w:hanging="240"/>
      </w:pPr>
      <w:rPr>
        <w:rFonts w:hint="default"/>
        <w:lang w:val="hu-HU" w:eastAsia="en-US" w:bidi="ar-SA"/>
      </w:rPr>
    </w:lvl>
    <w:lvl w:ilvl="2" w:tplc="19261912">
      <w:numFmt w:val="bullet"/>
      <w:lvlText w:val="•"/>
      <w:lvlJc w:val="left"/>
      <w:pPr>
        <w:ind w:left="2041" w:hanging="240"/>
      </w:pPr>
      <w:rPr>
        <w:rFonts w:hint="default"/>
        <w:lang w:val="hu-HU" w:eastAsia="en-US" w:bidi="ar-SA"/>
      </w:rPr>
    </w:lvl>
    <w:lvl w:ilvl="3" w:tplc="17104998">
      <w:numFmt w:val="bullet"/>
      <w:lvlText w:val="•"/>
      <w:lvlJc w:val="left"/>
      <w:pPr>
        <w:ind w:left="2991" w:hanging="240"/>
      </w:pPr>
      <w:rPr>
        <w:rFonts w:hint="default"/>
        <w:lang w:val="hu-HU" w:eastAsia="en-US" w:bidi="ar-SA"/>
      </w:rPr>
    </w:lvl>
    <w:lvl w:ilvl="4" w:tplc="E160B71A">
      <w:numFmt w:val="bullet"/>
      <w:lvlText w:val="•"/>
      <w:lvlJc w:val="left"/>
      <w:pPr>
        <w:ind w:left="3942" w:hanging="240"/>
      </w:pPr>
      <w:rPr>
        <w:rFonts w:hint="default"/>
        <w:lang w:val="hu-HU" w:eastAsia="en-US" w:bidi="ar-SA"/>
      </w:rPr>
    </w:lvl>
    <w:lvl w:ilvl="5" w:tplc="D92039D0">
      <w:numFmt w:val="bullet"/>
      <w:lvlText w:val="•"/>
      <w:lvlJc w:val="left"/>
      <w:pPr>
        <w:ind w:left="4893" w:hanging="240"/>
      </w:pPr>
      <w:rPr>
        <w:rFonts w:hint="default"/>
        <w:lang w:val="hu-HU" w:eastAsia="en-US" w:bidi="ar-SA"/>
      </w:rPr>
    </w:lvl>
    <w:lvl w:ilvl="6" w:tplc="4C802548">
      <w:numFmt w:val="bullet"/>
      <w:lvlText w:val="•"/>
      <w:lvlJc w:val="left"/>
      <w:pPr>
        <w:ind w:left="5843" w:hanging="240"/>
      </w:pPr>
      <w:rPr>
        <w:rFonts w:hint="default"/>
        <w:lang w:val="hu-HU" w:eastAsia="en-US" w:bidi="ar-SA"/>
      </w:rPr>
    </w:lvl>
    <w:lvl w:ilvl="7" w:tplc="BA70E0D8">
      <w:numFmt w:val="bullet"/>
      <w:lvlText w:val="•"/>
      <w:lvlJc w:val="left"/>
      <w:pPr>
        <w:ind w:left="6794" w:hanging="240"/>
      </w:pPr>
      <w:rPr>
        <w:rFonts w:hint="default"/>
        <w:lang w:val="hu-HU" w:eastAsia="en-US" w:bidi="ar-SA"/>
      </w:rPr>
    </w:lvl>
    <w:lvl w:ilvl="8" w:tplc="4DDA106A">
      <w:numFmt w:val="bullet"/>
      <w:lvlText w:val="•"/>
      <w:lvlJc w:val="left"/>
      <w:pPr>
        <w:ind w:left="7745" w:hanging="240"/>
      </w:pPr>
      <w:rPr>
        <w:rFonts w:hint="default"/>
        <w:lang w:val="hu-HU" w:eastAsia="en-US" w:bidi="ar-SA"/>
      </w:rPr>
    </w:lvl>
  </w:abstractNum>
  <w:abstractNum w:abstractNumId="15" w15:restartNumberingAfterBreak="0">
    <w:nsid w:val="0DEE14D1"/>
    <w:multiLevelType w:val="hybridMultilevel"/>
    <w:tmpl w:val="867A6E3C"/>
    <w:lvl w:ilvl="0" w:tplc="883265AE">
      <w:numFmt w:val="bullet"/>
      <w:lvlText w:val=""/>
      <w:lvlJc w:val="left"/>
      <w:pPr>
        <w:ind w:left="461" w:hanging="112"/>
      </w:pPr>
      <w:rPr>
        <w:rFonts w:ascii="Symbol" w:eastAsia="Symbol" w:hAnsi="Symbol" w:cs="Symbol" w:hint="default"/>
        <w:b w:val="0"/>
        <w:bCs w:val="0"/>
        <w:i w:val="0"/>
        <w:iCs w:val="0"/>
        <w:spacing w:val="0"/>
        <w:w w:val="89"/>
        <w:sz w:val="22"/>
        <w:szCs w:val="22"/>
        <w:lang w:val="hu-HU" w:eastAsia="en-US" w:bidi="ar-SA"/>
      </w:rPr>
    </w:lvl>
    <w:lvl w:ilvl="1" w:tplc="4C9EAC40">
      <w:numFmt w:val="bullet"/>
      <w:lvlText w:val="•"/>
      <w:lvlJc w:val="left"/>
      <w:pPr>
        <w:ind w:left="1331" w:hanging="112"/>
      </w:pPr>
      <w:rPr>
        <w:rFonts w:hint="default"/>
        <w:lang w:val="hu-HU" w:eastAsia="en-US" w:bidi="ar-SA"/>
      </w:rPr>
    </w:lvl>
    <w:lvl w:ilvl="2" w:tplc="8C204606">
      <w:numFmt w:val="bullet"/>
      <w:lvlText w:val="•"/>
      <w:lvlJc w:val="left"/>
      <w:pPr>
        <w:ind w:left="2202" w:hanging="112"/>
      </w:pPr>
      <w:rPr>
        <w:rFonts w:hint="default"/>
        <w:lang w:val="hu-HU" w:eastAsia="en-US" w:bidi="ar-SA"/>
      </w:rPr>
    </w:lvl>
    <w:lvl w:ilvl="3" w:tplc="B53663D8">
      <w:numFmt w:val="bullet"/>
      <w:lvlText w:val="•"/>
      <w:lvlJc w:val="left"/>
      <w:pPr>
        <w:ind w:left="3073" w:hanging="112"/>
      </w:pPr>
      <w:rPr>
        <w:rFonts w:hint="default"/>
        <w:lang w:val="hu-HU" w:eastAsia="en-US" w:bidi="ar-SA"/>
      </w:rPr>
    </w:lvl>
    <w:lvl w:ilvl="4" w:tplc="B0486A62">
      <w:numFmt w:val="bullet"/>
      <w:lvlText w:val="•"/>
      <w:lvlJc w:val="left"/>
      <w:pPr>
        <w:ind w:left="3944" w:hanging="112"/>
      </w:pPr>
      <w:rPr>
        <w:rFonts w:hint="default"/>
        <w:lang w:val="hu-HU" w:eastAsia="en-US" w:bidi="ar-SA"/>
      </w:rPr>
    </w:lvl>
    <w:lvl w:ilvl="5" w:tplc="CA8C100C">
      <w:numFmt w:val="bullet"/>
      <w:lvlText w:val="•"/>
      <w:lvlJc w:val="left"/>
      <w:pPr>
        <w:ind w:left="4816" w:hanging="112"/>
      </w:pPr>
      <w:rPr>
        <w:rFonts w:hint="default"/>
        <w:lang w:val="hu-HU" w:eastAsia="en-US" w:bidi="ar-SA"/>
      </w:rPr>
    </w:lvl>
    <w:lvl w:ilvl="6" w:tplc="DC8694CA">
      <w:numFmt w:val="bullet"/>
      <w:lvlText w:val="•"/>
      <w:lvlJc w:val="left"/>
      <w:pPr>
        <w:ind w:left="5687" w:hanging="112"/>
      </w:pPr>
      <w:rPr>
        <w:rFonts w:hint="default"/>
        <w:lang w:val="hu-HU" w:eastAsia="en-US" w:bidi="ar-SA"/>
      </w:rPr>
    </w:lvl>
    <w:lvl w:ilvl="7" w:tplc="7C2C1B02">
      <w:numFmt w:val="bullet"/>
      <w:lvlText w:val="•"/>
      <w:lvlJc w:val="left"/>
      <w:pPr>
        <w:ind w:left="6558" w:hanging="112"/>
      </w:pPr>
      <w:rPr>
        <w:rFonts w:hint="default"/>
        <w:lang w:val="hu-HU" w:eastAsia="en-US" w:bidi="ar-SA"/>
      </w:rPr>
    </w:lvl>
    <w:lvl w:ilvl="8" w:tplc="81728064">
      <w:numFmt w:val="bullet"/>
      <w:lvlText w:val="•"/>
      <w:lvlJc w:val="left"/>
      <w:pPr>
        <w:ind w:left="7429" w:hanging="112"/>
      </w:pPr>
      <w:rPr>
        <w:rFonts w:hint="default"/>
        <w:lang w:val="hu-HU" w:eastAsia="en-US" w:bidi="ar-SA"/>
      </w:rPr>
    </w:lvl>
  </w:abstractNum>
  <w:abstractNum w:abstractNumId="16" w15:restartNumberingAfterBreak="0">
    <w:nsid w:val="0FEE4938"/>
    <w:multiLevelType w:val="hybridMultilevel"/>
    <w:tmpl w:val="57000C48"/>
    <w:lvl w:ilvl="0" w:tplc="A678E1CC">
      <w:numFmt w:val="bullet"/>
      <w:lvlText w:val="-"/>
      <w:lvlJc w:val="left"/>
      <w:pPr>
        <w:ind w:left="923" w:hanging="360"/>
      </w:pPr>
      <w:rPr>
        <w:rFonts w:ascii="Times New Roman" w:eastAsia="Times New Roman" w:hAnsi="Times New Roman" w:cs="Times New Roman" w:hint="default"/>
        <w:b w:val="0"/>
        <w:bCs w:val="0"/>
        <w:i w:val="0"/>
        <w:iCs w:val="0"/>
        <w:spacing w:val="0"/>
        <w:w w:val="100"/>
        <w:sz w:val="24"/>
        <w:szCs w:val="24"/>
        <w:lang w:val="hu-HU" w:eastAsia="en-US" w:bidi="ar-SA"/>
      </w:rPr>
    </w:lvl>
    <w:lvl w:ilvl="1" w:tplc="FC3AC880">
      <w:numFmt w:val="bullet"/>
      <w:lvlText w:val="•"/>
      <w:lvlJc w:val="left"/>
      <w:pPr>
        <w:ind w:left="1792" w:hanging="360"/>
      </w:pPr>
      <w:rPr>
        <w:rFonts w:hint="default"/>
        <w:lang w:val="hu-HU" w:eastAsia="en-US" w:bidi="ar-SA"/>
      </w:rPr>
    </w:lvl>
    <w:lvl w:ilvl="2" w:tplc="59CC47D8">
      <w:numFmt w:val="bullet"/>
      <w:lvlText w:val="•"/>
      <w:lvlJc w:val="left"/>
      <w:pPr>
        <w:ind w:left="2665" w:hanging="360"/>
      </w:pPr>
      <w:rPr>
        <w:rFonts w:hint="default"/>
        <w:lang w:val="hu-HU" w:eastAsia="en-US" w:bidi="ar-SA"/>
      </w:rPr>
    </w:lvl>
    <w:lvl w:ilvl="3" w:tplc="8D241D8A">
      <w:numFmt w:val="bullet"/>
      <w:lvlText w:val="•"/>
      <w:lvlJc w:val="left"/>
      <w:pPr>
        <w:ind w:left="3537" w:hanging="360"/>
      </w:pPr>
      <w:rPr>
        <w:rFonts w:hint="default"/>
        <w:lang w:val="hu-HU" w:eastAsia="en-US" w:bidi="ar-SA"/>
      </w:rPr>
    </w:lvl>
    <w:lvl w:ilvl="4" w:tplc="923235F8">
      <w:numFmt w:val="bullet"/>
      <w:lvlText w:val="•"/>
      <w:lvlJc w:val="left"/>
      <w:pPr>
        <w:ind w:left="4410" w:hanging="360"/>
      </w:pPr>
      <w:rPr>
        <w:rFonts w:hint="default"/>
        <w:lang w:val="hu-HU" w:eastAsia="en-US" w:bidi="ar-SA"/>
      </w:rPr>
    </w:lvl>
    <w:lvl w:ilvl="5" w:tplc="B35090DA">
      <w:numFmt w:val="bullet"/>
      <w:lvlText w:val="•"/>
      <w:lvlJc w:val="left"/>
      <w:pPr>
        <w:ind w:left="5283" w:hanging="360"/>
      </w:pPr>
      <w:rPr>
        <w:rFonts w:hint="default"/>
        <w:lang w:val="hu-HU" w:eastAsia="en-US" w:bidi="ar-SA"/>
      </w:rPr>
    </w:lvl>
    <w:lvl w:ilvl="6" w:tplc="70F02344">
      <w:numFmt w:val="bullet"/>
      <w:lvlText w:val="•"/>
      <w:lvlJc w:val="left"/>
      <w:pPr>
        <w:ind w:left="6155" w:hanging="360"/>
      </w:pPr>
      <w:rPr>
        <w:rFonts w:hint="default"/>
        <w:lang w:val="hu-HU" w:eastAsia="en-US" w:bidi="ar-SA"/>
      </w:rPr>
    </w:lvl>
    <w:lvl w:ilvl="7" w:tplc="4A5C2DE4">
      <w:numFmt w:val="bullet"/>
      <w:lvlText w:val="•"/>
      <w:lvlJc w:val="left"/>
      <w:pPr>
        <w:ind w:left="7028" w:hanging="360"/>
      </w:pPr>
      <w:rPr>
        <w:rFonts w:hint="default"/>
        <w:lang w:val="hu-HU" w:eastAsia="en-US" w:bidi="ar-SA"/>
      </w:rPr>
    </w:lvl>
    <w:lvl w:ilvl="8" w:tplc="F6CEE718">
      <w:numFmt w:val="bullet"/>
      <w:lvlText w:val="•"/>
      <w:lvlJc w:val="left"/>
      <w:pPr>
        <w:ind w:left="7901" w:hanging="360"/>
      </w:pPr>
      <w:rPr>
        <w:rFonts w:hint="default"/>
        <w:lang w:val="hu-HU" w:eastAsia="en-US" w:bidi="ar-SA"/>
      </w:rPr>
    </w:lvl>
  </w:abstractNum>
  <w:abstractNum w:abstractNumId="17" w15:restartNumberingAfterBreak="0">
    <w:nsid w:val="125032E2"/>
    <w:multiLevelType w:val="multilevel"/>
    <w:tmpl w:val="420664F4"/>
    <w:lvl w:ilvl="0">
      <w:start w:val="3"/>
      <w:numFmt w:val="decimal"/>
      <w:lvlText w:val="%1."/>
      <w:lvlJc w:val="left"/>
      <w:pPr>
        <w:ind w:left="495" w:hanging="360"/>
      </w:pPr>
      <w:rPr>
        <w:rFonts w:hint="default"/>
      </w:rPr>
    </w:lvl>
    <w:lvl w:ilvl="1">
      <w:start w:val="1"/>
      <w:numFmt w:val="decimal"/>
      <w:isLgl/>
      <w:lvlText w:val="%1.%2."/>
      <w:lvlJc w:val="left"/>
      <w:pPr>
        <w:ind w:left="496"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858" w:hanging="720"/>
      </w:pPr>
      <w:rPr>
        <w:rFonts w:hint="default"/>
      </w:rPr>
    </w:lvl>
    <w:lvl w:ilvl="4">
      <w:start w:val="1"/>
      <w:numFmt w:val="decimal"/>
      <w:isLgl/>
      <w:lvlText w:val="%1.%2.%3.%4.%5."/>
      <w:lvlJc w:val="left"/>
      <w:pPr>
        <w:ind w:left="1219" w:hanging="1080"/>
      </w:pPr>
      <w:rPr>
        <w:rFonts w:hint="default"/>
      </w:rPr>
    </w:lvl>
    <w:lvl w:ilvl="5">
      <w:start w:val="1"/>
      <w:numFmt w:val="decimal"/>
      <w:isLgl/>
      <w:lvlText w:val="%1.%2.%3.%4.%5.%6."/>
      <w:lvlJc w:val="left"/>
      <w:pPr>
        <w:ind w:left="1220" w:hanging="108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3" w:hanging="1800"/>
      </w:pPr>
      <w:rPr>
        <w:rFonts w:hint="default"/>
      </w:rPr>
    </w:lvl>
  </w:abstractNum>
  <w:abstractNum w:abstractNumId="18" w15:restartNumberingAfterBreak="0">
    <w:nsid w:val="13B423A3"/>
    <w:multiLevelType w:val="hybridMultilevel"/>
    <w:tmpl w:val="70ACFD8E"/>
    <w:lvl w:ilvl="0" w:tplc="72CEAA78">
      <w:start w:val="1"/>
      <w:numFmt w:val="decimal"/>
      <w:lvlText w:val="%1."/>
      <w:lvlJc w:val="left"/>
      <w:pPr>
        <w:ind w:left="820" w:hanging="405"/>
      </w:pPr>
      <w:rPr>
        <w:rFonts w:hint="default"/>
      </w:rPr>
    </w:lvl>
    <w:lvl w:ilvl="1" w:tplc="040E0019" w:tentative="1">
      <w:start w:val="1"/>
      <w:numFmt w:val="lowerLetter"/>
      <w:lvlText w:val="%2."/>
      <w:lvlJc w:val="left"/>
      <w:pPr>
        <w:ind w:left="1495" w:hanging="360"/>
      </w:pPr>
    </w:lvl>
    <w:lvl w:ilvl="2" w:tplc="040E001B" w:tentative="1">
      <w:start w:val="1"/>
      <w:numFmt w:val="lowerRoman"/>
      <w:lvlText w:val="%3."/>
      <w:lvlJc w:val="right"/>
      <w:pPr>
        <w:ind w:left="2215" w:hanging="180"/>
      </w:pPr>
    </w:lvl>
    <w:lvl w:ilvl="3" w:tplc="040E000F" w:tentative="1">
      <w:start w:val="1"/>
      <w:numFmt w:val="decimal"/>
      <w:lvlText w:val="%4."/>
      <w:lvlJc w:val="left"/>
      <w:pPr>
        <w:ind w:left="2935" w:hanging="360"/>
      </w:pPr>
    </w:lvl>
    <w:lvl w:ilvl="4" w:tplc="040E0019" w:tentative="1">
      <w:start w:val="1"/>
      <w:numFmt w:val="lowerLetter"/>
      <w:lvlText w:val="%5."/>
      <w:lvlJc w:val="left"/>
      <w:pPr>
        <w:ind w:left="3655" w:hanging="360"/>
      </w:pPr>
    </w:lvl>
    <w:lvl w:ilvl="5" w:tplc="040E001B" w:tentative="1">
      <w:start w:val="1"/>
      <w:numFmt w:val="lowerRoman"/>
      <w:lvlText w:val="%6."/>
      <w:lvlJc w:val="right"/>
      <w:pPr>
        <w:ind w:left="4375" w:hanging="180"/>
      </w:pPr>
    </w:lvl>
    <w:lvl w:ilvl="6" w:tplc="040E000F" w:tentative="1">
      <w:start w:val="1"/>
      <w:numFmt w:val="decimal"/>
      <w:lvlText w:val="%7."/>
      <w:lvlJc w:val="left"/>
      <w:pPr>
        <w:ind w:left="5095" w:hanging="360"/>
      </w:pPr>
    </w:lvl>
    <w:lvl w:ilvl="7" w:tplc="040E0019" w:tentative="1">
      <w:start w:val="1"/>
      <w:numFmt w:val="lowerLetter"/>
      <w:lvlText w:val="%8."/>
      <w:lvlJc w:val="left"/>
      <w:pPr>
        <w:ind w:left="5815" w:hanging="360"/>
      </w:pPr>
    </w:lvl>
    <w:lvl w:ilvl="8" w:tplc="040E001B" w:tentative="1">
      <w:start w:val="1"/>
      <w:numFmt w:val="lowerRoman"/>
      <w:lvlText w:val="%9."/>
      <w:lvlJc w:val="right"/>
      <w:pPr>
        <w:ind w:left="6535" w:hanging="180"/>
      </w:pPr>
    </w:lvl>
  </w:abstractNum>
  <w:abstractNum w:abstractNumId="19" w15:restartNumberingAfterBreak="0">
    <w:nsid w:val="18F64196"/>
    <w:multiLevelType w:val="hybridMultilevel"/>
    <w:tmpl w:val="B42C98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1B1E760A"/>
    <w:multiLevelType w:val="hybridMultilevel"/>
    <w:tmpl w:val="79C8826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1F94253A"/>
    <w:multiLevelType w:val="hybridMultilevel"/>
    <w:tmpl w:val="A7002E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1F9C4988"/>
    <w:multiLevelType w:val="hybridMultilevel"/>
    <w:tmpl w:val="6FC43B8C"/>
    <w:lvl w:ilvl="0" w:tplc="DF0EAF44">
      <w:numFmt w:val="bullet"/>
      <w:lvlText w:val="•"/>
      <w:lvlJc w:val="left"/>
      <w:pPr>
        <w:ind w:left="280" w:hanging="144"/>
      </w:pPr>
      <w:rPr>
        <w:rFonts w:ascii="Times New Roman" w:eastAsia="Times New Roman" w:hAnsi="Times New Roman" w:cs="Times New Roman" w:hint="default"/>
        <w:b w:val="0"/>
        <w:bCs w:val="0"/>
        <w:i w:val="0"/>
        <w:iCs w:val="0"/>
        <w:spacing w:val="0"/>
        <w:w w:val="100"/>
        <w:sz w:val="24"/>
        <w:szCs w:val="24"/>
        <w:lang w:val="hu-HU" w:eastAsia="en-US" w:bidi="ar-SA"/>
      </w:rPr>
    </w:lvl>
    <w:lvl w:ilvl="1" w:tplc="6D5252EA">
      <w:numFmt w:val="bullet"/>
      <w:lvlText w:val="•"/>
      <w:lvlJc w:val="left"/>
      <w:pPr>
        <w:ind w:left="1216" w:hanging="144"/>
      </w:pPr>
      <w:rPr>
        <w:rFonts w:hint="default"/>
        <w:lang w:val="hu-HU" w:eastAsia="en-US" w:bidi="ar-SA"/>
      </w:rPr>
    </w:lvl>
    <w:lvl w:ilvl="2" w:tplc="36C2409E">
      <w:numFmt w:val="bullet"/>
      <w:lvlText w:val="•"/>
      <w:lvlJc w:val="left"/>
      <w:pPr>
        <w:ind w:left="2153" w:hanging="144"/>
      </w:pPr>
      <w:rPr>
        <w:rFonts w:hint="default"/>
        <w:lang w:val="hu-HU" w:eastAsia="en-US" w:bidi="ar-SA"/>
      </w:rPr>
    </w:lvl>
    <w:lvl w:ilvl="3" w:tplc="4B14AE02">
      <w:numFmt w:val="bullet"/>
      <w:lvlText w:val="•"/>
      <w:lvlJc w:val="left"/>
      <w:pPr>
        <w:ind w:left="3089" w:hanging="144"/>
      </w:pPr>
      <w:rPr>
        <w:rFonts w:hint="default"/>
        <w:lang w:val="hu-HU" w:eastAsia="en-US" w:bidi="ar-SA"/>
      </w:rPr>
    </w:lvl>
    <w:lvl w:ilvl="4" w:tplc="393C4566">
      <w:numFmt w:val="bullet"/>
      <w:lvlText w:val="•"/>
      <w:lvlJc w:val="left"/>
      <w:pPr>
        <w:ind w:left="4026" w:hanging="144"/>
      </w:pPr>
      <w:rPr>
        <w:rFonts w:hint="default"/>
        <w:lang w:val="hu-HU" w:eastAsia="en-US" w:bidi="ar-SA"/>
      </w:rPr>
    </w:lvl>
    <w:lvl w:ilvl="5" w:tplc="E27679D8">
      <w:numFmt w:val="bullet"/>
      <w:lvlText w:val="•"/>
      <w:lvlJc w:val="left"/>
      <w:pPr>
        <w:ind w:left="4963" w:hanging="144"/>
      </w:pPr>
      <w:rPr>
        <w:rFonts w:hint="default"/>
        <w:lang w:val="hu-HU" w:eastAsia="en-US" w:bidi="ar-SA"/>
      </w:rPr>
    </w:lvl>
    <w:lvl w:ilvl="6" w:tplc="E88A9768">
      <w:numFmt w:val="bullet"/>
      <w:lvlText w:val="•"/>
      <w:lvlJc w:val="left"/>
      <w:pPr>
        <w:ind w:left="5899" w:hanging="144"/>
      </w:pPr>
      <w:rPr>
        <w:rFonts w:hint="default"/>
        <w:lang w:val="hu-HU" w:eastAsia="en-US" w:bidi="ar-SA"/>
      </w:rPr>
    </w:lvl>
    <w:lvl w:ilvl="7" w:tplc="1A2C8848">
      <w:numFmt w:val="bullet"/>
      <w:lvlText w:val="•"/>
      <w:lvlJc w:val="left"/>
      <w:pPr>
        <w:ind w:left="6836" w:hanging="144"/>
      </w:pPr>
      <w:rPr>
        <w:rFonts w:hint="default"/>
        <w:lang w:val="hu-HU" w:eastAsia="en-US" w:bidi="ar-SA"/>
      </w:rPr>
    </w:lvl>
    <w:lvl w:ilvl="8" w:tplc="D9788E5A">
      <w:numFmt w:val="bullet"/>
      <w:lvlText w:val="•"/>
      <w:lvlJc w:val="left"/>
      <w:pPr>
        <w:ind w:left="7773" w:hanging="144"/>
      </w:pPr>
      <w:rPr>
        <w:rFonts w:hint="default"/>
        <w:lang w:val="hu-HU" w:eastAsia="en-US" w:bidi="ar-SA"/>
      </w:rPr>
    </w:lvl>
  </w:abstractNum>
  <w:abstractNum w:abstractNumId="23" w15:restartNumberingAfterBreak="0">
    <w:nsid w:val="218D6697"/>
    <w:multiLevelType w:val="hybridMultilevel"/>
    <w:tmpl w:val="0AFCEB12"/>
    <w:lvl w:ilvl="0" w:tplc="93DC0C4E">
      <w:numFmt w:val="bullet"/>
      <w:lvlText w:val="-"/>
      <w:lvlJc w:val="left"/>
      <w:pPr>
        <w:ind w:left="275" w:hanging="140"/>
      </w:pPr>
      <w:rPr>
        <w:rFonts w:ascii="Times New Roman" w:eastAsia="Times New Roman" w:hAnsi="Times New Roman" w:cs="Times New Roman" w:hint="default"/>
        <w:b w:val="0"/>
        <w:bCs w:val="0"/>
        <w:i w:val="0"/>
        <w:iCs w:val="0"/>
        <w:spacing w:val="0"/>
        <w:w w:val="100"/>
        <w:sz w:val="24"/>
        <w:szCs w:val="24"/>
        <w:lang w:val="hu-HU" w:eastAsia="en-US" w:bidi="ar-SA"/>
      </w:rPr>
    </w:lvl>
    <w:lvl w:ilvl="1" w:tplc="5EC8B304">
      <w:numFmt w:val="bullet"/>
      <w:lvlText w:val="•"/>
      <w:lvlJc w:val="left"/>
      <w:pPr>
        <w:ind w:left="1216" w:hanging="140"/>
      </w:pPr>
      <w:rPr>
        <w:rFonts w:hint="default"/>
        <w:lang w:val="hu-HU" w:eastAsia="en-US" w:bidi="ar-SA"/>
      </w:rPr>
    </w:lvl>
    <w:lvl w:ilvl="2" w:tplc="1FEE3CC8">
      <w:numFmt w:val="bullet"/>
      <w:lvlText w:val="•"/>
      <w:lvlJc w:val="left"/>
      <w:pPr>
        <w:ind w:left="2153" w:hanging="140"/>
      </w:pPr>
      <w:rPr>
        <w:rFonts w:hint="default"/>
        <w:lang w:val="hu-HU" w:eastAsia="en-US" w:bidi="ar-SA"/>
      </w:rPr>
    </w:lvl>
    <w:lvl w:ilvl="3" w:tplc="2A845532">
      <w:numFmt w:val="bullet"/>
      <w:lvlText w:val="•"/>
      <w:lvlJc w:val="left"/>
      <w:pPr>
        <w:ind w:left="3089" w:hanging="140"/>
      </w:pPr>
      <w:rPr>
        <w:rFonts w:hint="default"/>
        <w:lang w:val="hu-HU" w:eastAsia="en-US" w:bidi="ar-SA"/>
      </w:rPr>
    </w:lvl>
    <w:lvl w:ilvl="4" w:tplc="E23234FA">
      <w:numFmt w:val="bullet"/>
      <w:lvlText w:val="•"/>
      <w:lvlJc w:val="left"/>
      <w:pPr>
        <w:ind w:left="4026" w:hanging="140"/>
      </w:pPr>
      <w:rPr>
        <w:rFonts w:hint="default"/>
        <w:lang w:val="hu-HU" w:eastAsia="en-US" w:bidi="ar-SA"/>
      </w:rPr>
    </w:lvl>
    <w:lvl w:ilvl="5" w:tplc="E1946502">
      <w:numFmt w:val="bullet"/>
      <w:lvlText w:val="•"/>
      <w:lvlJc w:val="left"/>
      <w:pPr>
        <w:ind w:left="4963" w:hanging="140"/>
      </w:pPr>
      <w:rPr>
        <w:rFonts w:hint="default"/>
        <w:lang w:val="hu-HU" w:eastAsia="en-US" w:bidi="ar-SA"/>
      </w:rPr>
    </w:lvl>
    <w:lvl w:ilvl="6" w:tplc="8C60DDAA">
      <w:numFmt w:val="bullet"/>
      <w:lvlText w:val="•"/>
      <w:lvlJc w:val="left"/>
      <w:pPr>
        <w:ind w:left="5899" w:hanging="140"/>
      </w:pPr>
      <w:rPr>
        <w:rFonts w:hint="default"/>
        <w:lang w:val="hu-HU" w:eastAsia="en-US" w:bidi="ar-SA"/>
      </w:rPr>
    </w:lvl>
    <w:lvl w:ilvl="7" w:tplc="85020D34">
      <w:numFmt w:val="bullet"/>
      <w:lvlText w:val="•"/>
      <w:lvlJc w:val="left"/>
      <w:pPr>
        <w:ind w:left="6836" w:hanging="140"/>
      </w:pPr>
      <w:rPr>
        <w:rFonts w:hint="default"/>
        <w:lang w:val="hu-HU" w:eastAsia="en-US" w:bidi="ar-SA"/>
      </w:rPr>
    </w:lvl>
    <w:lvl w:ilvl="8" w:tplc="DBEEDA2C">
      <w:numFmt w:val="bullet"/>
      <w:lvlText w:val="•"/>
      <w:lvlJc w:val="left"/>
      <w:pPr>
        <w:ind w:left="7773" w:hanging="140"/>
      </w:pPr>
      <w:rPr>
        <w:rFonts w:hint="default"/>
        <w:lang w:val="hu-HU" w:eastAsia="en-US" w:bidi="ar-SA"/>
      </w:rPr>
    </w:lvl>
  </w:abstractNum>
  <w:abstractNum w:abstractNumId="24" w15:restartNumberingAfterBreak="0">
    <w:nsid w:val="21CD664D"/>
    <w:multiLevelType w:val="hybridMultilevel"/>
    <w:tmpl w:val="BD40FA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2C737B82"/>
    <w:multiLevelType w:val="hybridMultilevel"/>
    <w:tmpl w:val="72B4E2AA"/>
    <w:lvl w:ilvl="0" w:tplc="040E0005">
      <w:start w:val="1"/>
      <w:numFmt w:val="bullet"/>
      <w:lvlText w:val=""/>
      <w:lvlJc w:val="left"/>
      <w:pPr>
        <w:ind w:left="856" w:hanging="360"/>
      </w:pPr>
      <w:rPr>
        <w:rFonts w:ascii="Wingdings" w:hAnsi="Wingdings" w:hint="default"/>
      </w:rPr>
    </w:lvl>
    <w:lvl w:ilvl="1" w:tplc="040E0005">
      <w:start w:val="1"/>
      <w:numFmt w:val="bullet"/>
      <w:lvlText w:val=""/>
      <w:lvlJc w:val="left"/>
      <w:pPr>
        <w:ind w:left="1576" w:hanging="360"/>
      </w:pPr>
      <w:rPr>
        <w:rFonts w:ascii="Wingdings" w:hAnsi="Wingdings" w:hint="default"/>
      </w:rPr>
    </w:lvl>
    <w:lvl w:ilvl="2" w:tplc="040E0005" w:tentative="1">
      <w:start w:val="1"/>
      <w:numFmt w:val="bullet"/>
      <w:lvlText w:val=""/>
      <w:lvlJc w:val="left"/>
      <w:pPr>
        <w:ind w:left="2296" w:hanging="360"/>
      </w:pPr>
      <w:rPr>
        <w:rFonts w:ascii="Wingdings" w:hAnsi="Wingdings" w:hint="default"/>
      </w:rPr>
    </w:lvl>
    <w:lvl w:ilvl="3" w:tplc="040E0001" w:tentative="1">
      <w:start w:val="1"/>
      <w:numFmt w:val="bullet"/>
      <w:lvlText w:val=""/>
      <w:lvlJc w:val="left"/>
      <w:pPr>
        <w:ind w:left="3016" w:hanging="360"/>
      </w:pPr>
      <w:rPr>
        <w:rFonts w:ascii="Symbol" w:hAnsi="Symbol" w:hint="default"/>
      </w:rPr>
    </w:lvl>
    <w:lvl w:ilvl="4" w:tplc="040E0003" w:tentative="1">
      <w:start w:val="1"/>
      <w:numFmt w:val="bullet"/>
      <w:lvlText w:val="o"/>
      <w:lvlJc w:val="left"/>
      <w:pPr>
        <w:ind w:left="3736" w:hanging="360"/>
      </w:pPr>
      <w:rPr>
        <w:rFonts w:ascii="Courier New" w:hAnsi="Courier New" w:cs="Courier New" w:hint="default"/>
      </w:rPr>
    </w:lvl>
    <w:lvl w:ilvl="5" w:tplc="040E0005" w:tentative="1">
      <w:start w:val="1"/>
      <w:numFmt w:val="bullet"/>
      <w:lvlText w:val=""/>
      <w:lvlJc w:val="left"/>
      <w:pPr>
        <w:ind w:left="4456" w:hanging="360"/>
      </w:pPr>
      <w:rPr>
        <w:rFonts w:ascii="Wingdings" w:hAnsi="Wingdings" w:hint="default"/>
      </w:rPr>
    </w:lvl>
    <w:lvl w:ilvl="6" w:tplc="040E0001" w:tentative="1">
      <w:start w:val="1"/>
      <w:numFmt w:val="bullet"/>
      <w:lvlText w:val=""/>
      <w:lvlJc w:val="left"/>
      <w:pPr>
        <w:ind w:left="5176" w:hanging="360"/>
      </w:pPr>
      <w:rPr>
        <w:rFonts w:ascii="Symbol" w:hAnsi="Symbol" w:hint="default"/>
      </w:rPr>
    </w:lvl>
    <w:lvl w:ilvl="7" w:tplc="040E0003" w:tentative="1">
      <w:start w:val="1"/>
      <w:numFmt w:val="bullet"/>
      <w:lvlText w:val="o"/>
      <w:lvlJc w:val="left"/>
      <w:pPr>
        <w:ind w:left="5896" w:hanging="360"/>
      </w:pPr>
      <w:rPr>
        <w:rFonts w:ascii="Courier New" w:hAnsi="Courier New" w:cs="Courier New" w:hint="default"/>
      </w:rPr>
    </w:lvl>
    <w:lvl w:ilvl="8" w:tplc="040E0005" w:tentative="1">
      <w:start w:val="1"/>
      <w:numFmt w:val="bullet"/>
      <w:lvlText w:val=""/>
      <w:lvlJc w:val="left"/>
      <w:pPr>
        <w:ind w:left="6616" w:hanging="360"/>
      </w:pPr>
      <w:rPr>
        <w:rFonts w:ascii="Wingdings" w:hAnsi="Wingdings" w:hint="default"/>
      </w:rPr>
    </w:lvl>
  </w:abstractNum>
  <w:abstractNum w:abstractNumId="26" w15:restartNumberingAfterBreak="0">
    <w:nsid w:val="315B34CE"/>
    <w:multiLevelType w:val="hybridMultilevel"/>
    <w:tmpl w:val="2F568372"/>
    <w:lvl w:ilvl="0" w:tplc="FD286B4E">
      <w:start w:val="4"/>
      <w:numFmt w:val="decimal"/>
      <w:lvlText w:val="%1"/>
      <w:lvlJc w:val="left"/>
      <w:pPr>
        <w:ind w:left="495" w:hanging="360"/>
      </w:pPr>
      <w:rPr>
        <w:rFonts w:hint="default"/>
        <w:sz w:val="20"/>
      </w:rPr>
    </w:lvl>
    <w:lvl w:ilvl="1" w:tplc="040E0019" w:tentative="1">
      <w:start w:val="1"/>
      <w:numFmt w:val="lowerLetter"/>
      <w:lvlText w:val="%2."/>
      <w:lvlJc w:val="left"/>
      <w:pPr>
        <w:ind w:left="1215" w:hanging="360"/>
      </w:pPr>
    </w:lvl>
    <w:lvl w:ilvl="2" w:tplc="040E001B" w:tentative="1">
      <w:start w:val="1"/>
      <w:numFmt w:val="lowerRoman"/>
      <w:lvlText w:val="%3."/>
      <w:lvlJc w:val="right"/>
      <w:pPr>
        <w:ind w:left="1935" w:hanging="180"/>
      </w:pPr>
    </w:lvl>
    <w:lvl w:ilvl="3" w:tplc="040E000F" w:tentative="1">
      <w:start w:val="1"/>
      <w:numFmt w:val="decimal"/>
      <w:lvlText w:val="%4."/>
      <w:lvlJc w:val="left"/>
      <w:pPr>
        <w:ind w:left="2655" w:hanging="360"/>
      </w:pPr>
    </w:lvl>
    <w:lvl w:ilvl="4" w:tplc="040E0019" w:tentative="1">
      <w:start w:val="1"/>
      <w:numFmt w:val="lowerLetter"/>
      <w:lvlText w:val="%5."/>
      <w:lvlJc w:val="left"/>
      <w:pPr>
        <w:ind w:left="3375" w:hanging="360"/>
      </w:pPr>
    </w:lvl>
    <w:lvl w:ilvl="5" w:tplc="040E001B" w:tentative="1">
      <w:start w:val="1"/>
      <w:numFmt w:val="lowerRoman"/>
      <w:lvlText w:val="%6."/>
      <w:lvlJc w:val="right"/>
      <w:pPr>
        <w:ind w:left="4095" w:hanging="180"/>
      </w:pPr>
    </w:lvl>
    <w:lvl w:ilvl="6" w:tplc="040E000F" w:tentative="1">
      <w:start w:val="1"/>
      <w:numFmt w:val="decimal"/>
      <w:lvlText w:val="%7."/>
      <w:lvlJc w:val="left"/>
      <w:pPr>
        <w:ind w:left="4815" w:hanging="360"/>
      </w:pPr>
    </w:lvl>
    <w:lvl w:ilvl="7" w:tplc="040E0019" w:tentative="1">
      <w:start w:val="1"/>
      <w:numFmt w:val="lowerLetter"/>
      <w:lvlText w:val="%8."/>
      <w:lvlJc w:val="left"/>
      <w:pPr>
        <w:ind w:left="5535" w:hanging="360"/>
      </w:pPr>
    </w:lvl>
    <w:lvl w:ilvl="8" w:tplc="040E001B" w:tentative="1">
      <w:start w:val="1"/>
      <w:numFmt w:val="lowerRoman"/>
      <w:lvlText w:val="%9."/>
      <w:lvlJc w:val="right"/>
      <w:pPr>
        <w:ind w:left="6255" w:hanging="180"/>
      </w:pPr>
    </w:lvl>
  </w:abstractNum>
  <w:abstractNum w:abstractNumId="27" w15:restartNumberingAfterBreak="0">
    <w:nsid w:val="35152F82"/>
    <w:multiLevelType w:val="hybridMultilevel"/>
    <w:tmpl w:val="819CACBA"/>
    <w:lvl w:ilvl="0" w:tplc="DC82016A">
      <w:start w:val="3"/>
      <w:numFmt w:val="decimal"/>
      <w:lvlText w:val="%1"/>
      <w:lvlJc w:val="left"/>
      <w:pPr>
        <w:ind w:left="855" w:hanging="360"/>
      </w:pPr>
      <w:rPr>
        <w:rFonts w:hint="default"/>
      </w:rPr>
    </w:lvl>
    <w:lvl w:ilvl="1" w:tplc="040E0019" w:tentative="1">
      <w:start w:val="1"/>
      <w:numFmt w:val="lowerLetter"/>
      <w:lvlText w:val="%2."/>
      <w:lvlJc w:val="left"/>
      <w:pPr>
        <w:ind w:left="1575" w:hanging="360"/>
      </w:pPr>
    </w:lvl>
    <w:lvl w:ilvl="2" w:tplc="040E001B" w:tentative="1">
      <w:start w:val="1"/>
      <w:numFmt w:val="lowerRoman"/>
      <w:lvlText w:val="%3."/>
      <w:lvlJc w:val="right"/>
      <w:pPr>
        <w:ind w:left="2295" w:hanging="180"/>
      </w:pPr>
    </w:lvl>
    <w:lvl w:ilvl="3" w:tplc="040E000F" w:tentative="1">
      <w:start w:val="1"/>
      <w:numFmt w:val="decimal"/>
      <w:lvlText w:val="%4."/>
      <w:lvlJc w:val="left"/>
      <w:pPr>
        <w:ind w:left="3015" w:hanging="360"/>
      </w:pPr>
    </w:lvl>
    <w:lvl w:ilvl="4" w:tplc="040E0019" w:tentative="1">
      <w:start w:val="1"/>
      <w:numFmt w:val="lowerLetter"/>
      <w:lvlText w:val="%5."/>
      <w:lvlJc w:val="left"/>
      <w:pPr>
        <w:ind w:left="3735" w:hanging="360"/>
      </w:pPr>
    </w:lvl>
    <w:lvl w:ilvl="5" w:tplc="040E001B" w:tentative="1">
      <w:start w:val="1"/>
      <w:numFmt w:val="lowerRoman"/>
      <w:lvlText w:val="%6."/>
      <w:lvlJc w:val="right"/>
      <w:pPr>
        <w:ind w:left="4455" w:hanging="180"/>
      </w:pPr>
    </w:lvl>
    <w:lvl w:ilvl="6" w:tplc="040E000F" w:tentative="1">
      <w:start w:val="1"/>
      <w:numFmt w:val="decimal"/>
      <w:lvlText w:val="%7."/>
      <w:lvlJc w:val="left"/>
      <w:pPr>
        <w:ind w:left="5175" w:hanging="360"/>
      </w:pPr>
    </w:lvl>
    <w:lvl w:ilvl="7" w:tplc="040E0019" w:tentative="1">
      <w:start w:val="1"/>
      <w:numFmt w:val="lowerLetter"/>
      <w:lvlText w:val="%8."/>
      <w:lvlJc w:val="left"/>
      <w:pPr>
        <w:ind w:left="5895" w:hanging="360"/>
      </w:pPr>
    </w:lvl>
    <w:lvl w:ilvl="8" w:tplc="040E001B" w:tentative="1">
      <w:start w:val="1"/>
      <w:numFmt w:val="lowerRoman"/>
      <w:lvlText w:val="%9."/>
      <w:lvlJc w:val="right"/>
      <w:pPr>
        <w:ind w:left="6615" w:hanging="180"/>
      </w:pPr>
    </w:lvl>
  </w:abstractNum>
  <w:abstractNum w:abstractNumId="28" w15:restartNumberingAfterBreak="0">
    <w:nsid w:val="3612216C"/>
    <w:multiLevelType w:val="multilevel"/>
    <w:tmpl w:val="CEAE90C8"/>
    <w:lvl w:ilvl="0">
      <w:start w:val="1"/>
      <w:numFmt w:val="upperRoman"/>
      <w:lvlText w:val="%1."/>
      <w:lvlJc w:val="left"/>
      <w:pPr>
        <w:ind w:left="491" w:hanging="267"/>
        <w:jc w:val="right"/>
      </w:pPr>
      <w:rPr>
        <w:rFonts w:ascii="Arial" w:eastAsia="Arial" w:hAnsi="Arial" w:cs="Arial" w:hint="default"/>
        <w:b/>
        <w:bCs/>
        <w:i w:val="0"/>
        <w:iCs w:val="0"/>
        <w:spacing w:val="0"/>
        <w:w w:val="91"/>
        <w:sz w:val="32"/>
        <w:szCs w:val="32"/>
        <w:lang w:val="hu-HU" w:eastAsia="en-US" w:bidi="ar-SA"/>
      </w:rPr>
    </w:lvl>
    <w:lvl w:ilvl="1">
      <w:start w:val="1"/>
      <w:numFmt w:val="lowerLetter"/>
      <w:lvlText w:val="%2)"/>
      <w:lvlJc w:val="left"/>
      <w:pPr>
        <w:ind w:left="382" w:hanging="246"/>
      </w:pPr>
      <w:rPr>
        <w:rFonts w:hint="default"/>
        <w:spacing w:val="-1"/>
        <w:w w:val="89"/>
        <w:u w:val="single" w:color="000000"/>
        <w:lang w:val="hu-HU" w:eastAsia="en-US" w:bidi="ar-SA"/>
      </w:rPr>
    </w:lvl>
    <w:lvl w:ilvl="2">
      <w:start w:val="1"/>
      <w:numFmt w:val="decimal"/>
      <w:lvlText w:val="%2.%3"/>
      <w:lvlJc w:val="left"/>
      <w:pPr>
        <w:ind w:left="510" w:hanging="246"/>
      </w:pPr>
      <w:rPr>
        <w:rFonts w:ascii="Times New Roman" w:eastAsia="Times New Roman" w:hAnsi="Times New Roman" w:cs="Times New Roman" w:hint="default"/>
        <w:b/>
        <w:bCs/>
        <w:i w:val="0"/>
        <w:iCs w:val="0"/>
        <w:spacing w:val="0"/>
        <w:w w:val="100"/>
        <w:sz w:val="24"/>
        <w:szCs w:val="24"/>
        <w:lang w:val="hu-HU" w:eastAsia="en-US" w:bidi="ar-SA"/>
      </w:rPr>
    </w:lvl>
    <w:lvl w:ilvl="3">
      <w:start w:val="1"/>
      <w:numFmt w:val="decimal"/>
      <w:lvlText w:val="%2.%3.%4."/>
      <w:lvlJc w:val="left"/>
      <w:pPr>
        <w:ind w:left="750" w:hanging="246"/>
      </w:pPr>
      <w:rPr>
        <w:rFonts w:ascii="Times New Roman" w:eastAsia="Times New Roman" w:hAnsi="Times New Roman" w:cs="Times New Roman" w:hint="default"/>
        <w:b/>
        <w:bCs/>
        <w:i w:val="0"/>
        <w:iCs w:val="0"/>
        <w:spacing w:val="0"/>
        <w:w w:val="96"/>
        <w:sz w:val="24"/>
        <w:szCs w:val="24"/>
        <w:lang w:val="hu-HU" w:eastAsia="en-US" w:bidi="ar-SA"/>
      </w:rPr>
    </w:lvl>
    <w:lvl w:ilvl="4">
      <w:numFmt w:val="bullet"/>
      <w:lvlText w:val="•"/>
      <w:lvlJc w:val="left"/>
      <w:pPr>
        <w:ind w:left="760" w:hanging="246"/>
      </w:pPr>
      <w:rPr>
        <w:rFonts w:hint="default"/>
        <w:lang w:val="hu-HU" w:eastAsia="en-US" w:bidi="ar-SA"/>
      </w:rPr>
    </w:lvl>
    <w:lvl w:ilvl="5">
      <w:numFmt w:val="bullet"/>
      <w:lvlText w:val="•"/>
      <w:lvlJc w:val="left"/>
      <w:pPr>
        <w:ind w:left="780" w:hanging="246"/>
      </w:pPr>
      <w:rPr>
        <w:rFonts w:hint="default"/>
        <w:lang w:val="hu-HU" w:eastAsia="en-US" w:bidi="ar-SA"/>
      </w:rPr>
    </w:lvl>
    <w:lvl w:ilvl="6">
      <w:numFmt w:val="bullet"/>
      <w:lvlText w:val="•"/>
      <w:lvlJc w:val="left"/>
      <w:pPr>
        <w:ind w:left="2553" w:hanging="246"/>
      </w:pPr>
      <w:rPr>
        <w:rFonts w:hint="default"/>
        <w:lang w:val="hu-HU" w:eastAsia="en-US" w:bidi="ar-SA"/>
      </w:rPr>
    </w:lvl>
    <w:lvl w:ilvl="7">
      <w:numFmt w:val="bullet"/>
      <w:lvlText w:val="•"/>
      <w:lvlJc w:val="left"/>
      <w:pPr>
        <w:ind w:left="4326" w:hanging="246"/>
      </w:pPr>
      <w:rPr>
        <w:rFonts w:hint="default"/>
        <w:lang w:val="hu-HU" w:eastAsia="en-US" w:bidi="ar-SA"/>
      </w:rPr>
    </w:lvl>
    <w:lvl w:ilvl="8">
      <w:numFmt w:val="bullet"/>
      <w:lvlText w:val="•"/>
      <w:lvlJc w:val="left"/>
      <w:pPr>
        <w:ind w:left="6099" w:hanging="246"/>
      </w:pPr>
      <w:rPr>
        <w:rFonts w:hint="default"/>
        <w:lang w:val="hu-HU" w:eastAsia="en-US" w:bidi="ar-SA"/>
      </w:rPr>
    </w:lvl>
  </w:abstractNum>
  <w:abstractNum w:abstractNumId="29" w15:restartNumberingAfterBreak="0">
    <w:nsid w:val="38346E1A"/>
    <w:multiLevelType w:val="hybridMultilevel"/>
    <w:tmpl w:val="3D2E7E52"/>
    <w:lvl w:ilvl="0" w:tplc="96E0AA22">
      <w:start w:val="1"/>
      <w:numFmt w:val="decimal"/>
      <w:lvlText w:val="%1."/>
      <w:lvlJc w:val="left"/>
      <w:pPr>
        <w:ind w:left="376" w:hanging="240"/>
      </w:pPr>
      <w:rPr>
        <w:rFonts w:ascii="Times New Roman" w:eastAsia="Times New Roman" w:hAnsi="Times New Roman" w:cs="Times New Roman" w:hint="default"/>
        <w:b/>
        <w:bCs/>
        <w:i w:val="0"/>
        <w:iCs w:val="0"/>
        <w:spacing w:val="0"/>
        <w:w w:val="100"/>
        <w:sz w:val="24"/>
        <w:szCs w:val="24"/>
        <w:lang w:val="hu-HU" w:eastAsia="en-US" w:bidi="ar-SA"/>
      </w:rPr>
    </w:lvl>
    <w:lvl w:ilvl="1" w:tplc="4E4ADC60">
      <w:numFmt w:val="bullet"/>
      <w:lvlText w:val=""/>
      <w:lvlJc w:val="left"/>
      <w:pPr>
        <w:ind w:left="902" w:hanging="360"/>
      </w:pPr>
      <w:rPr>
        <w:rFonts w:ascii="Symbol" w:eastAsia="Symbol" w:hAnsi="Symbol" w:cs="Symbol" w:hint="default"/>
        <w:spacing w:val="0"/>
        <w:w w:val="100"/>
        <w:lang w:val="hu-HU" w:eastAsia="en-US" w:bidi="ar-SA"/>
      </w:rPr>
    </w:lvl>
    <w:lvl w:ilvl="2" w:tplc="CD629DCA">
      <w:numFmt w:val="bullet"/>
      <w:lvlText w:val="o"/>
      <w:lvlJc w:val="left"/>
      <w:pPr>
        <w:ind w:left="1576" w:hanging="360"/>
      </w:pPr>
      <w:rPr>
        <w:rFonts w:ascii="Courier New" w:eastAsia="Courier New" w:hAnsi="Courier New" w:cs="Courier New" w:hint="default"/>
        <w:b/>
        <w:bCs/>
        <w:i w:val="0"/>
        <w:iCs w:val="0"/>
        <w:spacing w:val="0"/>
        <w:w w:val="100"/>
        <w:sz w:val="24"/>
        <w:szCs w:val="24"/>
        <w:lang w:val="hu-HU" w:eastAsia="en-US" w:bidi="ar-SA"/>
      </w:rPr>
    </w:lvl>
    <w:lvl w:ilvl="3" w:tplc="E7CC23B8">
      <w:numFmt w:val="bullet"/>
      <w:lvlText w:val="•"/>
      <w:lvlJc w:val="left"/>
      <w:pPr>
        <w:ind w:left="2588" w:hanging="360"/>
      </w:pPr>
      <w:rPr>
        <w:rFonts w:hint="default"/>
        <w:lang w:val="hu-HU" w:eastAsia="en-US" w:bidi="ar-SA"/>
      </w:rPr>
    </w:lvl>
    <w:lvl w:ilvl="4" w:tplc="9B22F8F6">
      <w:numFmt w:val="bullet"/>
      <w:lvlText w:val="•"/>
      <w:lvlJc w:val="left"/>
      <w:pPr>
        <w:ind w:left="3596" w:hanging="360"/>
      </w:pPr>
      <w:rPr>
        <w:rFonts w:hint="default"/>
        <w:lang w:val="hu-HU" w:eastAsia="en-US" w:bidi="ar-SA"/>
      </w:rPr>
    </w:lvl>
    <w:lvl w:ilvl="5" w:tplc="B8AAE618">
      <w:numFmt w:val="bullet"/>
      <w:lvlText w:val="•"/>
      <w:lvlJc w:val="left"/>
      <w:pPr>
        <w:ind w:left="4604" w:hanging="360"/>
      </w:pPr>
      <w:rPr>
        <w:rFonts w:hint="default"/>
        <w:lang w:val="hu-HU" w:eastAsia="en-US" w:bidi="ar-SA"/>
      </w:rPr>
    </w:lvl>
    <w:lvl w:ilvl="6" w:tplc="AFAA7FBE">
      <w:numFmt w:val="bullet"/>
      <w:lvlText w:val="•"/>
      <w:lvlJc w:val="left"/>
      <w:pPr>
        <w:ind w:left="5613" w:hanging="360"/>
      </w:pPr>
      <w:rPr>
        <w:rFonts w:hint="default"/>
        <w:lang w:val="hu-HU" w:eastAsia="en-US" w:bidi="ar-SA"/>
      </w:rPr>
    </w:lvl>
    <w:lvl w:ilvl="7" w:tplc="3EA24EEE">
      <w:numFmt w:val="bullet"/>
      <w:lvlText w:val="•"/>
      <w:lvlJc w:val="left"/>
      <w:pPr>
        <w:ind w:left="6621" w:hanging="360"/>
      </w:pPr>
      <w:rPr>
        <w:rFonts w:hint="default"/>
        <w:lang w:val="hu-HU" w:eastAsia="en-US" w:bidi="ar-SA"/>
      </w:rPr>
    </w:lvl>
    <w:lvl w:ilvl="8" w:tplc="6AB41BC6">
      <w:numFmt w:val="bullet"/>
      <w:lvlText w:val="•"/>
      <w:lvlJc w:val="left"/>
      <w:pPr>
        <w:ind w:left="7629" w:hanging="360"/>
      </w:pPr>
      <w:rPr>
        <w:rFonts w:hint="default"/>
        <w:lang w:val="hu-HU" w:eastAsia="en-US" w:bidi="ar-SA"/>
      </w:rPr>
    </w:lvl>
  </w:abstractNum>
  <w:abstractNum w:abstractNumId="30" w15:restartNumberingAfterBreak="0">
    <w:nsid w:val="3B282E11"/>
    <w:multiLevelType w:val="hybridMultilevel"/>
    <w:tmpl w:val="1BFA86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3CED1139"/>
    <w:multiLevelType w:val="hybridMultilevel"/>
    <w:tmpl w:val="F68E3C9C"/>
    <w:lvl w:ilvl="0" w:tplc="B3F0AE36">
      <w:numFmt w:val="bullet"/>
      <w:lvlText w:val=""/>
      <w:lvlJc w:val="left"/>
      <w:pPr>
        <w:ind w:left="856" w:hanging="360"/>
      </w:pPr>
      <w:rPr>
        <w:rFonts w:ascii="Symbol" w:eastAsia="Symbol" w:hAnsi="Symbol" w:cs="Symbol" w:hint="default"/>
        <w:b w:val="0"/>
        <w:bCs w:val="0"/>
        <w:i w:val="0"/>
        <w:iCs w:val="0"/>
        <w:spacing w:val="0"/>
        <w:w w:val="100"/>
        <w:sz w:val="24"/>
        <w:szCs w:val="24"/>
        <w:lang w:val="hu-HU" w:eastAsia="en-US" w:bidi="ar-SA"/>
      </w:rPr>
    </w:lvl>
    <w:lvl w:ilvl="1" w:tplc="F72629CA">
      <w:numFmt w:val="bullet"/>
      <w:lvlText w:val="•"/>
      <w:lvlJc w:val="left"/>
      <w:pPr>
        <w:ind w:left="1738" w:hanging="360"/>
      </w:pPr>
      <w:rPr>
        <w:rFonts w:hint="default"/>
        <w:lang w:val="hu-HU" w:eastAsia="en-US" w:bidi="ar-SA"/>
      </w:rPr>
    </w:lvl>
    <w:lvl w:ilvl="2" w:tplc="99D89412">
      <w:numFmt w:val="bullet"/>
      <w:lvlText w:val="•"/>
      <w:lvlJc w:val="left"/>
      <w:pPr>
        <w:ind w:left="2617" w:hanging="360"/>
      </w:pPr>
      <w:rPr>
        <w:rFonts w:hint="default"/>
        <w:lang w:val="hu-HU" w:eastAsia="en-US" w:bidi="ar-SA"/>
      </w:rPr>
    </w:lvl>
    <w:lvl w:ilvl="3" w:tplc="1C9A98A6">
      <w:numFmt w:val="bullet"/>
      <w:lvlText w:val="•"/>
      <w:lvlJc w:val="left"/>
      <w:pPr>
        <w:ind w:left="3495" w:hanging="360"/>
      </w:pPr>
      <w:rPr>
        <w:rFonts w:hint="default"/>
        <w:lang w:val="hu-HU" w:eastAsia="en-US" w:bidi="ar-SA"/>
      </w:rPr>
    </w:lvl>
    <w:lvl w:ilvl="4" w:tplc="8F46D432">
      <w:numFmt w:val="bullet"/>
      <w:lvlText w:val="•"/>
      <w:lvlJc w:val="left"/>
      <w:pPr>
        <w:ind w:left="4374" w:hanging="360"/>
      </w:pPr>
      <w:rPr>
        <w:rFonts w:hint="default"/>
        <w:lang w:val="hu-HU" w:eastAsia="en-US" w:bidi="ar-SA"/>
      </w:rPr>
    </w:lvl>
    <w:lvl w:ilvl="5" w:tplc="3692FE50">
      <w:numFmt w:val="bullet"/>
      <w:lvlText w:val="•"/>
      <w:lvlJc w:val="left"/>
      <w:pPr>
        <w:ind w:left="5253" w:hanging="360"/>
      </w:pPr>
      <w:rPr>
        <w:rFonts w:hint="default"/>
        <w:lang w:val="hu-HU" w:eastAsia="en-US" w:bidi="ar-SA"/>
      </w:rPr>
    </w:lvl>
    <w:lvl w:ilvl="6" w:tplc="F01AC95C">
      <w:numFmt w:val="bullet"/>
      <w:lvlText w:val="•"/>
      <w:lvlJc w:val="left"/>
      <w:pPr>
        <w:ind w:left="6131" w:hanging="360"/>
      </w:pPr>
      <w:rPr>
        <w:rFonts w:hint="default"/>
        <w:lang w:val="hu-HU" w:eastAsia="en-US" w:bidi="ar-SA"/>
      </w:rPr>
    </w:lvl>
    <w:lvl w:ilvl="7" w:tplc="8940EE50">
      <w:numFmt w:val="bullet"/>
      <w:lvlText w:val="•"/>
      <w:lvlJc w:val="left"/>
      <w:pPr>
        <w:ind w:left="7010" w:hanging="360"/>
      </w:pPr>
      <w:rPr>
        <w:rFonts w:hint="default"/>
        <w:lang w:val="hu-HU" w:eastAsia="en-US" w:bidi="ar-SA"/>
      </w:rPr>
    </w:lvl>
    <w:lvl w:ilvl="8" w:tplc="FE4AE9D2">
      <w:numFmt w:val="bullet"/>
      <w:lvlText w:val="•"/>
      <w:lvlJc w:val="left"/>
      <w:pPr>
        <w:ind w:left="7889" w:hanging="360"/>
      </w:pPr>
      <w:rPr>
        <w:rFonts w:hint="default"/>
        <w:lang w:val="hu-HU" w:eastAsia="en-US" w:bidi="ar-SA"/>
      </w:rPr>
    </w:lvl>
  </w:abstractNum>
  <w:abstractNum w:abstractNumId="32" w15:restartNumberingAfterBreak="0">
    <w:nsid w:val="3E797BD3"/>
    <w:multiLevelType w:val="hybridMultilevel"/>
    <w:tmpl w:val="286ACB14"/>
    <w:lvl w:ilvl="0" w:tplc="5DB67D6A">
      <w:numFmt w:val="bullet"/>
      <w:lvlText w:val=""/>
      <w:lvlJc w:val="left"/>
      <w:pPr>
        <w:ind w:left="856" w:hanging="360"/>
      </w:pPr>
      <w:rPr>
        <w:rFonts w:ascii="Symbol" w:eastAsia="Symbol" w:hAnsi="Symbol" w:cs="Symbol" w:hint="default"/>
        <w:b w:val="0"/>
        <w:bCs w:val="0"/>
        <w:i w:val="0"/>
        <w:iCs w:val="0"/>
        <w:spacing w:val="0"/>
        <w:w w:val="100"/>
        <w:sz w:val="24"/>
        <w:szCs w:val="24"/>
        <w:lang w:val="hu-HU" w:eastAsia="en-US" w:bidi="ar-SA"/>
      </w:rPr>
    </w:lvl>
    <w:lvl w:ilvl="1" w:tplc="B3B0F568">
      <w:numFmt w:val="bullet"/>
      <w:lvlText w:val="•"/>
      <w:lvlJc w:val="left"/>
      <w:pPr>
        <w:ind w:left="1738" w:hanging="360"/>
      </w:pPr>
      <w:rPr>
        <w:rFonts w:hint="default"/>
        <w:lang w:val="hu-HU" w:eastAsia="en-US" w:bidi="ar-SA"/>
      </w:rPr>
    </w:lvl>
    <w:lvl w:ilvl="2" w:tplc="35FA3BD6">
      <w:numFmt w:val="bullet"/>
      <w:lvlText w:val="•"/>
      <w:lvlJc w:val="left"/>
      <w:pPr>
        <w:ind w:left="2617" w:hanging="360"/>
      </w:pPr>
      <w:rPr>
        <w:rFonts w:hint="default"/>
        <w:lang w:val="hu-HU" w:eastAsia="en-US" w:bidi="ar-SA"/>
      </w:rPr>
    </w:lvl>
    <w:lvl w:ilvl="3" w:tplc="FBA0E2BA">
      <w:numFmt w:val="bullet"/>
      <w:lvlText w:val="•"/>
      <w:lvlJc w:val="left"/>
      <w:pPr>
        <w:ind w:left="3495" w:hanging="360"/>
      </w:pPr>
      <w:rPr>
        <w:rFonts w:hint="default"/>
        <w:lang w:val="hu-HU" w:eastAsia="en-US" w:bidi="ar-SA"/>
      </w:rPr>
    </w:lvl>
    <w:lvl w:ilvl="4" w:tplc="ABB4CAC0">
      <w:numFmt w:val="bullet"/>
      <w:lvlText w:val="•"/>
      <w:lvlJc w:val="left"/>
      <w:pPr>
        <w:ind w:left="4374" w:hanging="360"/>
      </w:pPr>
      <w:rPr>
        <w:rFonts w:hint="default"/>
        <w:lang w:val="hu-HU" w:eastAsia="en-US" w:bidi="ar-SA"/>
      </w:rPr>
    </w:lvl>
    <w:lvl w:ilvl="5" w:tplc="B750192C">
      <w:numFmt w:val="bullet"/>
      <w:lvlText w:val="•"/>
      <w:lvlJc w:val="left"/>
      <w:pPr>
        <w:ind w:left="5253" w:hanging="360"/>
      </w:pPr>
      <w:rPr>
        <w:rFonts w:hint="default"/>
        <w:lang w:val="hu-HU" w:eastAsia="en-US" w:bidi="ar-SA"/>
      </w:rPr>
    </w:lvl>
    <w:lvl w:ilvl="6" w:tplc="F30E1FF2">
      <w:numFmt w:val="bullet"/>
      <w:lvlText w:val="•"/>
      <w:lvlJc w:val="left"/>
      <w:pPr>
        <w:ind w:left="6131" w:hanging="360"/>
      </w:pPr>
      <w:rPr>
        <w:rFonts w:hint="default"/>
        <w:lang w:val="hu-HU" w:eastAsia="en-US" w:bidi="ar-SA"/>
      </w:rPr>
    </w:lvl>
    <w:lvl w:ilvl="7" w:tplc="F30EF018">
      <w:numFmt w:val="bullet"/>
      <w:lvlText w:val="•"/>
      <w:lvlJc w:val="left"/>
      <w:pPr>
        <w:ind w:left="7010" w:hanging="360"/>
      </w:pPr>
      <w:rPr>
        <w:rFonts w:hint="default"/>
        <w:lang w:val="hu-HU" w:eastAsia="en-US" w:bidi="ar-SA"/>
      </w:rPr>
    </w:lvl>
    <w:lvl w:ilvl="8" w:tplc="7BEA6304">
      <w:numFmt w:val="bullet"/>
      <w:lvlText w:val="•"/>
      <w:lvlJc w:val="left"/>
      <w:pPr>
        <w:ind w:left="7889" w:hanging="360"/>
      </w:pPr>
      <w:rPr>
        <w:rFonts w:hint="default"/>
        <w:lang w:val="hu-HU" w:eastAsia="en-US" w:bidi="ar-SA"/>
      </w:rPr>
    </w:lvl>
  </w:abstractNum>
  <w:abstractNum w:abstractNumId="33" w15:restartNumberingAfterBreak="0">
    <w:nsid w:val="3F6677BE"/>
    <w:multiLevelType w:val="hybridMultilevel"/>
    <w:tmpl w:val="311EC072"/>
    <w:lvl w:ilvl="0" w:tplc="47B2F126">
      <w:start w:val="1"/>
      <w:numFmt w:val="upperRoman"/>
      <w:lvlText w:val="%1."/>
      <w:lvlJc w:val="left"/>
      <w:pPr>
        <w:ind w:left="544" w:hanging="187"/>
      </w:pPr>
      <w:rPr>
        <w:rFonts w:ascii="Arial" w:eastAsia="Arial" w:hAnsi="Arial" w:cs="Arial" w:hint="default"/>
        <w:b/>
        <w:bCs/>
        <w:i w:val="0"/>
        <w:iCs w:val="0"/>
        <w:spacing w:val="0"/>
        <w:w w:val="89"/>
        <w:sz w:val="22"/>
        <w:szCs w:val="22"/>
        <w:lang w:val="hu-HU" w:eastAsia="en-US" w:bidi="ar-SA"/>
      </w:rPr>
    </w:lvl>
    <w:lvl w:ilvl="1" w:tplc="0522652A">
      <w:numFmt w:val="bullet"/>
      <w:lvlText w:val="•"/>
      <w:lvlJc w:val="left"/>
      <w:pPr>
        <w:ind w:left="1450" w:hanging="187"/>
      </w:pPr>
      <w:rPr>
        <w:rFonts w:hint="default"/>
        <w:lang w:val="hu-HU" w:eastAsia="en-US" w:bidi="ar-SA"/>
      </w:rPr>
    </w:lvl>
    <w:lvl w:ilvl="2" w:tplc="97A06D50">
      <w:numFmt w:val="bullet"/>
      <w:lvlText w:val="•"/>
      <w:lvlJc w:val="left"/>
      <w:pPr>
        <w:ind w:left="2361" w:hanging="187"/>
      </w:pPr>
      <w:rPr>
        <w:rFonts w:hint="default"/>
        <w:lang w:val="hu-HU" w:eastAsia="en-US" w:bidi="ar-SA"/>
      </w:rPr>
    </w:lvl>
    <w:lvl w:ilvl="3" w:tplc="073AAE9E">
      <w:numFmt w:val="bullet"/>
      <w:lvlText w:val="•"/>
      <w:lvlJc w:val="left"/>
      <w:pPr>
        <w:ind w:left="3271" w:hanging="187"/>
      </w:pPr>
      <w:rPr>
        <w:rFonts w:hint="default"/>
        <w:lang w:val="hu-HU" w:eastAsia="en-US" w:bidi="ar-SA"/>
      </w:rPr>
    </w:lvl>
    <w:lvl w:ilvl="4" w:tplc="77BE178C">
      <w:numFmt w:val="bullet"/>
      <w:lvlText w:val="•"/>
      <w:lvlJc w:val="left"/>
      <w:pPr>
        <w:ind w:left="4182" w:hanging="187"/>
      </w:pPr>
      <w:rPr>
        <w:rFonts w:hint="default"/>
        <w:lang w:val="hu-HU" w:eastAsia="en-US" w:bidi="ar-SA"/>
      </w:rPr>
    </w:lvl>
    <w:lvl w:ilvl="5" w:tplc="98324E24">
      <w:numFmt w:val="bullet"/>
      <w:lvlText w:val="•"/>
      <w:lvlJc w:val="left"/>
      <w:pPr>
        <w:ind w:left="5093" w:hanging="187"/>
      </w:pPr>
      <w:rPr>
        <w:rFonts w:hint="default"/>
        <w:lang w:val="hu-HU" w:eastAsia="en-US" w:bidi="ar-SA"/>
      </w:rPr>
    </w:lvl>
    <w:lvl w:ilvl="6" w:tplc="17BA7872">
      <w:numFmt w:val="bullet"/>
      <w:lvlText w:val="•"/>
      <w:lvlJc w:val="left"/>
      <w:pPr>
        <w:ind w:left="6003" w:hanging="187"/>
      </w:pPr>
      <w:rPr>
        <w:rFonts w:hint="default"/>
        <w:lang w:val="hu-HU" w:eastAsia="en-US" w:bidi="ar-SA"/>
      </w:rPr>
    </w:lvl>
    <w:lvl w:ilvl="7" w:tplc="39FA95E4">
      <w:numFmt w:val="bullet"/>
      <w:lvlText w:val="•"/>
      <w:lvlJc w:val="left"/>
      <w:pPr>
        <w:ind w:left="6914" w:hanging="187"/>
      </w:pPr>
      <w:rPr>
        <w:rFonts w:hint="default"/>
        <w:lang w:val="hu-HU" w:eastAsia="en-US" w:bidi="ar-SA"/>
      </w:rPr>
    </w:lvl>
    <w:lvl w:ilvl="8" w:tplc="E9C48D3E">
      <w:numFmt w:val="bullet"/>
      <w:lvlText w:val="•"/>
      <w:lvlJc w:val="left"/>
      <w:pPr>
        <w:ind w:left="7825" w:hanging="187"/>
      </w:pPr>
      <w:rPr>
        <w:rFonts w:hint="default"/>
        <w:lang w:val="hu-HU" w:eastAsia="en-US" w:bidi="ar-SA"/>
      </w:rPr>
    </w:lvl>
  </w:abstractNum>
  <w:abstractNum w:abstractNumId="34" w15:restartNumberingAfterBreak="0">
    <w:nsid w:val="418555AE"/>
    <w:multiLevelType w:val="hybridMultilevel"/>
    <w:tmpl w:val="7D442DE0"/>
    <w:lvl w:ilvl="0" w:tplc="6B620EFA">
      <w:numFmt w:val="bullet"/>
      <w:lvlText w:val=""/>
      <w:lvlJc w:val="left"/>
      <w:pPr>
        <w:ind w:left="829" w:hanging="360"/>
      </w:pPr>
      <w:rPr>
        <w:rFonts w:ascii="Symbol" w:eastAsia="Symbol" w:hAnsi="Symbol" w:cs="Symbol" w:hint="default"/>
        <w:b w:val="0"/>
        <w:bCs w:val="0"/>
        <w:i w:val="0"/>
        <w:iCs w:val="0"/>
        <w:spacing w:val="0"/>
        <w:w w:val="100"/>
        <w:sz w:val="24"/>
        <w:szCs w:val="24"/>
        <w:lang w:val="hu-HU" w:eastAsia="en-US" w:bidi="ar-SA"/>
      </w:rPr>
    </w:lvl>
    <w:lvl w:ilvl="1" w:tplc="E746FF00">
      <w:numFmt w:val="bullet"/>
      <w:lvlText w:val="•"/>
      <w:lvlJc w:val="left"/>
      <w:pPr>
        <w:ind w:left="1060" w:hanging="360"/>
      </w:pPr>
      <w:rPr>
        <w:rFonts w:hint="default"/>
        <w:lang w:val="hu-HU" w:eastAsia="en-US" w:bidi="ar-SA"/>
      </w:rPr>
    </w:lvl>
    <w:lvl w:ilvl="2" w:tplc="4D0E7B2A">
      <w:numFmt w:val="bullet"/>
      <w:lvlText w:val="•"/>
      <w:lvlJc w:val="left"/>
      <w:pPr>
        <w:ind w:left="1300" w:hanging="360"/>
      </w:pPr>
      <w:rPr>
        <w:rFonts w:hint="default"/>
        <w:lang w:val="hu-HU" w:eastAsia="en-US" w:bidi="ar-SA"/>
      </w:rPr>
    </w:lvl>
    <w:lvl w:ilvl="3" w:tplc="7C9AA4EE">
      <w:numFmt w:val="bullet"/>
      <w:lvlText w:val="•"/>
      <w:lvlJc w:val="left"/>
      <w:pPr>
        <w:ind w:left="1540" w:hanging="360"/>
      </w:pPr>
      <w:rPr>
        <w:rFonts w:hint="default"/>
        <w:lang w:val="hu-HU" w:eastAsia="en-US" w:bidi="ar-SA"/>
      </w:rPr>
    </w:lvl>
    <w:lvl w:ilvl="4" w:tplc="AC2EE286">
      <w:numFmt w:val="bullet"/>
      <w:lvlText w:val="•"/>
      <w:lvlJc w:val="left"/>
      <w:pPr>
        <w:ind w:left="1780" w:hanging="360"/>
      </w:pPr>
      <w:rPr>
        <w:rFonts w:hint="default"/>
        <w:lang w:val="hu-HU" w:eastAsia="en-US" w:bidi="ar-SA"/>
      </w:rPr>
    </w:lvl>
    <w:lvl w:ilvl="5" w:tplc="BED6D182">
      <w:numFmt w:val="bullet"/>
      <w:lvlText w:val="•"/>
      <w:lvlJc w:val="left"/>
      <w:pPr>
        <w:ind w:left="2020" w:hanging="360"/>
      </w:pPr>
      <w:rPr>
        <w:rFonts w:hint="default"/>
        <w:lang w:val="hu-HU" w:eastAsia="en-US" w:bidi="ar-SA"/>
      </w:rPr>
    </w:lvl>
    <w:lvl w:ilvl="6" w:tplc="0FB60B14">
      <w:numFmt w:val="bullet"/>
      <w:lvlText w:val="•"/>
      <w:lvlJc w:val="left"/>
      <w:pPr>
        <w:ind w:left="2260" w:hanging="360"/>
      </w:pPr>
      <w:rPr>
        <w:rFonts w:hint="default"/>
        <w:lang w:val="hu-HU" w:eastAsia="en-US" w:bidi="ar-SA"/>
      </w:rPr>
    </w:lvl>
    <w:lvl w:ilvl="7" w:tplc="6D3867F6">
      <w:numFmt w:val="bullet"/>
      <w:lvlText w:val="•"/>
      <w:lvlJc w:val="left"/>
      <w:pPr>
        <w:ind w:left="2500" w:hanging="360"/>
      </w:pPr>
      <w:rPr>
        <w:rFonts w:hint="default"/>
        <w:lang w:val="hu-HU" w:eastAsia="en-US" w:bidi="ar-SA"/>
      </w:rPr>
    </w:lvl>
    <w:lvl w:ilvl="8" w:tplc="DD7A2DD6">
      <w:numFmt w:val="bullet"/>
      <w:lvlText w:val="•"/>
      <w:lvlJc w:val="left"/>
      <w:pPr>
        <w:ind w:left="2740" w:hanging="360"/>
      </w:pPr>
      <w:rPr>
        <w:rFonts w:hint="default"/>
        <w:lang w:val="hu-HU" w:eastAsia="en-US" w:bidi="ar-SA"/>
      </w:rPr>
    </w:lvl>
  </w:abstractNum>
  <w:abstractNum w:abstractNumId="35" w15:restartNumberingAfterBreak="0">
    <w:nsid w:val="44484B5E"/>
    <w:multiLevelType w:val="hybridMultilevel"/>
    <w:tmpl w:val="0FFEF5B0"/>
    <w:lvl w:ilvl="0" w:tplc="265010F8">
      <w:numFmt w:val="bullet"/>
      <w:lvlText w:val="-"/>
      <w:lvlJc w:val="left"/>
      <w:pPr>
        <w:ind w:left="1202" w:hanging="360"/>
      </w:pPr>
      <w:rPr>
        <w:rFonts w:ascii="Times New Roman" w:eastAsia="Times New Roman" w:hAnsi="Times New Roman" w:cs="Times New Roman" w:hint="default"/>
        <w:b w:val="0"/>
        <w:bCs w:val="0"/>
        <w:i w:val="0"/>
        <w:iCs w:val="0"/>
        <w:spacing w:val="0"/>
        <w:w w:val="100"/>
        <w:sz w:val="24"/>
        <w:szCs w:val="24"/>
        <w:lang w:val="hu-HU" w:eastAsia="en-US" w:bidi="ar-SA"/>
      </w:rPr>
    </w:lvl>
    <w:lvl w:ilvl="1" w:tplc="4B6A6F8A">
      <w:numFmt w:val="bullet"/>
      <w:lvlText w:val="•"/>
      <w:lvlJc w:val="left"/>
      <w:pPr>
        <w:ind w:left="2044" w:hanging="360"/>
      </w:pPr>
      <w:rPr>
        <w:rFonts w:hint="default"/>
        <w:lang w:val="hu-HU" w:eastAsia="en-US" w:bidi="ar-SA"/>
      </w:rPr>
    </w:lvl>
    <w:lvl w:ilvl="2" w:tplc="9D66EF04">
      <w:numFmt w:val="bullet"/>
      <w:lvlText w:val="•"/>
      <w:lvlJc w:val="left"/>
      <w:pPr>
        <w:ind w:left="2889" w:hanging="360"/>
      </w:pPr>
      <w:rPr>
        <w:rFonts w:hint="default"/>
        <w:lang w:val="hu-HU" w:eastAsia="en-US" w:bidi="ar-SA"/>
      </w:rPr>
    </w:lvl>
    <w:lvl w:ilvl="3" w:tplc="2F30A080">
      <w:numFmt w:val="bullet"/>
      <w:lvlText w:val="•"/>
      <w:lvlJc w:val="left"/>
      <w:pPr>
        <w:ind w:left="3733" w:hanging="360"/>
      </w:pPr>
      <w:rPr>
        <w:rFonts w:hint="default"/>
        <w:lang w:val="hu-HU" w:eastAsia="en-US" w:bidi="ar-SA"/>
      </w:rPr>
    </w:lvl>
    <w:lvl w:ilvl="4" w:tplc="E3EEE606">
      <w:numFmt w:val="bullet"/>
      <w:lvlText w:val="•"/>
      <w:lvlJc w:val="left"/>
      <w:pPr>
        <w:ind w:left="4578" w:hanging="360"/>
      </w:pPr>
      <w:rPr>
        <w:rFonts w:hint="default"/>
        <w:lang w:val="hu-HU" w:eastAsia="en-US" w:bidi="ar-SA"/>
      </w:rPr>
    </w:lvl>
    <w:lvl w:ilvl="5" w:tplc="189EB6D8">
      <w:numFmt w:val="bullet"/>
      <w:lvlText w:val="•"/>
      <w:lvlJc w:val="left"/>
      <w:pPr>
        <w:ind w:left="5423" w:hanging="360"/>
      </w:pPr>
      <w:rPr>
        <w:rFonts w:hint="default"/>
        <w:lang w:val="hu-HU" w:eastAsia="en-US" w:bidi="ar-SA"/>
      </w:rPr>
    </w:lvl>
    <w:lvl w:ilvl="6" w:tplc="00867AC6">
      <w:numFmt w:val="bullet"/>
      <w:lvlText w:val="•"/>
      <w:lvlJc w:val="left"/>
      <w:pPr>
        <w:ind w:left="6267" w:hanging="360"/>
      </w:pPr>
      <w:rPr>
        <w:rFonts w:hint="default"/>
        <w:lang w:val="hu-HU" w:eastAsia="en-US" w:bidi="ar-SA"/>
      </w:rPr>
    </w:lvl>
    <w:lvl w:ilvl="7" w:tplc="7B2481B8">
      <w:numFmt w:val="bullet"/>
      <w:lvlText w:val="•"/>
      <w:lvlJc w:val="left"/>
      <w:pPr>
        <w:ind w:left="7112" w:hanging="360"/>
      </w:pPr>
      <w:rPr>
        <w:rFonts w:hint="default"/>
        <w:lang w:val="hu-HU" w:eastAsia="en-US" w:bidi="ar-SA"/>
      </w:rPr>
    </w:lvl>
    <w:lvl w:ilvl="8" w:tplc="CF02F624">
      <w:numFmt w:val="bullet"/>
      <w:lvlText w:val="•"/>
      <w:lvlJc w:val="left"/>
      <w:pPr>
        <w:ind w:left="7957" w:hanging="360"/>
      </w:pPr>
      <w:rPr>
        <w:rFonts w:hint="default"/>
        <w:lang w:val="hu-HU" w:eastAsia="en-US" w:bidi="ar-SA"/>
      </w:rPr>
    </w:lvl>
  </w:abstractNum>
  <w:abstractNum w:abstractNumId="36" w15:restartNumberingAfterBreak="0">
    <w:nsid w:val="46091161"/>
    <w:multiLevelType w:val="multilevel"/>
    <w:tmpl w:val="E27C60A0"/>
    <w:lvl w:ilvl="0">
      <w:start w:val="1"/>
      <w:numFmt w:val="upperLetter"/>
      <w:lvlText w:val="%1"/>
      <w:lvlJc w:val="left"/>
      <w:pPr>
        <w:ind w:left="609" w:hanging="474"/>
      </w:pPr>
      <w:rPr>
        <w:rFonts w:hint="default"/>
        <w:lang w:val="hu-HU" w:eastAsia="en-US" w:bidi="ar-SA"/>
      </w:rPr>
    </w:lvl>
    <w:lvl w:ilvl="1">
      <w:start w:val="1"/>
      <w:numFmt w:val="decimal"/>
      <w:lvlText w:val="%1.%2."/>
      <w:lvlJc w:val="left"/>
      <w:pPr>
        <w:ind w:left="609" w:hanging="474"/>
        <w:jc w:val="right"/>
      </w:pPr>
      <w:rPr>
        <w:rFonts w:ascii="Times New Roman" w:eastAsia="Times New Roman" w:hAnsi="Times New Roman" w:cs="Times New Roman" w:hint="default"/>
        <w:b/>
        <w:bCs/>
        <w:i w:val="0"/>
        <w:iCs w:val="0"/>
        <w:spacing w:val="0"/>
        <w:w w:val="100"/>
        <w:sz w:val="24"/>
        <w:szCs w:val="24"/>
        <w:lang w:val="hu-HU" w:eastAsia="en-US" w:bidi="ar-SA"/>
      </w:rPr>
    </w:lvl>
    <w:lvl w:ilvl="2">
      <w:numFmt w:val="bullet"/>
      <w:lvlText w:val="-"/>
      <w:lvlJc w:val="left"/>
      <w:pPr>
        <w:ind w:left="136" w:hanging="140"/>
      </w:pPr>
      <w:rPr>
        <w:rFonts w:ascii="Times New Roman" w:eastAsia="Times New Roman" w:hAnsi="Times New Roman" w:cs="Times New Roman" w:hint="default"/>
        <w:b w:val="0"/>
        <w:bCs w:val="0"/>
        <w:i w:val="0"/>
        <w:iCs w:val="0"/>
        <w:spacing w:val="0"/>
        <w:w w:val="100"/>
        <w:sz w:val="24"/>
        <w:szCs w:val="24"/>
        <w:lang w:val="hu-HU" w:eastAsia="en-US" w:bidi="ar-SA"/>
      </w:rPr>
    </w:lvl>
    <w:lvl w:ilvl="3">
      <w:numFmt w:val="bullet"/>
      <w:lvlText w:val="•"/>
      <w:lvlJc w:val="left"/>
      <w:pPr>
        <w:ind w:left="2610" w:hanging="140"/>
      </w:pPr>
      <w:rPr>
        <w:rFonts w:hint="default"/>
        <w:lang w:val="hu-HU" w:eastAsia="en-US" w:bidi="ar-SA"/>
      </w:rPr>
    </w:lvl>
    <w:lvl w:ilvl="4">
      <w:numFmt w:val="bullet"/>
      <w:lvlText w:val="•"/>
      <w:lvlJc w:val="left"/>
      <w:pPr>
        <w:ind w:left="3615" w:hanging="140"/>
      </w:pPr>
      <w:rPr>
        <w:rFonts w:hint="default"/>
        <w:lang w:val="hu-HU" w:eastAsia="en-US" w:bidi="ar-SA"/>
      </w:rPr>
    </w:lvl>
    <w:lvl w:ilvl="5">
      <w:numFmt w:val="bullet"/>
      <w:lvlText w:val="•"/>
      <w:lvlJc w:val="left"/>
      <w:pPr>
        <w:ind w:left="4620" w:hanging="140"/>
      </w:pPr>
      <w:rPr>
        <w:rFonts w:hint="default"/>
        <w:lang w:val="hu-HU" w:eastAsia="en-US" w:bidi="ar-SA"/>
      </w:rPr>
    </w:lvl>
    <w:lvl w:ilvl="6">
      <w:numFmt w:val="bullet"/>
      <w:lvlText w:val="•"/>
      <w:lvlJc w:val="left"/>
      <w:pPr>
        <w:ind w:left="5625" w:hanging="140"/>
      </w:pPr>
      <w:rPr>
        <w:rFonts w:hint="default"/>
        <w:lang w:val="hu-HU" w:eastAsia="en-US" w:bidi="ar-SA"/>
      </w:rPr>
    </w:lvl>
    <w:lvl w:ilvl="7">
      <w:numFmt w:val="bullet"/>
      <w:lvlText w:val="•"/>
      <w:lvlJc w:val="left"/>
      <w:pPr>
        <w:ind w:left="6630" w:hanging="140"/>
      </w:pPr>
      <w:rPr>
        <w:rFonts w:hint="default"/>
        <w:lang w:val="hu-HU" w:eastAsia="en-US" w:bidi="ar-SA"/>
      </w:rPr>
    </w:lvl>
    <w:lvl w:ilvl="8">
      <w:numFmt w:val="bullet"/>
      <w:lvlText w:val="•"/>
      <w:lvlJc w:val="left"/>
      <w:pPr>
        <w:ind w:left="7636" w:hanging="140"/>
      </w:pPr>
      <w:rPr>
        <w:rFonts w:hint="default"/>
        <w:lang w:val="hu-HU" w:eastAsia="en-US" w:bidi="ar-SA"/>
      </w:rPr>
    </w:lvl>
  </w:abstractNum>
  <w:abstractNum w:abstractNumId="37" w15:restartNumberingAfterBreak="0">
    <w:nsid w:val="47221B72"/>
    <w:multiLevelType w:val="multilevel"/>
    <w:tmpl w:val="19E6E78C"/>
    <w:lvl w:ilvl="0">
      <w:start w:val="1"/>
      <w:numFmt w:val="upperLetter"/>
      <w:lvlText w:val="%1."/>
      <w:lvlJc w:val="left"/>
      <w:pPr>
        <w:ind w:left="856" w:hanging="360"/>
      </w:pPr>
      <w:rPr>
        <w:rFonts w:ascii="Times New Roman" w:eastAsia="Times New Roman" w:hAnsi="Times New Roman" w:cs="Times New Roman" w:hint="default"/>
        <w:b/>
        <w:bCs/>
        <w:i w:val="0"/>
        <w:iCs w:val="0"/>
        <w:spacing w:val="-2"/>
        <w:w w:val="100"/>
        <w:sz w:val="28"/>
        <w:szCs w:val="28"/>
        <w:lang w:val="hu-HU" w:eastAsia="en-US" w:bidi="ar-SA"/>
      </w:rPr>
    </w:lvl>
    <w:lvl w:ilvl="1">
      <w:start w:val="1"/>
      <w:numFmt w:val="decimal"/>
      <w:lvlText w:val="%1.%2."/>
      <w:lvlJc w:val="left"/>
      <w:pPr>
        <w:ind w:left="597" w:hanging="461"/>
        <w:jc w:val="right"/>
      </w:pPr>
      <w:rPr>
        <w:rFonts w:ascii="Times New Roman" w:eastAsia="Times New Roman" w:hAnsi="Times New Roman" w:cs="Times New Roman" w:hint="default"/>
        <w:b/>
        <w:bCs/>
        <w:i w:val="0"/>
        <w:iCs w:val="0"/>
        <w:spacing w:val="0"/>
        <w:w w:val="100"/>
        <w:sz w:val="24"/>
        <w:szCs w:val="24"/>
        <w:lang w:val="hu-HU" w:eastAsia="en-US" w:bidi="ar-SA"/>
      </w:rPr>
    </w:lvl>
    <w:lvl w:ilvl="2">
      <w:numFmt w:val="bullet"/>
      <w:lvlText w:val=""/>
      <w:lvlJc w:val="left"/>
      <w:pPr>
        <w:ind w:left="496" w:hanging="720"/>
      </w:pPr>
      <w:rPr>
        <w:rFonts w:ascii="Wingdings" w:eastAsia="Wingdings" w:hAnsi="Wingdings" w:cs="Wingdings" w:hint="default"/>
        <w:b w:val="0"/>
        <w:bCs w:val="0"/>
        <w:i w:val="0"/>
        <w:iCs w:val="0"/>
        <w:spacing w:val="0"/>
        <w:w w:val="100"/>
        <w:sz w:val="24"/>
        <w:szCs w:val="24"/>
        <w:lang w:val="hu-HU" w:eastAsia="en-US" w:bidi="ar-SA"/>
      </w:rPr>
    </w:lvl>
    <w:lvl w:ilvl="3">
      <w:numFmt w:val="bullet"/>
      <w:lvlText w:val=""/>
      <w:lvlJc w:val="left"/>
      <w:pPr>
        <w:ind w:left="856" w:hanging="360"/>
      </w:pPr>
      <w:rPr>
        <w:rFonts w:ascii="Wingdings" w:eastAsia="Wingdings" w:hAnsi="Wingdings" w:cs="Wingdings" w:hint="default"/>
        <w:b w:val="0"/>
        <w:bCs w:val="0"/>
        <w:i w:val="0"/>
        <w:iCs w:val="0"/>
        <w:spacing w:val="0"/>
        <w:w w:val="100"/>
        <w:sz w:val="24"/>
        <w:szCs w:val="24"/>
        <w:lang w:val="hu-HU" w:eastAsia="en-US" w:bidi="ar-SA"/>
      </w:rPr>
    </w:lvl>
    <w:lvl w:ilvl="4">
      <w:numFmt w:val="bullet"/>
      <w:lvlText w:val="•"/>
      <w:lvlJc w:val="left"/>
      <w:pPr>
        <w:ind w:left="2066" w:hanging="360"/>
      </w:pPr>
      <w:rPr>
        <w:rFonts w:hint="default"/>
        <w:lang w:val="hu-HU" w:eastAsia="en-US" w:bidi="ar-SA"/>
      </w:rPr>
    </w:lvl>
    <w:lvl w:ilvl="5">
      <w:numFmt w:val="bullet"/>
      <w:lvlText w:val="•"/>
      <w:lvlJc w:val="left"/>
      <w:pPr>
        <w:ind w:left="2669" w:hanging="360"/>
      </w:pPr>
      <w:rPr>
        <w:rFonts w:hint="default"/>
        <w:lang w:val="hu-HU" w:eastAsia="en-US" w:bidi="ar-SA"/>
      </w:rPr>
    </w:lvl>
    <w:lvl w:ilvl="6">
      <w:numFmt w:val="bullet"/>
      <w:lvlText w:val="•"/>
      <w:lvlJc w:val="left"/>
      <w:pPr>
        <w:ind w:left="3272" w:hanging="360"/>
      </w:pPr>
      <w:rPr>
        <w:rFonts w:hint="default"/>
        <w:lang w:val="hu-HU" w:eastAsia="en-US" w:bidi="ar-SA"/>
      </w:rPr>
    </w:lvl>
    <w:lvl w:ilvl="7">
      <w:numFmt w:val="bullet"/>
      <w:lvlText w:val="•"/>
      <w:lvlJc w:val="left"/>
      <w:pPr>
        <w:ind w:left="3876" w:hanging="360"/>
      </w:pPr>
      <w:rPr>
        <w:rFonts w:hint="default"/>
        <w:lang w:val="hu-HU" w:eastAsia="en-US" w:bidi="ar-SA"/>
      </w:rPr>
    </w:lvl>
    <w:lvl w:ilvl="8">
      <w:numFmt w:val="bullet"/>
      <w:lvlText w:val="•"/>
      <w:lvlJc w:val="left"/>
      <w:pPr>
        <w:ind w:left="4479" w:hanging="360"/>
      </w:pPr>
      <w:rPr>
        <w:rFonts w:hint="default"/>
        <w:lang w:val="hu-HU" w:eastAsia="en-US" w:bidi="ar-SA"/>
      </w:rPr>
    </w:lvl>
  </w:abstractNum>
  <w:abstractNum w:abstractNumId="38" w15:restartNumberingAfterBreak="0">
    <w:nsid w:val="49DD74A2"/>
    <w:multiLevelType w:val="hybridMultilevel"/>
    <w:tmpl w:val="986CCC7C"/>
    <w:lvl w:ilvl="0" w:tplc="594E6E4E">
      <w:numFmt w:val="bullet"/>
      <w:lvlText w:val=""/>
      <w:lvlJc w:val="left"/>
      <w:pPr>
        <w:ind w:left="136" w:hanging="351"/>
      </w:pPr>
      <w:rPr>
        <w:rFonts w:ascii="Wingdings" w:eastAsia="Wingdings" w:hAnsi="Wingdings" w:cs="Wingdings" w:hint="default"/>
        <w:b w:val="0"/>
        <w:bCs w:val="0"/>
        <w:i w:val="0"/>
        <w:iCs w:val="0"/>
        <w:spacing w:val="0"/>
        <w:w w:val="100"/>
        <w:sz w:val="24"/>
        <w:szCs w:val="24"/>
        <w:lang w:val="hu-HU" w:eastAsia="en-US" w:bidi="ar-SA"/>
      </w:rPr>
    </w:lvl>
    <w:lvl w:ilvl="1" w:tplc="1DA49AD4">
      <w:numFmt w:val="bullet"/>
      <w:lvlText w:val=""/>
      <w:lvlJc w:val="left"/>
      <w:pPr>
        <w:ind w:left="856" w:hanging="360"/>
      </w:pPr>
      <w:rPr>
        <w:rFonts w:ascii="Wingdings" w:eastAsia="Wingdings" w:hAnsi="Wingdings" w:cs="Wingdings" w:hint="default"/>
        <w:b w:val="0"/>
        <w:bCs w:val="0"/>
        <w:i w:val="0"/>
        <w:iCs w:val="0"/>
        <w:spacing w:val="0"/>
        <w:w w:val="100"/>
        <w:sz w:val="24"/>
        <w:szCs w:val="24"/>
        <w:lang w:val="hu-HU" w:eastAsia="en-US" w:bidi="ar-SA"/>
      </w:rPr>
    </w:lvl>
    <w:lvl w:ilvl="2" w:tplc="49C8D72A">
      <w:numFmt w:val="bullet"/>
      <w:lvlText w:val="•"/>
      <w:lvlJc w:val="left"/>
      <w:pPr>
        <w:ind w:left="1836" w:hanging="360"/>
      </w:pPr>
      <w:rPr>
        <w:rFonts w:hint="default"/>
        <w:lang w:val="hu-HU" w:eastAsia="en-US" w:bidi="ar-SA"/>
      </w:rPr>
    </w:lvl>
    <w:lvl w:ilvl="3" w:tplc="E23CA0C2">
      <w:numFmt w:val="bullet"/>
      <w:lvlText w:val="•"/>
      <w:lvlJc w:val="left"/>
      <w:pPr>
        <w:ind w:left="2812" w:hanging="360"/>
      </w:pPr>
      <w:rPr>
        <w:rFonts w:hint="default"/>
        <w:lang w:val="hu-HU" w:eastAsia="en-US" w:bidi="ar-SA"/>
      </w:rPr>
    </w:lvl>
    <w:lvl w:ilvl="4" w:tplc="CDF84696">
      <w:numFmt w:val="bullet"/>
      <w:lvlText w:val="•"/>
      <w:lvlJc w:val="left"/>
      <w:pPr>
        <w:ind w:left="3788" w:hanging="360"/>
      </w:pPr>
      <w:rPr>
        <w:rFonts w:hint="default"/>
        <w:lang w:val="hu-HU" w:eastAsia="en-US" w:bidi="ar-SA"/>
      </w:rPr>
    </w:lvl>
    <w:lvl w:ilvl="5" w:tplc="53208274">
      <w:numFmt w:val="bullet"/>
      <w:lvlText w:val="•"/>
      <w:lvlJc w:val="left"/>
      <w:pPr>
        <w:ind w:left="4765" w:hanging="360"/>
      </w:pPr>
      <w:rPr>
        <w:rFonts w:hint="default"/>
        <w:lang w:val="hu-HU" w:eastAsia="en-US" w:bidi="ar-SA"/>
      </w:rPr>
    </w:lvl>
    <w:lvl w:ilvl="6" w:tplc="32483F10">
      <w:numFmt w:val="bullet"/>
      <w:lvlText w:val="•"/>
      <w:lvlJc w:val="left"/>
      <w:pPr>
        <w:ind w:left="5741" w:hanging="360"/>
      </w:pPr>
      <w:rPr>
        <w:rFonts w:hint="default"/>
        <w:lang w:val="hu-HU" w:eastAsia="en-US" w:bidi="ar-SA"/>
      </w:rPr>
    </w:lvl>
    <w:lvl w:ilvl="7" w:tplc="A412CF36">
      <w:numFmt w:val="bullet"/>
      <w:lvlText w:val="•"/>
      <w:lvlJc w:val="left"/>
      <w:pPr>
        <w:ind w:left="6717" w:hanging="360"/>
      </w:pPr>
      <w:rPr>
        <w:rFonts w:hint="default"/>
        <w:lang w:val="hu-HU" w:eastAsia="en-US" w:bidi="ar-SA"/>
      </w:rPr>
    </w:lvl>
    <w:lvl w:ilvl="8" w:tplc="00F617F4">
      <w:numFmt w:val="bullet"/>
      <w:lvlText w:val="•"/>
      <w:lvlJc w:val="left"/>
      <w:pPr>
        <w:ind w:left="7693" w:hanging="360"/>
      </w:pPr>
      <w:rPr>
        <w:rFonts w:hint="default"/>
        <w:lang w:val="hu-HU" w:eastAsia="en-US" w:bidi="ar-SA"/>
      </w:rPr>
    </w:lvl>
  </w:abstractNum>
  <w:abstractNum w:abstractNumId="39" w15:restartNumberingAfterBreak="0">
    <w:nsid w:val="4E8D4F14"/>
    <w:multiLevelType w:val="hybridMultilevel"/>
    <w:tmpl w:val="DFB60C6E"/>
    <w:lvl w:ilvl="0" w:tplc="040E0001">
      <w:start w:val="1"/>
      <w:numFmt w:val="bullet"/>
      <w:lvlText w:val=""/>
      <w:lvlJc w:val="left"/>
      <w:pPr>
        <w:ind w:left="856" w:hanging="360"/>
      </w:pPr>
      <w:rPr>
        <w:rFonts w:ascii="Symbol" w:hAnsi="Symbol" w:hint="default"/>
      </w:rPr>
    </w:lvl>
    <w:lvl w:ilvl="1" w:tplc="040E0003" w:tentative="1">
      <w:start w:val="1"/>
      <w:numFmt w:val="bullet"/>
      <w:lvlText w:val="o"/>
      <w:lvlJc w:val="left"/>
      <w:pPr>
        <w:ind w:left="1576" w:hanging="360"/>
      </w:pPr>
      <w:rPr>
        <w:rFonts w:ascii="Courier New" w:hAnsi="Courier New" w:cs="Courier New" w:hint="default"/>
      </w:rPr>
    </w:lvl>
    <w:lvl w:ilvl="2" w:tplc="040E0005" w:tentative="1">
      <w:start w:val="1"/>
      <w:numFmt w:val="bullet"/>
      <w:lvlText w:val=""/>
      <w:lvlJc w:val="left"/>
      <w:pPr>
        <w:ind w:left="2296" w:hanging="360"/>
      </w:pPr>
      <w:rPr>
        <w:rFonts w:ascii="Wingdings" w:hAnsi="Wingdings" w:hint="default"/>
      </w:rPr>
    </w:lvl>
    <w:lvl w:ilvl="3" w:tplc="040E0001" w:tentative="1">
      <w:start w:val="1"/>
      <w:numFmt w:val="bullet"/>
      <w:lvlText w:val=""/>
      <w:lvlJc w:val="left"/>
      <w:pPr>
        <w:ind w:left="3016" w:hanging="360"/>
      </w:pPr>
      <w:rPr>
        <w:rFonts w:ascii="Symbol" w:hAnsi="Symbol" w:hint="default"/>
      </w:rPr>
    </w:lvl>
    <w:lvl w:ilvl="4" w:tplc="040E0003" w:tentative="1">
      <w:start w:val="1"/>
      <w:numFmt w:val="bullet"/>
      <w:lvlText w:val="o"/>
      <w:lvlJc w:val="left"/>
      <w:pPr>
        <w:ind w:left="3736" w:hanging="360"/>
      </w:pPr>
      <w:rPr>
        <w:rFonts w:ascii="Courier New" w:hAnsi="Courier New" w:cs="Courier New" w:hint="default"/>
      </w:rPr>
    </w:lvl>
    <w:lvl w:ilvl="5" w:tplc="040E0005" w:tentative="1">
      <w:start w:val="1"/>
      <w:numFmt w:val="bullet"/>
      <w:lvlText w:val=""/>
      <w:lvlJc w:val="left"/>
      <w:pPr>
        <w:ind w:left="4456" w:hanging="360"/>
      </w:pPr>
      <w:rPr>
        <w:rFonts w:ascii="Wingdings" w:hAnsi="Wingdings" w:hint="default"/>
      </w:rPr>
    </w:lvl>
    <w:lvl w:ilvl="6" w:tplc="040E0001" w:tentative="1">
      <w:start w:val="1"/>
      <w:numFmt w:val="bullet"/>
      <w:lvlText w:val=""/>
      <w:lvlJc w:val="left"/>
      <w:pPr>
        <w:ind w:left="5176" w:hanging="360"/>
      </w:pPr>
      <w:rPr>
        <w:rFonts w:ascii="Symbol" w:hAnsi="Symbol" w:hint="default"/>
      </w:rPr>
    </w:lvl>
    <w:lvl w:ilvl="7" w:tplc="040E0003" w:tentative="1">
      <w:start w:val="1"/>
      <w:numFmt w:val="bullet"/>
      <w:lvlText w:val="o"/>
      <w:lvlJc w:val="left"/>
      <w:pPr>
        <w:ind w:left="5896" w:hanging="360"/>
      </w:pPr>
      <w:rPr>
        <w:rFonts w:ascii="Courier New" w:hAnsi="Courier New" w:cs="Courier New" w:hint="default"/>
      </w:rPr>
    </w:lvl>
    <w:lvl w:ilvl="8" w:tplc="040E0005" w:tentative="1">
      <w:start w:val="1"/>
      <w:numFmt w:val="bullet"/>
      <w:lvlText w:val=""/>
      <w:lvlJc w:val="left"/>
      <w:pPr>
        <w:ind w:left="6616" w:hanging="360"/>
      </w:pPr>
      <w:rPr>
        <w:rFonts w:ascii="Wingdings" w:hAnsi="Wingdings" w:hint="default"/>
      </w:rPr>
    </w:lvl>
  </w:abstractNum>
  <w:abstractNum w:abstractNumId="40" w15:restartNumberingAfterBreak="0">
    <w:nsid w:val="52071E89"/>
    <w:multiLevelType w:val="hybridMultilevel"/>
    <w:tmpl w:val="3818771C"/>
    <w:lvl w:ilvl="0" w:tplc="131A35D2">
      <w:numFmt w:val="bullet"/>
      <w:lvlText w:val="-"/>
      <w:lvlJc w:val="left"/>
      <w:pPr>
        <w:ind w:left="515" w:hanging="140"/>
      </w:pPr>
      <w:rPr>
        <w:rFonts w:ascii="Times New Roman" w:eastAsia="Times New Roman" w:hAnsi="Times New Roman" w:cs="Times New Roman" w:hint="default"/>
        <w:b w:val="0"/>
        <w:bCs w:val="0"/>
        <w:i w:val="0"/>
        <w:iCs w:val="0"/>
        <w:spacing w:val="0"/>
        <w:w w:val="100"/>
        <w:sz w:val="24"/>
        <w:szCs w:val="24"/>
        <w:lang w:val="hu-HU" w:eastAsia="en-US" w:bidi="ar-SA"/>
      </w:rPr>
    </w:lvl>
    <w:lvl w:ilvl="1" w:tplc="075CC364">
      <w:numFmt w:val="bullet"/>
      <w:lvlText w:val="•"/>
      <w:lvlJc w:val="left"/>
      <w:pPr>
        <w:ind w:left="1432" w:hanging="140"/>
      </w:pPr>
      <w:rPr>
        <w:rFonts w:hint="default"/>
        <w:lang w:val="hu-HU" w:eastAsia="en-US" w:bidi="ar-SA"/>
      </w:rPr>
    </w:lvl>
    <w:lvl w:ilvl="2" w:tplc="7AF69866">
      <w:numFmt w:val="bullet"/>
      <w:lvlText w:val="•"/>
      <w:lvlJc w:val="left"/>
      <w:pPr>
        <w:ind w:left="2345" w:hanging="140"/>
      </w:pPr>
      <w:rPr>
        <w:rFonts w:hint="default"/>
        <w:lang w:val="hu-HU" w:eastAsia="en-US" w:bidi="ar-SA"/>
      </w:rPr>
    </w:lvl>
    <w:lvl w:ilvl="3" w:tplc="2E4EEC86">
      <w:numFmt w:val="bullet"/>
      <w:lvlText w:val="•"/>
      <w:lvlJc w:val="left"/>
      <w:pPr>
        <w:ind w:left="3257" w:hanging="140"/>
      </w:pPr>
      <w:rPr>
        <w:rFonts w:hint="default"/>
        <w:lang w:val="hu-HU" w:eastAsia="en-US" w:bidi="ar-SA"/>
      </w:rPr>
    </w:lvl>
    <w:lvl w:ilvl="4" w:tplc="85DE27E2">
      <w:numFmt w:val="bullet"/>
      <w:lvlText w:val="•"/>
      <w:lvlJc w:val="left"/>
      <w:pPr>
        <w:ind w:left="4170" w:hanging="140"/>
      </w:pPr>
      <w:rPr>
        <w:rFonts w:hint="default"/>
        <w:lang w:val="hu-HU" w:eastAsia="en-US" w:bidi="ar-SA"/>
      </w:rPr>
    </w:lvl>
    <w:lvl w:ilvl="5" w:tplc="6774668E">
      <w:numFmt w:val="bullet"/>
      <w:lvlText w:val="•"/>
      <w:lvlJc w:val="left"/>
      <w:pPr>
        <w:ind w:left="5083" w:hanging="140"/>
      </w:pPr>
      <w:rPr>
        <w:rFonts w:hint="default"/>
        <w:lang w:val="hu-HU" w:eastAsia="en-US" w:bidi="ar-SA"/>
      </w:rPr>
    </w:lvl>
    <w:lvl w:ilvl="6" w:tplc="D2B61F6A">
      <w:numFmt w:val="bullet"/>
      <w:lvlText w:val="•"/>
      <w:lvlJc w:val="left"/>
      <w:pPr>
        <w:ind w:left="5995" w:hanging="140"/>
      </w:pPr>
      <w:rPr>
        <w:rFonts w:hint="default"/>
        <w:lang w:val="hu-HU" w:eastAsia="en-US" w:bidi="ar-SA"/>
      </w:rPr>
    </w:lvl>
    <w:lvl w:ilvl="7" w:tplc="6B8EC19C">
      <w:numFmt w:val="bullet"/>
      <w:lvlText w:val="•"/>
      <w:lvlJc w:val="left"/>
      <w:pPr>
        <w:ind w:left="6908" w:hanging="140"/>
      </w:pPr>
      <w:rPr>
        <w:rFonts w:hint="default"/>
        <w:lang w:val="hu-HU" w:eastAsia="en-US" w:bidi="ar-SA"/>
      </w:rPr>
    </w:lvl>
    <w:lvl w:ilvl="8" w:tplc="FD809DE8">
      <w:numFmt w:val="bullet"/>
      <w:lvlText w:val="•"/>
      <w:lvlJc w:val="left"/>
      <w:pPr>
        <w:ind w:left="7821" w:hanging="140"/>
      </w:pPr>
      <w:rPr>
        <w:rFonts w:hint="default"/>
        <w:lang w:val="hu-HU" w:eastAsia="en-US" w:bidi="ar-SA"/>
      </w:rPr>
    </w:lvl>
  </w:abstractNum>
  <w:abstractNum w:abstractNumId="41" w15:restartNumberingAfterBreak="0">
    <w:nsid w:val="58131D3A"/>
    <w:multiLevelType w:val="hybridMultilevel"/>
    <w:tmpl w:val="DB749E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5825529B"/>
    <w:multiLevelType w:val="hybridMultilevel"/>
    <w:tmpl w:val="A65CBB46"/>
    <w:lvl w:ilvl="0" w:tplc="E3E45376">
      <w:start w:val="1"/>
      <w:numFmt w:val="decimal"/>
      <w:lvlText w:val="%1."/>
      <w:lvlJc w:val="left"/>
      <w:pPr>
        <w:ind w:left="916" w:hanging="240"/>
      </w:pPr>
      <w:rPr>
        <w:rFonts w:ascii="Times New Roman" w:eastAsia="Times New Roman" w:hAnsi="Times New Roman" w:cs="Times New Roman"/>
        <w:b w:val="0"/>
        <w:bCs w:val="0"/>
        <w:i w:val="0"/>
        <w:iCs w:val="0"/>
        <w:spacing w:val="0"/>
        <w:w w:val="100"/>
        <w:sz w:val="24"/>
        <w:szCs w:val="24"/>
        <w:lang w:val="hu-HU" w:eastAsia="en-US" w:bidi="ar-SA"/>
      </w:rPr>
    </w:lvl>
    <w:lvl w:ilvl="1" w:tplc="49C6961E">
      <w:numFmt w:val="bullet"/>
      <w:lvlText w:val="•"/>
      <w:lvlJc w:val="left"/>
      <w:pPr>
        <w:ind w:left="1792" w:hanging="240"/>
      </w:pPr>
      <w:rPr>
        <w:rFonts w:hint="default"/>
        <w:lang w:val="hu-HU" w:eastAsia="en-US" w:bidi="ar-SA"/>
      </w:rPr>
    </w:lvl>
    <w:lvl w:ilvl="2" w:tplc="9260F11C">
      <w:numFmt w:val="bullet"/>
      <w:lvlText w:val="•"/>
      <w:lvlJc w:val="left"/>
      <w:pPr>
        <w:ind w:left="2665" w:hanging="240"/>
      </w:pPr>
      <w:rPr>
        <w:rFonts w:hint="default"/>
        <w:lang w:val="hu-HU" w:eastAsia="en-US" w:bidi="ar-SA"/>
      </w:rPr>
    </w:lvl>
    <w:lvl w:ilvl="3" w:tplc="4DD432C2">
      <w:numFmt w:val="bullet"/>
      <w:lvlText w:val="•"/>
      <w:lvlJc w:val="left"/>
      <w:pPr>
        <w:ind w:left="3537" w:hanging="240"/>
      </w:pPr>
      <w:rPr>
        <w:rFonts w:hint="default"/>
        <w:lang w:val="hu-HU" w:eastAsia="en-US" w:bidi="ar-SA"/>
      </w:rPr>
    </w:lvl>
    <w:lvl w:ilvl="4" w:tplc="C2E68982">
      <w:numFmt w:val="bullet"/>
      <w:lvlText w:val="•"/>
      <w:lvlJc w:val="left"/>
      <w:pPr>
        <w:ind w:left="4410" w:hanging="240"/>
      </w:pPr>
      <w:rPr>
        <w:rFonts w:hint="default"/>
        <w:lang w:val="hu-HU" w:eastAsia="en-US" w:bidi="ar-SA"/>
      </w:rPr>
    </w:lvl>
    <w:lvl w:ilvl="5" w:tplc="A2BA2AF4">
      <w:numFmt w:val="bullet"/>
      <w:lvlText w:val="•"/>
      <w:lvlJc w:val="left"/>
      <w:pPr>
        <w:ind w:left="5283" w:hanging="240"/>
      </w:pPr>
      <w:rPr>
        <w:rFonts w:hint="default"/>
        <w:lang w:val="hu-HU" w:eastAsia="en-US" w:bidi="ar-SA"/>
      </w:rPr>
    </w:lvl>
    <w:lvl w:ilvl="6" w:tplc="21840AA2">
      <w:numFmt w:val="bullet"/>
      <w:lvlText w:val="•"/>
      <w:lvlJc w:val="left"/>
      <w:pPr>
        <w:ind w:left="6155" w:hanging="240"/>
      </w:pPr>
      <w:rPr>
        <w:rFonts w:hint="default"/>
        <w:lang w:val="hu-HU" w:eastAsia="en-US" w:bidi="ar-SA"/>
      </w:rPr>
    </w:lvl>
    <w:lvl w:ilvl="7" w:tplc="58F878A6">
      <w:numFmt w:val="bullet"/>
      <w:lvlText w:val="•"/>
      <w:lvlJc w:val="left"/>
      <w:pPr>
        <w:ind w:left="7028" w:hanging="240"/>
      </w:pPr>
      <w:rPr>
        <w:rFonts w:hint="default"/>
        <w:lang w:val="hu-HU" w:eastAsia="en-US" w:bidi="ar-SA"/>
      </w:rPr>
    </w:lvl>
    <w:lvl w:ilvl="8" w:tplc="FC62EA74">
      <w:numFmt w:val="bullet"/>
      <w:lvlText w:val="•"/>
      <w:lvlJc w:val="left"/>
      <w:pPr>
        <w:ind w:left="7901" w:hanging="240"/>
      </w:pPr>
      <w:rPr>
        <w:rFonts w:hint="default"/>
        <w:lang w:val="hu-HU" w:eastAsia="en-US" w:bidi="ar-SA"/>
      </w:rPr>
    </w:lvl>
  </w:abstractNum>
  <w:abstractNum w:abstractNumId="43" w15:restartNumberingAfterBreak="0">
    <w:nsid w:val="5C9503BB"/>
    <w:multiLevelType w:val="hybridMultilevel"/>
    <w:tmpl w:val="BCC680B4"/>
    <w:lvl w:ilvl="0" w:tplc="040E0005">
      <w:start w:val="1"/>
      <w:numFmt w:val="bullet"/>
      <w:lvlText w:val=""/>
      <w:lvlJc w:val="left"/>
      <w:pPr>
        <w:ind w:left="1216" w:hanging="360"/>
      </w:pPr>
      <w:rPr>
        <w:rFonts w:ascii="Wingdings" w:hAnsi="Wingdings" w:hint="default"/>
      </w:rPr>
    </w:lvl>
    <w:lvl w:ilvl="1" w:tplc="040E0003" w:tentative="1">
      <w:start w:val="1"/>
      <w:numFmt w:val="bullet"/>
      <w:lvlText w:val="o"/>
      <w:lvlJc w:val="left"/>
      <w:pPr>
        <w:ind w:left="1936" w:hanging="360"/>
      </w:pPr>
      <w:rPr>
        <w:rFonts w:ascii="Courier New" w:hAnsi="Courier New" w:cs="Courier New" w:hint="default"/>
      </w:rPr>
    </w:lvl>
    <w:lvl w:ilvl="2" w:tplc="040E0005" w:tentative="1">
      <w:start w:val="1"/>
      <w:numFmt w:val="bullet"/>
      <w:lvlText w:val=""/>
      <w:lvlJc w:val="left"/>
      <w:pPr>
        <w:ind w:left="2656" w:hanging="360"/>
      </w:pPr>
      <w:rPr>
        <w:rFonts w:ascii="Wingdings" w:hAnsi="Wingdings" w:hint="default"/>
      </w:rPr>
    </w:lvl>
    <w:lvl w:ilvl="3" w:tplc="040E0001" w:tentative="1">
      <w:start w:val="1"/>
      <w:numFmt w:val="bullet"/>
      <w:lvlText w:val=""/>
      <w:lvlJc w:val="left"/>
      <w:pPr>
        <w:ind w:left="3376" w:hanging="360"/>
      </w:pPr>
      <w:rPr>
        <w:rFonts w:ascii="Symbol" w:hAnsi="Symbol" w:hint="default"/>
      </w:rPr>
    </w:lvl>
    <w:lvl w:ilvl="4" w:tplc="040E0003" w:tentative="1">
      <w:start w:val="1"/>
      <w:numFmt w:val="bullet"/>
      <w:lvlText w:val="o"/>
      <w:lvlJc w:val="left"/>
      <w:pPr>
        <w:ind w:left="4096" w:hanging="360"/>
      </w:pPr>
      <w:rPr>
        <w:rFonts w:ascii="Courier New" w:hAnsi="Courier New" w:cs="Courier New" w:hint="default"/>
      </w:rPr>
    </w:lvl>
    <w:lvl w:ilvl="5" w:tplc="040E0005" w:tentative="1">
      <w:start w:val="1"/>
      <w:numFmt w:val="bullet"/>
      <w:lvlText w:val=""/>
      <w:lvlJc w:val="left"/>
      <w:pPr>
        <w:ind w:left="4816" w:hanging="360"/>
      </w:pPr>
      <w:rPr>
        <w:rFonts w:ascii="Wingdings" w:hAnsi="Wingdings" w:hint="default"/>
      </w:rPr>
    </w:lvl>
    <w:lvl w:ilvl="6" w:tplc="040E0001" w:tentative="1">
      <w:start w:val="1"/>
      <w:numFmt w:val="bullet"/>
      <w:lvlText w:val=""/>
      <w:lvlJc w:val="left"/>
      <w:pPr>
        <w:ind w:left="5536" w:hanging="360"/>
      </w:pPr>
      <w:rPr>
        <w:rFonts w:ascii="Symbol" w:hAnsi="Symbol" w:hint="default"/>
      </w:rPr>
    </w:lvl>
    <w:lvl w:ilvl="7" w:tplc="040E0003" w:tentative="1">
      <w:start w:val="1"/>
      <w:numFmt w:val="bullet"/>
      <w:lvlText w:val="o"/>
      <w:lvlJc w:val="left"/>
      <w:pPr>
        <w:ind w:left="6256" w:hanging="360"/>
      </w:pPr>
      <w:rPr>
        <w:rFonts w:ascii="Courier New" w:hAnsi="Courier New" w:cs="Courier New" w:hint="default"/>
      </w:rPr>
    </w:lvl>
    <w:lvl w:ilvl="8" w:tplc="040E0005" w:tentative="1">
      <w:start w:val="1"/>
      <w:numFmt w:val="bullet"/>
      <w:lvlText w:val=""/>
      <w:lvlJc w:val="left"/>
      <w:pPr>
        <w:ind w:left="6976" w:hanging="360"/>
      </w:pPr>
      <w:rPr>
        <w:rFonts w:ascii="Wingdings" w:hAnsi="Wingdings" w:hint="default"/>
      </w:rPr>
    </w:lvl>
  </w:abstractNum>
  <w:abstractNum w:abstractNumId="44" w15:restartNumberingAfterBreak="0">
    <w:nsid w:val="65070827"/>
    <w:multiLevelType w:val="hybridMultilevel"/>
    <w:tmpl w:val="01347F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65426F61"/>
    <w:multiLevelType w:val="hybridMultilevel"/>
    <w:tmpl w:val="305CC532"/>
    <w:lvl w:ilvl="0" w:tplc="ED103FC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68717F49"/>
    <w:multiLevelType w:val="hybridMultilevel"/>
    <w:tmpl w:val="C1186A82"/>
    <w:lvl w:ilvl="0" w:tplc="9D2056E4">
      <w:start w:val="1"/>
      <w:numFmt w:val="decimal"/>
      <w:lvlText w:val="%1."/>
      <w:lvlJc w:val="left"/>
      <w:pPr>
        <w:ind w:left="376" w:hanging="240"/>
      </w:pPr>
      <w:rPr>
        <w:rFonts w:ascii="Times New Roman" w:eastAsia="Times New Roman" w:hAnsi="Times New Roman" w:cs="Times New Roman" w:hint="default"/>
        <w:b w:val="0"/>
        <w:bCs w:val="0"/>
        <w:i w:val="0"/>
        <w:iCs w:val="0"/>
        <w:spacing w:val="0"/>
        <w:w w:val="100"/>
        <w:sz w:val="24"/>
        <w:szCs w:val="24"/>
        <w:lang w:val="hu-HU" w:eastAsia="en-US" w:bidi="ar-SA"/>
      </w:rPr>
    </w:lvl>
    <w:lvl w:ilvl="1" w:tplc="CCA43A8A">
      <w:numFmt w:val="bullet"/>
      <w:lvlText w:val="•"/>
      <w:lvlJc w:val="left"/>
      <w:pPr>
        <w:ind w:left="1306" w:hanging="240"/>
      </w:pPr>
      <w:rPr>
        <w:rFonts w:hint="default"/>
        <w:lang w:val="hu-HU" w:eastAsia="en-US" w:bidi="ar-SA"/>
      </w:rPr>
    </w:lvl>
    <w:lvl w:ilvl="2" w:tplc="32181F92">
      <w:numFmt w:val="bullet"/>
      <w:lvlText w:val="•"/>
      <w:lvlJc w:val="left"/>
      <w:pPr>
        <w:ind w:left="2233" w:hanging="240"/>
      </w:pPr>
      <w:rPr>
        <w:rFonts w:hint="default"/>
        <w:lang w:val="hu-HU" w:eastAsia="en-US" w:bidi="ar-SA"/>
      </w:rPr>
    </w:lvl>
    <w:lvl w:ilvl="3" w:tplc="96BE7EA8">
      <w:numFmt w:val="bullet"/>
      <w:lvlText w:val="•"/>
      <w:lvlJc w:val="left"/>
      <w:pPr>
        <w:ind w:left="3159" w:hanging="240"/>
      </w:pPr>
      <w:rPr>
        <w:rFonts w:hint="default"/>
        <w:lang w:val="hu-HU" w:eastAsia="en-US" w:bidi="ar-SA"/>
      </w:rPr>
    </w:lvl>
    <w:lvl w:ilvl="4" w:tplc="57C8F5F6">
      <w:numFmt w:val="bullet"/>
      <w:lvlText w:val="•"/>
      <w:lvlJc w:val="left"/>
      <w:pPr>
        <w:ind w:left="4086" w:hanging="240"/>
      </w:pPr>
      <w:rPr>
        <w:rFonts w:hint="default"/>
        <w:lang w:val="hu-HU" w:eastAsia="en-US" w:bidi="ar-SA"/>
      </w:rPr>
    </w:lvl>
    <w:lvl w:ilvl="5" w:tplc="A080D3B6">
      <w:numFmt w:val="bullet"/>
      <w:lvlText w:val="•"/>
      <w:lvlJc w:val="left"/>
      <w:pPr>
        <w:ind w:left="5013" w:hanging="240"/>
      </w:pPr>
      <w:rPr>
        <w:rFonts w:hint="default"/>
        <w:lang w:val="hu-HU" w:eastAsia="en-US" w:bidi="ar-SA"/>
      </w:rPr>
    </w:lvl>
    <w:lvl w:ilvl="6" w:tplc="6D7ED842">
      <w:numFmt w:val="bullet"/>
      <w:lvlText w:val="•"/>
      <w:lvlJc w:val="left"/>
      <w:pPr>
        <w:ind w:left="5939" w:hanging="240"/>
      </w:pPr>
      <w:rPr>
        <w:rFonts w:hint="default"/>
        <w:lang w:val="hu-HU" w:eastAsia="en-US" w:bidi="ar-SA"/>
      </w:rPr>
    </w:lvl>
    <w:lvl w:ilvl="7" w:tplc="F6E8C01E">
      <w:numFmt w:val="bullet"/>
      <w:lvlText w:val="•"/>
      <w:lvlJc w:val="left"/>
      <w:pPr>
        <w:ind w:left="6866" w:hanging="240"/>
      </w:pPr>
      <w:rPr>
        <w:rFonts w:hint="default"/>
        <w:lang w:val="hu-HU" w:eastAsia="en-US" w:bidi="ar-SA"/>
      </w:rPr>
    </w:lvl>
    <w:lvl w:ilvl="8" w:tplc="BE8A6C1C">
      <w:numFmt w:val="bullet"/>
      <w:lvlText w:val="•"/>
      <w:lvlJc w:val="left"/>
      <w:pPr>
        <w:ind w:left="7793" w:hanging="240"/>
      </w:pPr>
      <w:rPr>
        <w:rFonts w:hint="default"/>
        <w:lang w:val="hu-HU" w:eastAsia="en-US" w:bidi="ar-SA"/>
      </w:rPr>
    </w:lvl>
  </w:abstractNum>
  <w:abstractNum w:abstractNumId="47" w15:restartNumberingAfterBreak="0">
    <w:nsid w:val="6A5C107A"/>
    <w:multiLevelType w:val="hybridMultilevel"/>
    <w:tmpl w:val="A3B005C0"/>
    <w:lvl w:ilvl="0" w:tplc="D4568290">
      <w:start w:val="1"/>
      <w:numFmt w:val="decimal"/>
      <w:lvlText w:val="%1."/>
      <w:lvlJc w:val="left"/>
      <w:pPr>
        <w:ind w:left="376" w:hanging="240"/>
      </w:pPr>
      <w:rPr>
        <w:rFonts w:ascii="Times New Roman" w:eastAsia="Times New Roman" w:hAnsi="Times New Roman" w:cs="Times New Roman" w:hint="default"/>
        <w:b w:val="0"/>
        <w:bCs w:val="0"/>
        <w:i w:val="0"/>
        <w:iCs w:val="0"/>
        <w:spacing w:val="0"/>
        <w:w w:val="100"/>
        <w:sz w:val="24"/>
        <w:szCs w:val="24"/>
        <w:lang w:val="hu-HU" w:eastAsia="en-US" w:bidi="ar-SA"/>
      </w:rPr>
    </w:lvl>
    <w:lvl w:ilvl="1" w:tplc="44445F8A">
      <w:numFmt w:val="bullet"/>
      <w:lvlText w:val="•"/>
      <w:lvlJc w:val="left"/>
      <w:pPr>
        <w:ind w:left="1306" w:hanging="240"/>
      </w:pPr>
      <w:rPr>
        <w:rFonts w:hint="default"/>
        <w:lang w:val="hu-HU" w:eastAsia="en-US" w:bidi="ar-SA"/>
      </w:rPr>
    </w:lvl>
    <w:lvl w:ilvl="2" w:tplc="AAE238B8">
      <w:numFmt w:val="bullet"/>
      <w:lvlText w:val="•"/>
      <w:lvlJc w:val="left"/>
      <w:pPr>
        <w:ind w:left="2233" w:hanging="240"/>
      </w:pPr>
      <w:rPr>
        <w:rFonts w:hint="default"/>
        <w:lang w:val="hu-HU" w:eastAsia="en-US" w:bidi="ar-SA"/>
      </w:rPr>
    </w:lvl>
    <w:lvl w:ilvl="3" w:tplc="777EA868">
      <w:numFmt w:val="bullet"/>
      <w:lvlText w:val="•"/>
      <w:lvlJc w:val="left"/>
      <w:pPr>
        <w:ind w:left="3159" w:hanging="240"/>
      </w:pPr>
      <w:rPr>
        <w:rFonts w:hint="default"/>
        <w:lang w:val="hu-HU" w:eastAsia="en-US" w:bidi="ar-SA"/>
      </w:rPr>
    </w:lvl>
    <w:lvl w:ilvl="4" w:tplc="1FA69000">
      <w:numFmt w:val="bullet"/>
      <w:lvlText w:val="•"/>
      <w:lvlJc w:val="left"/>
      <w:pPr>
        <w:ind w:left="4086" w:hanging="240"/>
      </w:pPr>
      <w:rPr>
        <w:rFonts w:hint="default"/>
        <w:lang w:val="hu-HU" w:eastAsia="en-US" w:bidi="ar-SA"/>
      </w:rPr>
    </w:lvl>
    <w:lvl w:ilvl="5" w:tplc="EA5EDC52">
      <w:numFmt w:val="bullet"/>
      <w:lvlText w:val="•"/>
      <w:lvlJc w:val="left"/>
      <w:pPr>
        <w:ind w:left="5013" w:hanging="240"/>
      </w:pPr>
      <w:rPr>
        <w:rFonts w:hint="default"/>
        <w:lang w:val="hu-HU" w:eastAsia="en-US" w:bidi="ar-SA"/>
      </w:rPr>
    </w:lvl>
    <w:lvl w:ilvl="6" w:tplc="D4D4744E">
      <w:numFmt w:val="bullet"/>
      <w:lvlText w:val="•"/>
      <w:lvlJc w:val="left"/>
      <w:pPr>
        <w:ind w:left="5939" w:hanging="240"/>
      </w:pPr>
      <w:rPr>
        <w:rFonts w:hint="default"/>
        <w:lang w:val="hu-HU" w:eastAsia="en-US" w:bidi="ar-SA"/>
      </w:rPr>
    </w:lvl>
    <w:lvl w:ilvl="7" w:tplc="7670169A">
      <w:numFmt w:val="bullet"/>
      <w:lvlText w:val="•"/>
      <w:lvlJc w:val="left"/>
      <w:pPr>
        <w:ind w:left="6866" w:hanging="240"/>
      </w:pPr>
      <w:rPr>
        <w:rFonts w:hint="default"/>
        <w:lang w:val="hu-HU" w:eastAsia="en-US" w:bidi="ar-SA"/>
      </w:rPr>
    </w:lvl>
    <w:lvl w:ilvl="8" w:tplc="5D60B00C">
      <w:numFmt w:val="bullet"/>
      <w:lvlText w:val="•"/>
      <w:lvlJc w:val="left"/>
      <w:pPr>
        <w:ind w:left="7793" w:hanging="240"/>
      </w:pPr>
      <w:rPr>
        <w:rFonts w:hint="default"/>
        <w:lang w:val="hu-HU" w:eastAsia="en-US" w:bidi="ar-SA"/>
      </w:rPr>
    </w:lvl>
  </w:abstractNum>
  <w:abstractNum w:abstractNumId="48" w15:restartNumberingAfterBreak="0">
    <w:nsid w:val="6BAB5789"/>
    <w:multiLevelType w:val="hybridMultilevel"/>
    <w:tmpl w:val="F8881A64"/>
    <w:lvl w:ilvl="0" w:tplc="B3903590">
      <w:start w:val="1"/>
      <w:numFmt w:val="decimal"/>
      <w:lvlText w:val="%1."/>
      <w:lvlJc w:val="left"/>
      <w:pPr>
        <w:ind w:left="376" w:hanging="240"/>
      </w:pPr>
      <w:rPr>
        <w:rFonts w:hint="default"/>
        <w:spacing w:val="0"/>
        <w:w w:val="100"/>
        <w:lang w:val="hu-HU" w:eastAsia="en-US" w:bidi="ar-SA"/>
      </w:rPr>
    </w:lvl>
    <w:lvl w:ilvl="1" w:tplc="39FABAA2">
      <w:numFmt w:val="bullet"/>
      <w:lvlText w:val="•"/>
      <w:lvlJc w:val="left"/>
      <w:pPr>
        <w:ind w:left="1306" w:hanging="240"/>
      </w:pPr>
      <w:rPr>
        <w:rFonts w:hint="default"/>
        <w:lang w:val="hu-HU" w:eastAsia="en-US" w:bidi="ar-SA"/>
      </w:rPr>
    </w:lvl>
    <w:lvl w:ilvl="2" w:tplc="56B02FE4">
      <w:numFmt w:val="bullet"/>
      <w:lvlText w:val="•"/>
      <w:lvlJc w:val="left"/>
      <w:pPr>
        <w:ind w:left="2233" w:hanging="240"/>
      </w:pPr>
      <w:rPr>
        <w:rFonts w:hint="default"/>
        <w:lang w:val="hu-HU" w:eastAsia="en-US" w:bidi="ar-SA"/>
      </w:rPr>
    </w:lvl>
    <w:lvl w:ilvl="3" w:tplc="97088AAE">
      <w:numFmt w:val="bullet"/>
      <w:lvlText w:val="•"/>
      <w:lvlJc w:val="left"/>
      <w:pPr>
        <w:ind w:left="3159" w:hanging="240"/>
      </w:pPr>
      <w:rPr>
        <w:rFonts w:hint="default"/>
        <w:lang w:val="hu-HU" w:eastAsia="en-US" w:bidi="ar-SA"/>
      </w:rPr>
    </w:lvl>
    <w:lvl w:ilvl="4" w:tplc="AE848A28">
      <w:numFmt w:val="bullet"/>
      <w:lvlText w:val="•"/>
      <w:lvlJc w:val="left"/>
      <w:pPr>
        <w:ind w:left="4086" w:hanging="240"/>
      </w:pPr>
      <w:rPr>
        <w:rFonts w:hint="default"/>
        <w:lang w:val="hu-HU" w:eastAsia="en-US" w:bidi="ar-SA"/>
      </w:rPr>
    </w:lvl>
    <w:lvl w:ilvl="5" w:tplc="AFF03602">
      <w:numFmt w:val="bullet"/>
      <w:lvlText w:val="•"/>
      <w:lvlJc w:val="left"/>
      <w:pPr>
        <w:ind w:left="5013" w:hanging="240"/>
      </w:pPr>
      <w:rPr>
        <w:rFonts w:hint="default"/>
        <w:lang w:val="hu-HU" w:eastAsia="en-US" w:bidi="ar-SA"/>
      </w:rPr>
    </w:lvl>
    <w:lvl w:ilvl="6" w:tplc="3C9EDADC">
      <w:numFmt w:val="bullet"/>
      <w:lvlText w:val="•"/>
      <w:lvlJc w:val="left"/>
      <w:pPr>
        <w:ind w:left="5939" w:hanging="240"/>
      </w:pPr>
      <w:rPr>
        <w:rFonts w:hint="default"/>
        <w:lang w:val="hu-HU" w:eastAsia="en-US" w:bidi="ar-SA"/>
      </w:rPr>
    </w:lvl>
    <w:lvl w:ilvl="7" w:tplc="C19CEEBA">
      <w:numFmt w:val="bullet"/>
      <w:lvlText w:val="•"/>
      <w:lvlJc w:val="left"/>
      <w:pPr>
        <w:ind w:left="6866" w:hanging="240"/>
      </w:pPr>
      <w:rPr>
        <w:rFonts w:hint="default"/>
        <w:lang w:val="hu-HU" w:eastAsia="en-US" w:bidi="ar-SA"/>
      </w:rPr>
    </w:lvl>
    <w:lvl w:ilvl="8" w:tplc="08AC198A">
      <w:numFmt w:val="bullet"/>
      <w:lvlText w:val="•"/>
      <w:lvlJc w:val="left"/>
      <w:pPr>
        <w:ind w:left="7793" w:hanging="240"/>
      </w:pPr>
      <w:rPr>
        <w:rFonts w:hint="default"/>
        <w:lang w:val="hu-HU" w:eastAsia="en-US" w:bidi="ar-SA"/>
      </w:rPr>
    </w:lvl>
  </w:abstractNum>
  <w:abstractNum w:abstractNumId="49" w15:restartNumberingAfterBreak="0">
    <w:nsid w:val="6E626B6B"/>
    <w:multiLevelType w:val="hybridMultilevel"/>
    <w:tmpl w:val="54BAFAE0"/>
    <w:lvl w:ilvl="0" w:tplc="1086228A">
      <w:start w:val="1"/>
      <w:numFmt w:val="decimal"/>
      <w:lvlText w:val="%1."/>
      <w:lvlJc w:val="left"/>
      <w:pPr>
        <w:ind w:left="376" w:hanging="240"/>
      </w:pPr>
      <w:rPr>
        <w:rFonts w:ascii="Times New Roman" w:eastAsia="Times New Roman" w:hAnsi="Times New Roman" w:cs="Times New Roman" w:hint="default"/>
        <w:b w:val="0"/>
        <w:bCs w:val="0"/>
        <w:i w:val="0"/>
        <w:iCs w:val="0"/>
        <w:spacing w:val="0"/>
        <w:w w:val="100"/>
        <w:sz w:val="24"/>
        <w:szCs w:val="24"/>
        <w:lang w:val="hu-HU" w:eastAsia="en-US" w:bidi="ar-SA"/>
      </w:rPr>
    </w:lvl>
    <w:lvl w:ilvl="1" w:tplc="58E0ED84">
      <w:numFmt w:val="bullet"/>
      <w:lvlText w:val="•"/>
      <w:lvlJc w:val="left"/>
      <w:pPr>
        <w:ind w:left="1306" w:hanging="240"/>
      </w:pPr>
      <w:rPr>
        <w:rFonts w:hint="default"/>
        <w:lang w:val="hu-HU" w:eastAsia="en-US" w:bidi="ar-SA"/>
      </w:rPr>
    </w:lvl>
    <w:lvl w:ilvl="2" w:tplc="683AE86E">
      <w:numFmt w:val="bullet"/>
      <w:lvlText w:val="•"/>
      <w:lvlJc w:val="left"/>
      <w:pPr>
        <w:ind w:left="2233" w:hanging="240"/>
      </w:pPr>
      <w:rPr>
        <w:rFonts w:hint="default"/>
        <w:lang w:val="hu-HU" w:eastAsia="en-US" w:bidi="ar-SA"/>
      </w:rPr>
    </w:lvl>
    <w:lvl w:ilvl="3" w:tplc="4F18C55A">
      <w:numFmt w:val="bullet"/>
      <w:lvlText w:val="•"/>
      <w:lvlJc w:val="left"/>
      <w:pPr>
        <w:ind w:left="3159" w:hanging="240"/>
      </w:pPr>
      <w:rPr>
        <w:rFonts w:hint="default"/>
        <w:lang w:val="hu-HU" w:eastAsia="en-US" w:bidi="ar-SA"/>
      </w:rPr>
    </w:lvl>
    <w:lvl w:ilvl="4" w:tplc="8F74D0D8">
      <w:numFmt w:val="bullet"/>
      <w:lvlText w:val="•"/>
      <w:lvlJc w:val="left"/>
      <w:pPr>
        <w:ind w:left="4086" w:hanging="240"/>
      </w:pPr>
      <w:rPr>
        <w:rFonts w:hint="default"/>
        <w:lang w:val="hu-HU" w:eastAsia="en-US" w:bidi="ar-SA"/>
      </w:rPr>
    </w:lvl>
    <w:lvl w:ilvl="5" w:tplc="A1E09CD4">
      <w:numFmt w:val="bullet"/>
      <w:lvlText w:val="•"/>
      <w:lvlJc w:val="left"/>
      <w:pPr>
        <w:ind w:left="5013" w:hanging="240"/>
      </w:pPr>
      <w:rPr>
        <w:rFonts w:hint="default"/>
        <w:lang w:val="hu-HU" w:eastAsia="en-US" w:bidi="ar-SA"/>
      </w:rPr>
    </w:lvl>
    <w:lvl w:ilvl="6" w:tplc="07E4F7CE">
      <w:numFmt w:val="bullet"/>
      <w:lvlText w:val="•"/>
      <w:lvlJc w:val="left"/>
      <w:pPr>
        <w:ind w:left="5939" w:hanging="240"/>
      </w:pPr>
      <w:rPr>
        <w:rFonts w:hint="default"/>
        <w:lang w:val="hu-HU" w:eastAsia="en-US" w:bidi="ar-SA"/>
      </w:rPr>
    </w:lvl>
    <w:lvl w:ilvl="7" w:tplc="21C4DFB8">
      <w:numFmt w:val="bullet"/>
      <w:lvlText w:val="•"/>
      <w:lvlJc w:val="left"/>
      <w:pPr>
        <w:ind w:left="6866" w:hanging="240"/>
      </w:pPr>
      <w:rPr>
        <w:rFonts w:hint="default"/>
        <w:lang w:val="hu-HU" w:eastAsia="en-US" w:bidi="ar-SA"/>
      </w:rPr>
    </w:lvl>
    <w:lvl w:ilvl="8" w:tplc="25D0E248">
      <w:numFmt w:val="bullet"/>
      <w:lvlText w:val="•"/>
      <w:lvlJc w:val="left"/>
      <w:pPr>
        <w:ind w:left="7793" w:hanging="240"/>
      </w:pPr>
      <w:rPr>
        <w:rFonts w:hint="default"/>
        <w:lang w:val="hu-HU" w:eastAsia="en-US" w:bidi="ar-SA"/>
      </w:rPr>
    </w:lvl>
  </w:abstractNum>
  <w:abstractNum w:abstractNumId="50" w15:restartNumberingAfterBreak="0">
    <w:nsid w:val="72EF1E27"/>
    <w:multiLevelType w:val="hybridMultilevel"/>
    <w:tmpl w:val="EA2C57B6"/>
    <w:lvl w:ilvl="0" w:tplc="7BD0461E">
      <w:start w:val="1"/>
      <w:numFmt w:val="decimal"/>
      <w:lvlText w:val="%1."/>
      <w:lvlJc w:val="left"/>
      <w:pPr>
        <w:ind w:left="376" w:hanging="240"/>
      </w:pPr>
      <w:rPr>
        <w:rFonts w:hint="default"/>
        <w:spacing w:val="0"/>
        <w:w w:val="100"/>
        <w:lang w:val="hu-HU" w:eastAsia="en-US" w:bidi="ar-SA"/>
      </w:rPr>
    </w:lvl>
    <w:lvl w:ilvl="1" w:tplc="6F4E73D8">
      <w:numFmt w:val="bullet"/>
      <w:lvlText w:val="•"/>
      <w:lvlJc w:val="left"/>
      <w:pPr>
        <w:ind w:left="1306" w:hanging="240"/>
      </w:pPr>
      <w:rPr>
        <w:rFonts w:hint="default"/>
        <w:lang w:val="hu-HU" w:eastAsia="en-US" w:bidi="ar-SA"/>
      </w:rPr>
    </w:lvl>
    <w:lvl w:ilvl="2" w:tplc="955085DE">
      <w:numFmt w:val="bullet"/>
      <w:lvlText w:val="•"/>
      <w:lvlJc w:val="left"/>
      <w:pPr>
        <w:ind w:left="2233" w:hanging="240"/>
      </w:pPr>
      <w:rPr>
        <w:rFonts w:hint="default"/>
        <w:lang w:val="hu-HU" w:eastAsia="en-US" w:bidi="ar-SA"/>
      </w:rPr>
    </w:lvl>
    <w:lvl w:ilvl="3" w:tplc="FEA22786">
      <w:numFmt w:val="bullet"/>
      <w:lvlText w:val="•"/>
      <w:lvlJc w:val="left"/>
      <w:pPr>
        <w:ind w:left="3159" w:hanging="240"/>
      </w:pPr>
      <w:rPr>
        <w:rFonts w:hint="default"/>
        <w:lang w:val="hu-HU" w:eastAsia="en-US" w:bidi="ar-SA"/>
      </w:rPr>
    </w:lvl>
    <w:lvl w:ilvl="4" w:tplc="AAF0402C">
      <w:numFmt w:val="bullet"/>
      <w:lvlText w:val="•"/>
      <w:lvlJc w:val="left"/>
      <w:pPr>
        <w:ind w:left="4086" w:hanging="240"/>
      </w:pPr>
      <w:rPr>
        <w:rFonts w:hint="default"/>
        <w:lang w:val="hu-HU" w:eastAsia="en-US" w:bidi="ar-SA"/>
      </w:rPr>
    </w:lvl>
    <w:lvl w:ilvl="5" w:tplc="3DBEF996">
      <w:numFmt w:val="bullet"/>
      <w:lvlText w:val="•"/>
      <w:lvlJc w:val="left"/>
      <w:pPr>
        <w:ind w:left="5013" w:hanging="240"/>
      </w:pPr>
      <w:rPr>
        <w:rFonts w:hint="default"/>
        <w:lang w:val="hu-HU" w:eastAsia="en-US" w:bidi="ar-SA"/>
      </w:rPr>
    </w:lvl>
    <w:lvl w:ilvl="6" w:tplc="9BA0EA36">
      <w:numFmt w:val="bullet"/>
      <w:lvlText w:val="•"/>
      <w:lvlJc w:val="left"/>
      <w:pPr>
        <w:ind w:left="5939" w:hanging="240"/>
      </w:pPr>
      <w:rPr>
        <w:rFonts w:hint="default"/>
        <w:lang w:val="hu-HU" w:eastAsia="en-US" w:bidi="ar-SA"/>
      </w:rPr>
    </w:lvl>
    <w:lvl w:ilvl="7" w:tplc="DF1CC038">
      <w:numFmt w:val="bullet"/>
      <w:lvlText w:val="•"/>
      <w:lvlJc w:val="left"/>
      <w:pPr>
        <w:ind w:left="6866" w:hanging="240"/>
      </w:pPr>
      <w:rPr>
        <w:rFonts w:hint="default"/>
        <w:lang w:val="hu-HU" w:eastAsia="en-US" w:bidi="ar-SA"/>
      </w:rPr>
    </w:lvl>
    <w:lvl w:ilvl="8" w:tplc="A036D12E">
      <w:numFmt w:val="bullet"/>
      <w:lvlText w:val="•"/>
      <w:lvlJc w:val="left"/>
      <w:pPr>
        <w:ind w:left="7793" w:hanging="240"/>
      </w:pPr>
      <w:rPr>
        <w:rFonts w:hint="default"/>
        <w:lang w:val="hu-HU" w:eastAsia="en-US" w:bidi="ar-SA"/>
      </w:rPr>
    </w:lvl>
  </w:abstractNum>
  <w:abstractNum w:abstractNumId="51" w15:restartNumberingAfterBreak="0">
    <w:nsid w:val="75127B16"/>
    <w:multiLevelType w:val="hybridMultilevel"/>
    <w:tmpl w:val="862E042C"/>
    <w:lvl w:ilvl="0" w:tplc="701AEF3C">
      <w:numFmt w:val="bullet"/>
      <w:lvlText w:val=""/>
      <w:lvlJc w:val="left"/>
      <w:pPr>
        <w:ind w:left="856" w:hanging="360"/>
      </w:pPr>
      <w:rPr>
        <w:rFonts w:ascii="Wingdings" w:eastAsia="Wingdings" w:hAnsi="Wingdings" w:cs="Wingdings" w:hint="default"/>
        <w:b w:val="0"/>
        <w:bCs w:val="0"/>
        <w:i w:val="0"/>
        <w:iCs w:val="0"/>
        <w:spacing w:val="0"/>
        <w:w w:val="100"/>
        <w:sz w:val="24"/>
        <w:szCs w:val="24"/>
        <w:lang w:val="hu-HU" w:eastAsia="en-US" w:bidi="ar-SA"/>
      </w:rPr>
    </w:lvl>
    <w:lvl w:ilvl="1" w:tplc="6C5C7AB6">
      <w:numFmt w:val="bullet"/>
      <w:lvlText w:val="•"/>
      <w:lvlJc w:val="left"/>
      <w:pPr>
        <w:ind w:left="1738" w:hanging="360"/>
      </w:pPr>
      <w:rPr>
        <w:rFonts w:hint="default"/>
        <w:lang w:val="hu-HU" w:eastAsia="en-US" w:bidi="ar-SA"/>
      </w:rPr>
    </w:lvl>
    <w:lvl w:ilvl="2" w:tplc="0332D0B4">
      <w:numFmt w:val="bullet"/>
      <w:lvlText w:val="•"/>
      <w:lvlJc w:val="left"/>
      <w:pPr>
        <w:ind w:left="2617" w:hanging="360"/>
      </w:pPr>
      <w:rPr>
        <w:rFonts w:hint="default"/>
        <w:lang w:val="hu-HU" w:eastAsia="en-US" w:bidi="ar-SA"/>
      </w:rPr>
    </w:lvl>
    <w:lvl w:ilvl="3" w:tplc="3D66E0C0">
      <w:numFmt w:val="bullet"/>
      <w:lvlText w:val="•"/>
      <w:lvlJc w:val="left"/>
      <w:pPr>
        <w:ind w:left="3495" w:hanging="360"/>
      </w:pPr>
      <w:rPr>
        <w:rFonts w:hint="default"/>
        <w:lang w:val="hu-HU" w:eastAsia="en-US" w:bidi="ar-SA"/>
      </w:rPr>
    </w:lvl>
    <w:lvl w:ilvl="4" w:tplc="B1B05208">
      <w:numFmt w:val="bullet"/>
      <w:lvlText w:val="•"/>
      <w:lvlJc w:val="left"/>
      <w:pPr>
        <w:ind w:left="4374" w:hanging="360"/>
      </w:pPr>
      <w:rPr>
        <w:rFonts w:hint="default"/>
        <w:lang w:val="hu-HU" w:eastAsia="en-US" w:bidi="ar-SA"/>
      </w:rPr>
    </w:lvl>
    <w:lvl w:ilvl="5" w:tplc="617AFCC8">
      <w:numFmt w:val="bullet"/>
      <w:lvlText w:val="•"/>
      <w:lvlJc w:val="left"/>
      <w:pPr>
        <w:ind w:left="5253" w:hanging="360"/>
      </w:pPr>
      <w:rPr>
        <w:rFonts w:hint="default"/>
        <w:lang w:val="hu-HU" w:eastAsia="en-US" w:bidi="ar-SA"/>
      </w:rPr>
    </w:lvl>
    <w:lvl w:ilvl="6" w:tplc="0B1C844E">
      <w:numFmt w:val="bullet"/>
      <w:lvlText w:val="•"/>
      <w:lvlJc w:val="left"/>
      <w:pPr>
        <w:ind w:left="6131" w:hanging="360"/>
      </w:pPr>
      <w:rPr>
        <w:rFonts w:hint="default"/>
        <w:lang w:val="hu-HU" w:eastAsia="en-US" w:bidi="ar-SA"/>
      </w:rPr>
    </w:lvl>
    <w:lvl w:ilvl="7" w:tplc="2512B0BC">
      <w:numFmt w:val="bullet"/>
      <w:lvlText w:val="•"/>
      <w:lvlJc w:val="left"/>
      <w:pPr>
        <w:ind w:left="7010" w:hanging="360"/>
      </w:pPr>
      <w:rPr>
        <w:rFonts w:hint="default"/>
        <w:lang w:val="hu-HU" w:eastAsia="en-US" w:bidi="ar-SA"/>
      </w:rPr>
    </w:lvl>
    <w:lvl w:ilvl="8" w:tplc="933E5B56">
      <w:numFmt w:val="bullet"/>
      <w:lvlText w:val="•"/>
      <w:lvlJc w:val="left"/>
      <w:pPr>
        <w:ind w:left="7889" w:hanging="360"/>
      </w:pPr>
      <w:rPr>
        <w:rFonts w:hint="default"/>
        <w:lang w:val="hu-HU" w:eastAsia="en-US" w:bidi="ar-SA"/>
      </w:rPr>
    </w:lvl>
  </w:abstractNum>
  <w:abstractNum w:abstractNumId="52" w15:restartNumberingAfterBreak="0">
    <w:nsid w:val="76810FFD"/>
    <w:multiLevelType w:val="multilevel"/>
    <w:tmpl w:val="0D1C3420"/>
    <w:lvl w:ilvl="0">
      <w:start w:val="3"/>
      <w:numFmt w:val="decimal"/>
      <w:lvlText w:val="%1."/>
      <w:lvlJc w:val="left"/>
      <w:pPr>
        <w:ind w:left="136" w:hanging="182"/>
        <w:jc w:val="right"/>
      </w:pPr>
      <w:rPr>
        <w:rFonts w:ascii="Times New Roman" w:eastAsia="Times New Roman" w:hAnsi="Times New Roman" w:cs="Times New Roman" w:hint="default"/>
        <w:b w:val="0"/>
        <w:bCs w:val="0"/>
        <w:i w:val="0"/>
        <w:iCs w:val="0"/>
        <w:spacing w:val="0"/>
        <w:w w:val="96"/>
        <w:sz w:val="22"/>
        <w:szCs w:val="22"/>
        <w:lang w:val="hu-HU" w:eastAsia="en-US" w:bidi="ar-SA"/>
      </w:rPr>
    </w:lvl>
    <w:lvl w:ilvl="1">
      <w:start w:val="1"/>
      <w:numFmt w:val="decimal"/>
      <w:lvlText w:val="%1.%2."/>
      <w:lvlJc w:val="left"/>
      <w:pPr>
        <w:ind w:left="556" w:hanging="420"/>
      </w:pPr>
      <w:rPr>
        <w:rFonts w:ascii="Times New Roman" w:eastAsia="Times New Roman" w:hAnsi="Times New Roman" w:cs="Times New Roman" w:hint="default"/>
        <w:b/>
        <w:bCs/>
        <w:i w:val="0"/>
        <w:iCs w:val="0"/>
        <w:spacing w:val="0"/>
        <w:w w:val="100"/>
        <w:sz w:val="24"/>
        <w:szCs w:val="24"/>
        <w:lang w:val="hu-HU" w:eastAsia="en-US" w:bidi="ar-SA"/>
      </w:rPr>
    </w:lvl>
    <w:lvl w:ilvl="2">
      <w:numFmt w:val="bullet"/>
      <w:lvlText w:val=""/>
      <w:lvlJc w:val="left"/>
      <w:pPr>
        <w:ind w:left="496" w:hanging="360"/>
      </w:pPr>
      <w:rPr>
        <w:rFonts w:ascii="Wingdings" w:eastAsia="Wingdings" w:hAnsi="Wingdings" w:cs="Wingdings" w:hint="default"/>
        <w:b w:val="0"/>
        <w:bCs w:val="0"/>
        <w:i w:val="0"/>
        <w:iCs w:val="0"/>
        <w:spacing w:val="0"/>
        <w:w w:val="100"/>
        <w:sz w:val="24"/>
        <w:szCs w:val="24"/>
        <w:lang w:val="hu-HU" w:eastAsia="en-US" w:bidi="ar-SA"/>
      </w:rPr>
    </w:lvl>
    <w:lvl w:ilvl="3">
      <w:numFmt w:val="bullet"/>
      <w:lvlText w:val="•"/>
      <w:lvlJc w:val="left"/>
      <w:pPr>
        <w:ind w:left="1695" w:hanging="360"/>
      </w:pPr>
      <w:rPr>
        <w:rFonts w:hint="default"/>
        <w:lang w:val="hu-HU" w:eastAsia="en-US" w:bidi="ar-SA"/>
      </w:rPr>
    </w:lvl>
    <w:lvl w:ilvl="4">
      <w:numFmt w:val="bullet"/>
      <w:lvlText w:val="•"/>
      <w:lvlJc w:val="left"/>
      <w:pPr>
        <w:ind w:left="2831" w:hanging="360"/>
      </w:pPr>
      <w:rPr>
        <w:rFonts w:hint="default"/>
        <w:lang w:val="hu-HU" w:eastAsia="en-US" w:bidi="ar-SA"/>
      </w:rPr>
    </w:lvl>
    <w:lvl w:ilvl="5">
      <w:numFmt w:val="bullet"/>
      <w:lvlText w:val="•"/>
      <w:lvlJc w:val="left"/>
      <w:pPr>
        <w:ind w:left="3967" w:hanging="360"/>
      </w:pPr>
      <w:rPr>
        <w:rFonts w:hint="default"/>
        <w:lang w:val="hu-HU" w:eastAsia="en-US" w:bidi="ar-SA"/>
      </w:rPr>
    </w:lvl>
    <w:lvl w:ilvl="6">
      <w:numFmt w:val="bullet"/>
      <w:lvlText w:val="•"/>
      <w:lvlJc w:val="left"/>
      <w:pPr>
        <w:ind w:left="5103" w:hanging="360"/>
      </w:pPr>
      <w:rPr>
        <w:rFonts w:hint="default"/>
        <w:lang w:val="hu-HU" w:eastAsia="en-US" w:bidi="ar-SA"/>
      </w:rPr>
    </w:lvl>
    <w:lvl w:ilvl="7">
      <w:numFmt w:val="bullet"/>
      <w:lvlText w:val="•"/>
      <w:lvlJc w:val="left"/>
      <w:pPr>
        <w:ind w:left="6239" w:hanging="360"/>
      </w:pPr>
      <w:rPr>
        <w:rFonts w:hint="default"/>
        <w:lang w:val="hu-HU" w:eastAsia="en-US" w:bidi="ar-SA"/>
      </w:rPr>
    </w:lvl>
    <w:lvl w:ilvl="8">
      <w:numFmt w:val="bullet"/>
      <w:lvlText w:val="•"/>
      <w:lvlJc w:val="left"/>
      <w:pPr>
        <w:ind w:left="7374" w:hanging="360"/>
      </w:pPr>
      <w:rPr>
        <w:rFonts w:hint="default"/>
        <w:lang w:val="hu-HU" w:eastAsia="en-US" w:bidi="ar-SA"/>
      </w:rPr>
    </w:lvl>
  </w:abstractNum>
  <w:abstractNum w:abstractNumId="53" w15:restartNumberingAfterBreak="0">
    <w:nsid w:val="7AC35D11"/>
    <w:multiLevelType w:val="hybridMultilevel"/>
    <w:tmpl w:val="477A6EBC"/>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7DAC7ED6"/>
    <w:multiLevelType w:val="multilevel"/>
    <w:tmpl w:val="40406182"/>
    <w:lvl w:ilvl="0">
      <w:start w:val="1"/>
      <w:numFmt w:val="decimal"/>
      <w:lvlText w:val="%1."/>
      <w:lvlJc w:val="left"/>
      <w:pPr>
        <w:ind w:left="976" w:hanging="240"/>
      </w:pPr>
      <w:rPr>
        <w:rFonts w:ascii="Times New Roman" w:eastAsia="Times New Roman" w:hAnsi="Times New Roman" w:cs="Times New Roman" w:hint="default"/>
        <w:b/>
        <w:bCs/>
        <w:i w:val="0"/>
        <w:iCs w:val="0"/>
        <w:spacing w:val="0"/>
        <w:w w:val="100"/>
        <w:sz w:val="24"/>
        <w:szCs w:val="24"/>
        <w:lang w:val="hu-HU" w:eastAsia="en-US" w:bidi="ar-SA"/>
      </w:rPr>
    </w:lvl>
    <w:lvl w:ilvl="1">
      <w:start w:val="1"/>
      <w:numFmt w:val="decimal"/>
      <w:lvlText w:val="%1.%2."/>
      <w:lvlJc w:val="left"/>
      <w:pPr>
        <w:ind w:left="1156" w:hanging="420"/>
        <w:jc w:val="right"/>
      </w:pPr>
      <w:rPr>
        <w:rFonts w:ascii="Times New Roman" w:eastAsia="Times New Roman" w:hAnsi="Times New Roman" w:cs="Times New Roman" w:hint="default"/>
        <w:b/>
        <w:bCs/>
        <w:i/>
        <w:iCs/>
        <w:spacing w:val="0"/>
        <w:w w:val="100"/>
        <w:sz w:val="24"/>
        <w:szCs w:val="24"/>
        <w:lang w:val="hu-HU" w:eastAsia="en-US" w:bidi="ar-SA"/>
      </w:rPr>
    </w:lvl>
    <w:lvl w:ilvl="2">
      <w:numFmt w:val="bullet"/>
      <w:lvlText w:val=""/>
      <w:lvlJc w:val="left"/>
      <w:pPr>
        <w:ind w:left="1698" w:hanging="360"/>
      </w:pPr>
      <w:rPr>
        <w:rFonts w:ascii="Wingdings" w:eastAsia="Wingdings" w:hAnsi="Wingdings" w:cs="Wingdings" w:hint="default"/>
        <w:spacing w:val="0"/>
        <w:w w:val="100"/>
        <w:lang w:val="hu-HU" w:eastAsia="en-US" w:bidi="ar-SA"/>
      </w:rPr>
    </w:lvl>
    <w:lvl w:ilvl="3">
      <w:numFmt w:val="bullet"/>
      <w:lvlText w:val="•"/>
      <w:lvlJc w:val="left"/>
      <w:pPr>
        <w:ind w:left="1340" w:hanging="360"/>
      </w:pPr>
      <w:rPr>
        <w:rFonts w:hint="default"/>
        <w:lang w:val="hu-HU" w:eastAsia="en-US" w:bidi="ar-SA"/>
      </w:rPr>
    </w:lvl>
    <w:lvl w:ilvl="4">
      <w:numFmt w:val="bullet"/>
      <w:lvlText w:val="•"/>
      <w:lvlJc w:val="left"/>
      <w:pPr>
        <w:ind w:left="1680" w:hanging="360"/>
      </w:pPr>
      <w:rPr>
        <w:rFonts w:hint="default"/>
        <w:lang w:val="hu-HU" w:eastAsia="en-US" w:bidi="ar-SA"/>
      </w:rPr>
    </w:lvl>
    <w:lvl w:ilvl="5">
      <w:numFmt w:val="bullet"/>
      <w:lvlText w:val="•"/>
      <w:lvlJc w:val="left"/>
      <w:pPr>
        <w:ind w:left="1700" w:hanging="360"/>
      </w:pPr>
      <w:rPr>
        <w:rFonts w:hint="default"/>
        <w:lang w:val="hu-HU" w:eastAsia="en-US" w:bidi="ar-SA"/>
      </w:rPr>
    </w:lvl>
    <w:lvl w:ilvl="6">
      <w:numFmt w:val="bullet"/>
      <w:lvlText w:val="•"/>
      <w:lvlJc w:val="left"/>
      <w:pPr>
        <w:ind w:left="3289" w:hanging="360"/>
      </w:pPr>
      <w:rPr>
        <w:rFonts w:hint="default"/>
        <w:lang w:val="hu-HU" w:eastAsia="en-US" w:bidi="ar-SA"/>
      </w:rPr>
    </w:lvl>
    <w:lvl w:ilvl="7">
      <w:numFmt w:val="bullet"/>
      <w:lvlText w:val="•"/>
      <w:lvlJc w:val="left"/>
      <w:pPr>
        <w:ind w:left="4878" w:hanging="360"/>
      </w:pPr>
      <w:rPr>
        <w:rFonts w:hint="default"/>
        <w:lang w:val="hu-HU" w:eastAsia="en-US" w:bidi="ar-SA"/>
      </w:rPr>
    </w:lvl>
    <w:lvl w:ilvl="8">
      <w:numFmt w:val="bullet"/>
      <w:lvlText w:val="•"/>
      <w:lvlJc w:val="left"/>
      <w:pPr>
        <w:ind w:left="6467" w:hanging="360"/>
      </w:pPr>
      <w:rPr>
        <w:rFonts w:hint="default"/>
        <w:lang w:val="hu-HU" w:eastAsia="en-US" w:bidi="ar-SA"/>
      </w:rPr>
    </w:lvl>
  </w:abstractNum>
  <w:abstractNum w:abstractNumId="55" w15:restartNumberingAfterBreak="0">
    <w:nsid w:val="7F407C77"/>
    <w:multiLevelType w:val="multilevel"/>
    <w:tmpl w:val="4E44F4DE"/>
    <w:lvl w:ilvl="0">
      <w:start w:val="1"/>
      <w:numFmt w:val="decimal"/>
      <w:lvlText w:val="%1."/>
      <w:lvlJc w:val="left"/>
      <w:pPr>
        <w:ind w:left="136" w:hanging="240"/>
      </w:pPr>
      <w:rPr>
        <w:rFonts w:ascii="Times New Roman" w:eastAsia="Times New Roman" w:hAnsi="Times New Roman" w:cs="Times New Roman" w:hint="default"/>
        <w:b w:val="0"/>
        <w:bCs w:val="0"/>
        <w:i w:val="0"/>
        <w:iCs w:val="0"/>
        <w:spacing w:val="0"/>
        <w:w w:val="88"/>
        <w:sz w:val="24"/>
        <w:szCs w:val="24"/>
        <w:lang w:val="hu-HU" w:eastAsia="en-US" w:bidi="ar-SA"/>
      </w:rPr>
    </w:lvl>
    <w:lvl w:ilvl="1">
      <w:start w:val="1"/>
      <w:numFmt w:val="decimal"/>
      <w:lvlText w:val="%2."/>
      <w:lvlJc w:val="left"/>
      <w:pPr>
        <w:ind w:left="983" w:hanging="420"/>
        <w:jc w:val="right"/>
      </w:pPr>
      <w:rPr>
        <w:rFonts w:hint="default"/>
        <w:spacing w:val="0"/>
        <w:w w:val="100"/>
        <w:lang w:val="hu-HU" w:eastAsia="en-US" w:bidi="ar-SA"/>
      </w:rPr>
    </w:lvl>
    <w:lvl w:ilvl="2">
      <w:start w:val="1"/>
      <w:numFmt w:val="decimal"/>
      <w:lvlText w:val="%2.%3."/>
      <w:lvlJc w:val="left"/>
      <w:pPr>
        <w:ind w:left="1343" w:hanging="420"/>
      </w:pPr>
      <w:rPr>
        <w:rFonts w:ascii="Times New Roman" w:eastAsia="Times New Roman" w:hAnsi="Times New Roman" w:cs="Times New Roman" w:hint="default"/>
        <w:b/>
        <w:bCs/>
        <w:i/>
        <w:iCs/>
        <w:spacing w:val="0"/>
        <w:w w:val="100"/>
        <w:sz w:val="24"/>
        <w:szCs w:val="24"/>
        <w:lang w:val="hu-HU" w:eastAsia="en-US" w:bidi="ar-SA"/>
      </w:rPr>
    </w:lvl>
    <w:lvl w:ilvl="3">
      <w:numFmt w:val="bullet"/>
      <w:lvlText w:val=""/>
      <w:lvlJc w:val="left"/>
      <w:pPr>
        <w:ind w:left="1698" w:hanging="360"/>
      </w:pPr>
      <w:rPr>
        <w:rFonts w:ascii="Wingdings" w:eastAsia="Wingdings" w:hAnsi="Wingdings" w:cs="Wingdings" w:hint="default"/>
        <w:b w:val="0"/>
        <w:bCs w:val="0"/>
        <w:i w:val="0"/>
        <w:iCs w:val="0"/>
        <w:spacing w:val="0"/>
        <w:w w:val="100"/>
        <w:sz w:val="24"/>
        <w:szCs w:val="24"/>
        <w:lang w:val="hu-HU" w:eastAsia="en-US" w:bidi="ar-SA"/>
      </w:rPr>
    </w:lvl>
    <w:lvl w:ilvl="4">
      <w:numFmt w:val="bullet"/>
      <w:lvlText w:val="•"/>
      <w:lvlJc w:val="left"/>
      <w:pPr>
        <w:ind w:left="2835" w:hanging="360"/>
      </w:pPr>
      <w:rPr>
        <w:rFonts w:hint="default"/>
        <w:lang w:val="hu-HU" w:eastAsia="en-US" w:bidi="ar-SA"/>
      </w:rPr>
    </w:lvl>
    <w:lvl w:ilvl="5">
      <w:numFmt w:val="bullet"/>
      <w:lvlText w:val="•"/>
      <w:lvlJc w:val="left"/>
      <w:pPr>
        <w:ind w:left="3970" w:hanging="360"/>
      </w:pPr>
      <w:rPr>
        <w:rFonts w:hint="default"/>
        <w:lang w:val="hu-HU" w:eastAsia="en-US" w:bidi="ar-SA"/>
      </w:rPr>
    </w:lvl>
    <w:lvl w:ilvl="6">
      <w:numFmt w:val="bullet"/>
      <w:lvlText w:val="•"/>
      <w:lvlJc w:val="left"/>
      <w:pPr>
        <w:ind w:left="5105" w:hanging="360"/>
      </w:pPr>
      <w:rPr>
        <w:rFonts w:hint="default"/>
        <w:lang w:val="hu-HU" w:eastAsia="en-US" w:bidi="ar-SA"/>
      </w:rPr>
    </w:lvl>
    <w:lvl w:ilvl="7">
      <w:numFmt w:val="bullet"/>
      <w:lvlText w:val="•"/>
      <w:lvlJc w:val="left"/>
      <w:pPr>
        <w:ind w:left="6240" w:hanging="360"/>
      </w:pPr>
      <w:rPr>
        <w:rFonts w:hint="default"/>
        <w:lang w:val="hu-HU" w:eastAsia="en-US" w:bidi="ar-SA"/>
      </w:rPr>
    </w:lvl>
    <w:lvl w:ilvl="8">
      <w:numFmt w:val="bullet"/>
      <w:lvlText w:val="•"/>
      <w:lvlJc w:val="left"/>
      <w:pPr>
        <w:ind w:left="7376" w:hanging="360"/>
      </w:pPr>
      <w:rPr>
        <w:rFonts w:hint="default"/>
        <w:lang w:val="hu-HU" w:eastAsia="en-US" w:bidi="ar-SA"/>
      </w:rPr>
    </w:lvl>
  </w:abstractNum>
  <w:num w:numId="1" w16cid:durableId="336923745">
    <w:abstractNumId w:val="35"/>
  </w:num>
  <w:num w:numId="2" w16cid:durableId="770315280">
    <w:abstractNumId w:val="29"/>
  </w:num>
  <w:num w:numId="3" w16cid:durableId="1781559925">
    <w:abstractNumId w:val="54"/>
  </w:num>
  <w:num w:numId="4" w16cid:durableId="1305547776">
    <w:abstractNumId w:val="55"/>
  </w:num>
  <w:num w:numId="5" w16cid:durableId="245967785">
    <w:abstractNumId w:val="22"/>
  </w:num>
  <w:num w:numId="6" w16cid:durableId="946157210">
    <w:abstractNumId w:val="46"/>
  </w:num>
  <w:num w:numId="7" w16cid:durableId="120467316">
    <w:abstractNumId w:val="47"/>
  </w:num>
  <w:num w:numId="8" w16cid:durableId="1577591550">
    <w:abstractNumId w:val="50"/>
  </w:num>
  <w:num w:numId="9" w16cid:durableId="402602099">
    <w:abstractNumId w:val="49"/>
  </w:num>
  <w:num w:numId="10" w16cid:durableId="508985233">
    <w:abstractNumId w:val="48"/>
  </w:num>
  <w:num w:numId="11" w16cid:durableId="444423361">
    <w:abstractNumId w:val="15"/>
  </w:num>
  <w:num w:numId="12" w16cid:durableId="451751345">
    <w:abstractNumId w:val="31"/>
  </w:num>
  <w:num w:numId="13" w16cid:durableId="405104997">
    <w:abstractNumId w:val="32"/>
  </w:num>
  <w:num w:numId="14" w16cid:durableId="892041210">
    <w:abstractNumId w:val="36"/>
  </w:num>
  <w:num w:numId="15" w16cid:durableId="518590010">
    <w:abstractNumId w:val="37"/>
  </w:num>
  <w:num w:numId="16" w16cid:durableId="1742865709">
    <w:abstractNumId w:val="40"/>
  </w:num>
  <w:num w:numId="17" w16cid:durableId="499926893">
    <w:abstractNumId w:val="34"/>
  </w:num>
  <w:num w:numId="18" w16cid:durableId="1063791202">
    <w:abstractNumId w:val="14"/>
  </w:num>
  <w:num w:numId="19" w16cid:durableId="43065432">
    <w:abstractNumId w:val="42"/>
  </w:num>
  <w:num w:numId="20" w16cid:durableId="1290749039">
    <w:abstractNumId w:val="51"/>
  </w:num>
  <w:num w:numId="21" w16cid:durableId="1335575606">
    <w:abstractNumId w:val="16"/>
  </w:num>
  <w:num w:numId="22" w16cid:durableId="188376707">
    <w:abstractNumId w:val="52"/>
  </w:num>
  <w:num w:numId="23" w16cid:durableId="1805124722">
    <w:abstractNumId w:val="23"/>
  </w:num>
  <w:num w:numId="24" w16cid:durableId="442043505">
    <w:abstractNumId w:val="28"/>
  </w:num>
  <w:num w:numId="25" w16cid:durableId="1032725218">
    <w:abstractNumId w:val="38"/>
  </w:num>
  <w:num w:numId="26" w16cid:durableId="214465335">
    <w:abstractNumId w:val="33"/>
  </w:num>
  <w:num w:numId="27" w16cid:durableId="2140802983">
    <w:abstractNumId w:val="25"/>
  </w:num>
  <w:num w:numId="28" w16cid:durableId="2120567986">
    <w:abstractNumId w:val="21"/>
  </w:num>
  <w:num w:numId="29" w16cid:durableId="1514609973">
    <w:abstractNumId w:val="30"/>
  </w:num>
  <w:num w:numId="30" w16cid:durableId="425004087">
    <w:abstractNumId w:val="24"/>
  </w:num>
  <w:num w:numId="31" w16cid:durableId="1313755771">
    <w:abstractNumId w:val="41"/>
  </w:num>
  <w:num w:numId="32" w16cid:durableId="1863587212">
    <w:abstractNumId w:val="20"/>
  </w:num>
  <w:num w:numId="33" w16cid:durableId="2116948140">
    <w:abstractNumId w:val="19"/>
  </w:num>
  <w:num w:numId="34" w16cid:durableId="320424145">
    <w:abstractNumId w:val="12"/>
  </w:num>
  <w:num w:numId="35" w16cid:durableId="213081718">
    <w:abstractNumId w:val="44"/>
  </w:num>
  <w:num w:numId="36" w16cid:durableId="1650280794">
    <w:abstractNumId w:val="17"/>
  </w:num>
  <w:num w:numId="37" w16cid:durableId="2097356067">
    <w:abstractNumId w:val="13"/>
  </w:num>
  <w:num w:numId="38" w16cid:durableId="1199275229">
    <w:abstractNumId w:val="26"/>
  </w:num>
  <w:num w:numId="39" w16cid:durableId="647176630">
    <w:abstractNumId w:val="11"/>
  </w:num>
  <w:num w:numId="40" w16cid:durableId="414405052">
    <w:abstractNumId w:val="39"/>
  </w:num>
  <w:num w:numId="41" w16cid:durableId="1990281169">
    <w:abstractNumId w:val="27"/>
  </w:num>
  <w:num w:numId="42" w16cid:durableId="1625190273">
    <w:abstractNumId w:val="45"/>
  </w:num>
  <w:num w:numId="43" w16cid:durableId="1865318157">
    <w:abstractNumId w:val="43"/>
  </w:num>
  <w:num w:numId="44" w16cid:durableId="1723098707">
    <w:abstractNumId w:val="18"/>
  </w:num>
  <w:num w:numId="45" w16cid:durableId="437991543">
    <w:abstractNumId w:val="53"/>
  </w:num>
  <w:num w:numId="46" w16cid:durableId="612395313">
    <w:abstractNumId w:val="9"/>
  </w:num>
  <w:num w:numId="47" w16cid:durableId="20687188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39713561">
    <w:abstractNumId w:val="8"/>
  </w:num>
  <w:num w:numId="49" w16cid:durableId="401759981">
    <w:abstractNumId w:val="6"/>
  </w:num>
  <w:num w:numId="50" w16cid:durableId="275521539">
    <w:abstractNumId w:val="5"/>
  </w:num>
  <w:num w:numId="51" w16cid:durableId="1567110332">
    <w:abstractNumId w:val="4"/>
  </w:num>
  <w:num w:numId="52" w16cid:durableId="1487747021">
    <w:abstractNumId w:val="7"/>
  </w:num>
  <w:num w:numId="53" w16cid:durableId="1886867287">
    <w:abstractNumId w:val="3"/>
  </w:num>
  <w:num w:numId="54" w16cid:durableId="248009336">
    <w:abstractNumId w:val="2"/>
  </w:num>
  <w:num w:numId="55" w16cid:durableId="1337657394">
    <w:abstractNumId w:val="1"/>
  </w:num>
  <w:num w:numId="56" w16cid:durableId="1101798527">
    <w:abstractNumId w:val="0"/>
  </w:num>
  <w:num w:numId="57" w16cid:durableId="1539002976">
    <w:abstractNumId w:val="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CFD"/>
    <w:rsid w:val="00004A51"/>
    <w:rsid w:val="00015FD4"/>
    <w:rsid w:val="00016526"/>
    <w:rsid w:val="0003310C"/>
    <w:rsid w:val="00035EC3"/>
    <w:rsid w:val="000452DF"/>
    <w:rsid w:val="00054ED9"/>
    <w:rsid w:val="0005697F"/>
    <w:rsid w:val="0007465E"/>
    <w:rsid w:val="00080EC1"/>
    <w:rsid w:val="00087700"/>
    <w:rsid w:val="00096C5A"/>
    <w:rsid w:val="000A13CA"/>
    <w:rsid w:val="000A1D43"/>
    <w:rsid w:val="000B4640"/>
    <w:rsid w:val="000C59E2"/>
    <w:rsid w:val="000E0830"/>
    <w:rsid w:val="000E28C3"/>
    <w:rsid w:val="000E40EE"/>
    <w:rsid w:val="001007DA"/>
    <w:rsid w:val="00102283"/>
    <w:rsid w:val="001211C5"/>
    <w:rsid w:val="00123E37"/>
    <w:rsid w:val="00150599"/>
    <w:rsid w:val="001670A2"/>
    <w:rsid w:val="00167E13"/>
    <w:rsid w:val="00170406"/>
    <w:rsid w:val="00182BA8"/>
    <w:rsid w:val="00191AB3"/>
    <w:rsid w:val="001929BD"/>
    <w:rsid w:val="00192FD0"/>
    <w:rsid w:val="00197FAB"/>
    <w:rsid w:val="001A1A12"/>
    <w:rsid w:val="001B1DF3"/>
    <w:rsid w:val="001B6770"/>
    <w:rsid w:val="001C0EED"/>
    <w:rsid w:val="001C37E0"/>
    <w:rsid w:val="001C3911"/>
    <w:rsid w:val="001C7292"/>
    <w:rsid w:val="001D52B3"/>
    <w:rsid w:val="001E0B18"/>
    <w:rsid w:val="001E4657"/>
    <w:rsid w:val="001E4799"/>
    <w:rsid w:val="001F3121"/>
    <w:rsid w:val="00205C10"/>
    <w:rsid w:val="00215B08"/>
    <w:rsid w:val="00215F78"/>
    <w:rsid w:val="00221A45"/>
    <w:rsid w:val="002238B9"/>
    <w:rsid w:val="0022444D"/>
    <w:rsid w:val="0022555E"/>
    <w:rsid w:val="00225BD7"/>
    <w:rsid w:val="00240380"/>
    <w:rsid w:val="00264C46"/>
    <w:rsid w:val="002A0CED"/>
    <w:rsid w:val="002B696B"/>
    <w:rsid w:val="002C406D"/>
    <w:rsid w:val="002D105C"/>
    <w:rsid w:val="002D2822"/>
    <w:rsid w:val="002D56A3"/>
    <w:rsid w:val="002D5F26"/>
    <w:rsid w:val="002E071C"/>
    <w:rsid w:val="002E0B60"/>
    <w:rsid w:val="002E3F83"/>
    <w:rsid w:val="002E5508"/>
    <w:rsid w:val="002F01D1"/>
    <w:rsid w:val="002F222E"/>
    <w:rsid w:val="002F3CEF"/>
    <w:rsid w:val="00306DFF"/>
    <w:rsid w:val="003128B6"/>
    <w:rsid w:val="00312E7B"/>
    <w:rsid w:val="00314E44"/>
    <w:rsid w:val="003265CE"/>
    <w:rsid w:val="00327849"/>
    <w:rsid w:val="003424D1"/>
    <w:rsid w:val="0035502B"/>
    <w:rsid w:val="00360930"/>
    <w:rsid w:val="00363CC7"/>
    <w:rsid w:val="003642FB"/>
    <w:rsid w:val="003645E8"/>
    <w:rsid w:val="00364E3B"/>
    <w:rsid w:val="0036699B"/>
    <w:rsid w:val="00383E45"/>
    <w:rsid w:val="0038657F"/>
    <w:rsid w:val="00391E4C"/>
    <w:rsid w:val="00396584"/>
    <w:rsid w:val="003970ED"/>
    <w:rsid w:val="003A5ED4"/>
    <w:rsid w:val="003C0441"/>
    <w:rsid w:val="003C2FBC"/>
    <w:rsid w:val="003D1A51"/>
    <w:rsid w:val="003D2DC5"/>
    <w:rsid w:val="00405B43"/>
    <w:rsid w:val="004061DC"/>
    <w:rsid w:val="004075B1"/>
    <w:rsid w:val="0041100F"/>
    <w:rsid w:val="00416377"/>
    <w:rsid w:val="00417CE4"/>
    <w:rsid w:val="00425A99"/>
    <w:rsid w:val="004311EC"/>
    <w:rsid w:val="0043137B"/>
    <w:rsid w:val="00435150"/>
    <w:rsid w:val="00437A3E"/>
    <w:rsid w:val="00437A67"/>
    <w:rsid w:val="00456769"/>
    <w:rsid w:val="004643E0"/>
    <w:rsid w:val="00465AAD"/>
    <w:rsid w:val="0046783D"/>
    <w:rsid w:val="00481276"/>
    <w:rsid w:val="00487200"/>
    <w:rsid w:val="004B06D5"/>
    <w:rsid w:val="004B556A"/>
    <w:rsid w:val="004C0183"/>
    <w:rsid w:val="004C523E"/>
    <w:rsid w:val="004D214B"/>
    <w:rsid w:val="004E304A"/>
    <w:rsid w:val="004E5324"/>
    <w:rsid w:val="004F1D4A"/>
    <w:rsid w:val="004F301A"/>
    <w:rsid w:val="004F31AD"/>
    <w:rsid w:val="004F3C56"/>
    <w:rsid w:val="004F5CE6"/>
    <w:rsid w:val="004F7154"/>
    <w:rsid w:val="00507D9A"/>
    <w:rsid w:val="005118B2"/>
    <w:rsid w:val="00525701"/>
    <w:rsid w:val="005300B6"/>
    <w:rsid w:val="00543FEC"/>
    <w:rsid w:val="00555179"/>
    <w:rsid w:val="005568A6"/>
    <w:rsid w:val="00560297"/>
    <w:rsid w:val="00570076"/>
    <w:rsid w:val="0057757C"/>
    <w:rsid w:val="00586313"/>
    <w:rsid w:val="005863FF"/>
    <w:rsid w:val="00587455"/>
    <w:rsid w:val="00595D3F"/>
    <w:rsid w:val="00596645"/>
    <w:rsid w:val="005A759B"/>
    <w:rsid w:val="005C46A5"/>
    <w:rsid w:val="005C4E38"/>
    <w:rsid w:val="005E2D3F"/>
    <w:rsid w:val="006061EF"/>
    <w:rsid w:val="006075C2"/>
    <w:rsid w:val="0063052C"/>
    <w:rsid w:val="00634DBD"/>
    <w:rsid w:val="00637282"/>
    <w:rsid w:val="00643B2C"/>
    <w:rsid w:val="006557F8"/>
    <w:rsid w:val="006608A1"/>
    <w:rsid w:val="006675EF"/>
    <w:rsid w:val="006676A4"/>
    <w:rsid w:val="00670FDB"/>
    <w:rsid w:val="00674F07"/>
    <w:rsid w:val="00686EFE"/>
    <w:rsid w:val="00690788"/>
    <w:rsid w:val="0069795E"/>
    <w:rsid w:val="006A0F89"/>
    <w:rsid w:val="006A1EC6"/>
    <w:rsid w:val="006A743A"/>
    <w:rsid w:val="006A78E2"/>
    <w:rsid w:val="006B5B72"/>
    <w:rsid w:val="006B65AD"/>
    <w:rsid w:val="006C11A7"/>
    <w:rsid w:val="006C199C"/>
    <w:rsid w:val="006C35EF"/>
    <w:rsid w:val="006C65A9"/>
    <w:rsid w:val="006C6DC5"/>
    <w:rsid w:val="006D289A"/>
    <w:rsid w:val="006F1394"/>
    <w:rsid w:val="006F37D7"/>
    <w:rsid w:val="006F5F22"/>
    <w:rsid w:val="00707835"/>
    <w:rsid w:val="00724C1A"/>
    <w:rsid w:val="0073598A"/>
    <w:rsid w:val="00740A10"/>
    <w:rsid w:val="007436F5"/>
    <w:rsid w:val="00744355"/>
    <w:rsid w:val="00745A74"/>
    <w:rsid w:val="007475D6"/>
    <w:rsid w:val="0075029C"/>
    <w:rsid w:val="007567CF"/>
    <w:rsid w:val="00756F03"/>
    <w:rsid w:val="00765ECB"/>
    <w:rsid w:val="00782837"/>
    <w:rsid w:val="0078531E"/>
    <w:rsid w:val="00792039"/>
    <w:rsid w:val="0079220B"/>
    <w:rsid w:val="0079495C"/>
    <w:rsid w:val="007A774F"/>
    <w:rsid w:val="007B5A8C"/>
    <w:rsid w:val="007B7145"/>
    <w:rsid w:val="007C4E21"/>
    <w:rsid w:val="007C5BC0"/>
    <w:rsid w:val="007C7506"/>
    <w:rsid w:val="007D7CA5"/>
    <w:rsid w:val="007D7E7B"/>
    <w:rsid w:val="007F3373"/>
    <w:rsid w:val="007F7E0D"/>
    <w:rsid w:val="008013BC"/>
    <w:rsid w:val="008013C8"/>
    <w:rsid w:val="008042FE"/>
    <w:rsid w:val="00806AE0"/>
    <w:rsid w:val="00810B97"/>
    <w:rsid w:val="008112A4"/>
    <w:rsid w:val="008126D2"/>
    <w:rsid w:val="008332EF"/>
    <w:rsid w:val="00834EA6"/>
    <w:rsid w:val="008401EB"/>
    <w:rsid w:val="00841B7E"/>
    <w:rsid w:val="008478C0"/>
    <w:rsid w:val="00861376"/>
    <w:rsid w:val="00864946"/>
    <w:rsid w:val="008663C7"/>
    <w:rsid w:val="008744B7"/>
    <w:rsid w:val="00881896"/>
    <w:rsid w:val="008A0135"/>
    <w:rsid w:val="008A139D"/>
    <w:rsid w:val="008A7876"/>
    <w:rsid w:val="008B4C6B"/>
    <w:rsid w:val="008B698B"/>
    <w:rsid w:val="008C56D3"/>
    <w:rsid w:val="008D5514"/>
    <w:rsid w:val="008F00BF"/>
    <w:rsid w:val="008F0FA6"/>
    <w:rsid w:val="008F19C3"/>
    <w:rsid w:val="008F3EE6"/>
    <w:rsid w:val="008F769E"/>
    <w:rsid w:val="008F77F8"/>
    <w:rsid w:val="00903E39"/>
    <w:rsid w:val="0091076A"/>
    <w:rsid w:val="00911AA0"/>
    <w:rsid w:val="00911CF5"/>
    <w:rsid w:val="00913129"/>
    <w:rsid w:val="00913162"/>
    <w:rsid w:val="00914541"/>
    <w:rsid w:val="009276CB"/>
    <w:rsid w:val="00933148"/>
    <w:rsid w:val="0094192F"/>
    <w:rsid w:val="00941EA5"/>
    <w:rsid w:val="009468A3"/>
    <w:rsid w:val="00950899"/>
    <w:rsid w:val="00953DCC"/>
    <w:rsid w:val="0095566B"/>
    <w:rsid w:val="00963028"/>
    <w:rsid w:val="00964876"/>
    <w:rsid w:val="0096562E"/>
    <w:rsid w:val="00967BBD"/>
    <w:rsid w:val="00975DBB"/>
    <w:rsid w:val="00991D5A"/>
    <w:rsid w:val="00994C00"/>
    <w:rsid w:val="00995C4D"/>
    <w:rsid w:val="00996FFA"/>
    <w:rsid w:val="009A0355"/>
    <w:rsid w:val="009A603D"/>
    <w:rsid w:val="009A7D8B"/>
    <w:rsid w:val="009B0F37"/>
    <w:rsid w:val="009C472F"/>
    <w:rsid w:val="009F7F2F"/>
    <w:rsid w:val="00A02E28"/>
    <w:rsid w:val="00A059EB"/>
    <w:rsid w:val="00A10198"/>
    <w:rsid w:val="00A12923"/>
    <w:rsid w:val="00A1702D"/>
    <w:rsid w:val="00A2185E"/>
    <w:rsid w:val="00A24BB3"/>
    <w:rsid w:val="00A276F5"/>
    <w:rsid w:val="00A30C16"/>
    <w:rsid w:val="00A37908"/>
    <w:rsid w:val="00A42104"/>
    <w:rsid w:val="00A42A8B"/>
    <w:rsid w:val="00A43BFD"/>
    <w:rsid w:val="00A43C68"/>
    <w:rsid w:val="00A47921"/>
    <w:rsid w:val="00A5251A"/>
    <w:rsid w:val="00A53EB2"/>
    <w:rsid w:val="00A543D2"/>
    <w:rsid w:val="00A567DB"/>
    <w:rsid w:val="00A60171"/>
    <w:rsid w:val="00A60365"/>
    <w:rsid w:val="00A6061C"/>
    <w:rsid w:val="00A61326"/>
    <w:rsid w:val="00A638C6"/>
    <w:rsid w:val="00A70221"/>
    <w:rsid w:val="00A708E5"/>
    <w:rsid w:val="00A77BB1"/>
    <w:rsid w:val="00A807FB"/>
    <w:rsid w:val="00A80F87"/>
    <w:rsid w:val="00A84D72"/>
    <w:rsid w:val="00A93044"/>
    <w:rsid w:val="00A97482"/>
    <w:rsid w:val="00AA5782"/>
    <w:rsid w:val="00AB2E6E"/>
    <w:rsid w:val="00AB50BC"/>
    <w:rsid w:val="00AB7339"/>
    <w:rsid w:val="00AC4516"/>
    <w:rsid w:val="00AE0CFD"/>
    <w:rsid w:val="00AF056D"/>
    <w:rsid w:val="00AF1A75"/>
    <w:rsid w:val="00AF3269"/>
    <w:rsid w:val="00B016A9"/>
    <w:rsid w:val="00B0450B"/>
    <w:rsid w:val="00B04652"/>
    <w:rsid w:val="00B1387F"/>
    <w:rsid w:val="00B20721"/>
    <w:rsid w:val="00B3363D"/>
    <w:rsid w:val="00B36DC2"/>
    <w:rsid w:val="00B42495"/>
    <w:rsid w:val="00B42931"/>
    <w:rsid w:val="00B457B5"/>
    <w:rsid w:val="00B52E88"/>
    <w:rsid w:val="00B6172B"/>
    <w:rsid w:val="00B65651"/>
    <w:rsid w:val="00B70084"/>
    <w:rsid w:val="00B77C4B"/>
    <w:rsid w:val="00B83A43"/>
    <w:rsid w:val="00B85278"/>
    <w:rsid w:val="00BA5911"/>
    <w:rsid w:val="00BC2470"/>
    <w:rsid w:val="00BC26DB"/>
    <w:rsid w:val="00BD13F4"/>
    <w:rsid w:val="00BD7A7D"/>
    <w:rsid w:val="00BE02DD"/>
    <w:rsid w:val="00BE0CCC"/>
    <w:rsid w:val="00BE3AB9"/>
    <w:rsid w:val="00BE588A"/>
    <w:rsid w:val="00BE6974"/>
    <w:rsid w:val="00BF3351"/>
    <w:rsid w:val="00C031D2"/>
    <w:rsid w:val="00C07FA0"/>
    <w:rsid w:val="00C10FC4"/>
    <w:rsid w:val="00C1150F"/>
    <w:rsid w:val="00C15737"/>
    <w:rsid w:val="00C273E1"/>
    <w:rsid w:val="00C3522D"/>
    <w:rsid w:val="00C45C95"/>
    <w:rsid w:val="00C55DC6"/>
    <w:rsid w:val="00C564C8"/>
    <w:rsid w:val="00C60243"/>
    <w:rsid w:val="00C6442F"/>
    <w:rsid w:val="00C660E9"/>
    <w:rsid w:val="00C7170F"/>
    <w:rsid w:val="00C765FD"/>
    <w:rsid w:val="00C81210"/>
    <w:rsid w:val="00C82C55"/>
    <w:rsid w:val="00C83842"/>
    <w:rsid w:val="00CA2760"/>
    <w:rsid w:val="00CA6E07"/>
    <w:rsid w:val="00CC1A94"/>
    <w:rsid w:val="00CD5FE2"/>
    <w:rsid w:val="00CD6364"/>
    <w:rsid w:val="00CE2507"/>
    <w:rsid w:val="00CE33B5"/>
    <w:rsid w:val="00CF13FC"/>
    <w:rsid w:val="00CF16D4"/>
    <w:rsid w:val="00CF2BA4"/>
    <w:rsid w:val="00CF37E9"/>
    <w:rsid w:val="00D038D4"/>
    <w:rsid w:val="00D07851"/>
    <w:rsid w:val="00D17868"/>
    <w:rsid w:val="00D20577"/>
    <w:rsid w:val="00D22291"/>
    <w:rsid w:val="00D223D2"/>
    <w:rsid w:val="00D31B0F"/>
    <w:rsid w:val="00D34F43"/>
    <w:rsid w:val="00D40D18"/>
    <w:rsid w:val="00D445E8"/>
    <w:rsid w:val="00D52A8D"/>
    <w:rsid w:val="00D5575D"/>
    <w:rsid w:val="00D56AF3"/>
    <w:rsid w:val="00D60912"/>
    <w:rsid w:val="00D60FC7"/>
    <w:rsid w:val="00D747B3"/>
    <w:rsid w:val="00D85325"/>
    <w:rsid w:val="00D91D56"/>
    <w:rsid w:val="00D96F46"/>
    <w:rsid w:val="00DA08B8"/>
    <w:rsid w:val="00DA0C19"/>
    <w:rsid w:val="00DA1CAA"/>
    <w:rsid w:val="00DA77A1"/>
    <w:rsid w:val="00DB3204"/>
    <w:rsid w:val="00DB333E"/>
    <w:rsid w:val="00DB636B"/>
    <w:rsid w:val="00DB6870"/>
    <w:rsid w:val="00DC5042"/>
    <w:rsid w:val="00DC673D"/>
    <w:rsid w:val="00DC6A15"/>
    <w:rsid w:val="00DD1047"/>
    <w:rsid w:val="00DD498B"/>
    <w:rsid w:val="00DD4FFD"/>
    <w:rsid w:val="00DE199C"/>
    <w:rsid w:val="00DE3ECD"/>
    <w:rsid w:val="00DF648D"/>
    <w:rsid w:val="00E06D8E"/>
    <w:rsid w:val="00E10A59"/>
    <w:rsid w:val="00E16649"/>
    <w:rsid w:val="00E229FB"/>
    <w:rsid w:val="00E2418E"/>
    <w:rsid w:val="00E24F80"/>
    <w:rsid w:val="00E30B52"/>
    <w:rsid w:val="00E435AB"/>
    <w:rsid w:val="00E5499F"/>
    <w:rsid w:val="00E56B36"/>
    <w:rsid w:val="00E66FD5"/>
    <w:rsid w:val="00E73FD1"/>
    <w:rsid w:val="00E815FB"/>
    <w:rsid w:val="00E823D4"/>
    <w:rsid w:val="00EA106C"/>
    <w:rsid w:val="00EA7A57"/>
    <w:rsid w:val="00EB2351"/>
    <w:rsid w:val="00EB36D1"/>
    <w:rsid w:val="00EB4868"/>
    <w:rsid w:val="00EB5AAC"/>
    <w:rsid w:val="00EC056B"/>
    <w:rsid w:val="00EC4E41"/>
    <w:rsid w:val="00EC5ACF"/>
    <w:rsid w:val="00ED228C"/>
    <w:rsid w:val="00ED635D"/>
    <w:rsid w:val="00ED7E23"/>
    <w:rsid w:val="00EF0FB6"/>
    <w:rsid w:val="00EF2B84"/>
    <w:rsid w:val="00EF717A"/>
    <w:rsid w:val="00F03A08"/>
    <w:rsid w:val="00F03FE9"/>
    <w:rsid w:val="00F043EB"/>
    <w:rsid w:val="00F06471"/>
    <w:rsid w:val="00F076CB"/>
    <w:rsid w:val="00F14A7D"/>
    <w:rsid w:val="00F14CA2"/>
    <w:rsid w:val="00F15DA7"/>
    <w:rsid w:val="00F172A0"/>
    <w:rsid w:val="00F32B7F"/>
    <w:rsid w:val="00F443B6"/>
    <w:rsid w:val="00F60D62"/>
    <w:rsid w:val="00F610AE"/>
    <w:rsid w:val="00F61123"/>
    <w:rsid w:val="00F6213D"/>
    <w:rsid w:val="00F6480D"/>
    <w:rsid w:val="00F75A50"/>
    <w:rsid w:val="00F80572"/>
    <w:rsid w:val="00F87202"/>
    <w:rsid w:val="00F87864"/>
    <w:rsid w:val="00F9161E"/>
    <w:rsid w:val="00FA1917"/>
    <w:rsid w:val="00FA2720"/>
    <w:rsid w:val="00FB15F1"/>
    <w:rsid w:val="00FB4810"/>
    <w:rsid w:val="00FB670E"/>
    <w:rsid w:val="00FC05DC"/>
    <w:rsid w:val="00FD0AC8"/>
    <w:rsid w:val="00FD4608"/>
    <w:rsid w:val="00FE0203"/>
    <w:rsid w:val="00FE0EFF"/>
    <w:rsid w:val="00FE31EF"/>
    <w:rsid w:val="00FF4D70"/>
    <w:rsid w:val="00FF7A4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2881A"/>
  <w15:docId w15:val="{124ACD2D-A227-40B3-9A4E-ADC7AB7D6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eastAsia="Times New Roman" w:hAnsi="Times New Roman" w:cs="Times New Roman"/>
      <w:lang w:val="hu-HU"/>
    </w:rPr>
  </w:style>
  <w:style w:type="paragraph" w:styleId="Cmsor1">
    <w:name w:val="heading 1"/>
    <w:basedOn w:val="Norml"/>
    <w:link w:val="Cmsor1Char"/>
    <w:uiPriority w:val="9"/>
    <w:qFormat/>
    <w:pPr>
      <w:ind w:left="136"/>
      <w:outlineLvl w:val="0"/>
    </w:pPr>
    <w:rPr>
      <w:rFonts w:ascii="Arial" w:eastAsia="Arial" w:hAnsi="Arial" w:cs="Arial"/>
      <w:b/>
      <w:bCs/>
      <w:sz w:val="32"/>
      <w:szCs w:val="32"/>
    </w:rPr>
  </w:style>
  <w:style w:type="paragraph" w:styleId="Cmsor2">
    <w:name w:val="heading 2"/>
    <w:basedOn w:val="Norml"/>
    <w:link w:val="Cmsor2Char"/>
    <w:uiPriority w:val="9"/>
    <w:unhideWhenUsed/>
    <w:qFormat/>
    <w:pPr>
      <w:ind w:left="136"/>
      <w:outlineLvl w:val="1"/>
    </w:pPr>
    <w:rPr>
      <w:rFonts w:ascii="Arial" w:eastAsia="Arial" w:hAnsi="Arial" w:cs="Arial"/>
      <w:b/>
      <w:bCs/>
      <w:sz w:val="32"/>
      <w:szCs w:val="32"/>
    </w:rPr>
  </w:style>
  <w:style w:type="paragraph" w:styleId="Cmsor3">
    <w:name w:val="heading 3"/>
    <w:basedOn w:val="Norml"/>
    <w:link w:val="Cmsor3Char"/>
    <w:uiPriority w:val="9"/>
    <w:unhideWhenUsed/>
    <w:qFormat/>
    <w:pPr>
      <w:ind w:left="136"/>
      <w:outlineLvl w:val="2"/>
    </w:pPr>
    <w:rPr>
      <w:sz w:val="32"/>
      <w:szCs w:val="32"/>
    </w:rPr>
  </w:style>
  <w:style w:type="paragraph" w:styleId="Cmsor4">
    <w:name w:val="heading 4"/>
    <w:basedOn w:val="Norml"/>
    <w:link w:val="Cmsor4Char"/>
    <w:uiPriority w:val="9"/>
    <w:unhideWhenUsed/>
    <w:qFormat/>
    <w:pPr>
      <w:ind w:left="136"/>
      <w:outlineLvl w:val="3"/>
    </w:pPr>
    <w:rPr>
      <w:b/>
      <w:bCs/>
      <w:sz w:val="24"/>
      <w:szCs w:val="24"/>
    </w:rPr>
  </w:style>
  <w:style w:type="paragraph" w:styleId="Cmsor5">
    <w:name w:val="heading 5"/>
    <w:basedOn w:val="Norml"/>
    <w:link w:val="Cmsor5Char"/>
    <w:uiPriority w:val="9"/>
    <w:unhideWhenUsed/>
    <w:qFormat/>
    <w:pPr>
      <w:spacing w:before="143"/>
      <w:ind w:left="1575" w:hanging="359"/>
      <w:outlineLvl w:val="4"/>
    </w:pPr>
    <w:rPr>
      <w:b/>
      <w:bCs/>
      <w:i/>
      <w:iCs/>
      <w:sz w:val="24"/>
      <w:szCs w:val="24"/>
    </w:rPr>
  </w:style>
  <w:style w:type="paragraph" w:styleId="Cmsor6">
    <w:name w:val="heading 6"/>
    <w:basedOn w:val="Norml"/>
    <w:next w:val="Norml"/>
    <w:link w:val="Cmsor6Char"/>
    <w:uiPriority w:val="9"/>
    <w:semiHidden/>
    <w:unhideWhenUsed/>
    <w:qFormat/>
    <w:rsid w:val="0057757C"/>
    <w:pPr>
      <w:keepNext/>
      <w:keepLines/>
      <w:widowControl/>
      <w:autoSpaceDE/>
      <w:autoSpaceDN/>
      <w:spacing w:before="200" w:line="276" w:lineRule="auto"/>
      <w:outlineLvl w:val="5"/>
    </w:pPr>
    <w:rPr>
      <w:rFonts w:asciiTheme="majorHAnsi" w:eastAsiaTheme="majorEastAsia" w:hAnsiTheme="majorHAnsi" w:cstheme="majorBidi"/>
      <w:i/>
      <w:iCs/>
      <w:color w:val="243F60" w:themeColor="accent1" w:themeShade="7F"/>
      <w:sz w:val="20"/>
      <w:lang w:val="en-US"/>
    </w:rPr>
  </w:style>
  <w:style w:type="paragraph" w:styleId="Cmsor7">
    <w:name w:val="heading 7"/>
    <w:basedOn w:val="Norml"/>
    <w:next w:val="Norml"/>
    <w:link w:val="Cmsor7Char"/>
    <w:uiPriority w:val="9"/>
    <w:semiHidden/>
    <w:unhideWhenUsed/>
    <w:qFormat/>
    <w:rsid w:val="0057757C"/>
    <w:pPr>
      <w:keepNext/>
      <w:keepLines/>
      <w:widowControl/>
      <w:autoSpaceDE/>
      <w:autoSpaceDN/>
      <w:spacing w:before="200" w:line="276" w:lineRule="auto"/>
      <w:outlineLvl w:val="6"/>
    </w:pPr>
    <w:rPr>
      <w:rFonts w:asciiTheme="majorHAnsi" w:eastAsiaTheme="majorEastAsia" w:hAnsiTheme="majorHAnsi" w:cstheme="majorBidi"/>
      <w:i/>
      <w:iCs/>
      <w:color w:val="404040" w:themeColor="text1" w:themeTint="BF"/>
      <w:sz w:val="20"/>
      <w:lang w:val="en-US"/>
    </w:rPr>
  </w:style>
  <w:style w:type="paragraph" w:styleId="Cmsor8">
    <w:name w:val="heading 8"/>
    <w:basedOn w:val="Norml"/>
    <w:next w:val="Norml"/>
    <w:link w:val="Cmsor8Char"/>
    <w:uiPriority w:val="9"/>
    <w:semiHidden/>
    <w:unhideWhenUsed/>
    <w:qFormat/>
    <w:rsid w:val="0057757C"/>
    <w:pPr>
      <w:keepNext/>
      <w:keepLines/>
      <w:widowControl/>
      <w:autoSpaceDE/>
      <w:autoSpaceDN/>
      <w:spacing w:before="200" w:line="276" w:lineRule="auto"/>
      <w:outlineLvl w:val="7"/>
    </w:pPr>
    <w:rPr>
      <w:rFonts w:asciiTheme="majorHAnsi" w:eastAsiaTheme="majorEastAsia" w:hAnsiTheme="majorHAnsi" w:cstheme="majorBidi"/>
      <w:color w:val="4F81BD" w:themeColor="accent1"/>
      <w:sz w:val="20"/>
      <w:szCs w:val="20"/>
      <w:lang w:val="en-US"/>
    </w:rPr>
  </w:style>
  <w:style w:type="paragraph" w:styleId="Cmsor9">
    <w:name w:val="heading 9"/>
    <w:basedOn w:val="Norml"/>
    <w:next w:val="Norml"/>
    <w:link w:val="Cmsor9Char"/>
    <w:uiPriority w:val="9"/>
    <w:semiHidden/>
    <w:unhideWhenUsed/>
    <w:qFormat/>
    <w:rsid w:val="0057757C"/>
    <w:pPr>
      <w:keepNext/>
      <w:keepLines/>
      <w:widowControl/>
      <w:autoSpaceDE/>
      <w:autoSpaceDN/>
      <w:spacing w:before="200" w:line="276"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J1">
    <w:name w:val="toc 1"/>
    <w:basedOn w:val="Norml"/>
    <w:uiPriority w:val="1"/>
    <w:qFormat/>
    <w:pPr>
      <w:spacing w:before="142"/>
      <w:ind w:left="357"/>
    </w:pPr>
    <w:rPr>
      <w:rFonts w:ascii="Arial" w:eastAsia="Arial" w:hAnsi="Arial" w:cs="Arial"/>
      <w:b/>
      <w:bCs/>
    </w:rPr>
  </w:style>
  <w:style w:type="paragraph" w:styleId="TJ2">
    <w:name w:val="toc 2"/>
    <w:basedOn w:val="Norml"/>
    <w:uiPriority w:val="1"/>
    <w:qFormat/>
    <w:pPr>
      <w:spacing w:before="139"/>
      <w:ind w:left="357" w:hanging="334"/>
    </w:pPr>
    <w:rPr>
      <w:rFonts w:ascii="Arial" w:eastAsia="Arial" w:hAnsi="Arial" w:cs="Arial"/>
      <w:b/>
      <w:bCs/>
    </w:rPr>
  </w:style>
  <w:style w:type="paragraph" w:styleId="TJ3">
    <w:name w:val="toc 3"/>
    <w:basedOn w:val="Norml"/>
    <w:uiPriority w:val="1"/>
    <w:qFormat/>
    <w:pPr>
      <w:spacing w:before="23"/>
      <w:ind w:left="357"/>
    </w:pPr>
    <w:rPr>
      <w:rFonts w:ascii="Arial MT" w:eastAsia="Arial MT" w:hAnsi="Arial MT" w:cs="Arial MT"/>
    </w:rPr>
  </w:style>
  <w:style w:type="paragraph" w:styleId="Szvegtrzs">
    <w:name w:val="Body Text"/>
    <w:basedOn w:val="Norml"/>
    <w:link w:val="SzvegtrzsChar"/>
    <w:uiPriority w:val="99"/>
    <w:qFormat/>
    <w:rPr>
      <w:sz w:val="24"/>
      <w:szCs w:val="24"/>
    </w:rPr>
  </w:style>
  <w:style w:type="paragraph" w:styleId="Cm">
    <w:name w:val="Title"/>
    <w:basedOn w:val="Norml"/>
    <w:link w:val="CmChar"/>
    <w:uiPriority w:val="10"/>
    <w:qFormat/>
    <w:pPr>
      <w:spacing w:after="4"/>
      <w:ind w:right="306"/>
      <w:jc w:val="center"/>
    </w:pPr>
    <w:rPr>
      <w:rFonts w:ascii="Cambria" w:eastAsia="Cambria" w:hAnsi="Cambria" w:cs="Cambria"/>
      <w:sz w:val="80"/>
      <w:szCs w:val="80"/>
    </w:rPr>
  </w:style>
  <w:style w:type="paragraph" w:styleId="Listaszerbekezds">
    <w:name w:val="List Paragraph"/>
    <w:aliases w:val="lista_2"/>
    <w:basedOn w:val="Norml"/>
    <w:uiPriority w:val="34"/>
    <w:qFormat/>
    <w:pPr>
      <w:ind w:left="856" w:hanging="360"/>
    </w:pPr>
  </w:style>
  <w:style w:type="paragraph" w:customStyle="1" w:styleId="TableParagraph">
    <w:name w:val="Table Paragraph"/>
    <w:basedOn w:val="Norml"/>
    <w:uiPriority w:val="1"/>
    <w:qFormat/>
  </w:style>
  <w:style w:type="paragraph" w:styleId="NormlWeb">
    <w:name w:val="Normal (Web)"/>
    <w:basedOn w:val="Norml"/>
    <w:uiPriority w:val="99"/>
    <w:semiHidden/>
    <w:unhideWhenUsed/>
    <w:rsid w:val="003D2DC5"/>
    <w:pPr>
      <w:widowControl/>
      <w:autoSpaceDE/>
      <w:autoSpaceDN/>
      <w:spacing w:before="100" w:beforeAutospacing="1" w:after="100" w:afterAutospacing="1"/>
    </w:pPr>
    <w:rPr>
      <w:sz w:val="24"/>
      <w:szCs w:val="24"/>
      <w:lang w:eastAsia="hu-HU"/>
    </w:rPr>
  </w:style>
  <w:style w:type="paragraph" w:customStyle="1" w:styleId="auth">
    <w:name w:val="auth"/>
    <w:basedOn w:val="Norml"/>
    <w:rsid w:val="003D2DC5"/>
    <w:pPr>
      <w:widowControl/>
      <w:autoSpaceDE/>
      <w:autoSpaceDN/>
      <w:spacing w:before="100" w:beforeAutospacing="1" w:after="100" w:afterAutospacing="1"/>
    </w:pPr>
    <w:rPr>
      <w:sz w:val="24"/>
      <w:szCs w:val="24"/>
      <w:lang w:eastAsia="hu-HU"/>
    </w:rPr>
  </w:style>
  <w:style w:type="character" w:styleId="Hiperhivatkozs">
    <w:name w:val="Hyperlink"/>
    <w:basedOn w:val="Bekezdsalapbettpusa"/>
    <w:uiPriority w:val="99"/>
    <w:semiHidden/>
    <w:unhideWhenUsed/>
    <w:rsid w:val="003D2DC5"/>
    <w:rPr>
      <w:color w:val="0000FF"/>
      <w:u w:val="single"/>
    </w:rPr>
  </w:style>
  <w:style w:type="character" w:styleId="Kiemels">
    <w:name w:val="Emphasis"/>
    <w:basedOn w:val="Bekezdsalapbettpusa"/>
    <w:uiPriority w:val="20"/>
    <w:qFormat/>
    <w:rsid w:val="00881896"/>
    <w:rPr>
      <w:i/>
      <w:iCs/>
    </w:rPr>
  </w:style>
  <w:style w:type="paragraph" w:styleId="lfej">
    <w:name w:val="header"/>
    <w:basedOn w:val="Norml"/>
    <w:link w:val="lfejChar"/>
    <w:uiPriority w:val="99"/>
    <w:unhideWhenUsed/>
    <w:rsid w:val="009C472F"/>
    <w:pPr>
      <w:tabs>
        <w:tab w:val="center" w:pos="4536"/>
        <w:tab w:val="right" w:pos="9072"/>
      </w:tabs>
    </w:pPr>
  </w:style>
  <w:style w:type="character" w:customStyle="1" w:styleId="lfejChar">
    <w:name w:val="Élőfej Char"/>
    <w:basedOn w:val="Bekezdsalapbettpusa"/>
    <w:link w:val="lfej"/>
    <w:uiPriority w:val="99"/>
    <w:rsid w:val="009C472F"/>
    <w:rPr>
      <w:rFonts w:ascii="Times New Roman" w:eastAsia="Times New Roman" w:hAnsi="Times New Roman" w:cs="Times New Roman"/>
      <w:lang w:val="hu-HU"/>
    </w:rPr>
  </w:style>
  <w:style w:type="paragraph" w:styleId="llb">
    <w:name w:val="footer"/>
    <w:basedOn w:val="Norml"/>
    <w:link w:val="llbChar"/>
    <w:uiPriority w:val="99"/>
    <w:unhideWhenUsed/>
    <w:rsid w:val="009C472F"/>
    <w:pPr>
      <w:tabs>
        <w:tab w:val="center" w:pos="4536"/>
        <w:tab w:val="right" w:pos="9072"/>
      </w:tabs>
    </w:pPr>
  </w:style>
  <w:style w:type="character" w:customStyle="1" w:styleId="llbChar">
    <w:name w:val="Élőláb Char"/>
    <w:basedOn w:val="Bekezdsalapbettpusa"/>
    <w:link w:val="llb"/>
    <w:uiPriority w:val="99"/>
    <w:rsid w:val="009C472F"/>
    <w:rPr>
      <w:rFonts w:ascii="Times New Roman" w:eastAsia="Times New Roman" w:hAnsi="Times New Roman" w:cs="Times New Roman"/>
      <w:lang w:val="hu-HU"/>
    </w:rPr>
  </w:style>
  <w:style w:type="character" w:customStyle="1" w:styleId="SzvegtrzsChar">
    <w:name w:val="Szövegtörzs Char"/>
    <w:basedOn w:val="Bekezdsalapbettpusa"/>
    <w:link w:val="Szvegtrzs"/>
    <w:uiPriority w:val="99"/>
    <w:rsid w:val="008478C0"/>
    <w:rPr>
      <w:rFonts w:ascii="Times New Roman" w:eastAsia="Times New Roman" w:hAnsi="Times New Roman" w:cs="Times New Roman"/>
      <w:sz w:val="24"/>
      <w:szCs w:val="24"/>
      <w:lang w:val="hu-HU"/>
    </w:rPr>
  </w:style>
  <w:style w:type="paragraph" w:customStyle="1" w:styleId="Default">
    <w:name w:val="Default"/>
    <w:rsid w:val="00FB4810"/>
    <w:pPr>
      <w:widowControl/>
      <w:adjustRightInd w:val="0"/>
    </w:pPr>
    <w:rPr>
      <w:rFonts w:ascii="Times New Roman" w:hAnsi="Times New Roman" w:cs="Times New Roman"/>
      <w:color w:val="000000"/>
      <w:sz w:val="24"/>
      <w:szCs w:val="24"/>
      <w:lang w:val="hu-HU"/>
    </w:rPr>
  </w:style>
  <w:style w:type="paragraph" w:customStyle="1" w:styleId="FirstParagraph">
    <w:name w:val="First Paragraph"/>
    <w:basedOn w:val="Szvegtrzs"/>
    <w:next w:val="Szvegtrzs"/>
    <w:qFormat/>
    <w:rsid w:val="00B3363D"/>
    <w:pPr>
      <w:widowControl/>
      <w:autoSpaceDE/>
      <w:autoSpaceDN/>
      <w:spacing w:before="180" w:after="180"/>
    </w:pPr>
    <w:rPr>
      <w:rFonts w:asciiTheme="minorHAnsi" w:eastAsiaTheme="minorEastAsia" w:hAnsiTheme="minorHAnsi" w:cstheme="minorBidi"/>
      <w:lang w:val="en-US" w:eastAsia="zh-CN"/>
    </w:rPr>
  </w:style>
  <w:style w:type="paragraph" w:customStyle="1" w:styleId="Compact">
    <w:name w:val="Compact"/>
    <w:basedOn w:val="Szvegtrzs"/>
    <w:qFormat/>
    <w:rsid w:val="00B3363D"/>
    <w:pPr>
      <w:widowControl/>
      <w:autoSpaceDE/>
      <w:autoSpaceDN/>
      <w:spacing w:before="36" w:after="36"/>
    </w:pPr>
    <w:rPr>
      <w:rFonts w:asciiTheme="minorHAnsi" w:eastAsiaTheme="minorEastAsia" w:hAnsiTheme="minorHAnsi" w:cstheme="minorBidi"/>
      <w:lang w:val="en-US" w:eastAsia="zh-CN"/>
    </w:rPr>
  </w:style>
  <w:style w:type="character" w:styleId="Jegyzethivatkozs">
    <w:name w:val="annotation reference"/>
    <w:basedOn w:val="Bekezdsalapbettpusa"/>
    <w:uiPriority w:val="99"/>
    <w:semiHidden/>
    <w:unhideWhenUsed/>
    <w:rsid w:val="0057757C"/>
    <w:rPr>
      <w:sz w:val="16"/>
      <w:szCs w:val="16"/>
    </w:rPr>
  </w:style>
  <w:style w:type="paragraph" w:styleId="Jegyzetszveg">
    <w:name w:val="annotation text"/>
    <w:basedOn w:val="Norml"/>
    <w:link w:val="JegyzetszvegChar"/>
    <w:uiPriority w:val="99"/>
    <w:semiHidden/>
    <w:unhideWhenUsed/>
    <w:rsid w:val="0057757C"/>
    <w:rPr>
      <w:sz w:val="20"/>
      <w:szCs w:val="20"/>
    </w:rPr>
  </w:style>
  <w:style w:type="character" w:customStyle="1" w:styleId="JegyzetszvegChar">
    <w:name w:val="Jegyzetszöveg Char"/>
    <w:basedOn w:val="Bekezdsalapbettpusa"/>
    <w:link w:val="Jegyzetszveg"/>
    <w:uiPriority w:val="99"/>
    <w:semiHidden/>
    <w:rsid w:val="0057757C"/>
    <w:rPr>
      <w:rFonts w:ascii="Times New Roman" w:eastAsia="Times New Roman" w:hAnsi="Times New Roman" w:cs="Times New Roman"/>
      <w:sz w:val="20"/>
      <w:szCs w:val="20"/>
      <w:lang w:val="hu-HU"/>
    </w:rPr>
  </w:style>
  <w:style w:type="paragraph" w:styleId="Megjegyzstrgya">
    <w:name w:val="annotation subject"/>
    <w:basedOn w:val="Jegyzetszveg"/>
    <w:next w:val="Jegyzetszveg"/>
    <w:link w:val="MegjegyzstrgyaChar"/>
    <w:uiPriority w:val="99"/>
    <w:semiHidden/>
    <w:unhideWhenUsed/>
    <w:rsid w:val="0057757C"/>
    <w:rPr>
      <w:b/>
      <w:bCs/>
    </w:rPr>
  </w:style>
  <w:style w:type="character" w:customStyle="1" w:styleId="MegjegyzstrgyaChar">
    <w:name w:val="Megjegyzés tárgya Char"/>
    <w:basedOn w:val="JegyzetszvegChar"/>
    <w:link w:val="Megjegyzstrgya"/>
    <w:uiPriority w:val="99"/>
    <w:semiHidden/>
    <w:rsid w:val="0057757C"/>
    <w:rPr>
      <w:rFonts w:ascii="Times New Roman" w:eastAsia="Times New Roman" w:hAnsi="Times New Roman" w:cs="Times New Roman"/>
      <w:b/>
      <w:bCs/>
      <w:sz w:val="20"/>
      <w:szCs w:val="20"/>
      <w:lang w:val="hu-HU"/>
    </w:rPr>
  </w:style>
  <w:style w:type="character" w:customStyle="1" w:styleId="Cmsor6Char">
    <w:name w:val="Címsor 6 Char"/>
    <w:basedOn w:val="Bekezdsalapbettpusa"/>
    <w:link w:val="Cmsor6"/>
    <w:uiPriority w:val="9"/>
    <w:semiHidden/>
    <w:rsid w:val="0057757C"/>
    <w:rPr>
      <w:rFonts w:asciiTheme="majorHAnsi" w:eastAsiaTheme="majorEastAsia" w:hAnsiTheme="majorHAnsi" w:cstheme="majorBidi"/>
      <w:i/>
      <w:iCs/>
      <w:color w:val="243F60" w:themeColor="accent1" w:themeShade="7F"/>
      <w:sz w:val="20"/>
    </w:rPr>
  </w:style>
  <w:style w:type="character" w:customStyle="1" w:styleId="Cmsor7Char">
    <w:name w:val="Címsor 7 Char"/>
    <w:basedOn w:val="Bekezdsalapbettpusa"/>
    <w:link w:val="Cmsor7"/>
    <w:uiPriority w:val="9"/>
    <w:semiHidden/>
    <w:rsid w:val="0057757C"/>
    <w:rPr>
      <w:rFonts w:asciiTheme="majorHAnsi" w:eastAsiaTheme="majorEastAsia" w:hAnsiTheme="majorHAnsi" w:cstheme="majorBidi"/>
      <w:i/>
      <w:iCs/>
      <w:color w:val="404040" w:themeColor="text1" w:themeTint="BF"/>
      <w:sz w:val="20"/>
    </w:rPr>
  </w:style>
  <w:style w:type="character" w:customStyle="1" w:styleId="Cmsor8Char">
    <w:name w:val="Címsor 8 Char"/>
    <w:basedOn w:val="Bekezdsalapbettpusa"/>
    <w:link w:val="Cmsor8"/>
    <w:uiPriority w:val="9"/>
    <w:semiHidden/>
    <w:rsid w:val="0057757C"/>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57757C"/>
    <w:rPr>
      <w:rFonts w:asciiTheme="majorHAnsi" w:eastAsiaTheme="majorEastAsia" w:hAnsiTheme="majorHAnsi" w:cstheme="majorBidi"/>
      <w:i/>
      <w:iCs/>
      <w:color w:val="404040" w:themeColor="text1" w:themeTint="BF"/>
      <w:sz w:val="20"/>
      <w:szCs w:val="20"/>
    </w:rPr>
  </w:style>
  <w:style w:type="paragraph" w:styleId="Nincstrkz">
    <w:name w:val="No Spacing"/>
    <w:uiPriority w:val="1"/>
    <w:qFormat/>
    <w:rsid w:val="0057757C"/>
    <w:pPr>
      <w:widowControl/>
      <w:autoSpaceDE/>
      <w:autoSpaceDN/>
    </w:pPr>
    <w:rPr>
      <w:rFonts w:eastAsiaTheme="minorEastAsia"/>
    </w:rPr>
  </w:style>
  <w:style w:type="character" w:customStyle="1" w:styleId="Cmsor1Char">
    <w:name w:val="Címsor 1 Char"/>
    <w:basedOn w:val="Bekezdsalapbettpusa"/>
    <w:link w:val="Cmsor1"/>
    <w:uiPriority w:val="9"/>
    <w:rsid w:val="0057757C"/>
    <w:rPr>
      <w:rFonts w:ascii="Arial" w:eastAsia="Arial" w:hAnsi="Arial" w:cs="Arial"/>
      <w:b/>
      <w:bCs/>
      <w:sz w:val="32"/>
      <w:szCs w:val="32"/>
      <w:lang w:val="hu-HU"/>
    </w:rPr>
  </w:style>
  <w:style w:type="character" w:customStyle="1" w:styleId="Cmsor2Char">
    <w:name w:val="Címsor 2 Char"/>
    <w:basedOn w:val="Bekezdsalapbettpusa"/>
    <w:link w:val="Cmsor2"/>
    <w:uiPriority w:val="9"/>
    <w:rsid w:val="0057757C"/>
    <w:rPr>
      <w:rFonts w:ascii="Arial" w:eastAsia="Arial" w:hAnsi="Arial" w:cs="Arial"/>
      <w:b/>
      <w:bCs/>
      <w:sz w:val="32"/>
      <w:szCs w:val="32"/>
      <w:lang w:val="hu-HU"/>
    </w:rPr>
  </w:style>
  <w:style w:type="character" w:customStyle="1" w:styleId="Cmsor3Char">
    <w:name w:val="Címsor 3 Char"/>
    <w:basedOn w:val="Bekezdsalapbettpusa"/>
    <w:link w:val="Cmsor3"/>
    <w:uiPriority w:val="9"/>
    <w:rsid w:val="0057757C"/>
    <w:rPr>
      <w:rFonts w:ascii="Times New Roman" w:eastAsia="Times New Roman" w:hAnsi="Times New Roman" w:cs="Times New Roman"/>
      <w:sz w:val="32"/>
      <w:szCs w:val="32"/>
      <w:lang w:val="hu-HU"/>
    </w:rPr>
  </w:style>
  <w:style w:type="character" w:customStyle="1" w:styleId="CmChar">
    <w:name w:val="Cím Char"/>
    <w:basedOn w:val="Bekezdsalapbettpusa"/>
    <w:link w:val="Cm"/>
    <w:uiPriority w:val="10"/>
    <w:rsid w:val="0057757C"/>
    <w:rPr>
      <w:rFonts w:ascii="Cambria" w:eastAsia="Cambria" w:hAnsi="Cambria" w:cs="Cambria"/>
      <w:sz w:val="80"/>
      <w:szCs w:val="80"/>
      <w:lang w:val="hu-HU"/>
    </w:rPr>
  </w:style>
  <w:style w:type="paragraph" w:styleId="Alcm">
    <w:name w:val="Subtitle"/>
    <w:basedOn w:val="Norml"/>
    <w:next w:val="Norml"/>
    <w:link w:val="AlcmChar"/>
    <w:uiPriority w:val="11"/>
    <w:qFormat/>
    <w:rsid w:val="0057757C"/>
    <w:pPr>
      <w:widowControl/>
      <w:numPr>
        <w:ilvl w:val="1"/>
      </w:numPr>
      <w:autoSpaceDE/>
      <w:autoSpaceDN/>
      <w:spacing w:after="200" w:line="276" w:lineRule="auto"/>
    </w:pPr>
    <w:rPr>
      <w:rFonts w:asciiTheme="majorHAnsi" w:eastAsiaTheme="majorEastAsia" w:hAnsiTheme="majorHAnsi" w:cstheme="majorBidi"/>
      <w:i/>
      <w:iCs/>
      <w:color w:val="4F81BD" w:themeColor="accent1"/>
      <w:spacing w:val="15"/>
      <w:sz w:val="24"/>
      <w:szCs w:val="24"/>
      <w:lang w:val="en-US"/>
    </w:rPr>
  </w:style>
  <w:style w:type="character" w:customStyle="1" w:styleId="AlcmChar">
    <w:name w:val="Alcím Char"/>
    <w:basedOn w:val="Bekezdsalapbettpusa"/>
    <w:link w:val="Alcm"/>
    <w:uiPriority w:val="11"/>
    <w:rsid w:val="0057757C"/>
    <w:rPr>
      <w:rFonts w:asciiTheme="majorHAnsi" w:eastAsiaTheme="majorEastAsia" w:hAnsiTheme="majorHAnsi" w:cstheme="majorBidi"/>
      <w:i/>
      <w:iCs/>
      <w:color w:val="4F81BD" w:themeColor="accent1"/>
      <w:spacing w:val="15"/>
      <w:sz w:val="24"/>
      <w:szCs w:val="24"/>
    </w:rPr>
  </w:style>
  <w:style w:type="paragraph" w:styleId="Szvegtrzs2">
    <w:name w:val="Body Text 2"/>
    <w:basedOn w:val="Norml"/>
    <w:link w:val="Szvegtrzs2Char"/>
    <w:uiPriority w:val="99"/>
    <w:unhideWhenUsed/>
    <w:rsid w:val="0057757C"/>
    <w:pPr>
      <w:widowControl/>
      <w:autoSpaceDE/>
      <w:autoSpaceDN/>
      <w:spacing w:after="120" w:line="480" w:lineRule="auto"/>
    </w:pPr>
    <w:rPr>
      <w:rFonts w:ascii="Aptos" w:eastAsiaTheme="minorEastAsia" w:hAnsi="Aptos" w:cstheme="minorBidi"/>
      <w:sz w:val="20"/>
      <w:lang w:val="en-US"/>
    </w:rPr>
  </w:style>
  <w:style w:type="character" w:customStyle="1" w:styleId="Szvegtrzs2Char">
    <w:name w:val="Szövegtörzs 2 Char"/>
    <w:basedOn w:val="Bekezdsalapbettpusa"/>
    <w:link w:val="Szvegtrzs2"/>
    <w:uiPriority w:val="99"/>
    <w:rsid w:val="0057757C"/>
    <w:rPr>
      <w:rFonts w:ascii="Aptos" w:eastAsiaTheme="minorEastAsia" w:hAnsi="Aptos"/>
      <w:sz w:val="20"/>
    </w:rPr>
  </w:style>
  <w:style w:type="paragraph" w:styleId="Szvegtrzs3">
    <w:name w:val="Body Text 3"/>
    <w:basedOn w:val="Norml"/>
    <w:link w:val="Szvegtrzs3Char"/>
    <w:uiPriority w:val="99"/>
    <w:unhideWhenUsed/>
    <w:rsid w:val="0057757C"/>
    <w:pPr>
      <w:widowControl/>
      <w:autoSpaceDE/>
      <w:autoSpaceDN/>
      <w:spacing w:after="120" w:line="276" w:lineRule="auto"/>
    </w:pPr>
    <w:rPr>
      <w:rFonts w:ascii="Aptos" w:eastAsiaTheme="minorEastAsia" w:hAnsi="Aptos" w:cstheme="minorBidi"/>
      <w:sz w:val="16"/>
      <w:szCs w:val="16"/>
      <w:lang w:val="en-US"/>
    </w:rPr>
  </w:style>
  <w:style w:type="character" w:customStyle="1" w:styleId="Szvegtrzs3Char">
    <w:name w:val="Szövegtörzs 3 Char"/>
    <w:basedOn w:val="Bekezdsalapbettpusa"/>
    <w:link w:val="Szvegtrzs3"/>
    <w:uiPriority w:val="99"/>
    <w:rsid w:val="0057757C"/>
    <w:rPr>
      <w:rFonts w:ascii="Aptos" w:eastAsiaTheme="minorEastAsia" w:hAnsi="Aptos"/>
      <w:sz w:val="16"/>
      <w:szCs w:val="16"/>
    </w:rPr>
  </w:style>
  <w:style w:type="paragraph" w:styleId="Lista">
    <w:name w:val="List"/>
    <w:basedOn w:val="Norml"/>
    <w:uiPriority w:val="99"/>
    <w:unhideWhenUsed/>
    <w:rsid w:val="0057757C"/>
    <w:pPr>
      <w:widowControl/>
      <w:autoSpaceDE/>
      <w:autoSpaceDN/>
      <w:spacing w:after="200" w:line="276" w:lineRule="auto"/>
      <w:ind w:left="360" w:hanging="360"/>
      <w:contextualSpacing/>
    </w:pPr>
    <w:rPr>
      <w:rFonts w:ascii="Aptos" w:eastAsiaTheme="minorEastAsia" w:hAnsi="Aptos" w:cstheme="minorBidi"/>
      <w:sz w:val="20"/>
      <w:lang w:val="en-US"/>
    </w:rPr>
  </w:style>
  <w:style w:type="paragraph" w:styleId="Lista2">
    <w:name w:val="List 2"/>
    <w:basedOn w:val="Norml"/>
    <w:uiPriority w:val="99"/>
    <w:unhideWhenUsed/>
    <w:rsid w:val="0057757C"/>
    <w:pPr>
      <w:widowControl/>
      <w:autoSpaceDE/>
      <w:autoSpaceDN/>
      <w:spacing w:after="200" w:line="276" w:lineRule="auto"/>
      <w:ind w:left="720" w:hanging="360"/>
      <w:contextualSpacing/>
    </w:pPr>
    <w:rPr>
      <w:rFonts w:ascii="Aptos" w:eastAsiaTheme="minorEastAsia" w:hAnsi="Aptos" w:cstheme="minorBidi"/>
      <w:sz w:val="20"/>
      <w:lang w:val="en-US"/>
    </w:rPr>
  </w:style>
  <w:style w:type="paragraph" w:styleId="Lista3">
    <w:name w:val="List 3"/>
    <w:basedOn w:val="Norml"/>
    <w:uiPriority w:val="99"/>
    <w:unhideWhenUsed/>
    <w:rsid w:val="0057757C"/>
    <w:pPr>
      <w:widowControl/>
      <w:autoSpaceDE/>
      <w:autoSpaceDN/>
      <w:spacing w:after="200" w:line="276" w:lineRule="auto"/>
      <w:ind w:left="1080" w:hanging="360"/>
      <w:contextualSpacing/>
    </w:pPr>
    <w:rPr>
      <w:rFonts w:ascii="Aptos" w:eastAsiaTheme="minorEastAsia" w:hAnsi="Aptos" w:cstheme="minorBidi"/>
      <w:sz w:val="20"/>
      <w:lang w:val="en-US"/>
    </w:rPr>
  </w:style>
  <w:style w:type="paragraph" w:styleId="Felsorols">
    <w:name w:val="List Bullet"/>
    <w:basedOn w:val="Norml"/>
    <w:uiPriority w:val="99"/>
    <w:unhideWhenUsed/>
    <w:rsid w:val="0057757C"/>
    <w:pPr>
      <w:widowControl/>
      <w:numPr>
        <w:numId w:val="48"/>
      </w:numPr>
      <w:autoSpaceDE/>
      <w:autoSpaceDN/>
      <w:spacing w:after="200" w:line="276" w:lineRule="auto"/>
      <w:contextualSpacing/>
    </w:pPr>
    <w:rPr>
      <w:rFonts w:ascii="Aptos" w:eastAsiaTheme="minorEastAsia" w:hAnsi="Aptos" w:cstheme="minorBidi"/>
      <w:sz w:val="20"/>
      <w:lang w:val="en-US"/>
    </w:rPr>
  </w:style>
  <w:style w:type="paragraph" w:styleId="Felsorols2">
    <w:name w:val="List Bullet 2"/>
    <w:basedOn w:val="Norml"/>
    <w:uiPriority w:val="99"/>
    <w:unhideWhenUsed/>
    <w:rsid w:val="0057757C"/>
    <w:pPr>
      <w:widowControl/>
      <w:numPr>
        <w:numId w:val="49"/>
      </w:numPr>
      <w:autoSpaceDE/>
      <w:autoSpaceDN/>
      <w:spacing w:after="200" w:line="276" w:lineRule="auto"/>
      <w:contextualSpacing/>
    </w:pPr>
    <w:rPr>
      <w:rFonts w:ascii="Aptos" w:eastAsiaTheme="minorEastAsia" w:hAnsi="Aptos" w:cstheme="minorBidi"/>
      <w:sz w:val="20"/>
      <w:lang w:val="en-US"/>
    </w:rPr>
  </w:style>
  <w:style w:type="paragraph" w:styleId="Felsorols3">
    <w:name w:val="List Bullet 3"/>
    <w:basedOn w:val="Norml"/>
    <w:uiPriority w:val="99"/>
    <w:unhideWhenUsed/>
    <w:rsid w:val="0057757C"/>
    <w:pPr>
      <w:widowControl/>
      <w:numPr>
        <w:numId w:val="50"/>
      </w:numPr>
      <w:autoSpaceDE/>
      <w:autoSpaceDN/>
      <w:spacing w:after="200" w:line="276" w:lineRule="auto"/>
      <w:contextualSpacing/>
    </w:pPr>
    <w:rPr>
      <w:rFonts w:ascii="Aptos" w:eastAsiaTheme="minorEastAsia" w:hAnsi="Aptos" w:cstheme="minorBidi"/>
      <w:sz w:val="20"/>
      <w:lang w:val="en-US"/>
    </w:rPr>
  </w:style>
  <w:style w:type="paragraph" w:styleId="Szmozottlista">
    <w:name w:val="List Number"/>
    <w:basedOn w:val="Norml"/>
    <w:uiPriority w:val="99"/>
    <w:unhideWhenUsed/>
    <w:rsid w:val="0057757C"/>
    <w:pPr>
      <w:widowControl/>
      <w:numPr>
        <w:numId w:val="52"/>
      </w:numPr>
      <w:autoSpaceDE/>
      <w:autoSpaceDN/>
      <w:spacing w:after="200" w:line="276" w:lineRule="auto"/>
      <w:contextualSpacing/>
    </w:pPr>
    <w:rPr>
      <w:rFonts w:ascii="Aptos" w:eastAsiaTheme="minorEastAsia" w:hAnsi="Aptos" w:cstheme="minorBidi"/>
      <w:sz w:val="20"/>
      <w:lang w:val="en-US"/>
    </w:rPr>
  </w:style>
  <w:style w:type="paragraph" w:styleId="Szmozottlista2">
    <w:name w:val="List Number 2"/>
    <w:basedOn w:val="Norml"/>
    <w:uiPriority w:val="99"/>
    <w:unhideWhenUsed/>
    <w:rsid w:val="0057757C"/>
    <w:pPr>
      <w:widowControl/>
      <w:numPr>
        <w:numId w:val="53"/>
      </w:numPr>
      <w:autoSpaceDE/>
      <w:autoSpaceDN/>
      <w:spacing w:after="200" w:line="276" w:lineRule="auto"/>
      <w:contextualSpacing/>
    </w:pPr>
    <w:rPr>
      <w:rFonts w:ascii="Aptos" w:eastAsiaTheme="minorEastAsia" w:hAnsi="Aptos" w:cstheme="minorBidi"/>
      <w:sz w:val="20"/>
      <w:lang w:val="en-US"/>
    </w:rPr>
  </w:style>
  <w:style w:type="paragraph" w:styleId="Szmozottlista3">
    <w:name w:val="List Number 3"/>
    <w:basedOn w:val="Norml"/>
    <w:uiPriority w:val="99"/>
    <w:unhideWhenUsed/>
    <w:rsid w:val="0057757C"/>
    <w:pPr>
      <w:widowControl/>
      <w:numPr>
        <w:numId w:val="54"/>
      </w:numPr>
      <w:autoSpaceDE/>
      <w:autoSpaceDN/>
      <w:spacing w:after="200" w:line="276" w:lineRule="auto"/>
      <w:contextualSpacing/>
    </w:pPr>
    <w:rPr>
      <w:rFonts w:ascii="Aptos" w:eastAsiaTheme="minorEastAsia" w:hAnsi="Aptos" w:cstheme="minorBidi"/>
      <w:sz w:val="20"/>
      <w:lang w:val="en-US"/>
    </w:rPr>
  </w:style>
  <w:style w:type="paragraph" w:styleId="Listafolytatsa">
    <w:name w:val="List Continue"/>
    <w:basedOn w:val="Norml"/>
    <w:uiPriority w:val="99"/>
    <w:unhideWhenUsed/>
    <w:rsid w:val="0057757C"/>
    <w:pPr>
      <w:widowControl/>
      <w:autoSpaceDE/>
      <w:autoSpaceDN/>
      <w:spacing w:after="120" w:line="276" w:lineRule="auto"/>
      <w:ind w:left="360"/>
      <w:contextualSpacing/>
    </w:pPr>
    <w:rPr>
      <w:rFonts w:ascii="Aptos" w:eastAsiaTheme="minorEastAsia" w:hAnsi="Aptos" w:cstheme="minorBidi"/>
      <w:sz w:val="20"/>
      <w:lang w:val="en-US"/>
    </w:rPr>
  </w:style>
  <w:style w:type="paragraph" w:styleId="Listafolytatsa2">
    <w:name w:val="List Continue 2"/>
    <w:basedOn w:val="Norml"/>
    <w:uiPriority w:val="99"/>
    <w:unhideWhenUsed/>
    <w:rsid w:val="0057757C"/>
    <w:pPr>
      <w:widowControl/>
      <w:autoSpaceDE/>
      <w:autoSpaceDN/>
      <w:spacing w:after="120" w:line="276" w:lineRule="auto"/>
      <w:ind w:left="720"/>
      <w:contextualSpacing/>
    </w:pPr>
    <w:rPr>
      <w:rFonts w:ascii="Aptos" w:eastAsiaTheme="minorEastAsia" w:hAnsi="Aptos" w:cstheme="minorBidi"/>
      <w:sz w:val="20"/>
      <w:lang w:val="en-US"/>
    </w:rPr>
  </w:style>
  <w:style w:type="paragraph" w:styleId="Listafolytatsa3">
    <w:name w:val="List Continue 3"/>
    <w:basedOn w:val="Norml"/>
    <w:uiPriority w:val="99"/>
    <w:unhideWhenUsed/>
    <w:rsid w:val="0057757C"/>
    <w:pPr>
      <w:widowControl/>
      <w:autoSpaceDE/>
      <w:autoSpaceDN/>
      <w:spacing w:after="120" w:line="276" w:lineRule="auto"/>
      <w:ind w:left="1080"/>
      <w:contextualSpacing/>
    </w:pPr>
    <w:rPr>
      <w:rFonts w:ascii="Aptos" w:eastAsiaTheme="minorEastAsia" w:hAnsi="Aptos" w:cstheme="minorBidi"/>
      <w:sz w:val="20"/>
      <w:lang w:val="en-US"/>
    </w:rPr>
  </w:style>
  <w:style w:type="paragraph" w:styleId="Makrszvege">
    <w:name w:val="macro"/>
    <w:link w:val="MakrszvegeChar"/>
    <w:uiPriority w:val="99"/>
    <w:unhideWhenUsed/>
    <w:rsid w:val="0057757C"/>
    <w:pPr>
      <w:widowControl/>
      <w:tabs>
        <w:tab w:val="left" w:pos="576"/>
        <w:tab w:val="left" w:pos="1152"/>
        <w:tab w:val="left" w:pos="1728"/>
        <w:tab w:val="left" w:pos="2304"/>
        <w:tab w:val="left" w:pos="2880"/>
        <w:tab w:val="left" w:pos="3456"/>
        <w:tab w:val="left" w:pos="4032"/>
      </w:tabs>
      <w:autoSpaceDE/>
      <w:autoSpaceDN/>
      <w:spacing w:after="200" w:line="276" w:lineRule="auto"/>
    </w:pPr>
    <w:rPr>
      <w:rFonts w:ascii="Courier" w:eastAsiaTheme="minorEastAsia" w:hAnsi="Courier"/>
      <w:sz w:val="20"/>
      <w:szCs w:val="20"/>
    </w:rPr>
  </w:style>
  <w:style w:type="character" w:customStyle="1" w:styleId="MakrszvegeChar">
    <w:name w:val="Makró szövege Char"/>
    <w:basedOn w:val="Bekezdsalapbettpusa"/>
    <w:link w:val="Makrszvege"/>
    <w:uiPriority w:val="99"/>
    <w:rsid w:val="0057757C"/>
    <w:rPr>
      <w:rFonts w:ascii="Courier" w:eastAsiaTheme="minorEastAsia" w:hAnsi="Courier"/>
      <w:sz w:val="20"/>
      <w:szCs w:val="20"/>
    </w:rPr>
  </w:style>
  <w:style w:type="paragraph" w:styleId="Idzet">
    <w:name w:val="Quote"/>
    <w:basedOn w:val="Norml"/>
    <w:next w:val="Norml"/>
    <w:link w:val="IdzetChar"/>
    <w:uiPriority w:val="29"/>
    <w:qFormat/>
    <w:rsid w:val="0057757C"/>
    <w:pPr>
      <w:widowControl/>
      <w:autoSpaceDE/>
      <w:autoSpaceDN/>
      <w:spacing w:after="200" w:line="276" w:lineRule="auto"/>
    </w:pPr>
    <w:rPr>
      <w:rFonts w:ascii="Aptos" w:eastAsiaTheme="minorEastAsia" w:hAnsi="Aptos" w:cstheme="minorBidi"/>
      <w:i/>
      <w:iCs/>
      <w:color w:val="000000" w:themeColor="text1"/>
      <w:sz w:val="20"/>
      <w:lang w:val="en-US"/>
    </w:rPr>
  </w:style>
  <w:style w:type="character" w:customStyle="1" w:styleId="IdzetChar">
    <w:name w:val="Idézet Char"/>
    <w:basedOn w:val="Bekezdsalapbettpusa"/>
    <w:link w:val="Idzet"/>
    <w:uiPriority w:val="29"/>
    <w:rsid w:val="0057757C"/>
    <w:rPr>
      <w:rFonts w:ascii="Aptos" w:eastAsiaTheme="minorEastAsia" w:hAnsi="Aptos"/>
      <w:i/>
      <w:iCs/>
      <w:color w:val="000000" w:themeColor="text1"/>
      <w:sz w:val="20"/>
    </w:rPr>
  </w:style>
  <w:style w:type="character" w:customStyle="1" w:styleId="Cmsor4Char">
    <w:name w:val="Címsor 4 Char"/>
    <w:basedOn w:val="Bekezdsalapbettpusa"/>
    <w:link w:val="Cmsor4"/>
    <w:uiPriority w:val="9"/>
    <w:rsid w:val="0057757C"/>
    <w:rPr>
      <w:rFonts w:ascii="Times New Roman" w:eastAsia="Times New Roman" w:hAnsi="Times New Roman" w:cs="Times New Roman"/>
      <w:b/>
      <w:bCs/>
      <w:sz w:val="24"/>
      <w:szCs w:val="24"/>
      <w:lang w:val="hu-HU"/>
    </w:rPr>
  </w:style>
  <w:style w:type="character" w:customStyle="1" w:styleId="Cmsor5Char">
    <w:name w:val="Címsor 5 Char"/>
    <w:basedOn w:val="Bekezdsalapbettpusa"/>
    <w:link w:val="Cmsor5"/>
    <w:uiPriority w:val="9"/>
    <w:rsid w:val="0057757C"/>
    <w:rPr>
      <w:rFonts w:ascii="Times New Roman" w:eastAsia="Times New Roman" w:hAnsi="Times New Roman" w:cs="Times New Roman"/>
      <w:b/>
      <w:bCs/>
      <w:i/>
      <w:iCs/>
      <w:sz w:val="24"/>
      <w:szCs w:val="24"/>
      <w:lang w:val="hu-HU"/>
    </w:rPr>
  </w:style>
  <w:style w:type="paragraph" w:styleId="Kpalrs">
    <w:name w:val="caption"/>
    <w:basedOn w:val="Norml"/>
    <w:next w:val="Norml"/>
    <w:uiPriority w:val="35"/>
    <w:semiHidden/>
    <w:unhideWhenUsed/>
    <w:qFormat/>
    <w:rsid w:val="0057757C"/>
    <w:pPr>
      <w:widowControl/>
      <w:autoSpaceDE/>
      <w:autoSpaceDN/>
      <w:spacing w:after="200"/>
    </w:pPr>
    <w:rPr>
      <w:rFonts w:ascii="Aptos" w:eastAsiaTheme="minorEastAsia" w:hAnsi="Aptos" w:cstheme="minorBidi"/>
      <w:b/>
      <w:bCs/>
      <w:color w:val="4F81BD" w:themeColor="accent1"/>
      <w:sz w:val="18"/>
      <w:szCs w:val="18"/>
      <w:lang w:val="en-US"/>
    </w:rPr>
  </w:style>
  <w:style w:type="character" w:styleId="Kiemels2">
    <w:name w:val="Strong"/>
    <w:basedOn w:val="Bekezdsalapbettpusa"/>
    <w:uiPriority w:val="22"/>
    <w:qFormat/>
    <w:rsid w:val="0057757C"/>
    <w:rPr>
      <w:b/>
      <w:bCs/>
    </w:rPr>
  </w:style>
  <w:style w:type="paragraph" w:styleId="Kiemeltidzet">
    <w:name w:val="Intense Quote"/>
    <w:basedOn w:val="Norml"/>
    <w:next w:val="Norml"/>
    <w:link w:val="KiemeltidzetChar"/>
    <w:uiPriority w:val="30"/>
    <w:qFormat/>
    <w:rsid w:val="0057757C"/>
    <w:pPr>
      <w:widowControl/>
      <w:pBdr>
        <w:bottom w:val="single" w:sz="4" w:space="4" w:color="4F81BD" w:themeColor="accent1"/>
      </w:pBdr>
      <w:autoSpaceDE/>
      <w:autoSpaceDN/>
      <w:spacing w:before="200" w:after="280" w:line="276" w:lineRule="auto"/>
      <w:ind w:left="936" w:right="936"/>
    </w:pPr>
    <w:rPr>
      <w:rFonts w:ascii="Aptos" w:eastAsiaTheme="minorEastAsia" w:hAnsi="Aptos" w:cstheme="minorBidi"/>
      <w:b/>
      <w:bCs/>
      <w:i/>
      <w:iCs/>
      <w:color w:val="4F81BD" w:themeColor="accent1"/>
      <w:sz w:val="20"/>
      <w:lang w:val="en-US"/>
    </w:rPr>
  </w:style>
  <w:style w:type="character" w:customStyle="1" w:styleId="KiemeltidzetChar">
    <w:name w:val="Kiemelt idézet Char"/>
    <w:basedOn w:val="Bekezdsalapbettpusa"/>
    <w:link w:val="Kiemeltidzet"/>
    <w:uiPriority w:val="30"/>
    <w:rsid w:val="0057757C"/>
    <w:rPr>
      <w:rFonts w:ascii="Aptos" w:eastAsiaTheme="minorEastAsia" w:hAnsi="Aptos"/>
      <w:b/>
      <w:bCs/>
      <w:i/>
      <w:iCs/>
      <w:color w:val="4F81BD" w:themeColor="accent1"/>
      <w:sz w:val="20"/>
    </w:rPr>
  </w:style>
  <w:style w:type="character" w:styleId="Finomkiemels">
    <w:name w:val="Subtle Emphasis"/>
    <w:basedOn w:val="Bekezdsalapbettpusa"/>
    <w:uiPriority w:val="19"/>
    <w:qFormat/>
    <w:rsid w:val="0057757C"/>
    <w:rPr>
      <w:i/>
      <w:iCs/>
      <w:color w:val="808080" w:themeColor="text1" w:themeTint="7F"/>
    </w:rPr>
  </w:style>
  <w:style w:type="character" w:styleId="Erskiemels">
    <w:name w:val="Intense Emphasis"/>
    <w:basedOn w:val="Bekezdsalapbettpusa"/>
    <w:uiPriority w:val="21"/>
    <w:qFormat/>
    <w:rsid w:val="0057757C"/>
    <w:rPr>
      <w:b/>
      <w:bCs/>
      <w:i/>
      <w:iCs/>
      <w:color w:val="4F81BD" w:themeColor="accent1"/>
    </w:rPr>
  </w:style>
  <w:style w:type="character" w:styleId="Finomhivatkozs">
    <w:name w:val="Subtle Reference"/>
    <w:basedOn w:val="Bekezdsalapbettpusa"/>
    <w:uiPriority w:val="31"/>
    <w:qFormat/>
    <w:rsid w:val="0057757C"/>
    <w:rPr>
      <w:smallCaps/>
      <w:color w:val="C0504D" w:themeColor="accent2"/>
      <w:u w:val="single"/>
    </w:rPr>
  </w:style>
  <w:style w:type="character" w:styleId="Ershivatkozs">
    <w:name w:val="Intense Reference"/>
    <w:basedOn w:val="Bekezdsalapbettpusa"/>
    <w:uiPriority w:val="32"/>
    <w:qFormat/>
    <w:rsid w:val="0057757C"/>
    <w:rPr>
      <w:b/>
      <w:bCs/>
      <w:smallCaps/>
      <w:color w:val="C0504D" w:themeColor="accent2"/>
      <w:spacing w:val="5"/>
      <w:u w:val="single"/>
    </w:rPr>
  </w:style>
  <w:style w:type="character" w:styleId="Knyvcme">
    <w:name w:val="Book Title"/>
    <w:basedOn w:val="Bekezdsalapbettpusa"/>
    <w:uiPriority w:val="33"/>
    <w:qFormat/>
    <w:rsid w:val="0057757C"/>
    <w:rPr>
      <w:b/>
      <w:bCs/>
      <w:smallCaps/>
      <w:spacing w:val="5"/>
    </w:rPr>
  </w:style>
  <w:style w:type="paragraph" w:styleId="Tartalomjegyzkcmsora">
    <w:name w:val="TOC Heading"/>
    <w:basedOn w:val="Cmsor1"/>
    <w:next w:val="Norml"/>
    <w:uiPriority w:val="39"/>
    <w:semiHidden/>
    <w:unhideWhenUsed/>
    <w:qFormat/>
    <w:rsid w:val="0057757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30"/>
      <w:szCs w:val="28"/>
      <w:lang w:val="en-US"/>
    </w:rPr>
  </w:style>
  <w:style w:type="table" w:styleId="Rcsostblzat">
    <w:name w:val="Table Grid"/>
    <w:basedOn w:val="Normltblzat"/>
    <w:uiPriority w:val="59"/>
    <w:rsid w:val="0057757C"/>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57757C"/>
    <w:pPr>
      <w:widowControl/>
      <w:autoSpaceDE/>
      <w:autoSpaceDN/>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57757C"/>
    <w:pPr>
      <w:widowControl/>
      <w:autoSpaceDE/>
      <w:autoSpaceDN/>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57757C"/>
    <w:pPr>
      <w:widowControl/>
      <w:autoSpaceDE/>
      <w:autoSpaceDN/>
    </w:pPr>
    <w:rPr>
      <w:rFonts w:eastAsiaTheme="minorEastAsia"/>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57757C"/>
    <w:pPr>
      <w:widowControl/>
      <w:autoSpaceDE/>
      <w:autoSpaceDN/>
    </w:pPr>
    <w:rPr>
      <w:rFonts w:eastAsiaTheme="minorEastAsia"/>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57757C"/>
    <w:pPr>
      <w:widowControl/>
      <w:autoSpaceDE/>
      <w:autoSpaceDN/>
    </w:pPr>
    <w:rPr>
      <w:rFonts w:eastAsiaTheme="minorEastAsia"/>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57757C"/>
    <w:pPr>
      <w:widowControl/>
      <w:autoSpaceDE/>
      <w:autoSpaceDN/>
    </w:pPr>
    <w:rPr>
      <w:rFonts w:eastAsiaTheme="minorEastAsia"/>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57757C"/>
    <w:pPr>
      <w:widowControl/>
      <w:autoSpaceDE/>
      <w:autoSpaceDN/>
    </w:pPr>
    <w:rPr>
      <w:rFonts w:eastAsiaTheme="minorEastAsia"/>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57757C"/>
    <w:pPr>
      <w:widowControl/>
      <w:autoSpaceDE/>
      <w:autoSpaceDN/>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57757C"/>
    <w:pPr>
      <w:widowControl/>
      <w:autoSpaceDE/>
      <w:autoSpaceDN/>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57757C"/>
    <w:pPr>
      <w:widowControl/>
      <w:autoSpaceDE/>
      <w:autoSpaceDN/>
    </w:pPr>
    <w:rPr>
      <w:rFonts w:eastAsiaTheme="minorEastAs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57757C"/>
    <w:pPr>
      <w:widowControl/>
      <w:autoSpaceDE/>
      <w:autoSpaceDN/>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57757C"/>
    <w:pPr>
      <w:widowControl/>
      <w:autoSpaceDE/>
      <w:autoSpaceDN/>
    </w:pPr>
    <w:rPr>
      <w:rFonts w:eastAsiaTheme="minorEastAs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57757C"/>
    <w:pPr>
      <w:widowControl/>
      <w:autoSpaceDE/>
      <w:autoSpaceDN/>
    </w:pPr>
    <w:rPr>
      <w:rFonts w:eastAsiaTheme="minorEastAs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57757C"/>
    <w:pPr>
      <w:widowControl/>
      <w:autoSpaceDE/>
      <w:autoSpaceDN/>
    </w:pPr>
    <w:rPr>
      <w:rFonts w:eastAsiaTheme="minorEastAs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57757C"/>
    <w:pPr>
      <w:widowControl/>
      <w:autoSpaceDE/>
      <w:autoSpaceDN/>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57757C"/>
    <w:pPr>
      <w:widowControl/>
      <w:autoSpaceDE/>
      <w:autoSpaceDN/>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57757C"/>
    <w:pPr>
      <w:widowControl/>
      <w:autoSpaceDE/>
      <w:autoSpaceDN/>
    </w:pPr>
    <w:rPr>
      <w:rFonts w:eastAsiaTheme="minorEastAs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57757C"/>
    <w:pPr>
      <w:widowControl/>
      <w:autoSpaceDE/>
      <w:autoSpaceDN/>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57757C"/>
    <w:pPr>
      <w:widowControl/>
      <w:autoSpaceDE/>
      <w:autoSpaceDN/>
    </w:pPr>
    <w:rPr>
      <w:rFonts w:eastAsiaTheme="minorEastAs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57757C"/>
    <w:pPr>
      <w:widowControl/>
      <w:autoSpaceDE/>
      <w:autoSpaceDN/>
    </w:pPr>
    <w:rPr>
      <w:rFonts w:eastAsiaTheme="minorEastAs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57757C"/>
    <w:pPr>
      <w:widowControl/>
      <w:autoSpaceDE/>
      <w:autoSpaceDN/>
    </w:pPr>
    <w:rPr>
      <w:rFonts w:eastAsiaTheme="minorEastAs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57757C"/>
    <w:pPr>
      <w:widowControl/>
      <w:autoSpaceDE/>
      <w:autoSpaceDN/>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57757C"/>
    <w:pPr>
      <w:widowControl/>
      <w:autoSpaceDE/>
      <w:autoSpaceDN/>
    </w:pPr>
    <w:rPr>
      <w:rFonts w:eastAsiaTheme="minorEastAs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57757C"/>
    <w:pPr>
      <w:widowControl/>
      <w:autoSpaceDE/>
      <w:autoSpaceDN/>
    </w:pPr>
    <w:rPr>
      <w:rFonts w:eastAsiaTheme="minorEastAs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57757C"/>
    <w:pPr>
      <w:widowControl/>
      <w:autoSpaceDE/>
      <w:autoSpaceDN/>
    </w:pPr>
    <w:rPr>
      <w:rFonts w:eastAsiaTheme="minorEastAs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57757C"/>
    <w:pPr>
      <w:widowControl/>
      <w:autoSpaceDE/>
      <w:autoSpaceDN/>
    </w:pPr>
    <w:rPr>
      <w:rFonts w:eastAsiaTheme="minorEastAs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57757C"/>
    <w:pPr>
      <w:widowControl/>
      <w:autoSpaceDE/>
      <w:autoSpaceDN/>
    </w:pPr>
    <w:rPr>
      <w:rFonts w:eastAsiaTheme="minorEastAs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57757C"/>
    <w:pPr>
      <w:widowControl/>
      <w:autoSpaceDE/>
      <w:autoSpaceDN/>
    </w:pPr>
    <w:rPr>
      <w:rFonts w:eastAsiaTheme="minorEastAs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57757C"/>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57757C"/>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57757C"/>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57757C"/>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57757C"/>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57757C"/>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57757C"/>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57757C"/>
    <w:pPr>
      <w:widowControl/>
      <w:autoSpaceDE/>
      <w:autoSpaceDN/>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57757C"/>
    <w:pPr>
      <w:widowControl/>
      <w:autoSpaceDE/>
      <w:autoSpaceDN/>
    </w:pPr>
    <w:rPr>
      <w:rFonts w:eastAsiaTheme="minorEastAsia"/>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57757C"/>
    <w:pPr>
      <w:widowControl/>
      <w:autoSpaceDE/>
      <w:autoSpaceDN/>
    </w:pPr>
    <w:rPr>
      <w:rFonts w:eastAsiaTheme="minorEastAsia"/>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57757C"/>
    <w:pPr>
      <w:widowControl/>
      <w:autoSpaceDE/>
      <w:autoSpaceDN/>
    </w:pPr>
    <w:rPr>
      <w:rFonts w:eastAsiaTheme="minorEastAsia"/>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57757C"/>
    <w:pPr>
      <w:widowControl/>
      <w:autoSpaceDE/>
      <w:autoSpaceDN/>
    </w:pPr>
    <w:rPr>
      <w:rFonts w:eastAsiaTheme="minorEastAsia"/>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57757C"/>
    <w:pPr>
      <w:widowControl/>
      <w:autoSpaceDE/>
      <w:autoSpaceDN/>
    </w:pPr>
    <w:rPr>
      <w:rFonts w:eastAsiaTheme="minorEastAsia"/>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57757C"/>
    <w:pPr>
      <w:widowControl/>
      <w:autoSpaceDE/>
      <w:autoSpaceDN/>
    </w:pPr>
    <w:rPr>
      <w:rFonts w:eastAsiaTheme="minorEastAsia"/>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57757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57757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57757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57757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57757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57757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57757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57757C"/>
    <w:pPr>
      <w:widowControl/>
      <w:autoSpaceDE/>
      <w:autoSpaceDN/>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57757C"/>
    <w:pPr>
      <w:widowControl/>
      <w:autoSpaceDE/>
      <w:autoSpaceDN/>
    </w:pPr>
    <w:rPr>
      <w:rFonts w:eastAsiaTheme="minorEastAs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57757C"/>
    <w:pPr>
      <w:widowControl/>
      <w:autoSpaceDE/>
      <w:autoSpaceDN/>
    </w:pPr>
    <w:rPr>
      <w:rFonts w:eastAsiaTheme="minorEastAs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57757C"/>
    <w:pPr>
      <w:widowControl/>
      <w:autoSpaceDE/>
      <w:autoSpaceDN/>
    </w:pPr>
    <w:rPr>
      <w:rFonts w:eastAsiaTheme="minorEastAs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57757C"/>
    <w:pPr>
      <w:widowControl/>
      <w:autoSpaceDE/>
      <w:autoSpaceDN/>
    </w:pPr>
    <w:rPr>
      <w:rFonts w:eastAsiaTheme="minorEastAs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57757C"/>
    <w:pPr>
      <w:widowControl/>
      <w:autoSpaceDE/>
      <w:autoSpaceDN/>
    </w:pPr>
    <w:rPr>
      <w:rFonts w:eastAsiaTheme="minorEastAs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57757C"/>
    <w:pPr>
      <w:widowControl/>
      <w:autoSpaceDE/>
      <w:autoSpaceDN/>
    </w:pPr>
    <w:rPr>
      <w:rFonts w:eastAsiaTheme="minorEastAs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57757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57757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57757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57757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57757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57757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57757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57757C"/>
    <w:pPr>
      <w:widowControl/>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57757C"/>
    <w:pPr>
      <w:widowControl/>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57757C"/>
    <w:pPr>
      <w:widowControl/>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57757C"/>
    <w:pPr>
      <w:widowControl/>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57757C"/>
    <w:pPr>
      <w:widowControl/>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57757C"/>
    <w:pPr>
      <w:widowControl/>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57757C"/>
    <w:pPr>
      <w:widowControl/>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57757C"/>
    <w:pPr>
      <w:widowControl/>
      <w:autoSpaceDE/>
      <w:autoSpaceDN/>
    </w:pPr>
    <w:rPr>
      <w:rFonts w:eastAsiaTheme="minorEastAsi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57757C"/>
    <w:pPr>
      <w:widowControl/>
      <w:autoSpaceDE/>
      <w:autoSpaceDN/>
    </w:pPr>
    <w:rPr>
      <w:rFonts w:eastAsiaTheme="minorEastAsi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57757C"/>
    <w:pPr>
      <w:widowControl/>
      <w:autoSpaceDE/>
      <w:autoSpaceDN/>
    </w:pPr>
    <w:rPr>
      <w:rFonts w:eastAsiaTheme="minorEastAsi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57757C"/>
    <w:pPr>
      <w:widowControl/>
      <w:autoSpaceDE/>
      <w:autoSpaceDN/>
    </w:pPr>
    <w:rPr>
      <w:rFonts w:eastAsiaTheme="minorEastAsi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57757C"/>
    <w:pPr>
      <w:widowControl/>
      <w:autoSpaceDE/>
      <w:autoSpaceDN/>
    </w:pPr>
    <w:rPr>
      <w:rFonts w:eastAsiaTheme="minorEastAsi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57757C"/>
    <w:pPr>
      <w:widowControl/>
      <w:autoSpaceDE/>
      <w:autoSpaceDN/>
    </w:pPr>
    <w:rPr>
      <w:rFonts w:eastAsiaTheme="minorEastAsi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57757C"/>
    <w:pPr>
      <w:widowControl/>
      <w:autoSpaceDE/>
      <w:autoSpaceDN/>
    </w:pPr>
    <w:rPr>
      <w:rFonts w:eastAsiaTheme="minorEastAsi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57757C"/>
    <w:pPr>
      <w:widowControl/>
      <w:autoSpaceDE/>
      <w:autoSpaceDN/>
    </w:pPr>
    <w:rPr>
      <w:rFonts w:eastAsiaTheme="minorEastAsi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57757C"/>
    <w:pPr>
      <w:widowControl/>
      <w:autoSpaceDE/>
      <w:autoSpaceDN/>
    </w:pPr>
    <w:rPr>
      <w:rFonts w:eastAsiaTheme="minorEastAsi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57757C"/>
    <w:pPr>
      <w:widowControl/>
      <w:autoSpaceDE/>
      <w:autoSpaceDN/>
    </w:pPr>
    <w:rPr>
      <w:rFonts w:eastAsiaTheme="minorEastAsi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57757C"/>
    <w:pPr>
      <w:widowControl/>
      <w:autoSpaceDE/>
      <w:autoSpaceDN/>
    </w:pPr>
    <w:rPr>
      <w:rFonts w:eastAsiaTheme="minorEastAsi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57757C"/>
    <w:pPr>
      <w:widowControl/>
      <w:autoSpaceDE/>
      <w:autoSpaceDN/>
    </w:pPr>
    <w:rPr>
      <w:rFonts w:eastAsiaTheme="minorEastAsi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57757C"/>
    <w:pPr>
      <w:widowControl/>
      <w:autoSpaceDE/>
      <w:autoSpaceDN/>
    </w:pPr>
    <w:rPr>
      <w:rFonts w:eastAsiaTheme="minorEastAsi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57757C"/>
    <w:pPr>
      <w:widowControl/>
      <w:autoSpaceDE/>
      <w:autoSpaceDN/>
    </w:pPr>
    <w:rPr>
      <w:rFonts w:eastAsiaTheme="minorEastAsi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57757C"/>
    <w:pPr>
      <w:widowControl/>
      <w:autoSpaceDE/>
      <w:autoSpaceDN/>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57757C"/>
    <w:pPr>
      <w:widowControl/>
      <w:autoSpaceDE/>
      <w:autoSpaceDN/>
    </w:pPr>
    <w:rPr>
      <w:rFonts w:eastAsiaTheme="minorEastAsi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57757C"/>
    <w:pPr>
      <w:widowControl/>
      <w:autoSpaceDE/>
      <w:autoSpaceDN/>
    </w:pPr>
    <w:rPr>
      <w:rFonts w:eastAsiaTheme="minorEastAsi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57757C"/>
    <w:pPr>
      <w:widowControl/>
      <w:autoSpaceDE/>
      <w:autoSpaceDN/>
    </w:pPr>
    <w:rPr>
      <w:rFonts w:eastAsiaTheme="minorEastAsi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57757C"/>
    <w:pPr>
      <w:widowControl/>
      <w:autoSpaceDE/>
      <w:autoSpaceDN/>
    </w:pPr>
    <w:rPr>
      <w:rFonts w:eastAsiaTheme="minorEastAsi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57757C"/>
    <w:pPr>
      <w:widowControl/>
      <w:autoSpaceDE/>
      <w:autoSpaceDN/>
    </w:pPr>
    <w:rPr>
      <w:rFonts w:eastAsiaTheme="minorEastAsi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57757C"/>
    <w:pPr>
      <w:widowControl/>
      <w:autoSpaceDE/>
      <w:autoSpaceDN/>
    </w:pPr>
    <w:rPr>
      <w:rFonts w:eastAsiaTheme="minorEastAsi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57757C"/>
    <w:pPr>
      <w:widowControl/>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57757C"/>
    <w:pPr>
      <w:widowControl/>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57757C"/>
    <w:pPr>
      <w:widowControl/>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57757C"/>
    <w:pPr>
      <w:widowControl/>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57757C"/>
    <w:pPr>
      <w:widowControl/>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57757C"/>
    <w:pPr>
      <w:widowControl/>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57757C"/>
    <w:pPr>
      <w:widowControl/>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l"/>
    <w:rsid w:val="00D20577"/>
    <w:pPr>
      <w:widowControl/>
      <w:autoSpaceDE/>
      <w:autoSpaceDN/>
      <w:spacing w:before="100" w:beforeAutospacing="1" w:after="100" w:afterAutospacing="1"/>
    </w:pPr>
    <w:rPr>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434319">
      <w:bodyDiv w:val="1"/>
      <w:marLeft w:val="0"/>
      <w:marRight w:val="0"/>
      <w:marTop w:val="0"/>
      <w:marBottom w:val="0"/>
      <w:divBdr>
        <w:top w:val="none" w:sz="0" w:space="0" w:color="auto"/>
        <w:left w:val="none" w:sz="0" w:space="0" w:color="auto"/>
        <w:bottom w:val="none" w:sz="0" w:space="0" w:color="auto"/>
        <w:right w:val="none" w:sz="0" w:space="0" w:color="auto"/>
      </w:divBdr>
      <w:divsChild>
        <w:div w:id="2442486">
          <w:marLeft w:val="0"/>
          <w:marRight w:val="0"/>
          <w:marTop w:val="180"/>
          <w:marBottom w:val="240"/>
          <w:divBdr>
            <w:top w:val="none" w:sz="0" w:space="0" w:color="auto"/>
            <w:left w:val="none" w:sz="0" w:space="0" w:color="auto"/>
            <w:bottom w:val="none" w:sz="0" w:space="0" w:color="auto"/>
            <w:right w:val="none" w:sz="0" w:space="0" w:color="auto"/>
          </w:divBdr>
        </w:div>
        <w:div w:id="691108148">
          <w:marLeft w:val="0"/>
          <w:marRight w:val="0"/>
          <w:marTop w:val="180"/>
          <w:marBottom w:val="240"/>
          <w:divBdr>
            <w:top w:val="none" w:sz="0" w:space="0" w:color="auto"/>
            <w:left w:val="none" w:sz="0" w:space="0" w:color="auto"/>
            <w:bottom w:val="none" w:sz="0" w:space="0" w:color="auto"/>
            <w:right w:val="none" w:sz="0" w:space="0" w:color="auto"/>
          </w:divBdr>
        </w:div>
        <w:div w:id="2066678953">
          <w:marLeft w:val="0"/>
          <w:marRight w:val="0"/>
          <w:marTop w:val="180"/>
          <w:marBottom w:val="240"/>
          <w:divBdr>
            <w:top w:val="none" w:sz="0" w:space="0" w:color="auto"/>
            <w:left w:val="none" w:sz="0" w:space="0" w:color="auto"/>
            <w:bottom w:val="none" w:sz="0" w:space="0" w:color="auto"/>
            <w:right w:val="none" w:sz="0" w:space="0" w:color="auto"/>
          </w:divBdr>
        </w:div>
        <w:div w:id="1560943628">
          <w:marLeft w:val="0"/>
          <w:marRight w:val="0"/>
          <w:marTop w:val="180"/>
          <w:marBottom w:val="240"/>
          <w:divBdr>
            <w:top w:val="none" w:sz="0" w:space="0" w:color="auto"/>
            <w:left w:val="none" w:sz="0" w:space="0" w:color="auto"/>
            <w:bottom w:val="none" w:sz="0" w:space="0" w:color="auto"/>
            <w:right w:val="none" w:sz="0" w:space="0" w:color="auto"/>
          </w:divBdr>
        </w:div>
        <w:div w:id="71197814">
          <w:marLeft w:val="0"/>
          <w:marRight w:val="0"/>
          <w:marTop w:val="180"/>
          <w:marBottom w:val="240"/>
          <w:divBdr>
            <w:top w:val="none" w:sz="0" w:space="0" w:color="auto"/>
            <w:left w:val="none" w:sz="0" w:space="0" w:color="auto"/>
            <w:bottom w:val="none" w:sz="0" w:space="0" w:color="auto"/>
            <w:right w:val="none" w:sz="0" w:space="0" w:color="auto"/>
          </w:divBdr>
        </w:div>
        <w:div w:id="928468843">
          <w:marLeft w:val="0"/>
          <w:marRight w:val="0"/>
          <w:marTop w:val="180"/>
          <w:marBottom w:val="240"/>
          <w:divBdr>
            <w:top w:val="none" w:sz="0" w:space="0" w:color="auto"/>
            <w:left w:val="none" w:sz="0" w:space="0" w:color="auto"/>
            <w:bottom w:val="none" w:sz="0" w:space="0" w:color="auto"/>
            <w:right w:val="none" w:sz="0" w:space="0" w:color="auto"/>
          </w:divBdr>
        </w:div>
      </w:divsChild>
    </w:div>
    <w:div w:id="1846243331">
      <w:bodyDiv w:val="1"/>
      <w:marLeft w:val="0"/>
      <w:marRight w:val="0"/>
      <w:marTop w:val="0"/>
      <w:marBottom w:val="0"/>
      <w:divBdr>
        <w:top w:val="none" w:sz="0" w:space="0" w:color="auto"/>
        <w:left w:val="none" w:sz="0" w:space="0" w:color="auto"/>
        <w:bottom w:val="none" w:sz="0" w:space="0" w:color="auto"/>
        <w:right w:val="none" w:sz="0" w:space="0" w:color="auto"/>
      </w:divBdr>
    </w:div>
    <w:div w:id="1857421735">
      <w:bodyDiv w:val="1"/>
      <w:marLeft w:val="0"/>
      <w:marRight w:val="0"/>
      <w:marTop w:val="0"/>
      <w:marBottom w:val="0"/>
      <w:divBdr>
        <w:top w:val="none" w:sz="0" w:space="0" w:color="auto"/>
        <w:left w:val="none" w:sz="0" w:space="0" w:color="auto"/>
        <w:bottom w:val="none" w:sz="0" w:space="0" w:color="auto"/>
        <w:right w:val="none" w:sz="0" w:space="0" w:color="auto"/>
      </w:divBdr>
    </w:div>
    <w:div w:id="20733082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citatum.hu/szerzo/David_Attenborough"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F9AC8-16F2-4903-8979-AB885B603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94</Pages>
  <Words>18866</Words>
  <Characters>130180</Characters>
  <Application>Microsoft Office Word</Application>
  <DocSecurity>0</DocSecurity>
  <Lines>1084</Lines>
  <Paragraphs>297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Iroda-3444</dc:creator>
  <cp:keywords/>
  <dc:description/>
  <cp:lastModifiedBy>user</cp:lastModifiedBy>
  <cp:revision>9</cp:revision>
  <cp:lastPrinted>2026-09-01T09:36:00Z</cp:lastPrinted>
  <dcterms:created xsi:type="dcterms:W3CDTF">2026-09-01T03:06:00Z</dcterms:created>
  <dcterms:modified xsi:type="dcterms:W3CDTF">2026-09-01T09:36:00Z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2022-09-22T00:00:00Z</vt:filetime>
  </property>
  <property fmtid="{D5CDD505-2E9C-101B-9397-08002B2CF9AE}" pid="3" name="Creator">
    <vt:lpwstr>Microsoft® Word 2016</vt:lpwstr>
  </property>
  <property fmtid="{D5CDD505-2E9C-101B-9397-08002B2CF9AE}" pid="4" name="LastSaved">
    <vt:filetime>2024-06-17T00:00:00Z</vt:filetime>
  </property>
  <property fmtid="{D5CDD505-2E9C-101B-9397-08002B2CF9AE}" pid="5" name="Producer">
    <vt:lpwstr>Microsoft® Word 2016</vt:lpwstr>
  </property>
</Properties>
</file>